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61" w:type="dxa"/>
        <w:jc w:val="center"/>
        <w:tblLayout w:type="fixed"/>
        <w:tblLook w:val="04A0" w:firstRow="1" w:lastRow="0" w:firstColumn="1" w:lastColumn="0" w:noHBand="0" w:noVBand="1"/>
      </w:tblPr>
      <w:tblGrid>
        <w:gridCol w:w="4082"/>
        <w:gridCol w:w="2297"/>
        <w:gridCol w:w="4082"/>
      </w:tblGrid>
      <w:tr w:rsidR="006D4E92" w14:paraId="7F96F2EA" w14:textId="77777777" w:rsidTr="00211F13">
        <w:trPr>
          <w:jc w:val="center"/>
        </w:trPr>
        <w:tc>
          <w:tcPr>
            <w:tcW w:w="4082" w:type="dxa"/>
            <w:tcBorders>
              <w:top w:val="nil"/>
              <w:left w:val="nil"/>
              <w:bottom w:val="nil"/>
              <w:right w:val="nil"/>
            </w:tcBorders>
            <w:vAlign w:val="center"/>
          </w:tcPr>
          <w:p w14:paraId="49E7E413" w14:textId="77777777" w:rsidR="006D4E92" w:rsidRDefault="00000000">
            <w:pPr>
              <w:jc w:val="center"/>
            </w:pPr>
            <w:r>
              <w:rPr>
                <w:b/>
                <w:sz w:val="28"/>
              </w:rPr>
              <w:t>REPUBLICA MOLDOVA</w:t>
            </w:r>
            <w:r>
              <w:rPr>
                <w:b/>
                <w:sz w:val="28"/>
              </w:rPr>
              <w:br/>
              <w:t>RAIONUL ANENII NOI</w:t>
            </w:r>
          </w:p>
          <w:p w14:paraId="60258D42" w14:textId="77777777" w:rsidR="006D4E92" w:rsidRDefault="00000000">
            <w:pPr>
              <w:jc w:val="center"/>
            </w:pPr>
            <w:r>
              <w:rPr>
                <w:sz w:val="21"/>
              </w:rPr>
              <w:t>MD 6526, r. Anenii Noi, s. Mereni, str.</w:t>
            </w:r>
            <w:r>
              <w:rPr>
                <w:sz w:val="21"/>
              </w:rPr>
              <w:br/>
              <w:t>Ștefan cel Mare 93, tel. (+373) 265-54-948,</w:t>
            </w:r>
            <w:r>
              <w:rPr>
                <w:sz w:val="21"/>
              </w:rPr>
              <w:br/>
              <w:t>tel/fax: (+373) 0 265-54-328</w:t>
            </w:r>
          </w:p>
        </w:tc>
        <w:tc>
          <w:tcPr>
            <w:tcW w:w="2297" w:type="dxa"/>
            <w:tcBorders>
              <w:top w:val="nil"/>
              <w:left w:val="nil"/>
              <w:bottom w:val="nil"/>
              <w:right w:val="nil"/>
            </w:tcBorders>
            <w:vAlign w:val="center"/>
          </w:tcPr>
          <w:p w14:paraId="1BA90D72" w14:textId="41FFF54B" w:rsidR="006D4E92" w:rsidRDefault="006D4E92" w:rsidP="00211F13">
            <w:pPr>
              <w:tabs>
                <w:tab w:val="left" w:pos="635"/>
              </w:tabs>
              <w:ind w:right="-104"/>
              <w:jc w:val="center"/>
            </w:pPr>
          </w:p>
        </w:tc>
        <w:tc>
          <w:tcPr>
            <w:tcW w:w="4082" w:type="dxa"/>
            <w:tcBorders>
              <w:top w:val="nil"/>
              <w:left w:val="nil"/>
              <w:bottom w:val="nil"/>
              <w:right w:val="nil"/>
            </w:tcBorders>
            <w:vAlign w:val="center"/>
          </w:tcPr>
          <w:p w14:paraId="3F759A8B" w14:textId="77777777" w:rsidR="006D4E92" w:rsidRDefault="00000000">
            <w:pPr>
              <w:jc w:val="center"/>
            </w:pPr>
            <w:r>
              <w:rPr>
                <w:b/>
                <w:sz w:val="28"/>
              </w:rPr>
              <w:t>CONSILIUL LOCAL</w:t>
            </w:r>
            <w:r>
              <w:rPr>
                <w:b/>
                <w:sz w:val="28"/>
              </w:rPr>
              <w:br/>
              <w:t>MERENI</w:t>
            </w:r>
          </w:p>
          <w:p w14:paraId="1DB68EF4" w14:textId="77777777" w:rsidR="006D4E92" w:rsidRDefault="00000000">
            <w:pPr>
              <w:jc w:val="center"/>
            </w:pPr>
            <w:r>
              <w:rPr>
                <w:sz w:val="21"/>
              </w:rPr>
              <w:t>www.mereni.md</w:t>
            </w:r>
            <w:r>
              <w:rPr>
                <w:sz w:val="21"/>
              </w:rPr>
              <w:br/>
              <w:t>primaria@mereni.md,</w:t>
            </w:r>
            <w:r>
              <w:rPr>
                <w:sz w:val="21"/>
              </w:rPr>
              <w:br/>
              <w:t>primaria.mereni@apl.gov.md</w:t>
            </w:r>
          </w:p>
        </w:tc>
      </w:tr>
    </w:tbl>
    <w:p w14:paraId="5CF1F7C3" w14:textId="77777777" w:rsidR="006D4E92" w:rsidRDefault="00000000">
      <w:pPr>
        <w:jc w:val="center"/>
      </w:pPr>
      <w:r>
        <w:rPr>
          <w:b/>
          <w:sz w:val="30"/>
        </w:rPr>
        <w:t>DECIZIE Nr. ____/____</w:t>
      </w:r>
    </w:p>
    <w:p w14:paraId="49BADE50" w14:textId="77777777" w:rsidR="006D4E92" w:rsidRDefault="00000000">
      <w:pPr>
        <w:jc w:val="center"/>
      </w:pPr>
      <w:r>
        <w:t>___ __________ 2026</w:t>
      </w:r>
    </w:p>
    <w:p w14:paraId="20EF812D" w14:textId="77777777" w:rsidR="006D4E92" w:rsidRDefault="00000000">
      <w:pPr>
        <w:jc w:val="right"/>
      </w:pPr>
      <w:r>
        <w:rPr>
          <w:b/>
          <w:sz w:val="28"/>
        </w:rPr>
        <w:t>PROIECT</w:t>
      </w:r>
    </w:p>
    <w:p w14:paraId="1F3B5438" w14:textId="77777777" w:rsidR="006D4E92" w:rsidRDefault="00000000">
      <w:r>
        <w:rPr>
          <w:b/>
          <w:sz w:val="28"/>
        </w:rPr>
        <w:t>Cu privire la aprobarea unor regulamente</w:t>
      </w:r>
      <w:r>
        <w:rPr>
          <w:b/>
          <w:sz w:val="28"/>
        </w:rPr>
        <w:br/>
        <w:t>privind protecția datelor cu caracter personal</w:t>
      </w:r>
      <w:r>
        <w:rPr>
          <w:b/>
          <w:sz w:val="28"/>
        </w:rPr>
        <w:br/>
        <w:t>și securitatea informațională în cadrul Primăriei satului Mereni</w:t>
      </w:r>
    </w:p>
    <w:p w14:paraId="421ABD03" w14:textId="77777777" w:rsidR="006D4E92" w:rsidRDefault="00000000">
      <w:pPr>
        <w:ind w:firstLine="709"/>
        <w:jc w:val="both"/>
      </w:pPr>
      <w:r>
        <w:t>În temeiul art. 14 alin. (1) și alin. (2) din Legea nr. 436/2006 privind administrația publică locală, al Legii nr. 195/2024 privind protecția datelor cu caracter personal, al Legii nr. 100/2017 privind actele normative și al Legii nr. 239/2008 privind transparența în procesul decizional, având în vedere procedura de consultare publică inițiată prin Decizia Consiliului local Mereni nr. 06/21 din 21 septembrie 2026 „Cu privire la desfășurarea consultărilor publice”, Consiliul local Mereni</w:t>
      </w:r>
    </w:p>
    <w:p w14:paraId="16D1FFAC" w14:textId="77777777" w:rsidR="006D4E92" w:rsidRDefault="00000000">
      <w:pPr>
        <w:jc w:val="center"/>
      </w:pPr>
      <w:r>
        <w:rPr>
          <w:b/>
          <w:sz w:val="28"/>
        </w:rPr>
        <w:t>DECIDE:</w:t>
      </w:r>
    </w:p>
    <w:p w14:paraId="114A2C53" w14:textId="77777777" w:rsidR="006D4E92" w:rsidRPr="008B04D4" w:rsidRDefault="00000000" w:rsidP="00693F1B">
      <w:pPr>
        <w:spacing w:after="0"/>
        <w:ind w:left="283" w:hanging="283"/>
        <w:jc w:val="both"/>
        <w:rPr>
          <w:sz w:val="28"/>
          <w:szCs w:val="28"/>
        </w:rPr>
      </w:pPr>
      <w:r>
        <w:rPr>
          <w:sz w:val="23"/>
        </w:rPr>
        <w:t>1</w:t>
      </w:r>
      <w:r w:rsidRPr="008B04D4">
        <w:rPr>
          <w:sz w:val="28"/>
          <w:szCs w:val="28"/>
        </w:rPr>
        <w:t>.  Se aprobă Regulamentul privind supravegherea prin mijloace video în cadrul Primăriei satului Mereni, conform Anexei nr. 1, care face parte integrantă din prezenta decizie.</w:t>
      </w:r>
    </w:p>
    <w:p w14:paraId="65932086" w14:textId="77777777" w:rsidR="006D4E92" w:rsidRPr="008B04D4" w:rsidRDefault="00000000" w:rsidP="00693F1B">
      <w:pPr>
        <w:spacing w:after="0"/>
        <w:ind w:left="283" w:hanging="283"/>
        <w:jc w:val="both"/>
        <w:rPr>
          <w:sz w:val="28"/>
          <w:szCs w:val="28"/>
        </w:rPr>
      </w:pPr>
      <w:r w:rsidRPr="008B04D4">
        <w:rPr>
          <w:sz w:val="28"/>
          <w:szCs w:val="28"/>
        </w:rPr>
        <w:t>2.  Se aprobă Regulamentul cu privire la procedura de răspuns la drepturile persoanelor vizate, conform Anexei nr. 2, care face parte integrantă din prezenta decizie.</w:t>
      </w:r>
    </w:p>
    <w:p w14:paraId="5853B39B" w14:textId="77777777" w:rsidR="006D4E92" w:rsidRPr="008B04D4" w:rsidRDefault="00000000" w:rsidP="00693F1B">
      <w:pPr>
        <w:spacing w:after="0"/>
        <w:ind w:left="283" w:hanging="283"/>
        <w:jc w:val="both"/>
        <w:rPr>
          <w:sz w:val="28"/>
          <w:szCs w:val="28"/>
        </w:rPr>
      </w:pPr>
      <w:r w:rsidRPr="008B04D4">
        <w:rPr>
          <w:sz w:val="28"/>
          <w:szCs w:val="28"/>
        </w:rPr>
        <w:t xml:space="preserve">3.  Se aprobă Regulamentul cu privire la procedura de raportare și tratare </w:t>
      </w:r>
      <w:proofErr w:type="gramStart"/>
      <w:r w:rsidRPr="008B04D4">
        <w:rPr>
          <w:sz w:val="28"/>
          <w:szCs w:val="28"/>
        </w:rPr>
        <w:t>a</w:t>
      </w:r>
      <w:proofErr w:type="gramEnd"/>
      <w:r w:rsidRPr="008B04D4">
        <w:rPr>
          <w:sz w:val="28"/>
          <w:szCs w:val="28"/>
        </w:rPr>
        <w:t xml:space="preserve"> incidentelor de securitate, conform Anexei nr. 3, care face parte integrantă din prezenta decizie.</w:t>
      </w:r>
    </w:p>
    <w:p w14:paraId="1E1E35F9" w14:textId="77777777" w:rsidR="006D4E92" w:rsidRPr="008B04D4" w:rsidRDefault="00000000" w:rsidP="00693F1B">
      <w:pPr>
        <w:spacing w:after="0"/>
        <w:ind w:left="283" w:hanging="283"/>
        <w:jc w:val="both"/>
        <w:rPr>
          <w:sz w:val="28"/>
          <w:szCs w:val="28"/>
        </w:rPr>
      </w:pPr>
      <w:r w:rsidRPr="008B04D4">
        <w:rPr>
          <w:sz w:val="28"/>
          <w:szCs w:val="28"/>
        </w:rPr>
        <w:t>4.  Se aprobă Regulamentul general privind protecția datelor cu caracter personal în cadrul Primăriei satului Mereni, conform Anexei nr. 4, care face parte integrantă din prezenta decizie.</w:t>
      </w:r>
    </w:p>
    <w:p w14:paraId="0809642E" w14:textId="77777777" w:rsidR="006D4E92" w:rsidRPr="008B04D4" w:rsidRDefault="00000000" w:rsidP="00693F1B">
      <w:pPr>
        <w:spacing w:after="0"/>
        <w:ind w:left="283" w:hanging="283"/>
        <w:jc w:val="both"/>
        <w:rPr>
          <w:sz w:val="28"/>
          <w:szCs w:val="28"/>
        </w:rPr>
      </w:pPr>
      <w:r w:rsidRPr="008B04D4">
        <w:rPr>
          <w:sz w:val="28"/>
          <w:szCs w:val="28"/>
        </w:rPr>
        <w:t>5.  Se aprobă Regulamentul privind normele anti-spam în cadrul Primăriei satului Mereni, conform Anexei nr. 5, care face parte integrantă din prezenta decizie.</w:t>
      </w:r>
    </w:p>
    <w:p w14:paraId="6B550091" w14:textId="77777777" w:rsidR="006D4E92" w:rsidRPr="008B04D4" w:rsidRDefault="00000000" w:rsidP="00693F1B">
      <w:pPr>
        <w:spacing w:after="0"/>
        <w:ind w:left="283" w:hanging="283"/>
        <w:jc w:val="both"/>
        <w:rPr>
          <w:sz w:val="28"/>
          <w:szCs w:val="28"/>
        </w:rPr>
      </w:pPr>
      <w:r w:rsidRPr="008B04D4">
        <w:rPr>
          <w:sz w:val="28"/>
          <w:szCs w:val="28"/>
        </w:rPr>
        <w:t>6.  Se aprobă Regulamentul privind resursele informatice în cadrul Primăriei satului Mereni, conform Anexei nr. 6, care face parte integrantă din prezenta decizie.</w:t>
      </w:r>
    </w:p>
    <w:p w14:paraId="37039BEF" w14:textId="77777777" w:rsidR="006D4E92" w:rsidRPr="008B04D4" w:rsidRDefault="00000000" w:rsidP="00693F1B">
      <w:pPr>
        <w:spacing w:after="0"/>
        <w:ind w:left="283" w:hanging="283"/>
        <w:jc w:val="both"/>
        <w:rPr>
          <w:sz w:val="28"/>
          <w:szCs w:val="28"/>
        </w:rPr>
      </w:pPr>
      <w:r w:rsidRPr="008B04D4">
        <w:rPr>
          <w:sz w:val="28"/>
          <w:szCs w:val="28"/>
        </w:rPr>
        <w:t>7.  Se aprobă Regulamentul privind transferul de date cu caracter personal, conform Anexei nr. 7, care face parte integrantă din prezenta decizie.</w:t>
      </w:r>
    </w:p>
    <w:p w14:paraId="2081F0F9" w14:textId="77777777" w:rsidR="006D4E92" w:rsidRPr="008B04D4" w:rsidRDefault="00000000" w:rsidP="00693F1B">
      <w:pPr>
        <w:spacing w:after="0"/>
        <w:ind w:left="283" w:hanging="283"/>
        <w:jc w:val="both"/>
        <w:rPr>
          <w:sz w:val="28"/>
          <w:szCs w:val="28"/>
        </w:rPr>
      </w:pPr>
      <w:r w:rsidRPr="008B04D4">
        <w:rPr>
          <w:sz w:val="28"/>
          <w:szCs w:val="28"/>
        </w:rPr>
        <w:t>8.  Primarul satului Mereni va asigura implementarea regulamentelor aprobate prin prezenta decizie și informarea angajaților și a persoanelor responsabile cu privire la obligațiile ce le revin.</w:t>
      </w:r>
    </w:p>
    <w:p w14:paraId="34064F6F" w14:textId="77777777" w:rsidR="006D4E92" w:rsidRPr="008B04D4" w:rsidRDefault="00000000" w:rsidP="00693F1B">
      <w:pPr>
        <w:spacing w:after="0"/>
        <w:ind w:left="283" w:hanging="283"/>
        <w:jc w:val="both"/>
        <w:rPr>
          <w:sz w:val="28"/>
          <w:szCs w:val="28"/>
        </w:rPr>
      </w:pPr>
      <w:r w:rsidRPr="008B04D4">
        <w:rPr>
          <w:sz w:val="28"/>
          <w:szCs w:val="28"/>
        </w:rPr>
        <w:lastRenderedPageBreak/>
        <w:t>9.  Secretara Consiliului local Mereni va aduce prezenta decizie la cunoștința persoanelor vizate de executarea acesteia, în condițiile legislației în vigoare.</w:t>
      </w:r>
    </w:p>
    <w:p w14:paraId="71221A08" w14:textId="77777777" w:rsidR="006D4E92" w:rsidRPr="008B04D4" w:rsidRDefault="00000000" w:rsidP="00693F1B">
      <w:pPr>
        <w:spacing w:after="0"/>
        <w:ind w:left="283" w:hanging="283"/>
        <w:jc w:val="both"/>
        <w:rPr>
          <w:sz w:val="28"/>
          <w:szCs w:val="28"/>
        </w:rPr>
      </w:pPr>
      <w:r w:rsidRPr="008B04D4">
        <w:rPr>
          <w:sz w:val="28"/>
          <w:szCs w:val="28"/>
        </w:rPr>
        <w:t>10.  Controlul asupra executării prezentei decizii se pune în seama primarului satului Mereni, dl Alexandru Bîrca.</w:t>
      </w:r>
    </w:p>
    <w:p w14:paraId="444D9466" w14:textId="77777777" w:rsidR="006D4E92" w:rsidRPr="008B04D4" w:rsidRDefault="00000000" w:rsidP="00693F1B">
      <w:pPr>
        <w:spacing w:after="0"/>
        <w:ind w:left="283" w:hanging="283"/>
        <w:jc w:val="both"/>
        <w:rPr>
          <w:sz w:val="28"/>
          <w:szCs w:val="28"/>
        </w:rPr>
      </w:pPr>
      <w:r w:rsidRPr="008B04D4">
        <w:rPr>
          <w:sz w:val="28"/>
          <w:szCs w:val="28"/>
        </w:rPr>
        <w:t>11.  Prezenta decizie se aduce la cunoștință publică prin includerea în Registrul de Stat al Actelor Locale, publicarea pe pagina web oficială a Primăriei Mereni și afișarea pe panoul informativ al instituției.</w:t>
      </w:r>
    </w:p>
    <w:p w14:paraId="6F42F1AE" w14:textId="77777777" w:rsidR="006D4E92" w:rsidRDefault="006D4E92"/>
    <w:tbl>
      <w:tblPr>
        <w:tblW w:w="0" w:type="auto"/>
        <w:jc w:val="center"/>
        <w:tblLayout w:type="fixed"/>
        <w:tblLook w:val="04A0" w:firstRow="1" w:lastRow="0" w:firstColumn="1" w:lastColumn="0" w:noHBand="0" w:noVBand="1"/>
      </w:tblPr>
      <w:tblGrid>
        <w:gridCol w:w="4986"/>
        <w:gridCol w:w="4986"/>
      </w:tblGrid>
      <w:tr w:rsidR="006D4E92" w:rsidRPr="008B04D4" w14:paraId="2C908317" w14:textId="77777777">
        <w:trPr>
          <w:jc w:val="center"/>
        </w:trPr>
        <w:tc>
          <w:tcPr>
            <w:tcW w:w="4986" w:type="dxa"/>
            <w:tcBorders>
              <w:top w:val="nil"/>
              <w:left w:val="nil"/>
              <w:bottom w:val="nil"/>
              <w:right w:val="nil"/>
            </w:tcBorders>
          </w:tcPr>
          <w:p w14:paraId="763E9E3D" w14:textId="77777777" w:rsidR="006D4E92" w:rsidRPr="008B04D4" w:rsidRDefault="00000000">
            <w:pPr>
              <w:rPr>
                <w:szCs w:val="24"/>
              </w:rPr>
            </w:pPr>
            <w:r w:rsidRPr="008B04D4">
              <w:rPr>
                <w:b/>
                <w:szCs w:val="24"/>
              </w:rPr>
              <w:t>PREȘEDINTELE ȘEDINȚEI</w:t>
            </w:r>
            <w:r w:rsidRPr="008B04D4">
              <w:rPr>
                <w:b/>
                <w:szCs w:val="24"/>
              </w:rPr>
              <w:br/>
            </w:r>
            <w:r w:rsidRPr="008B04D4">
              <w:rPr>
                <w:b/>
                <w:szCs w:val="24"/>
              </w:rPr>
              <w:br/>
              <w:t>________________________</w:t>
            </w:r>
          </w:p>
        </w:tc>
        <w:tc>
          <w:tcPr>
            <w:tcW w:w="4986" w:type="dxa"/>
            <w:tcBorders>
              <w:top w:val="nil"/>
              <w:left w:val="nil"/>
              <w:bottom w:val="nil"/>
              <w:right w:val="nil"/>
            </w:tcBorders>
          </w:tcPr>
          <w:p w14:paraId="5B497814" w14:textId="0F00693A" w:rsidR="006D4E92" w:rsidRPr="008B04D4" w:rsidRDefault="00000000">
            <w:pPr>
              <w:rPr>
                <w:szCs w:val="24"/>
              </w:rPr>
            </w:pPr>
            <w:r w:rsidRPr="008B04D4">
              <w:rPr>
                <w:b/>
                <w:szCs w:val="24"/>
              </w:rPr>
              <w:t>CONTRASEMNAT:</w:t>
            </w:r>
            <w:r w:rsidRPr="008B04D4">
              <w:rPr>
                <w:b/>
                <w:szCs w:val="24"/>
              </w:rPr>
              <w:br/>
            </w:r>
            <w:proofErr w:type="spellStart"/>
            <w:r w:rsidR="00211F13" w:rsidRPr="008B04D4">
              <w:rPr>
                <w:b/>
                <w:szCs w:val="24"/>
              </w:rPr>
              <w:t>Secretara</w:t>
            </w:r>
            <w:proofErr w:type="spellEnd"/>
            <w:r w:rsidR="00211F13" w:rsidRPr="008B04D4">
              <w:rPr>
                <w:b/>
                <w:szCs w:val="24"/>
              </w:rPr>
              <w:t xml:space="preserve"> </w:t>
            </w:r>
            <w:proofErr w:type="spellStart"/>
            <w:r w:rsidR="00211F13" w:rsidRPr="008B04D4">
              <w:rPr>
                <w:b/>
                <w:szCs w:val="24"/>
              </w:rPr>
              <w:t>Consiliului</w:t>
            </w:r>
            <w:proofErr w:type="spellEnd"/>
            <w:r w:rsidRPr="008B04D4">
              <w:rPr>
                <w:b/>
                <w:szCs w:val="24"/>
              </w:rPr>
              <w:br/>
              <w:t>GUȚU Alina</w:t>
            </w:r>
          </w:p>
        </w:tc>
      </w:tr>
    </w:tbl>
    <w:p w14:paraId="3F01CB71" w14:textId="77777777" w:rsidR="006D4E92" w:rsidRPr="008B04D4" w:rsidRDefault="00000000">
      <w:pPr>
        <w:rPr>
          <w:szCs w:val="24"/>
        </w:rPr>
      </w:pPr>
      <w:r w:rsidRPr="008B04D4">
        <w:rPr>
          <w:szCs w:val="24"/>
        </w:rPr>
        <w:br w:type="page"/>
      </w:r>
    </w:p>
    <w:p w14:paraId="42E68FD5" w14:textId="77777777" w:rsidR="006D4E92" w:rsidRDefault="00000000">
      <w:pPr>
        <w:jc w:val="right"/>
      </w:pPr>
      <w:r>
        <w:rPr>
          <w:b/>
          <w:sz w:val="20"/>
        </w:rPr>
        <w:lastRenderedPageBreak/>
        <w:t>Anexa nr. 1</w:t>
      </w:r>
      <w:r>
        <w:rPr>
          <w:b/>
          <w:sz w:val="20"/>
        </w:rPr>
        <w:br/>
        <w:t>la Decizia Consiliului local Mereni</w:t>
      </w:r>
      <w:r>
        <w:rPr>
          <w:b/>
          <w:sz w:val="20"/>
        </w:rPr>
        <w:br/>
        <w:t>nr. ____/____ din ______________ 2026</w:t>
      </w:r>
    </w:p>
    <w:p w14:paraId="2228B9CB" w14:textId="77777777" w:rsidR="006D4E92" w:rsidRDefault="00000000">
      <w:pPr>
        <w:spacing w:before="120" w:after="0"/>
        <w:jc w:val="right"/>
        <w:rPr>
          <w:b/>
          <w:lang w:val="ro-RO"/>
        </w:rPr>
      </w:pPr>
      <w:r>
        <w:rPr>
          <w:b/>
          <w:lang w:val="ro-RO"/>
        </w:rPr>
        <w:t>APROBAT</w:t>
      </w:r>
    </w:p>
    <w:p w14:paraId="0F6C6B4E" w14:textId="77777777" w:rsidR="006D4E92" w:rsidRDefault="00000000">
      <w:pPr>
        <w:jc w:val="right"/>
        <w:rPr>
          <w:b/>
          <w:lang w:val="ro-RO"/>
        </w:rPr>
      </w:pPr>
      <w:r>
        <w:rPr>
          <w:b/>
          <w:lang w:val="ro-RO"/>
        </w:rPr>
        <w:t>PRIN DECIZIA CONSILIULUI SATULUI MERENI</w:t>
      </w:r>
    </w:p>
    <w:p w14:paraId="4D5D388C" w14:textId="77777777" w:rsidR="006D4E92" w:rsidRDefault="00000000">
      <w:pPr>
        <w:spacing w:before="120" w:after="120"/>
        <w:jc w:val="right"/>
        <w:rPr>
          <w:rFonts w:cs="Times New Roman;Times New Roman"/>
          <w:b/>
          <w:lang w:val="ro-RO"/>
        </w:rPr>
      </w:pPr>
      <w:r>
        <w:rPr>
          <w:b/>
          <w:lang w:val="ro-RO"/>
        </w:rPr>
        <w:t>nr.______din ________________________2026</w:t>
      </w:r>
      <w:r>
        <w:rPr>
          <w:b/>
          <w:lang w:val="ro-RO"/>
        </w:rPr>
        <w:br/>
      </w:r>
    </w:p>
    <w:p w14:paraId="054648F6" w14:textId="77777777" w:rsidR="006D4E92" w:rsidRDefault="006D4E92" w:rsidP="008B04D4">
      <w:pPr>
        <w:spacing w:before="120" w:after="120"/>
        <w:jc w:val="both"/>
        <w:rPr>
          <w:rFonts w:cs="Times New Roman;Times New Roman"/>
          <w:b/>
          <w:bCs/>
          <w:lang w:val="ro-RO"/>
        </w:rPr>
      </w:pPr>
    </w:p>
    <w:p w14:paraId="7469C162" w14:textId="77777777" w:rsidR="006D4E92" w:rsidRDefault="00000000">
      <w:pPr>
        <w:spacing w:before="120" w:after="120"/>
        <w:jc w:val="center"/>
        <w:rPr>
          <w:rFonts w:cs="Times New Roman;Times New Roman"/>
          <w:b/>
          <w:bCs/>
          <w:lang w:val="ro-RO"/>
        </w:rPr>
      </w:pPr>
      <w:r>
        <w:rPr>
          <w:rFonts w:cs="Times New Roman;Times New Roman"/>
          <w:b/>
          <w:bCs/>
          <w:lang w:val="ro-RO"/>
        </w:rPr>
        <w:t>REGULAMENTUL PRIVIND SUPRAVEGHEREA</w:t>
      </w:r>
    </w:p>
    <w:p w14:paraId="182CB966" w14:textId="77777777" w:rsidR="006D4E92" w:rsidRDefault="00000000">
      <w:pPr>
        <w:spacing w:before="120" w:after="120"/>
        <w:jc w:val="center"/>
        <w:rPr>
          <w:rFonts w:cs="Times New Roman;Times New Roman"/>
          <w:b/>
          <w:bCs/>
          <w:lang w:val="ro-RO"/>
        </w:rPr>
      </w:pPr>
      <w:r>
        <w:rPr>
          <w:rFonts w:cs="Times New Roman;Times New Roman"/>
          <w:b/>
          <w:bCs/>
          <w:lang w:val="ro-RO"/>
        </w:rPr>
        <w:t xml:space="preserve">PRIN MIJLOACE VIDEO ÎN CADRUL </w:t>
      </w:r>
    </w:p>
    <w:p w14:paraId="06D14E02" w14:textId="77777777" w:rsidR="006D4E92" w:rsidRDefault="00000000">
      <w:pPr>
        <w:spacing w:before="120" w:after="120"/>
        <w:jc w:val="center"/>
        <w:rPr>
          <w:rFonts w:cs="Times New Roman;Times New Roman"/>
          <w:b/>
          <w:bCs/>
          <w:lang w:val="ro-RO"/>
        </w:rPr>
      </w:pPr>
      <w:r>
        <w:rPr>
          <w:rFonts w:eastAsia="Times New Roman;Times New Roman" w:cs="Times New Roman;Times New Roman"/>
          <w:b/>
          <w:lang w:val="ro-RO"/>
        </w:rPr>
        <w:t>PRIMĂRIEI SATULUI MERENI</w:t>
      </w:r>
      <w:r>
        <w:br w:type="page"/>
      </w:r>
    </w:p>
    <w:p w14:paraId="26AA4EF0" w14:textId="77777777" w:rsidR="006D4E92" w:rsidRDefault="00000000">
      <w:pPr>
        <w:numPr>
          <w:ilvl w:val="0"/>
          <w:numId w:val="4"/>
        </w:numPr>
        <w:spacing w:before="240" w:after="240"/>
        <w:ind w:left="425" w:hanging="425"/>
        <w:jc w:val="both"/>
        <w:rPr>
          <w:rFonts w:cs="Times New Roman;Times New Roman"/>
          <w:b/>
          <w:bCs/>
          <w:lang w:val="ro-RO"/>
        </w:rPr>
      </w:pPr>
      <w:r>
        <w:rPr>
          <w:rFonts w:cs="Times New Roman;Times New Roman"/>
          <w:b/>
          <w:bCs/>
          <w:lang w:val="ro-RO"/>
        </w:rPr>
        <w:lastRenderedPageBreak/>
        <w:t>Dispoziții generale</w:t>
      </w:r>
    </w:p>
    <w:p w14:paraId="6EA3071B" w14:textId="77777777" w:rsidR="006D4E92" w:rsidRDefault="00000000" w:rsidP="00693F1B">
      <w:pPr>
        <w:autoSpaceDE w:val="0"/>
        <w:spacing w:after="0"/>
        <w:jc w:val="both"/>
      </w:pPr>
      <w:r>
        <w:rPr>
          <w:rFonts w:cs="Times New Roman;Times New Roman"/>
          <w:lang w:val="ro-RO"/>
        </w:rPr>
        <w:t>În contextul actual securitatea obiectivelor nu poate fi asigurată fără o supraveghere video eficientă, care să permită, atât monitorizarea în timp real a evenimentelor și persoanelor suspecte, cât și înregistrarea imaginilor video.</w:t>
      </w:r>
    </w:p>
    <w:p w14:paraId="7F54804E" w14:textId="77777777" w:rsidR="006D4E92" w:rsidRDefault="00000000" w:rsidP="00693F1B">
      <w:pPr>
        <w:autoSpaceDE w:val="0"/>
        <w:spacing w:after="0"/>
        <w:jc w:val="both"/>
      </w:pPr>
      <w:r>
        <w:rPr>
          <w:rFonts w:cs="Times New Roman;Times New Roman"/>
          <w:lang w:val="ro-RO"/>
        </w:rPr>
        <w:t xml:space="preserve">„Prezentul sistem se adresează spațiilor publice deschise (intersecții, stații de transport public, terenuri de sport, parcuri) și zonelor de acces din sediul administrativ”. </w:t>
      </w:r>
    </w:p>
    <w:p w14:paraId="67CB26F2" w14:textId="77777777" w:rsidR="006D4E92" w:rsidRDefault="00000000" w:rsidP="00693F1B">
      <w:pPr>
        <w:autoSpaceDE w:val="0"/>
        <w:spacing w:after="0"/>
        <w:jc w:val="both"/>
      </w:pPr>
      <w:r>
        <w:rPr>
          <w:rFonts w:cs="Times New Roman;Times New Roman"/>
          <w:lang w:val="ro-RO"/>
        </w:rPr>
        <w:t xml:space="preserve">Totodată utilizarea unui astfel de sistem include anumite responsabilități și garanții din partea proprietarului de sistem, referitor la prelucrarea și protecția datelor cu caracter personal ce se înregistrează în sistem, atribuții și reglementări descrise în legea nr. </w:t>
      </w:r>
      <w:r>
        <w:rPr>
          <w:rFonts w:cs="Times New Roman;Times New Roman"/>
        </w:rPr>
        <w:t xml:space="preserve">195 din 25.07.2024 </w:t>
      </w:r>
      <w:r>
        <w:rPr>
          <w:rFonts w:cs="Times New Roman;Times New Roman"/>
          <w:lang w:val="ro-RO"/>
        </w:rPr>
        <w:t>privind protecția datelor cu caracter personal.</w:t>
      </w:r>
    </w:p>
    <w:p w14:paraId="77A2006E" w14:textId="77777777" w:rsidR="006D4E92" w:rsidRDefault="00000000" w:rsidP="00693F1B">
      <w:pPr>
        <w:autoSpaceDE w:val="0"/>
        <w:spacing w:after="0"/>
        <w:jc w:val="both"/>
      </w:pPr>
      <w:r>
        <w:rPr>
          <w:rFonts w:cs="Times New Roman;Times New Roman"/>
          <w:lang w:val="ro-RO"/>
        </w:rPr>
        <w:t>Din acest motiv este necesară stabilirea unui regulament de securitate privind supravegherea prin mijloace video și prelucrarea datelor cu caracter personal preluate și înregistrate în sistemul de supraveghere prin mijloace video.</w:t>
      </w:r>
    </w:p>
    <w:p w14:paraId="1CF77918" w14:textId="77777777" w:rsidR="006D4E92" w:rsidRDefault="00000000" w:rsidP="00693F1B">
      <w:pPr>
        <w:autoSpaceDE w:val="0"/>
        <w:spacing w:after="0"/>
        <w:jc w:val="both"/>
        <w:rPr>
          <w:rFonts w:cs="Times New Roman;Times New Roman"/>
          <w:lang w:val="ro-RO"/>
        </w:rPr>
      </w:pPr>
      <w:r>
        <w:rPr>
          <w:rFonts w:cs="Times New Roman;Times New Roman"/>
          <w:lang w:val="ro-RO"/>
        </w:rPr>
        <w:t>Mijloacele de supraveghere video se instalează şi utilizează cu respectarea principiului:</w:t>
      </w:r>
    </w:p>
    <w:p w14:paraId="5CED4E61" w14:textId="77777777" w:rsidR="006D4E92" w:rsidRDefault="00000000" w:rsidP="00693F1B">
      <w:pPr>
        <w:autoSpaceDE w:val="0"/>
        <w:spacing w:after="0"/>
        <w:ind w:left="360"/>
        <w:jc w:val="both"/>
      </w:pPr>
      <w:r>
        <w:rPr>
          <w:rFonts w:cs="Times New Roman;Times New Roman"/>
          <w:lang w:val="ro-RO"/>
        </w:rPr>
        <w:tab/>
        <w:t>a) legalității;</w:t>
      </w:r>
    </w:p>
    <w:p w14:paraId="16E4D614" w14:textId="77777777" w:rsidR="006D4E92" w:rsidRDefault="00000000" w:rsidP="00693F1B">
      <w:pPr>
        <w:autoSpaceDE w:val="0"/>
        <w:spacing w:after="0"/>
        <w:ind w:left="360"/>
        <w:jc w:val="both"/>
      </w:pPr>
      <w:r>
        <w:rPr>
          <w:rFonts w:cs="Times New Roman;Times New Roman"/>
          <w:lang w:val="ro-RO"/>
        </w:rPr>
        <w:tab/>
        <w:t>b) proporționalității;</w:t>
      </w:r>
    </w:p>
    <w:p w14:paraId="63F573E3" w14:textId="77777777" w:rsidR="006D4E92" w:rsidRDefault="00000000" w:rsidP="00693F1B">
      <w:pPr>
        <w:autoSpaceDE w:val="0"/>
        <w:spacing w:after="0"/>
        <w:ind w:left="360"/>
        <w:jc w:val="both"/>
      </w:pPr>
      <w:r>
        <w:rPr>
          <w:rFonts w:cs="Times New Roman;Times New Roman"/>
          <w:lang w:val="ro-RO"/>
        </w:rPr>
        <w:tab/>
        <w:t>c) transparenței;</w:t>
      </w:r>
    </w:p>
    <w:p w14:paraId="5A6BB543" w14:textId="77777777" w:rsidR="006D4E92" w:rsidRDefault="00000000" w:rsidP="00693F1B">
      <w:pPr>
        <w:autoSpaceDE w:val="0"/>
        <w:spacing w:after="0"/>
        <w:ind w:left="360"/>
        <w:jc w:val="both"/>
        <w:rPr>
          <w:rFonts w:cs="Times New Roman;Times New Roman"/>
          <w:lang w:val="ro-RO"/>
        </w:rPr>
      </w:pPr>
      <w:r>
        <w:rPr>
          <w:rFonts w:cs="Times New Roman;Times New Roman"/>
          <w:lang w:val="ro-RO"/>
        </w:rPr>
        <w:tab/>
        <w:t>d) securității.</w:t>
      </w:r>
    </w:p>
    <w:p w14:paraId="7115B775" w14:textId="77777777" w:rsidR="006D4E92" w:rsidRDefault="00000000">
      <w:pPr>
        <w:numPr>
          <w:ilvl w:val="0"/>
          <w:numId w:val="4"/>
        </w:numPr>
        <w:spacing w:before="240" w:after="240"/>
        <w:ind w:left="425" w:hanging="425"/>
        <w:jc w:val="both"/>
        <w:rPr>
          <w:rFonts w:cs="Times New Roman;Times New Roman"/>
          <w:b/>
          <w:bCs/>
          <w:lang w:val="ro-RO"/>
        </w:rPr>
      </w:pPr>
      <w:r>
        <w:rPr>
          <w:rFonts w:cs="Times New Roman;Times New Roman"/>
          <w:b/>
          <w:bCs/>
          <w:lang w:val="ro-RO"/>
        </w:rPr>
        <w:t xml:space="preserve">Regulamentul privind supravegherea prin mijloace video în cadrul PRIMĂRIEI </w:t>
      </w:r>
      <w:r>
        <w:rPr>
          <w:rFonts w:eastAsia="Times New Roman;Times New Roman" w:cs="Times New Roman;Times New Roman"/>
          <w:b/>
          <w:lang w:val="ro-RO"/>
        </w:rPr>
        <w:t>SATULUI MERENI</w:t>
      </w:r>
      <w:r>
        <w:rPr>
          <w:rFonts w:cs="Times New Roman;Times New Roman"/>
          <w:b/>
          <w:bCs/>
          <w:lang w:val="ro-RO"/>
        </w:rPr>
        <w:t xml:space="preserve">are drept scop: </w:t>
      </w:r>
    </w:p>
    <w:p w14:paraId="692C07D3"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Stabilirea unui set unitar de reguli care reglementează implementarea şi utilizarea sistemului de supraveghere prin mijloace video, în scopul asigurării securității persoanelor şi bunurilor, pazei şi protecției bunurilor, imobilelor, valorilor şi a materialelor cu regim special, respectînd în același timp obligațiile ce revin entității, în calitate de operator de date şi măsurile de securitate adoptate pentru protecția datelor cu caracter personal, protejarea vieții private şi garantarea drepturilor fundamentale ale persoanelor vizate, în conformitate cu prevederile Art. 6 alin. (1) lit. e) din Legea nr. 195/2024 (executarea unei sarcini de interes public)”.</w:t>
      </w:r>
    </w:p>
    <w:p w14:paraId="59352176"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 xml:space="preserve">Stabilirea responsabilităților privind administrarea şi exploatarea sistemului de supraveghere prin mijloace video, precum şi cele privind întocmirea, avizarea şi aprobarea documentelor aferente acestor activități. </w:t>
      </w:r>
    </w:p>
    <w:p w14:paraId="665196B7"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Scopul utilizării sistemului de supraveghere prin mijloace video este de a asigura buna administrare şi funcționare a entității, în special în vederea controlului de securitate şi pază. De asemenea, sistemul de supraveghere prin mijloace video este necesar pentru a sprijini politicile de securitate instituite de actele normative care reglementează protecția datelor cu caracter personal şi contribuie la îndeplinirea atribuțiilor structurii de securitate.</w:t>
      </w:r>
    </w:p>
    <w:p w14:paraId="630FC511"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 xml:space="preserve">Prezentul Regulamentul descrie măsurile care necesită a fi luate de            </w:t>
      </w:r>
      <w:r>
        <w:rPr>
          <w:rFonts w:cs="Times New Roman;Times New Roman"/>
          <w:b/>
          <w:lang w:val="ro-RO"/>
        </w:rPr>
        <w:t xml:space="preserve">PRIMĂRIA </w:t>
      </w:r>
      <w:r>
        <w:rPr>
          <w:rFonts w:eastAsia="Times New Roman;Times New Roman" w:cs="Times New Roman;Times New Roman"/>
          <w:b/>
          <w:lang w:val="ro-RO"/>
        </w:rPr>
        <w:t xml:space="preserve">SATULUI MERENI </w:t>
      </w:r>
      <w:r>
        <w:rPr>
          <w:rFonts w:cs="Times New Roman;Times New Roman"/>
          <w:lang w:val="ro-RO"/>
        </w:rPr>
        <w:t>pentru a proteja datele cu caracter personal care sânt prelucrate prin metoda supravegherii video, vieții private și alte drepturi fundamentale și interese legitime ale subiecților.</w:t>
      </w:r>
    </w:p>
    <w:p w14:paraId="6F080E2A" w14:textId="77777777" w:rsidR="006D4E92" w:rsidRDefault="00000000">
      <w:pPr>
        <w:numPr>
          <w:ilvl w:val="0"/>
          <w:numId w:val="4"/>
        </w:numPr>
        <w:spacing w:before="240" w:after="240"/>
        <w:ind w:left="425" w:hanging="425"/>
        <w:jc w:val="both"/>
        <w:rPr>
          <w:rFonts w:cs="Times New Roman;Times New Roman"/>
          <w:b/>
          <w:bCs/>
          <w:lang w:val="ro-RO"/>
        </w:rPr>
      </w:pPr>
      <w:r>
        <w:rPr>
          <w:rFonts w:cs="Times New Roman;Times New Roman"/>
          <w:b/>
          <w:bCs/>
          <w:lang w:val="ro-RO"/>
        </w:rPr>
        <w:t>Zonele supravegheate</w:t>
      </w:r>
    </w:p>
    <w:p w14:paraId="23145E2A"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lastRenderedPageBreak/>
        <w:t>Camerele de supraveghere video sânt amplasate în locuri vizibile. Orice utilizare ascunsă a acestora este strict interzisă, cu excepția cazurilor expres reglementate de legislație.</w:t>
      </w:r>
    </w:p>
    <w:p w14:paraId="5F6D434D"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Camerele de supraveghere video sânt amplasate conform anexelor nr. 1 și 2 al prezentului Regulament.</w:t>
      </w:r>
    </w:p>
    <w:p w14:paraId="7DBBDD33"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Nu sânt monitorizate zonele în care persoanele pot conta, în mod rezonabil, pe intimitate, precum birourile de serviciu și toaletele. Instalarea mijloacelor de supraveghere video se poate realiza numai în condiţiile în care echipamentele sânt orientate exclusiv asupra căilor de acces şi perimetrului acestor bunuri, fără ca în raza lor de acoperire să fie vizualizate alte spatii publice, ori bunurile terților.</w:t>
      </w:r>
    </w:p>
    <w:p w14:paraId="2B21F3E0" w14:textId="77777777" w:rsidR="006D4E92" w:rsidRDefault="00000000">
      <w:pPr>
        <w:numPr>
          <w:ilvl w:val="0"/>
          <w:numId w:val="4"/>
        </w:numPr>
        <w:spacing w:before="240" w:after="240"/>
        <w:ind w:left="425" w:hanging="425"/>
        <w:jc w:val="both"/>
        <w:rPr>
          <w:rFonts w:cs="Times New Roman;Times New Roman"/>
          <w:b/>
          <w:bCs/>
          <w:lang w:val="ro-RO"/>
        </w:rPr>
      </w:pPr>
      <w:r>
        <w:rPr>
          <w:rFonts w:cs="Times New Roman;Times New Roman"/>
          <w:b/>
          <w:bCs/>
          <w:lang w:val="ro-RO"/>
        </w:rPr>
        <w:t xml:space="preserve">Datele cu caracter personal colectate prin intermediul sistemului de supraveghere prin mijloace video </w:t>
      </w:r>
    </w:p>
    <w:p w14:paraId="5095A613"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Sistemul de supraveghere prin mijloace video este dotat cu detector de mișcare. Toate camerele funcționează în regim 24/24 ore și sânt fixate.</w:t>
      </w:r>
    </w:p>
    <w:p w14:paraId="18110E9B"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La darea în exploatare a sistemului de supraveghere video, persoana împuternicită va primi instructajul referitor la setările sistemului de supraveghere prin mijloace video, respectarea regimului de confidențialitate și dreptul de acces la informația prelucrată în sistemul de evidență.</w:t>
      </w:r>
    </w:p>
    <w:p w14:paraId="616A12C5" w14:textId="77777777" w:rsidR="006D4E92" w:rsidRDefault="00000000">
      <w:pPr>
        <w:numPr>
          <w:ilvl w:val="0"/>
          <w:numId w:val="4"/>
        </w:numPr>
        <w:spacing w:before="240" w:after="240"/>
        <w:ind w:left="425" w:hanging="425"/>
        <w:jc w:val="both"/>
        <w:rPr>
          <w:rFonts w:cs="Times New Roman;Times New Roman"/>
          <w:b/>
          <w:bCs/>
          <w:lang w:val="ro-RO"/>
        </w:rPr>
      </w:pPr>
      <w:r>
        <w:rPr>
          <w:rFonts w:cs="Times New Roman;Times New Roman"/>
          <w:b/>
          <w:bCs/>
          <w:lang w:val="ro-RO"/>
        </w:rPr>
        <w:t>Limitarea scopului</w:t>
      </w:r>
    </w:p>
    <w:p w14:paraId="3D5EEDD4"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Sistemul de supraveghere prin mijloace video va fi utilizat numai în scop legal, fără a se urmări în special obținerea unor informații pentru anchetele interne sau procedurile disciplinare, cu excepția situațiilor în care se produce un incident de securitate sau se observă un comportament infracțional (în circumstanțe excepționale imaginile pot fi transmise organelor competente în cadrul unor investigații disciplinare sau penale).</w:t>
      </w:r>
    </w:p>
    <w:p w14:paraId="7DD6A4D2"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În vederea protejării vieții private a altor subiecți decât cei vizați nemijlocit, sistemul de supraveghere prin mijloace video este dotat cu mecanisme care prevăd estomparea imaginii (în caz de necesitate) pentru a face ca întreaga imagine sau o parte a ei, după caz, să fie anonimizată.</w:t>
      </w:r>
    </w:p>
    <w:p w14:paraId="2E7DFF15"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 xml:space="preserve">Persoana responsabilă va gestiona accesul la sistemul de supraveghere prin mijloace video numai cu acordul scris al conducerii </w:t>
      </w:r>
      <w:r>
        <w:rPr>
          <w:rFonts w:cs="Times New Roman;Times New Roman"/>
          <w:b/>
          <w:lang w:val="ro-RO"/>
        </w:rPr>
        <w:t xml:space="preserve">PRIMĂRIEI </w:t>
      </w:r>
      <w:r>
        <w:rPr>
          <w:rFonts w:eastAsia="Times New Roman;Times New Roman" w:cs="Times New Roman;Times New Roman"/>
          <w:b/>
          <w:lang w:val="ro-RO"/>
        </w:rPr>
        <w:t>SATULUI MERENI</w:t>
      </w:r>
      <w:r>
        <w:rPr>
          <w:rFonts w:cs="Times New Roman;Times New Roman"/>
          <w:lang w:val="ro-RO"/>
        </w:rPr>
        <w:t>.</w:t>
      </w:r>
    </w:p>
    <w:p w14:paraId="32AF8699" w14:textId="77777777" w:rsidR="006D4E92" w:rsidRDefault="00000000">
      <w:pPr>
        <w:numPr>
          <w:ilvl w:val="0"/>
          <w:numId w:val="4"/>
        </w:numPr>
        <w:spacing w:before="240" w:after="240"/>
        <w:ind w:left="425" w:hanging="425"/>
        <w:jc w:val="both"/>
        <w:rPr>
          <w:rFonts w:cs="Times New Roman;Times New Roman"/>
          <w:b/>
          <w:bCs/>
          <w:lang w:val="ro-RO"/>
        </w:rPr>
      </w:pPr>
      <w:r>
        <w:rPr>
          <w:rFonts w:cs="Times New Roman;Times New Roman"/>
          <w:b/>
          <w:bCs/>
          <w:lang w:val="ro-RO"/>
        </w:rPr>
        <w:t>Categorii speciale de date cu caracter personal</w:t>
      </w:r>
    </w:p>
    <w:p w14:paraId="12CB5761"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 xml:space="preserve">Sistemul de supraveghere prin mijloace video al </w:t>
      </w:r>
      <w:r>
        <w:rPr>
          <w:rFonts w:cs="Times New Roman;Times New Roman"/>
          <w:b/>
          <w:bCs/>
          <w:lang w:val="ro-RO"/>
        </w:rPr>
        <w:t xml:space="preserve">PRIMARIEI </w:t>
      </w:r>
      <w:r>
        <w:rPr>
          <w:rFonts w:eastAsia="Times New Roman;Times New Roman" w:cs="Times New Roman;Times New Roman"/>
          <w:b/>
          <w:lang w:val="ro-RO"/>
        </w:rPr>
        <w:t xml:space="preserve">SATULUI MERENI </w:t>
      </w:r>
      <w:r>
        <w:rPr>
          <w:rFonts w:cs="Times New Roman;Times New Roman"/>
          <w:lang w:val="ro-RO"/>
        </w:rPr>
        <w:t>nu are ca scop captarea (spre exemplu prin focalizare sau orientare selectivă) sau prelucrarea imaginilor (spre exemplu indexare, creare de profiluri) care constituie categoria specială de date cu caracter personal.</w:t>
      </w:r>
    </w:p>
    <w:p w14:paraId="1DE3D5C5" w14:textId="77777777" w:rsidR="006D4E92" w:rsidRDefault="00000000">
      <w:pPr>
        <w:numPr>
          <w:ilvl w:val="0"/>
          <w:numId w:val="4"/>
        </w:numPr>
        <w:spacing w:before="240" w:after="240"/>
        <w:ind w:left="425" w:hanging="425"/>
        <w:jc w:val="both"/>
        <w:rPr>
          <w:rFonts w:cs="Times New Roman;Times New Roman"/>
          <w:b/>
          <w:bCs/>
          <w:lang w:val="ro-RO"/>
        </w:rPr>
      </w:pPr>
      <w:r>
        <w:rPr>
          <w:rFonts w:cs="Times New Roman;Times New Roman"/>
          <w:b/>
          <w:bCs/>
          <w:lang w:val="ro-RO"/>
        </w:rPr>
        <w:t>Accesul la datele cu caracter personal și dezvăluirea acestora</w:t>
      </w:r>
    </w:p>
    <w:p w14:paraId="488C9C84"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 xml:space="preserve">Accesul la imaginile video înregistrate în timp real este limitat la un număr redus de angajați ai </w:t>
      </w:r>
      <w:r>
        <w:rPr>
          <w:rFonts w:cs="Times New Roman;Times New Roman"/>
          <w:b/>
          <w:lang w:val="ro-RO"/>
        </w:rPr>
        <w:t xml:space="preserve">PRIMĂRIEI </w:t>
      </w:r>
      <w:r>
        <w:rPr>
          <w:rFonts w:eastAsia="Times New Roman;Times New Roman" w:cs="Times New Roman;Times New Roman"/>
          <w:b/>
          <w:lang w:val="ro-RO"/>
        </w:rPr>
        <w:t>SATULUI MERENI</w:t>
      </w:r>
      <w:r>
        <w:rPr>
          <w:rFonts w:cs="Times New Roman;Times New Roman"/>
          <w:lang w:val="ro-RO"/>
        </w:rPr>
        <w:t>, care pot fi identificați individual, în conformitate cu lista aprobată de către conducerea entității.</w:t>
      </w:r>
    </w:p>
    <w:p w14:paraId="555D4566"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lastRenderedPageBreak/>
        <w:t xml:space="preserve">Accesul la imaginile video şi/ sau la arhiva în care sânt stocate imaginile înregistrate este permis numai persoanei responsabile în conformitate cu Politica de securitate a </w:t>
      </w:r>
      <w:r>
        <w:rPr>
          <w:rFonts w:cs="Times New Roman;Times New Roman"/>
          <w:b/>
          <w:bCs/>
          <w:lang w:val="ro-RO"/>
        </w:rPr>
        <w:t xml:space="preserve">PRIMĂRIEI </w:t>
      </w:r>
      <w:r>
        <w:rPr>
          <w:rFonts w:eastAsia="Times New Roman;Times New Roman" w:cs="Times New Roman;Times New Roman"/>
          <w:b/>
          <w:lang w:val="ro-RO"/>
        </w:rPr>
        <w:t xml:space="preserve">SATULUI MERENI </w:t>
      </w:r>
      <w:r>
        <w:rPr>
          <w:rFonts w:cs="Times New Roman;Times New Roman"/>
          <w:lang w:val="ro-RO"/>
        </w:rPr>
        <w:t>și numai cu acordul scris al conducerii.</w:t>
      </w:r>
    </w:p>
    <w:p w14:paraId="763C44E6"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Vizualizarea şi/sau efectuarea copiilor din fișierele temporare în care sânt stocate imaginile video, este permis numai cu acordul scris al conducerii.</w:t>
      </w:r>
    </w:p>
    <w:p w14:paraId="012C2C83"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 xml:space="preserve">În cazul solicitării de către organele de drept ale Republicii Moldova, care își exercită atribuțiile conform legii, a unor copii din fișierele temporare în care sânt stocate imaginile video, este permis numai cu acordul scris al conducerii </w:t>
      </w:r>
      <w:r>
        <w:rPr>
          <w:rFonts w:cs="Times New Roman;Times New Roman"/>
          <w:b/>
          <w:lang w:val="ro-RO"/>
        </w:rPr>
        <w:t xml:space="preserve">PRIMĂRIEI </w:t>
      </w:r>
      <w:r>
        <w:rPr>
          <w:rFonts w:eastAsia="Times New Roman;Times New Roman" w:cs="Times New Roman;Times New Roman"/>
          <w:b/>
          <w:lang w:val="ro-RO"/>
        </w:rPr>
        <w:t>SATULUI MERENI</w:t>
      </w:r>
      <w:r>
        <w:rPr>
          <w:rFonts w:cs="Times New Roman;Times New Roman"/>
          <w:b/>
          <w:lang w:val="ro-RO"/>
        </w:rPr>
        <w:t>.</w:t>
      </w:r>
    </w:p>
    <w:p w14:paraId="16B441EF" w14:textId="77777777" w:rsidR="006D4E92" w:rsidRDefault="00000000">
      <w:pPr>
        <w:numPr>
          <w:ilvl w:val="0"/>
          <w:numId w:val="4"/>
        </w:numPr>
        <w:spacing w:before="240" w:after="240"/>
        <w:ind w:left="425" w:hanging="425"/>
        <w:jc w:val="both"/>
        <w:rPr>
          <w:rFonts w:cs="Times New Roman;Times New Roman"/>
          <w:b/>
          <w:bCs/>
          <w:lang w:val="ro-RO"/>
        </w:rPr>
      </w:pPr>
      <w:r>
        <w:rPr>
          <w:rFonts w:cs="Times New Roman;Times New Roman"/>
          <w:b/>
          <w:bCs/>
          <w:lang w:val="ro-RO"/>
        </w:rPr>
        <w:t>Protecția sistemului informațional de date cu caracter personal în care sânt stocate (prelucrate) imaginile video</w:t>
      </w:r>
    </w:p>
    <w:p w14:paraId="1C5224FA"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ab/>
        <w:t>În vederea securizării sistemului informațional de date cu caracter personal în care sînt stocate (prelucrate) imaginile video, se aplică următoarele măsuri tehnice şi organizatorice:</w:t>
      </w:r>
    </w:p>
    <w:p w14:paraId="16613DD0"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sistemul informațional de date cu caracter personal în care sînt stocate (prelucrate) imaginile video se păstrează în camera special amenajată (amplasarea se indică în Anexa 2);</w:t>
      </w:r>
    </w:p>
    <w:p w14:paraId="2B8D0C20"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responsabilul de protecție a datelor cu caracter personal și responsabilii de securitate din cadrul entității vor fi consultați înainte de achiziționarea sau instalarea oricărui nou sistem de supraveghere prin mijloace video.</w:t>
      </w:r>
    </w:p>
    <w:p w14:paraId="5D16E241"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toate sistemele trebuie să corespundă cerințelor de securitate față de asigurarea securității datelor cu caracter personal.</w:t>
      </w:r>
    </w:p>
    <w:p w14:paraId="51F2C9C4"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 xml:space="preserve">accesul fizic la sistemul informațional de date cu caracter personal în care sînt stocate (prelucrate) imaginile video are numai persoana responsabilă desemnată şi conducerea </w:t>
      </w:r>
      <w:r>
        <w:rPr>
          <w:rFonts w:cs="Times New Roman;Times New Roman"/>
          <w:b/>
          <w:bCs/>
          <w:lang w:val="ro-RO"/>
        </w:rPr>
        <w:t xml:space="preserve"> PRIMĂRIEI </w:t>
      </w:r>
      <w:r>
        <w:rPr>
          <w:rFonts w:eastAsia="Times New Roman;Times New Roman" w:cs="Times New Roman;Times New Roman"/>
          <w:b/>
          <w:lang w:val="ro-RO"/>
        </w:rPr>
        <w:t>SATULUI MERENI</w:t>
      </w:r>
      <w:r>
        <w:rPr>
          <w:rFonts w:cs="Times New Roman;Times New Roman"/>
          <w:lang w:val="ro-RO"/>
        </w:rPr>
        <w:t>;</w:t>
      </w:r>
    </w:p>
    <w:p w14:paraId="6A3346CE"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accesul la înregistrările video prelucrate este restricționat prin introducerea unui șir de parole;</w:t>
      </w:r>
    </w:p>
    <w:p w14:paraId="4C304E89"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în cazul deconectării energiei electrice, sistemul informațional de date cu caracter personal în care sînt stocate (prelucrate) imaginile video este dotat cu sursă autonomă de alimentare cu energie electrică (UPS);</w:t>
      </w:r>
    </w:p>
    <w:p w14:paraId="7441C7B7"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sistemul informațional de date cu caracter personal în care sînt stocate (prelucrate) imaginile video este dotat cu firewall care asigură protecția în rețea;</w:t>
      </w:r>
    </w:p>
    <w:p w14:paraId="1A97B18B"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Echipamentele sînt astfel instalate încît să se afle sub supraveghere doar acele spaţii identificate în analiza de risc ca avînd nevoie de protecţie suplimentară.</w:t>
      </w:r>
    </w:p>
    <w:p w14:paraId="4882D0ED"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Utilizatorii sistemului de supraveghere prin mijloace video sunt instruiți să nu monitorizeze astfel de zone.</w:t>
      </w:r>
    </w:p>
    <w:p w14:paraId="5D95ED1C"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b/>
          <w:bCs/>
          <w:lang w:val="ro-RO"/>
        </w:rPr>
        <w:t xml:space="preserve">PRIMĂRIA </w:t>
      </w:r>
      <w:r>
        <w:rPr>
          <w:rFonts w:eastAsia="Times New Roman;Times New Roman" w:cs="Times New Roman;Times New Roman"/>
          <w:b/>
          <w:lang w:val="ro-RO"/>
        </w:rPr>
        <w:t xml:space="preserve">SATULUI MERENI </w:t>
      </w:r>
      <w:r>
        <w:rPr>
          <w:rFonts w:cs="Times New Roman;Times New Roman"/>
          <w:lang w:val="ro-RO"/>
        </w:rPr>
        <w:t>actualizează în permanență listă persoanelor care au acces la sistemul informațional de date cu caracter personal în care sînt stocate (prelucrate) imaginile video, care descrie în detaliu drepturile de acces ale acestora.</w:t>
      </w:r>
    </w:p>
    <w:p w14:paraId="5BB64348" w14:textId="77777777" w:rsidR="006D4E92" w:rsidRDefault="00000000">
      <w:pPr>
        <w:numPr>
          <w:ilvl w:val="0"/>
          <w:numId w:val="4"/>
        </w:numPr>
        <w:spacing w:before="240" w:after="240"/>
        <w:ind w:left="425" w:hanging="425"/>
        <w:jc w:val="both"/>
        <w:rPr>
          <w:rFonts w:cs="Times New Roman;Times New Roman"/>
          <w:b/>
          <w:bCs/>
          <w:lang w:val="ro-RO"/>
        </w:rPr>
      </w:pPr>
      <w:r>
        <w:rPr>
          <w:rFonts w:cs="Times New Roman;Times New Roman"/>
          <w:b/>
          <w:bCs/>
          <w:lang w:val="ro-RO"/>
        </w:rPr>
        <w:t>Control Acces</w:t>
      </w:r>
    </w:p>
    <w:p w14:paraId="7A400183"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lastRenderedPageBreak/>
        <w:t xml:space="preserve">Imaginile captate de sistemul de supraveghere prin mijloace video sînt vizualizate în timp real pe monitoarele din camera de control acces, care reprezintă o încăpere securizată, iar monitoarele nu pot fi văzute din exterior. </w:t>
      </w:r>
    </w:p>
    <w:p w14:paraId="0486EF10"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Camera de control acces este amplasată în sediul central al entității.</w:t>
      </w:r>
    </w:p>
    <w:p w14:paraId="478DDEA7"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Accesul neautorizat în Camera de control este interzis. Accesul este strict limitat la angajații autorizați: personalul cu funcții de asigurare al securității fizice şi control acces, administratorul de sistem, responsabilii cu securitatea informației şi conducerea entității.</w:t>
      </w:r>
    </w:p>
    <w:p w14:paraId="28A37C18"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De la caz la caz, se poate acorda accesul în Camera de control şi altor persoane, în afara celor menționate mai sus, doar pe bază de autorizare din partea responsabilului de securitate din cadrul entității. Aceste persoane nu vor avea acces la datele personale prelucrate în activitatea de supraveghere video, accesul acestora fiind permis strict pentru executarea lucrărilor menționate în autorizarea din partea responsabilului de securitate din cadrul entității.</w:t>
      </w:r>
    </w:p>
    <w:p w14:paraId="22DC6CE0" w14:textId="77777777" w:rsidR="006D4E92" w:rsidRDefault="00000000">
      <w:pPr>
        <w:numPr>
          <w:ilvl w:val="0"/>
          <w:numId w:val="4"/>
        </w:numPr>
        <w:spacing w:before="240" w:after="240"/>
        <w:ind w:left="425" w:hanging="425"/>
        <w:jc w:val="both"/>
        <w:rPr>
          <w:rFonts w:cs="Times New Roman;Times New Roman"/>
          <w:b/>
          <w:bCs/>
          <w:lang w:val="ro-RO"/>
        </w:rPr>
      </w:pPr>
      <w:r>
        <w:rPr>
          <w:rFonts w:cs="Times New Roman;Times New Roman"/>
          <w:b/>
          <w:bCs/>
          <w:lang w:val="ro-RO"/>
        </w:rPr>
        <w:t>Măsuri tehnice şi organizatorice</w:t>
      </w:r>
    </w:p>
    <w:p w14:paraId="7D49A423" w14:textId="77777777" w:rsidR="006D4E92" w:rsidRDefault="00000000">
      <w:pPr>
        <w:spacing w:before="240" w:after="240"/>
        <w:jc w:val="both"/>
        <w:rPr>
          <w:rFonts w:cs="Times New Roman;Times New Roman"/>
          <w:bCs/>
          <w:lang w:val="ro-RO"/>
        </w:rPr>
      </w:pPr>
      <w:r>
        <w:rPr>
          <w:rFonts w:cs="Times New Roman;Times New Roman"/>
          <w:bCs/>
          <w:lang w:val="ro-RO"/>
        </w:rPr>
        <w:t>Pentru a proteja securitatea sistemului de supraveghere prin mijloace video şi pentru a spori gradul de protecție a vieții private, au fost introduse următoarele măsuri tehnice şi organizatorice:</w:t>
      </w:r>
    </w:p>
    <w:p w14:paraId="0D2ADFF5"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limitarea timpului de stocare a materialului filmat, în conformitate cu cerințele de securitate și legislația în vigoare privind conservarea datelor.</w:t>
      </w:r>
    </w:p>
    <w:p w14:paraId="40DE7C9E"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mediile de stocare (serverele pe care se stochează imaginile înregistrate) se află în spaţii securizate și protejate de măsuri de securitate fizică.</w:t>
      </w:r>
    </w:p>
    <w:p w14:paraId="325F7F3C"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toţi utilizatorii cu drept de acces la sistemul de supraveghere prin mijloace video au semnat acorduri de confidențialitate, prin care se obligă să respecte prevederile legale în domeniu.</w:t>
      </w:r>
    </w:p>
    <w:p w14:paraId="14A0DF5D"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utilizatorilor se acordă dreptul de acces doar pentru acele resurse care sînt strict necesare pentru îndeplinirea atribuțiilor de serviciu.</w:t>
      </w:r>
    </w:p>
    <w:p w14:paraId="7AA5BFF5"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 xml:space="preserve">doar administratorii de sistem numiți în acest sens de către operator, și responsabilul de securitate, au dreptul de a accesa fișierele înregistrate în sistem, la cererea conducerii unității. </w:t>
      </w:r>
    </w:p>
    <w:p w14:paraId="43C21DA7" w14:textId="77777777" w:rsidR="006D4E92" w:rsidRDefault="00000000">
      <w:pPr>
        <w:numPr>
          <w:ilvl w:val="0"/>
          <w:numId w:val="4"/>
        </w:numPr>
        <w:spacing w:before="240" w:after="240"/>
        <w:ind w:left="425" w:hanging="425"/>
        <w:jc w:val="both"/>
        <w:rPr>
          <w:rFonts w:cs="Times New Roman;Times New Roman"/>
          <w:b/>
          <w:bCs/>
          <w:lang w:val="ro-RO"/>
        </w:rPr>
      </w:pPr>
      <w:r>
        <w:rPr>
          <w:rFonts w:cs="Times New Roman;Times New Roman"/>
          <w:b/>
          <w:bCs/>
          <w:lang w:val="ro-RO"/>
        </w:rPr>
        <w:t>Drepturi de acces</w:t>
      </w:r>
    </w:p>
    <w:p w14:paraId="08F86F0E" w14:textId="77777777" w:rsidR="006D4E92" w:rsidRDefault="00000000">
      <w:pPr>
        <w:numPr>
          <w:ilvl w:val="1"/>
          <w:numId w:val="4"/>
        </w:numPr>
        <w:autoSpaceDE w:val="0"/>
        <w:spacing w:before="120" w:after="120"/>
        <w:ind w:left="709" w:hanging="709"/>
        <w:jc w:val="both"/>
        <w:rPr>
          <w:rFonts w:cs="Times New Roman;Times New Roman"/>
          <w:lang w:val="ro-RO"/>
        </w:rPr>
      </w:pPr>
      <w:r>
        <w:rPr>
          <w:rFonts w:cs="Times New Roman;Times New Roman"/>
          <w:lang w:val="ro-RO"/>
        </w:rPr>
        <w:t>Accesul la imaginile stocate şi/sau la arhitectura tehnică a sistemului de supraveghere prin mijloace video este limitat la un număr redus de persoane şi este determinat prin atribuțiile specificate în fişa postului, în care este indicat în ce scop şi ce tip de acces este acordat.</w:t>
      </w:r>
    </w:p>
    <w:p w14:paraId="3DC92854" w14:textId="77777777" w:rsidR="006D4E92" w:rsidRDefault="00000000">
      <w:pPr>
        <w:numPr>
          <w:ilvl w:val="1"/>
          <w:numId w:val="4"/>
        </w:numPr>
        <w:autoSpaceDE w:val="0"/>
        <w:spacing w:before="120" w:after="120"/>
        <w:ind w:left="709" w:hanging="709"/>
        <w:jc w:val="both"/>
        <w:rPr>
          <w:rFonts w:cs="Times New Roman;Times New Roman"/>
          <w:lang w:val="ro-RO"/>
        </w:rPr>
      </w:pPr>
      <w:r>
        <w:rPr>
          <w:rFonts w:cs="Times New Roman;Times New Roman"/>
          <w:b/>
          <w:bCs/>
          <w:lang w:val="ro-RO"/>
        </w:rPr>
        <w:t xml:space="preserve">PRIMĂRIA </w:t>
      </w:r>
      <w:r>
        <w:rPr>
          <w:rFonts w:eastAsia="Times New Roman;Times New Roman" w:cs="Times New Roman;Times New Roman"/>
          <w:b/>
          <w:lang w:val="ro-RO"/>
        </w:rPr>
        <w:t xml:space="preserve">SATULUI MERENI </w:t>
      </w:r>
      <w:r>
        <w:rPr>
          <w:rFonts w:cs="Times New Roman;Times New Roman"/>
          <w:lang w:val="ro-RO"/>
        </w:rPr>
        <w:t>impune limite stricte în privința persoanelor care au dreptul:</w:t>
      </w:r>
    </w:p>
    <w:p w14:paraId="691CF9DA"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să vizioneze materialul filmat în timp real: imaginile care se derulează în timp real sunt accesibile responsabililor de securitate și agenților de pază desemnați să desfășoare activitatea de supraveghere;</w:t>
      </w:r>
    </w:p>
    <w:p w14:paraId="17AA0A26"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să vizioneze înregistrarea materialului filmat: vizionarea imaginilor înregistrate se va face în cazuri justificate, cum ar fi cazurile prevăzute expres de lege şi incidentele de securitate, de către persoanele special desemnate;</w:t>
      </w:r>
    </w:p>
    <w:p w14:paraId="71540122"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să copieze, să descarce, să șteargă sau să modifice orice material filmat de sistemul de supraveghere prin mijloace video.</w:t>
      </w:r>
    </w:p>
    <w:p w14:paraId="3EBC716F" w14:textId="77777777" w:rsidR="006D4E92" w:rsidRDefault="00000000">
      <w:pPr>
        <w:numPr>
          <w:ilvl w:val="0"/>
          <w:numId w:val="4"/>
        </w:numPr>
        <w:spacing w:before="240" w:after="240"/>
        <w:ind w:left="425" w:hanging="425"/>
        <w:jc w:val="both"/>
        <w:rPr>
          <w:rFonts w:cs="Times New Roman;Times New Roman"/>
          <w:b/>
          <w:bCs/>
          <w:lang w:val="ro-RO"/>
        </w:rPr>
      </w:pPr>
      <w:r>
        <w:rPr>
          <w:rFonts w:cs="Times New Roman;Times New Roman"/>
          <w:b/>
          <w:bCs/>
          <w:lang w:val="ro-RO"/>
        </w:rPr>
        <w:lastRenderedPageBreak/>
        <w:t>Instructaj</w:t>
      </w:r>
    </w:p>
    <w:p w14:paraId="5E58815F"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Toţi membrii personalului cu drepturi de acces beneficiază de o instruire inițială în domeniul protecţiei datelor.</w:t>
      </w:r>
    </w:p>
    <w:p w14:paraId="0467EF62"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Această procedură va fi integrată în programul de instruire şi îndrumare, pentru toţi utilizatorii cu drept de acces şi atribuții în operarea sistemului de supraveghere prin mijloace video.</w:t>
      </w:r>
    </w:p>
    <w:p w14:paraId="22573C39"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Şeful subdiviziunii va asigura că întregul personal din subordine, implicat în operarea sistemului de supraveghere prin mijloace video, este instruit şi informat cu privire la toate aspectele funcționale, operaționale şi administrative ale acestei activităţi.</w:t>
      </w:r>
    </w:p>
    <w:p w14:paraId="07AE2456" w14:textId="77777777" w:rsidR="006D4E92" w:rsidRDefault="00000000">
      <w:pPr>
        <w:numPr>
          <w:ilvl w:val="0"/>
          <w:numId w:val="4"/>
        </w:numPr>
        <w:spacing w:before="240" w:after="240"/>
        <w:ind w:left="425" w:hanging="425"/>
        <w:jc w:val="both"/>
        <w:rPr>
          <w:rFonts w:cs="Times New Roman;Times New Roman"/>
          <w:b/>
          <w:bCs/>
          <w:lang w:val="ro-RO"/>
        </w:rPr>
      </w:pPr>
      <w:r>
        <w:rPr>
          <w:rFonts w:cs="Times New Roman;Times New Roman"/>
          <w:b/>
          <w:bCs/>
          <w:lang w:val="ro-RO"/>
        </w:rPr>
        <w:t>Măsuri de păstrare a confidențialității</w:t>
      </w:r>
    </w:p>
    <w:p w14:paraId="3EB4B19D"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Imediat după instructaj, fiecare participant cu drept de acces la sistemul de supraveghere prin mijloace video semnează un acord de confidenţialitate.</w:t>
      </w:r>
    </w:p>
    <w:p w14:paraId="350E9A9E" w14:textId="77777777" w:rsidR="006D4E92" w:rsidRDefault="00000000">
      <w:pPr>
        <w:numPr>
          <w:ilvl w:val="0"/>
          <w:numId w:val="4"/>
        </w:numPr>
        <w:spacing w:before="240" w:after="240"/>
        <w:ind w:left="425" w:hanging="425"/>
        <w:jc w:val="both"/>
        <w:rPr>
          <w:rFonts w:cs="Times New Roman;Times New Roman"/>
          <w:b/>
          <w:bCs/>
          <w:lang w:val="ro-RO"/>
        </w:rPr>
      </w:pPr>
      <w:r>
        <w:rPr>
          <w:rFonts w:cs="Times New Roman;Times New Roman"/>
          <w:b/>
          <w:bCs/>
          <w:lang w:val="ro-RO"/>
        </w:rPr>
        <w:t>Dezvăluirea datelor cu caracter personal</w:t>
      </w:r>
    </w:p>
    <w:p w14:paraId="0C4E7D49"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 xml:space="preserve">Orice activitate de dezvăluire a datelor personale către terţi va fi documentată şi supusă unei analize riguroase privind pe de-o parte necesitatea comunicării, şi pe de altă parte compatibilitatea dintre scopul în care se face comunicarea şi scopul în care aceste date au fost colectate iniţial pentru prelucrare. </w:t>
      </w:r>
    </w:p>
    <w:p w14:paraId="3A2923D9"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Orice situaţie de dezvăluire va fi consemnată de administratorul sistemului într-un Registru de evidenţă a cazurilor de dezvăluire.</w:t>
      </w:r>
    </w:p>
    <w:p w14:paraId="57511CDD"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b/>
          <w:bCs/>
          <w:lang w:val="ro-RO"/>
        </w:rPr>
        <w:t xml:space="preserve">PRIMĂRIA </w:t>
      </w:r>
      <w:r>
        <w:rPr>
          <w:rFonts w:eastAsia="Times New Roman;Times New Roman" w:cs="Times New Roman;Times New Roman"/>
          <w:b/>
          <w:lang w:val="ro-RO"/>
        </w:rPr>
        <w:t xml:space="preserve">SATULUI MERENI </w:t>
      </w:r>
      <w:r>
        <w:rPr>
          <w:rFonts w:cs="Times New Roman;Times New Roman"/>
          <w:lang w:val="ro-RO"/>
        </w:rPr>
        <w:t>are obligaţia punerii la dispoziţia organelor judiciare, la solicitarea scrisă a acestora, înregistrările video în care este surprinsă săvârșirea unor fapte de natură contravențională/penală.</w:t>
      </w:r>
    </w:p>
    <w:p w14:paraId="5DCD2CBD"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Sistemul de supraveghere prin mijloace video nu este utilizat pentru verificarea prezenţei la program sau evaluarea performanţei la locul de muncă.</w:t>
      </w:r>
    </w:p>
    <w:p w14:paraId="233A426D" w14:textId="77777777" w:rsidR="006D4E92" w:rsidRDefault="00000000">
      <w:pPr>
        <w:numPr>
          <w:ilvl w:val="0"/>
          <w:numId w:val="10"/>
        </w:numPr>
        <w:autoSpaceDE w:val="0"/>
        <w:spacing w:before="120" w:after="120"/>
        <w:ind w:left="1418" w:hanging="709"/>
        <w:contextualSpacing/>
        <w:jc w:val="both"/>
        <w:rPr>
          <w:rFonts w:cs="Times New Roman;Times New Roman"/>
          <w:lang w:val="ro-RO"/>
        </w:rPr>
      </w:pPr>
      <w:r>
        <w:rPr>
          <w:rFonts w:cs="Times New Roman;Times New Roman"/>
          <w:lang w:val="ro-RO"/>
        </w:rPr>
        <w:t>În cazuri excepţionale, dar cu respectarea garanţiilor descrise mai sus, se poate acorda acces altor servicii din cadrul entității (Protecție Antiincendiară, Resurse Umane, Riscuri), în cadrul unei anchete disciplinare, de accidentare sau de securitate, cu condiţia ca informaţiile să ajute la investigarea unei infracţiuni, accident de muncă sau a unei abateri disciplinare de natură să prejudicieze drepturile şi libertăţile unei persoane fizice sau juridice.</w:t>
      </w:r>
    </w:p>
    <w:p w14:paraId="0D131B6E" w14:textId="77777777" w:rsidR="006D4E92" w:rsidRDefault="00000000">
      <w:pPr>
        <w:numPr>
          <w:ilvl w:val="0"/>
          <w:numId w:val="4"/>
        </w:numPr>
        <w:spacing w:before="240" w:after="240"/>
        <w:ind w:left="425" w:hanging="425"/>
        <w:jc w:val="both"/>
        <w:rPr>
          <w:rFonts w:cs="Times New Roman;Times New Roman"/>
          <w:b/>
          <w:bCs/>
          <w:lang w:val="ro-RO"/>
        </w:rPr>
      </w:pPr>
      <w:r>
        <w:rPr>
          <w:rFonts w:cs="Times New Roman;Times New Roman"/>
          <w:b/>
          <w:bCs/>
          <w:lang w:val="ro-RO"/>
        </w:rPr>
        <w:t>Durata păstrării înregistrărilor video</w:t>
      </w:r>
    </w:p>
    <w:p w14:paraId="310FF78B" w14:textId="77777777" w:rsidR="006D4E92" w:rsidRDefault="00000000">
      <w:pPr>
        <w:numPr>
          <w:ilvl w:val="0"/>
          <w:numId w:val="5"/>
        </w:numPr>
        <w:spacing w:before="120" w:after="120"/>
        <w:ind w:left="1134" w:hanging="425"/>
        <w:jc w:val="both"/>
        <w:rPr>
          <w:rFonts w:cs="Times New Roman;Times New Roman"/>
          <w:lang w:val="ro-RO"/>
        </w:rPr>
      </w:pPr>
      <w:r>
        <w:rPr>
          <w:rFonts w:cs="Times New Roman;Times New Roman"/>
          <w:lang w:val="ro-RO"/>
        </w:rPr>
        <w:t>Durata păstrării înregistrărilor video este de 30 zile calendaristice, după care acestea se nimicesc automat în ordinea în care au fost înregistrate.</w:t>
      </w:r>
    </w:p>
    <w:p w14:paraId="4C986C42" w14:textId="77777777" w:rsidR="006D4E92" w:rsidRDefault="00000000">
      <w:pPr>
        <w:numPr>
          <w:ilvl w:val="0"/>
          <w:numId w:val="5"/>
        </w:numPr>
        <w:spacing w:before="120" w:after="120"/>
        <w:ind w:left="1134" w:hanging="425"/>
        <w:jc w:val="both"/>
        <w:rPr>
          <w:rFonts w:cs="Times New Roman;Times New Roman"/>
          <w:lang w:val="ro-RO"/>
        </w:rPr>
      </w:pPr>
      <w:r>
        <w:rPr>
          <w:rFonts w:cs="Times New Roman;Times New Roman"/>
          <w:lang w:val="ro-RO"/>
        </w:rPr>
        <w:t>În cazul producerii unui incident de securitate, durata de păstrare a înregistrărilor video poate depăși limitele admisibile de program, în funcție de timpul necesar investigării suplimentare a incidentului de securitate.</w:t>
      </w:r>
    </w:p>
    <w:p w14:paraId="0E7DF4E0" w14:textId="77777777" w:rsidR="006D4E92" w:rsidRDefault="00000000">
      <w:pPr>
        <w:numPr>
          <w:ilvl w:val="0"/>
          <w:numId w:val="4"/>
        </w:numPr>
        <w:spacing w:before="240" w:after="240"/>
        <w:ind w:left="425" w:hanging="425"/>
        <w:jc w:val="both"/>
        <w:rPr>
          <w:rFonts w:cs="Times New Roman;Times New Roman"/>
          <w:b/>
          <w:bCs/>
          <w:lang w:val="ro-RO"/>
        </w:rPr>
      </w:pPr>
      <w:r>
        <w:rPr>
          <w:rFonts w:cs="Times New Roman;Times New Roman"/>
          <w:b/>
          <w:bCs/>
          <w:lang w:val="ro-RO"/>
        </w:rPr>
        <w:t>Informarea publicului referitor la supravegherea video</w:t>
      </w:r>
    </w:p>
    <w:p w14:paraId="1127E123" w14:textId="77777777" w:rsidR="006D4E92" w:rsidRDefault="00000000">
      <w:pPr>
        <w:numPr>
          <w:ilvl w:val="0"/>
          <w:numId w:val="7"/>
        </w:numPr>
        <w:spacing w:before="120" w:after="120"/>
        <w:ind w:left="1276" w:hanging="567"/>
        <w:jc w:val="both"/>
        <w:rPr>
          <w:rFonts w:cs="Times New Roman;Times New Roman"/>
          <w:lang w:val="ro-RO"/>
        </w:rPr>
      </w:pPr>
      <w:r>
        <w:rPr>
          <w:rFonts w:cs="Times New Roman;Times New Roman"/>
          <w:lang w:val="ro-RO"/>
        </w:rPr>
        <w:lastRenderedPageBreak/>
        <w:t xml:space="preserve">Informarea publicului referitor la supravegherea video din cadrul                   </w:t>
      </w:r>
      <w:r>
        <w:rPr>
          <w:rFonts w:cs="Times New Roman;Times New Roman"/>
          <w:b/>
          <w:lang w:val="ro-RO"/>
        </w:rPr>
        <w:t xml:space="preserve">PRIMĂRIEI </w:t>
      </w:r>
      <w:r>
        <w:rPr>
          <w:rFonts w:eastAsia="Times New Roman;Times New Roman" w:cs="Times New Roman;Times New Roman"/>
          <w:b/>
          <w:lang w:val="ro-RO"/>
        </w:rPr>
        <w:t xml:space="preserve">SATULUI MERENI </w:t>
      </w:r>
      <w:r>
        <w:rPr>
          <w:rFonts w:cs="Times New Roman;Times New Roman"/>
          <w:lang w:val="ro-RO"/>
        </w:rPr>
        <w:t>se efectuează prin pictograme.</w:t>
      </w:r>
    </w:p>
    <w:p w14:paraId="41F4B230" w14:textId="77777777" w:rsidR="006D4E92" w:rsidRDefault="00000000">
      <w:pPr>
        <w:numPr>
          <w:ilvl w:val="0"/>
          <w:numId w:val="7"/>
        </w:numPr>
        <w:spacing w:before="240" w:after="240"/>
        <w:ind w:left="1276" w:hanging="567"/>
        <w:jc w:val="both"/>
        <w:rPr>
          <w:rFonts w:cs="Times New Roman;Times New Roman"/>
          <w:lang w:val="ro-RO"/>
        </w:rPr>
      </w:pPr>
      <w:r>
        <w:rPr>
          <w:rFonts w:cs="Times New Roman;Times New Roman"/>
          <w:lang w:val="ro-RO"/>
        </w:rPr>
        <w:t>În conformitate cu prevederile Legii nr. 195 din 25.07.2024 privind protecția datelor cu caracter personal, orice persoană fizică care a tranzitat spațiile publice sau administrative monitorizate prin mijloace video beneficiază de următoarele drepturi:</w:t>
      </w:r>
    </w:p>
    <w:p w14:paraId="6364B74C" w14:textId="77777777" w:rsidR="006D4E92" w:rsidRDefault="00000000">
      <w:pPr>
        <w:spacing w:before="240" w:after="240"/>
        <w:ind w:left="425"/>
        <w:jc w:val="both"/>
        <w:rPr>
          <w:rFonts w:cs="Times New Roman;Times New Roman"/>
          <w:b/>
          <w:bCs/>
          <w:lang w:val="ro-RO"/>
        </w:rPr>
      </w:pPr>
      <w:r>
        <w:rPr>
          <w:rFonts w:cs="Times New Roman;Times New Roman"/>
          <w:b/>
          <w:bCs/>
          <w:lang w:val="ro-RO"/>
        </w:rPr>
        <w:t>a) Dreptul de acces la date (Art. 16): dreptul de a obține din partea Primăriei o confirmare că datele sale sunt prelucrate și o copie a secvenței video în care este surprinsă imaginea sa;</w:t>
      </w:r>
    </w:p>
    <w:p w14:paraId="29D8D2FA" w14:textId="77777777" w:rsidR="006D4E92" w:rsidRDefault="00000000">
      <w:pPr>
        <w:spacing w:before="240" w:after="240"/>
        <w:ind w:left="425"/>
        <w:jc w:val="both"/>
        <w:rPr>
          <w:rFonts w:cs="Times New Roman;Times New Roman"/>
          <w:b/>
          <w:bCs/>
          <w:lang w:val="ro-RO"/>
        </w:rPr>
      </w:pPr>
      <w:r>
        <w:rPr>
          <w:rFonts w:cs="Times New Roman;Times New Roman"/>
          <w:b/>
          <w:bCs/>
          <w:lang w:val="ro-RO"/>
        </w:rPr>
        <w:t>b) Dreptul la rectificarea datelor (Art. 17): dreptul de a solicita corectarea sau completarea datelor cu caracter personal;</w:t>
      </w:r>
    </w:p>
    <w:p w14:paraId="7E2277AA" w14:textId="77777777" w:rsidR="006D4E92" w:rsidRDefault="00000000">
      <w:pPr>
        <w:spacing w:before="240" w:after="240"/>
        <w:ind w:left="425"/>
        <w:jc w:val="both"/>
      </w:pPr>
      <w:r>
        <w:rPr>
          <w:rFonts w:cs="Times New Roman;Times New Roman"/>
          <w:b/>
          <w:bCs/>
          <w:lang w:val="ro-RO"/>
        </w:rPr>
        <w:t>c) Dreptul la restricționarea prelucrării (Art. 19): dreptul de a solicita marcarea datelor stocate cu scopul de a limita prelucrarea viitoare a acestora;</w:t>
      </w:r>
    </w:p>
    <w:p w14:paraId="0B55B377" w14:textId="77777777" w:rsidR="006D4E92" w:rsidRDefault="00000000">
      <w:pPr>
        <w:spacing w:before="240" w:after="240"/>
        <w:ind w:left="425"/>
        <w:jc w:val="both"/>
        <w:rPr>
          <w:rFonts w:cs="Times New Roman;Times New Roman"/>
          <w:b/>
          <w:bCs/>
          <w:lang w:val="ro-RO"/>
        </w:rPr>
      </w:pPr>
      <w:r>
        <w:rPr>
          <w:rFonts w:cs="Times New Roman;Times New Roman"/>
          <w:b/>
          <w:bCs/>
          <w:lang w:val="ro-RO"/>
        </w:rPr>
        <w:t>d) Dreptul la ștergerea datelor („dreptul de a fi uitat” - Art. 18): dreptul de a solicita ștergerea imaginilor, cu excepția cazului în care păstrarea lor este obligatorie conform legii sau necesară pentru constatarea, exercitarea sau apărarea unui drept în instanță;</w:t>
      </w:r>
    </w:p>
    <w:p w14:paraId="71D295B3" w14:textId="77777777" w:rsidR="006D4E92" w:rsidRDefault="00000000">
      <w:pPr>
        <w:spacing w:before="240" w:after="240"/>
        <w:ind w:left="425"/>
        <w:jc w:val="both"/>
      </w:pPr>
      <w:r>
        <w:rPr>
          <w:rFonts w:cs="Times New Roman;Times New Roman"/>
          <w:b/>
          <w:bCs/>
          <w:lang w:val="ro-RO"/>
        </w:rPr>
        <w:t>e) Dreptul de opoziție (Art. 22): dreptul de a se opune prelucrării din motive legate de situația sa particulară.</w:t>
      </w:r>
    </w:p>
    <w:p w14:paraId="36C5DA15" w14:textId="77777777" w:rsidR="006D4E92" w:rsidRDefault="00000000">
      <w:pPr>
        <w:spacing w:before="240" w:after="240"/>
        <w:ind w:left="425"/>
        <w:jc w:val="both"/>
      </w:pPr>
      <w:r>
        <w:rPr>
          <w:rFonts w:cs="Times New Roman;Times New Roman"/>
          <w:b/>
          <w:bCs/>
          <w:lang w:val="ro-RO"/>
        </w:rPr>
        <w:t xml:space="preserve">Dreptul la portabilitatea datelor nu se aplică în cadrul activității de supraveghere video desfășurate de Primăria </w:t>
      </w:r>
      <w:r>
        <w:rPr>
          <w:rFonts w:eastAsia="Times New Roman;Times New Roman" w:cs="Times New Roman;Times New Roman"/>
          <w:b/>
          <w:lang w:val="ro-RO"/>
        </w:rPr>
        <w:t>SATULUI MERENI</w:t>
      </w:r>
      <w:r>
        <w:rPr>
          <w:rFonts w:cs="Times New Roman;Times New Roman"/>
          <w:b/>
          <w:bCs/>
          <w:lang w:val="ro-RO"/>
        </w:rPr>
        <w:t>, prelucrarea fiind întemeiată pe executarea unei sarcini de interes public, conform excepțiilor prevăzute de legislația națională.</w:t>
      </w:r>
    </w:p>
    <w:p w14:paraId="5F4C1A63" w14:textId="77777777" w:rsidR="006D4E92" w:rsidRDefault="00000000">
      <w:pPr>
        <w:numPr>
          <w:ilvl w:val="0"/>
          <w:numId w:val="4"/>
        </w:numPr>
        <w:spacing w:before="240" w:after="240"/>
        <w:ind w:left="425" w:hanging="425"/>
        <w:jc w:val="both"/>
        <w:rPr>
          <w:rFonts w:cs="Times New Roman;Times New Roman"/>
          <w:b/>
          <w:bCs/>
          <w:lang w:val="ro-RO"/>
        </w:rPr>
      </w:pPr>
      <w:r>
        <w:rPr>
          <w:rFonts w:cs="Times New Roman;Times New Roman"/>
          <w:b/>
          <w:bCs/>
          <w:lang w:val="ro-RO"/>
        </w:rPr>
        <w:t xml:space="preserve">Informarea persoanelor vizate </w:t>
      </w:r>
    </w:p>
    <w:p w14:paraId="059D421A" w14:textId="77777777" w:rsidR="006D4E92" w:rsidRDefault="00000000">
      <w:pPr>
        <w:numPr>
          <w:ilvl w:val="0"/>
          <w:numId w:val="6"/>
        </w:numPr>
        <w:autoSpaceDE w:val="0"/>
        <w:ind w:left="1276" w:hanging="556"/>
        <w:jc w:val="both"/>
        <w:rPr>
          <w:rFonts w:cs="Times New Roman;Times New Roman"/>
          <w:lang w:val="ro-RO"/>
        </w:rPr>
      </w:pPr>
      <w:r>
        <w:rPr>
          <w:rFonts w:cs="Times New Roman;Times New Roman"/>
          <w:lang w:val="ro-RO"/>
        </w:rPr>
        <w:t xml:space="preserve">Informarea primară a persoanelor vizate se realizează în mod clar şi permanent, prin intermediul unui semn adecvat, cu vizibilitate suficientă şi localizat în zona supravegheată, astfel încît să semnaleze existenţa camerelor de supraveghere, dar şi pentru a comunica informaţiile esenţiale privind prelucrarea datelor cu caracter personal. </w:t>
      </w:r>
    </w:p>
    <w:p w14:paraId="7CFD95C4" w14:textId="77777777" w:rsidR="006D4E92" w:rsidRDefault="00000000">
      <w:pPr>
        <w:numPr>
          <w:ilvl w:val="0"/>
          <w:numId w:val="6"/>
        </w:numPr>
        <w:autoSpaceDE w:val="0"/>
        <w:ind w:left="1276" w:hanging="556"/>
        <w:jc w:val="both"/>
        <w:rPr>
          <w:rFonts w:cs="Times New Roman;Times New Roman"/>
          <w:lang w:val="ro-RO"/>
        </w:rPr>
      </w:pPr>
      <w:r>
        <w:rPr>
          <w:rFonts w:cs="Times New Roman;Times New Roman"/>
          <w:lang w:val="ro-RO"/>
        </w:rPr>
        <w:t xml:space="preserve">Persoanele vizate sunt atenţionate asupra existenţei sistemului de supraveghere prin mijloace video şi a proprietarului prin note de informare corespunzătoare, care cuprind scopul prelucrării şi identifică </w:t>
      </w:r>
      <w:r>
        <w:rPr>
          <w:rFonts w:cs="Times New Roman;Times New Roman"/>
          <w:b/>
          <w:bCs/>
          <w:lang w:val="ro-RO"/>
        </w:rPr>
        <w:t xml:space="preserve">PRIMĂRIA </w:t>
      </w:r>
      <w:r>
        <w:rPr>
          <w:rFonts w:eastAsia="Times New Roman;Times New Roman" w:cs="Times New Roman;Times New Roman"/>
          <w:b/>
          <w:lang w:val="ro-RO"/>
        </w:rPr>
        <w:t xml:space="preserve">SATULUI MERENI </w:t>
      </w:r>
      <w:r>
        <w:rPr>
          <w:rFonts w:cs="Times New Roman;Times New Roman"/>
          <w:lang w:val="ro-RO"/>
        </w:rPr>
        <w:t xml:space="preserve">ca operator al datelor colectate prin intermediul supravegherii video. </w:t>
      </w:r>
    </w:p>
    <w:p w14:paraId="2767747E" w14:textId="77777777" w:rsidR="006D4E92" w:rsidRDefault="006D4E92">
      <w:pPr>
        <w:autoSpaceDE w:val="0"/>
        <w:ind w:left="1276"/>
        <w:jc w:val="both"/>
        <w:rPr>
          <w:rFonts w:cs="Times New Roman;Times New Roman"/>
          <w:lang w:val="ro-RO"/>
        </w:rPr>
      </w:pPr>
    </w:p>
    <w:p w14:paraId="46ECDC04" w14:textId="77777777" w:rsidR="006D4E92" w:rsidRDefault="00000000">
      <w:pPr>
        <w:rPr>
          <w:rFonts w:eastAsia="Times New Roman;Times New Roman" w:cs="Times New Roman;Times New Roman"/>
          <w:lang w:val="ro-RO"/>
        </w:rPr>
      </w:pPr>
      <w:r>
        <w:rPr>
          <w:rFonts w:eastAsia="Times New Roman;Times New Roman" w:cs="Times New Roman;Times New Roman"/>
          <w:b/>
          <w:bCs/>
          <w:lang w:val="ro-RO"/>
        </w:rPr>
        <w:t>18. Exercitarea drepturilor de acces, rectificare, restricționare, ștergere și opoziție</w:t>
      </w:r>
    </w:p>
    <w:p w14:paraId="07C161EB" w14:textId="77777777" w:rsidR="006D4E92" w:rsidRDefault="00000000">
      <w:pPr>
        <w:numPr>
          <w:ilvl w:val="0"/>
          <w:numId w:val="2"/>
        </w:numPr>
        <w:jc w:val="both"/>
        <w:rPr>
          <w:rFonts w:eastAsia="Times New Roman;Times New Roman" w:cs="Times New Roman;Times New Roman"/>
          <w:lang w:val="ro-RO"/>
        </w:rPr>
      </w:pPr>
      <w:r>
        <w:rPr>
          <w:rFonts w:eastAsia="Times New Roman;Times New Roman" w:cs="Times New Roman;Times New Roman"/>
          <w:lang w:val="ro-RO"/>
        </w:rPr>
        <w:t xml:space="preserve">Pe întreaga perioadă de stocare a datelor cu caracter personal (maximum 30 de zile), persoanele vizate au dreptul de acces la propriile date deținute de </w:t>
      </w:r>
      <w:r>
        <w:rPr>
          <w:rFonts w:eastAsia="Times New Roman;Times New Roman" w:cs="Times New Roman;Times New Roman"/>
          <w:b/>
          <w:bCs/>
          <w:lang w:val="ro-RO"/>
        </w:rPr>
        <w:t xml:space="preserve">PRIMĂRIA </w:t>
      </w:r>
      <w:r>
        <w:rPr>
          <w:rFonts w:eastAsia="Times New Roman;Times New Roman" w:cs="Times New Roman;Times New Roman"/>
          <w:b/>
          <w:lang w:val="ro-RO"/>
        </w:rPr>
        <w:t>SATULUI MERENI</w:t>
      </w:r>
      <w:r>
        <w:rPr>
          <w:rFonts w:eastAsia="Times New Roman;Times New Roman" w:cs="Times New Roman;Times New Roman"/>
          <w:lang w:val="ro-RO"/>
        </w:rPr>
        <w:t>, de a solicita rectificarea, restricționarea, ștergerea („dreptul de a fi uitat”) sau de a se opune prelucrărilor, în condițiile prevăzute de Legea nr. 195 din 25.07.2024.</w:t>
      </w:r>
    </w:p>
    <w:p w14:paraId="20D62D65" w14:textId="77777777" w:rsidR="006D4E92" w:rsidRDefault="00000000">
      <w:pPr>
        <w:numPr>
          <w:ilvl w:val="0"/>
          <w:numId w:val="2"/>
        </w:numPr>
        <w:jc w:val="both"/>
        <w:rPr>
          <w:rFonts w:eastAsia="Times New Roman;Times New Roman" w:cs="Times New Roman;Times New Roman"/>
          <w:lang w:val="ro-RO"/>
        </w:rPr>
      </w:pPr>
      <w:r>
        <w:rPr>
          <w:rFonts w:eastAsia="Times New Roman;Times New Roman" w:cs="Times New Roman;Times New Roman"/>
          <w:lang w:val="ro-RO"/>
        </w:rPr>
        <w:lastRenderedPageBreak/>
        <w:t xml:space="preserve">Orice cerere de a accesa, rectifica, restricționa sau șterge date cu caracter personal ca urmare a utilizării camerelor video va fi adresată în scris (pe suport de hârtie sau semnată digital) direct către Responsabilul cu protecția datelor (DPO) din cadrul </w:t>
      </w:r>
      <w:r>
        <w:rPr>
          <w:rFonts w:eastAsia="Times New Roman;Times New Roman" w:cs="Times New Roman;Times New Roman"/>
          <w:b/>
          <w:bCs/>
          <w:lang w:val="ro-RO"/>
        </w:rPr>
        <w:t>PRIMĂRIEI</w:t>
      </w:r>
      <w:r>
        <w:rPr>
          <w:rFonts w:eastAsia="Times New Roman;Times New Roman" w:cs="Times New Roman;Times New Roman"/>
          <w:lang w:val="ro-RO"/>
        </w:rPr>
        <w:t xml:space="preserve"> </w:t>
      </w:r>
      <w:r>
        <w:rPr>
          <w:rFonts w:eastAsia="Times New Roman;Times New Roman" w:cs="Times New Roman;Times New Roman"/>
          <w:b/>
          <w:lang w:val="ro-RO"/>
        </w:rPr>
        <w:t>SATULUI MERENI</w:t>
      </w:r>
      <w:r>
        <w:rPr>
          <w:rFonts w:eastAsia="Times New Roman;Times New Roman" w:cs="Times New Roman;Times New Roman"/>
          <w:lang w:val="ro-RO"/>
        </w:rPr>
        <w:t>.</w:t>
      </w:r>
    </w:p>
    <w:p w14:paraId="539837EF" w14:textId="77777777" w:rsidR="006D4E92" w:rsidRDefault="00000000">
      <w:pPr>
        <w:numPr>
          <w:ilvl w:val="0"/>
          <w:numId w:val="2"/>
        </w:numPr>
        <w:jc w:val="both"/>
        <w:rPr>
          <w:rFonts w:eastAsia="Times New Roman;Times New Roman" w:cs="Times New Roman;Times New Roman"/>
          <w:lang w:val="ro-RO"/>
        </w:rPr>
      </w:pPr>
      <w:r>
        <w:rPr>
          <w:rFonts w:eastAsia="Times New Roman;Times New Roman" w:cs="Times New Roman;Times New Roman"/>
          <w:lang w:val="ro-RO"/>
        </w:rPr>
        <w:t xml:space="preserve">În cazul în care persoana vizată are alte întrebări sau neclarități privind prelucrarea de către </w:t>
      </w:r>
      <w:r>
        <w:rPr>
          <w:rFonts w:eastAsia="Times New Roman;Times New Roman" w:cs="Times New Roman;Times New Roman"/>
          <w:b/>
          <w:bCs/>
          <w:lang w:val="ro-RO"/>
        </w:rPr>
        <w:t>PRIMĂRIA</w:t>
      </w:r>
      <w:r>
        <w:rPr>
          <w:rFonts w:eastAsia="Times New Roman;Times New Roman" w:cs="Times New Roman;Times New Roman"/>
          <w:lang w:val="ro-RO"/>
        </w:rPr>
        <w:t xml:space="preserve"> </w:t>
      </w:r>
      <w:r>
        <w:rPr>
          <w:rFonts w:eastAsia="Times New Roman;Times New Roman" w:cs="Times New Roman;Times New Roman"/>
          <w:b/>
          <w:lang w:val="ro-RO"/>
        </w:rPr>
        <w:t xml:space="preserve">SATULUI MERENI </w:t>
      </w:r>
      <w:r>
        <w:rPr>
          <w:rFonts w:eastAsia="Times New Roman;Times New Roman" w:cs="Times New Roman;Times New Roman"/>
          <w:lang w:val="ro-RO"/>
        </w:rPr>
        <w:t xml:space="preserve">a imaginilor care o privesc, se poate adresa direct Conducerea </w:t>
      </w:r>
      <w:r>
        <w:rPr>
          <w:rFonts w:eastAsia="Times New Roman;Times New Roman" w:cs="Times New Roman;Times New Roman"/>
          <w:b/>
          <w:bCs/>
          <w:lang w:val="ro-RO"/>
        </w:rPr>
        <w:t>PRIMĂRIEI</w:t>
      </w:r>
      <w:r>
        <w:rPr>
          <w:rFonts w:eastAsia="Times New Roman;Times New Roman" w:cs="Times New Roman;Times New Roman"/>
          <w:lang w:val="ro-RO"/>
        </w:rPr>
        <w:t xml:space="preserve"> </w:t>
      </w:r>
      <w:r>
        <w:rPr>
          <w:rFonts w:eastAsia="Times New Roman;Times New Roman" w:cs="Times New Roman;Times New Roman"/>
          <w:b/>
          <w:lang w:val="ro-RO"/>
        </w:rPr>
        <w:t xml:space="preserve">SATULUI MERENI </w:t>
      </w:r>
      <w:r>
        <w:rPr>
          <w:rFonts w:eastAsia="Times New Roman;Times New Roman" w:cs="Times New Roman;Times New Roman"/>
          <w:lang w:val="ro-RO"/>
        </w:rPr>
        <w:t xml:space="preserve">sau la adresa de e-mail instituțională dedicată: </w:t>
      </w:r>
      <w:hyperlink>
        <w:r w:rsidR="006D4E92">
          <w:rPr>
            <w:rFonts w:eastAsia="Times New Roman;Times New Roman" w:cs="Times New Roman;Times New Roman"/>
            <w:b/>
            <w:bCs/>
            <w:highlight w:val="yellow"/>
            <w:lang w:val="ro-RO"/>
          </w:rPr>
          <w:t>___________________</w:t>
        </w:r>
      </w:hyperlink>
      <w:r>
        <w:rPr>
          <w:rFonts w:eastAsia="Times New Roman;Times New Roman" w:cs="Times New Roman;Times New Roman"/>
          <w:highlight w:val="yellow"/>
          <w:lang w:val="ro-RO"/>
        </w:rPr>
        <w:t>.</w:t>
      </w:r>
    </w:p>
    <w:p w14:paraId="11A6A72A" w14:textId="77777777" w:rsidR="006D4E92" w:rsidRDefault="00000000">
      <w:pPr>
        <w:numPr>
          <w:ilvl w:val="0"/>
          <w:numId w:val="2"/>
        </w:numPr>
        <w:jc w:val="both"/>
        <w:rPr>
          <w:rFonts w:eastAsia="Times New Roman;Times New Roman" w:cs="Times New Roman;Times New Roman"/>
          <w:lang w:val="ro-RO"/>
        </w:rPr>
      </w:pPr>
      <w:r>
        <w:rPr>
          <w:rFonts w:eastAsia="Times New Roman;Times New Roman" w:cs="Times New Roman;Times New Roman"/>
          <w:lang w:val="ro-RO"/>
        </w:rPr>
        <w:t xml:space="preserve">Răspunsul la solicitarea de acces, rectificare, restricționare, ștergere sau opoziție se oferă în termen de </w:t>
      </w:r>
      <w:r>
        <w:rPr>
          <w:rFonts w:eastAsia="Times New Roman;Times New Roman" w:cs="Times New Roman;Times New Roman"/>
          <w:b/>
          <w:bCs/>
          <w:lang w:val="ro-RO"/>
        </w:rPr>
        <w:t>maximum 30 de zile calendaristice</w:t>
      </w:r>
      <w:r>
        <w:rPr>
          <w:rFonts w:eastAsia="Times New Roman;Times New Roman" w:cs="Times New Roman;Times New Roman"/>
          <w:lang w:val="ro-RO"/>
        </w:rPr>
        <w:t xml:space="preserve"> de la data înregistrării cererii la cancelarie. În cazuri excepționale, din cauza complexității solicitării, acest termen poate fi prelungit cu cel mult două luni, persoana vizată fiind informată în scris asupra motivelor amânării </w:t>
      </w:r>
      <w:r>
        <w:rPr>
          <w:rFonts w:eastAsia="Times New Roman;Times New Roman" w:cs="Times New Roman;Times New Roman"/>
        </w:rPr>
        <w:t>în termen de maximum 3 zile de la luarea deciziei de prelungire</w:t>
      </w:r>
      <w:r>
        <w:rPr>
          <w:rFonts w:eastAsia="Times New Roman;Times New Roman" w:cs="Times New Roman;Times New Roman"/>
          <w:lang w:val="ro-RO"/>
        </w:rPr>
        <w:t>.</w:t>
      </w:r>
    </w:p>
    <w:p w14:paraId="4167B9D8" w14:textId="77777777" w:rsidR="006D4E92" w:rsidRDefault="00000000">
      <w:pPr>
        <w:numPr>
          <w:ilvl w:val="0"/>
          <w:numId w:val="2"/>
        </w:numPr>
        <w:jc w:val="both"/>
        <w:rPr>
          <w:rFonts w:eastAsia="Times New Roman;Times New Roman" w:cs="Times New Roman;Times New Roman"/>
          <w:lang w:val="ro-RO"/>
        </w:rPr>
      </w:pPr>
      <w:r>
        <w:rPr>
          <w:rFonts w:eastAsia="Times New Roman;Times New Roman" w:cs="Times New Roman;Times New Roman"/>
          <w:lang w:val="ro-RO"/>
        </w:rPr>
        <w:t xml:space="preserve">Dacă există o solicitare expresă și justificată a persoanei vizate, se poate acorda dreptul de a vizualiza imaginile înregistrate care o privesc sau i se poate elibera o copie a acestora. Imaginile furnizate vor fi clare, în măsura posibilităților tehnice, cu condiția imperativă de a nu prejudicia drepturile și libertățile terților. Persoana vizată va putea vizualiza/primi </w:t>
      </w:r>
      <w:r>
        <w:rPr>
          <w:rFonts w:eastAsia="Times New Roman;Times New Roman" w:cs="Times New Roman;Times New Roman"/>
          <w:b/>
          <w:bCs/>
          <w:lang w:val="ro-RO"/>
        </w:rPr>
        <w:t>doar propria imagine</w:t>
      </w:r>
      <w:r>
        <w:rPr>
          <w:rFonts w:eastAsia="Times New Roman;Times New Roman" w:cs="Times New Roman;Times New Roman"/>
          <w:lang w:val="ro-RO"/>
        </w:rPr>
        <w:t>; fețele altor persoane, numerele de înmatriculare sau alte date care apar în înregistrare vor fi editate (anonimizate prin estompare/bluring) astfel încât să nu fie posibilă identificarea lor. În cazul unei asemenea solicitări, persoana vizată este obligată:</w:t>
      </w:r>
    </w:p>
    <w:p w14:paraId="4351672A" w14:textId="77777777" w:rsidR="006D4E92" w:rsidRDefault="00000000">
      <w:pPr>
        <w:numPr>
          <w:ilvl w:val="0"/>
          <w:numId w:val="3"/>
        </w:numPr>
        <w:ind w:left="1134" w:hanging="425"/>
        <w:rPr>
          <w:rFonts w:eastAsia="Times New Roman;Times New Roman" w:cs="Times New Roman;Times New Roman"/>
          <w:lang w:val="ro-RO"/>
        </w:rPr>
      </w:pPr>
      <w:r>
        <w:rPr>
          <w:rFonts w:eastAsia="Times New Roman;Times New Roman" w:cs="Times New Roman;Times New Roman"/>
          <w:lang w:val="ro-RO"/>
        </w:rPr>
        <w:t>Să se identifice dincolo de orice suspiciune (să prezinte actul de identitate în original în momentul participării la vizualizare sau să transmită cererea semnată cu semnătură electronică calificată);</w:t>
      </w:r>
    </w:p>
    <w:p w14:paraId="24EF8BFA" w14:textId="77777777" w:rsidR="006D4E92" w:rsidRDefault="00000000">
      <w:pPr>
        <w:numPr>
          <w:ilvl w:val="0"/>
          <w:numId w:val="3"/>
        </w:numPr>
        <w:ind w:left="1134" w:hanging="425"/>
        <w:rPr>
          <w:rFonts w:eastAsia="Times New Roman;Times New Roman" w:cs="Times New Roman;Times New Roman"/>
          <w:lang w:val="ro-RO"/>
        </w:rPr>
      </w:pPr>
      <w:r>
        <w:rPr>
          <w:rFonts w:eastAsia="Times New Roman;Times New Roman" w:cs="Times New Roman;Times New Roman"/>
          <w:lang w:val="ro-RO"/>
        </w:rPr>
        <w:t>Să menționeze cu exactitate data, intervalul orar (cu o marjă de maximum 20 de minute), locația exactă a camerei și împrejurările în care a fost înregistrată;</w:t>
      </w:r>
    </w:p>
    <w:p w14:paraId="14D9C7DF" w14:textId="77777777" w:rsidR="006D4E92" w:rsidRDefault="00000000">
      <w:pPr>
        <w:numPr>
          <w:ilvl w:val="0"/>
          <w:numId w:val="3"/>
        </w:numPr>
        <w:ind w:left="1134" w:hanging="425"/>
        <w:rPr>
          <w:rFonts w:eastAsia="Times New Roman;Times New Roman" w:cs="Times New Roman;Times New Roman"/>
          <w:lang w:val="ro-RO"/>
        </w:rPr>
      </w:pPr>
      <w:r>
        <w:rPr>
          <w:rFonts w:eastAsia="Times New Roman;Times New Roman" w:cs="Times New Roman;Times New Roman"/>
          <w:lang w:val="ro-RO"/>
        </w:rPr>
        <w:t>Să prezinte o fotografie recentă, clară, pentru a permite administratorului IT identificarea și extragerea rapidă a secvenței video solicitate.</w:t>
      </w:r>
    </w:p>
    <w:p w14:paraId="01D56585" w14:textId="77777777" w:rsidR="006D4E92" w:rsidRDefault="00000000">
      <w:pPr>
        <w:numPr>
          <w:ilvl w:val="0"/>
          <w:numId w:val="2"/>
        </w:numPr>
        <w:jc w:val="both"/>
        <w:rPr>
          <w:rFonts w:eastAsia="Times New Roman;Times New Roman" w:cs="Times New Roman;Times New Roman"/>
          <w:lang w:val="ro-RO"/>
        </w:rPr>
      </w:pPr>
      <w:r>
        <w:rPr>
          <w:rFonts w:eastAsia="Times New Roman;Times New Roman" w:cs="Times New Roman;Times New Roman"/>
          <w:b/>
          <w:bCs/>
          <w:lang w:val="ro-RO"/>
        </w:rPr>
        <w:t>Primăria</w:t>
      </w:r>
      <w:r>
        <w:rPr>
          <w:rFonts w:eastAsia="Times New Roman;Times New Roman" w:cs="Times New Roman;Times New Roman"/>
          <w:lang w:val="ro-RO"/>
        </w:rPr>
        <w:t xml:space="preserve"> </w:t>
      </w:r>
      <w:r>
        <w:rPr>
          <w:rFonts w:eastAsia="Times New Roman;Times New Roman" w:cs="Times New Roman;Times New Roman"/>
          <w:b/>
          <w:lang w:val="ro-RO"/>
        </w:rPr>
        <w:t>SATULUI MERENI</w:t>
      </w:r>
      <w:r>
        <w:rPr>
          <w:rFonts w:eastAsia="Times New Roman;Times New Roman" w:cs="Times New Roman;Times New Roman"/>
          <w:lang w:val="ro-RO"/>
        </w:rPr>
        <w:t>poate refuza parțial sau total dreptul de acces în situațiile specifice prevăzute de legislația națională (de exemplu, când imaginile fac obiectul unei investigații penale sau contravenționale în derulare). Necesitatea de a restricționa accesul se impune obligatoriu în cazul în care există datoria de a proteja drepturile unor terțe persoane, iar editarea/anonimizarea acestora este tehnic imposibilă pe acea secvență video.</w:t>
      </w:r>
    </w:p>
    <w:p w14:paraId="72A458EF" w14:textId="77777777" w:rsidR="006D4E92" w:rsidRDefault="00000000">
      <w:pPr>
        <w:numPr>
          <w:ilvl w:val="0"/>
          <w:numId w:val="2"/>
        </w:numPr>
        <w:spacing w:before="240" w:after="240"/>
        <w:ind w:left="425" w:hanging="425"/>
        <w:jc w:val="both"/>
        <w:rPr>
          <w:rFonts w:cs="Times New Roman;Times New Roman"/>
          <w:b/>
          <w:bCs/>
          <w:lang w:val="ro-RO"/>
        </w:rPr>
      </w:pPr>
      <w:r>
        <w:rPr>
          <w:rFonts w:cs="Times New Roman;Times New Roman"/>
          <w:b/>
          <w:bCs/>
          <w:lang w:val="ro-RO"/>
        </w:rPr>
        <w:t>Auditul securității sistemului de supraveghere prin mijloace video</w:t>
      </w:r>
    </w:p>
    <w:p w14:paraId="25F4BCD1" w14:textId="77777777" w:rsidR="006D4E92" w:rsidRDefault="00000000">
      <w:pPr>
        <w:numPr>
          <w:ilvl w:val="0"/>
          <w:numId w:val="2"/>
        </w:numPr>
        <w:autoSpaceDE w:val="0"/>
        <w:ind w:left="1276" w:hanging="556"/>
        <w:jc w:val="both"/>
        <w:rPr>
          <w:rFonts w:cs="Times New Roman;Times New Roman"/>
          <w:lang w:val="ro-RO"/>
        </w:rPr>
      </w:pPr>
      <w:r>
        <w:rPr>
          <w:rFonts w:cs="Times New Roman;Times New Roman"/>
          <w:lang w:val="ro-RO"/>
        </w:rPr>
        <w:t>Auditul securității sistemului de supraveghere prin mijloace video menține înscrieri de sistem despre evenimentele produse în activitatea sistemului sau a aplicației, precum şi despre activitatea utilizatorului.</w:t>
      </w:r>
    </w:p>
    <w:p w14:paraId="38FC6F60" w14:textId="77777777" w:rsidR="006D4E92" w:rsidRDefault="00000000">
      <w:pPr>
        <w:numPr>
          <w:ilvl w:val="0"/>
          <w:numId w:val="2"/>
        </w:numPr>
        <w:autoSpaceDE w:val="0"/>
        <w:ind w:left="1276" w:hanging="556"/>
        <w:jc w:val="both"/>
        <w:rPr>
          <w:rFonts w:cs="Times New Roman;Times New Roman"/>
          <w:lang w:val="ro-RO"/>
        </w:rPr>
      </w:pPr>
      <w:r>
        <w:rPr>
          <w:rFonts w:cs="Times New Roman;Times New Roman"/>
          <w:lang w:val="ro-RO"/>
        </w:rPr>
        <w:t xml:space="preserve">În conjuncție cu instrumentele şi procedurile respective, auditul securității sistemului de supraveghere prin mijloace video permite de a promova mijloace de ajutor pentru a atinge </w:t>
      </w:r>
      <w:r>
        <w:rPr>
          <w:rFonts w:cs="Times New Roman;Times New Roman"/>
          <w:lang w:val="ro-RO"/>
        </w:rPr>
        <w:lastRenderedPageBreak/>
        <w:t>obiective de securitate: evidența acțiunilor utilizatorului, definirea şi stabilirea responsabilității individuale, reconstrucția evenimentelor, detectarea intrușilor şi problemelor de identificare a evenimentelor.</w:t>
      </w:r>
    </w:p>
    <w:p w14:paraId="47497A5C" w14:textId="77777777" w:rsidR="006D4E92" w:rsidRDefault="00000000">
      <w:pPr>
        <w:numPr>
          <w:ilvl w:val="0"/>
          <w:numId w:val="2"/>
        </w:numPr>
        <w:autoSpaceDE w:val="0"/>
        <w:ind w:left="1276" w:hanging="556"/>
        <w:jc w:val="both"/>
        <w:rPr>
          <w:rFonts w:cs="Times New Roman;Times New Roman"/>
          <w:lang w:val="ro-RO"/>
        </w:rPr>
      </w:pPr>
      <w:r>
        <w:rPr>
          <w:rFonts w:cs="Times New Roman;Times New Roman"/>
          <w:lang w:val="ro-RO"/>
        </w:rPr>
        <w:t>Auditul securității sistemului de supraveghere prin mijloace video este menit să acorde suport la:</w:t>
      </w:r>
    </w:p>
    <w:p w14:paraId="68E7F602" w14:textId="77777777" w:rsidR="006D4E92" w:rsidRDefault="00000000">
      <w:pPr>
        <w:numPr>
          <w:ilvl w:val="0"/>
          <w:numId w:val="2"/>
        </w:numPr>
        <w:autoSpaceDE w:val="0"/>
        <w:ind w:left="1276" w:hanging="556"/>
        <w:jc w:val="both"/>
        <w:rPr>
          <w:rFonts w:cs="Times New Roman;Times New Roman"/>
          <w:lang w:val="ro-RO"/>
        </w:rPr>
      </w:pPr>
      <w:r>
        <w:rPr>
          <w:rFonts w:cs="Times New Roman;Times New Roman"/>
          <w:lang w:val="ro-RO"/>
        </w:rPr>
        <w:t>stabilirea consecutivității acțiunilor utilizatorului sau proceselor;</w:t>
      </w:r>
    </w:p>
    <w:p w14:paraId="25D59BB8" w14:textId="77777777" w:rsidR="006D4E92" w:rsidRDefault="00000000">
      <w:pPr>
        <w:numPr>
          <w:ilvl w:val="0"/>
          <w:numId w:val="2"/>
        </w:numPr>
        <w:autoSpaceDE w:val="0"/>
        <w:ind w:left="1276" w:hanging="556"/>
        <w:jc w:val="both"/>
        <w:rPr>
          <w:rFonts w:cs="Times New Roman;Times New Roman"/>
          <w:lang w:val="ro-RO"/>
        </w:rPr>
      </w:pPr>
      <w:r>
        <w:rPr>
          <w:rFonts w:cs="Times New Roman;Times New Roman"/>
          <w:lang w:val="ro-RO"/>
        </w:rPr>
        <w:t>stabilirea cînd, cine sau ce a stopat funcționarea normală a sistemului;</w:t>
      </w:r>
    </w:p>
    <w:p w14:paraId="0EC3B864" w14:textId="77777777" w:rsidR="006D4E92" w:rsidRDefault="00000000">
      <w:pPr>
        <w:numPr>
          <w:ilvl w:val="0"/>
          <w:numId w:val="2"/>
        </w:numPr>
        <w:autoSpaceDE w:val="0"/>
        <w:ind w:left="1276" w:hanging="556"/>
        <w:jc w:val="both"/>
        <w:rPr>
          <w:rFonts w:cs="Times New Roman;Times New Roman"/>
          <w:lang w:val="ro-RO"/>
        </w:rPr>
      </w:pPr>
      <w:r>
        <w:rPr>
          <w:rFonts w:cs="Times New Roman;Times New Roman"/>
          <w:lang w:val="ro-RO"/>
        </w:rPr>
        <w:t>soluționarea problemei de detectare a intrușilor;</w:t>
      </w:r>
    </w:p>
    <w:p w14:paraId="05857FF1" w14:textId="77777777" w:rsidR="006D4E92" w:rsidRDefault="00000000">
      <w:pPr>
        <w:numPr>
          <w:ilvl w:val="0"/>
          <w:numId w:val="2"/>
        </w:numPr>
        <w:autoSpaceDE w:val="0"/>
        <w:ind w:left="1276" w:hanging="556"/>
        <w:jc w:val="both"/>
        <w:rPr>
          <w:rFonts w:cs="Times New Roman;Times New Roman"/>
          <w:lang w:val="ro-RO"/>
        </w:rPr>
      </w:pPr>
      <w:r>
        <w:rPr>
          <w:rFonts w:cs="Times New Roman;Times New Roman"/>
          <w:lang w:val="ro-RO"/>
        </w:rPr>
        <w:t>detectarea problemelor de funcționare a sistemului informatic în regim On-Line;</w:t>
      </w:r>
    </w:p>
    <w:p w14:paraId="6D89E916" w14:textId="77777777" w:rsidR="006D4E92" w:rsidRDefault="006D4E92">
      <w:pPr>
        <w:spacing w:after="160" w:line="257" w:lineRule="auto"/>
        <w:jc w:val="right"/>
        <w:rPr>
          <w:rFonts w:cs="Times New Roman;Times New Roman"/>
          <w:b/>
          <w:lang w:val="ro-RO"/>
        </w:rPr>
      </w:pPr>
    </w:p>
    <w:p w14:paraId="5EBFD518" w14:textId="77777777" w:rsidR="006D4E92" w:rsidRDefault="006D4E92">
      <w:pPr>
        <w:spacing w:after="160" w:line="257" w:lineRule="auto"/>
        <w:jc w:val="right"/>
        <w:rPr>
          <w:rFonts w:cs="Times New Roman;Times New Roman"/>
          <w:b/>
          <w:lang w:val="ro-RO"/>
        </w:rPr>
      </w:pPr>
    </w:p>
    <w:p w14:paraId="005EED56" w14:textId="77777777" w:rsidR="006D4E92" w:rsidRDefault="006D4E92">
      <w:pPr>
        <w:spacing w:after="160" w:line="257" w:lineRule="auto"/>
        <w:jc w:val="right"/>
        <w:rPr>
          <w:rFonts w:cs="Times New Roman;Times New Roman"/>
          <w:b/>
          <w:lang w:val="ro-RO"/>
        </w:rPr>
      </w:pPr>
    </w:p>
    <w:p w14:paraId="54C3BA22" w14:textId="77777777" w:rsidR="006D4E92" w:rsidRDefault="006D4E92">
      <w:pPr>
        <w:spacing w:after="160" w:line="257" w:lineRule="auto"/>
        <w:jc w:val="right"/>
        <w:rPr>
          <w:rFonts w:cs="Times New Roman;Times New Roman"/>
          <w:b/>
          <w:lang w:val="ro-RO"/>
        </w:rPr>
      </w:pPr>
    </w:p>
    <w:p w14:paraId="73C8858A" w14:textId="77777777" w:rsidR="006D4E92" w:rsidRDefault="006D4E92">
      <w:pPr>
        <w:spacing w:after="160" w:line="257" w:lineRule="auto"/>
        <w:jc w:val="right"/>
        <w:rPr>
          <w:rFonts w:cs="Times New Roman;Times New Roman"/>
          <w:b/>
          <w:lang w:val="ro-RO"/>
        </w:rPr>
      </w:pPr>
    </w:p>
    <w:p w14:paraId="6EB7E987" w14:textId="77777777" w:rsidR="006D4E92" w:rsidRDefault="006D4E92">
      <w:pPr>
        <w:spacing w:after="160" w:line="257" w:lineRule="auto"/>
        <w:jc w:val="right"/>
        <w:rPr>
          <w:rFonts w:cs="Times New Roman;Times New Roman"/>
          <w:b/>
          <w:lang w:val="ro-RO"/>
        </w:rPr>
      </w:pPr>
    </w:p>
    <w:p w14:paraId="2086DD8D" w14:textId="77777777" w:rsidR="006D4E92" w:rsidRDefault="006D4E92">
      <w:pPr>
        <w:spacing w:after="160" w:line="257" w:lineRule="auto"/>
        <w:jc w:val="right"/>
        <w:rPr>
          <w:rFonts w:cs="Times New Roman;Times New Roman"/>
          <w:b/>
          <w:lang w:val="ro-RO"/>
        </w:rPr>
      </w:pPr>
    </w:p>
    <w:p w14:paraId="70EE2749" w14:textId="77777777" w:rsidR="006D4E92" w:rsidRDefault="006D4E92">
      <w:pPr>
        <w:spacing w:after="160" w:line="257" w:lineRule="auto"/>
        <w:jc w:val="right"/>
        <w:rPr>
          <w:rFonts w:cs="Times New Roman;Times New Roman"/>
          <w:b/>
          <w:lang w:val="ro-RO"/>
        </w:rPr>
      </w:pPr>
    </w:p>
    <w:p w14:paraId="7B661D24" w14:textId="77777777" w:rsidR="006D4E92" w:rsidRDefault="006D4E92">
      <w:pPr>
        <w:spacing w:after="160" w:line="257" w:lineRule="auto"/>
        <w:jc w:val="right"/>
        <w:rPr>
          <w:rFonts w:cs="Times New Roman;Times New Roman"/>
          <w:b/>
          <w:lang w:val="ro-RO"/>
        </w:rPr>
      </w:pPr>
    </w:p>
    <w:p w14:paraId="1778F793" w14:textId="77777777" w:rsidR="006D4E92" w:rsidRDefault="006D4E92">
      <w:pPr>
        <w:spacing w:after="160" w:line="257" w:lineRule="auto"/>
        <w:jc w:val="right"/>
        <w:rPr>
          <w:rFonts w:cs="Times New Roman;Times New Roman"/>
          <w:b/>
          <w:lang w:val="ro-RO"/>
        </w:rPr>
      </w:pPr>
    </w:p>
    <w:p w14:paraId="16BE81DF" w14:textId="77777777" w:rsidR="006D4E92" w:rsidRDefault="006D4E92">
      <w:pPr>
        <w:spacing w:after="160" w:line="257" w:lineRule="auto"/>
        <w:jc w:val="right"/>
        <w:rPr>
          <w:rFonts w:cs="Times New Roman;Times New Roman"/>
          <w:b/>
          <w:lang w:val="ro-RO"/>
        </w:rPr>
      </w:pPr>
    </w:p>
    <w:p w14:paraId="2588F5B8" w14:textId="77777777" w:rsidR="006D4E92" w:rsidRDefault="006D4E92">
      <w:pPr>
        <w:spacing w:after="160" w:line="257" w:lineRule="auto"/>
        <w:jc w:val="right"/>
        <w:rPr>
          <w:rFonts w:cs="Times New Roman;Times New Roman"/>
          <w:b/>
          <w:lang w:val="ro-RO"/>
        </w:rPr>
      </w:pPr>
    </w:p>
    <w:p w14:paraId="1247660B" w14:textId="77777777" w:rsidR="006D4E92" w:rsidRDefault="006D4E92">
      <w:pPr>
        <w:spacing w:after="160" w:line="257" w:lineRule="auto"/>
        <w:jc w:val="right"/>
        <w:rPr>
          <w:rFonts w:cs="Times New Roman;Times New Roman"/>
          <w:b/>
          <w:lang w:val="ro-RO"/>
        </w:rPr>
      </w:pPr>
    </w:p>
    <w:p w14:paraId="58227170" w14:textId="77777777" w:rsidR="006D4E92" w:rsidRDefault="006D4E92">
      <w:pPr>
        <w:spacing w:after="160" w:line="257" w:lineRule="auto"/>
        <w:jc w:val="right"/>
        <w:rPr>
          <w:rFonts w:cs="Times New Roman;Times New Roman"/>
          <w:b/>
          <w:lang w:val="ro-RO"/>
        </w:rPr>
      </w:pPr>
    </w:p>
    <w:p w14:paraId="3C66AD6E" w14:textId="77777777" w:rsidR="006D4E92" w:rsidRDefault="006D4E92">
      <w:pPr>
        <w:spacing w:after="160" w:line="257" w:lineRule="auto"/>
        <w:jc w:val="right"/>
        <w:rPr>
          <w:rFonts w:cs="Times New Roman;Times New Roman"/>
          <w:b/>
          <w:lang w:val="ro-RO"/>
        </w:rPr>
      </w:pPr>
    </w:p>
    <w:p w14:paraId="4A182356" w14:textId="77777777" w:rsidR="006D4E92" w:rsidRDefault="006D4E92">
      <w:pPr>
        <w:spacing w:after="160" w:line="257" w:lineRule="auto"/>
        <w:jc w:val="right"/>
        <w:rPr>
          <w:rFonts w:cs="Times New Roman;Times New Roman"/>
          <w:b/>
          <w:lang w:val="ro-RO"/>
        </w:rPr>
      </w:pPr>
    </w:p>
    <w:p w14:paraId="1B1073EF" w14:textId="77777777" w:rsidR="006D4E92" w:rsidRDefault="006D4E92">
      <w:pPr>
        <w:spacing w:after="160" w:line="257" w:lineRule="auto"/>
        <w:jc w:val="right"/>
        <w:rPr>
          <w:rFonts w:cs="Times New Roman;Times New Roman"/>
          <w:b/>
          <w:lang w:val="ro-RO"/>
        </w:rPr>
      </w:pPr>
    </w:p>
    <w:p w14:paraId="613C5B8F" w14:textId="77777777" w:rsidR="006D4E92" w:rsidRDefault="006D4E92">
      <w:pPr>
        <w:spacing w:after="160" w:line="257" w:lineRule="auto"/>
        <w:jc w:val="right"/>
        <w:rPr>
          <w:rFonts w:cs="Times New Roman;Times New Roman"/>
          <w:b/>
          <w:lang w:val="ro-RO"/>
        </w:rPr>
      </w:pPr>
    </w:p>
    <w:p w14:paraId="63915E94" w14:textId="77777777" w:rsidR="006D4E92" w:rsidRDefault="006D4E92">
      <w:pPr>
        <w:spacing w:after="160" w:line="257" w:lineRule="auto"/>
        <w:jc w:val="right"/>
        <w:rPr>
          <w:rFonts w:cs="Times New Roman;Times New Roman"/>
          <w:b/>
          <w:lang w:val="ro-RO"/>
        </w:rPr>
      </w:pPr>
    </w:p>
    <w:p w14:paraId="5AE6479A" w14:textId="77777777" w:rsidR="006D4E92" w:rsidRDefault="006D4E92">
      <w:pPr>
        <w:spacing w:after="160" w:line="257" w:lineRule="auto"/>
        <w:jc w:val="right"/>
        <w:rPr>
          <w:rFonts w:cs="Times New Roman;Times New Roman"/>
          <w:b/>
          <w:lang w:val="ro-RO"/>
        </w:rPr>
      </w:pPr>
    </w:p>
    <w:p w14:paraId="4F55D81B" w14:textId="77777777" w:rsidR="006D4E92" w:rsidRDefault="006D4E92">
      <w:pPr>
        <w:spacing w:after="160" w:line="257" w:lineRule="auto"/>
        <w:jc w:val="right"/>
        <w:rPr>
          <w:rFonts w:cs="Times New Roman;Times New Roman"/>
          <w:b/>
          <w:lang w:val="ro-RO"/>
        </w:rPr>
      </w:pPr>
    </w:p>
    <w:p w14:paraId="2B5052A2" w14:textId="77777777" w:rsidR="006D4E92" w:rsidRDefault="006D4E92">
      <w:pPr>
        <w:spacing w:after="160" w:line="257" w:lineRule="auto"/>
        <w:jc w:val="right"/>
        <w:rPr>
          <w:rFonts w:cs="Times New Roman;Times New Roman"/>
          <w:b/>
          <w:lang w:val="ro-RO"/>
        </w:rPr>
      </w:pPr>
    </w:p>
    <w:p w14:paraId="437EEDFD" w14:textId="77777777" w:rsidR="006D4E92" w:rsidRDefault="00000000">
      <w:pPr>
        <w:spacing w:after="160" w:line="257" w:lineRule="auto"/>
        <w:jc w:val="right"/>
        <w:rPr>
          <w:rFonts w:cs="Times New Roman;Times New Roman"/>
          <w:b/>
          <w:lang w:val="ro-RO"/>
        </w:rPr>
      </w:pPr>
      <w:r>
        <w:rPr>
          <w:rFonts w:cs="Times New Roman;Times New Roman"/>
          <w:b/>
          <w:lang w:val="ro-RO"/>
        </w:rPr>
        <w:lastRenderedPageBreak/>
        <w:t>Anexa 1</w:t>
      </w:r>
    </w:p>
    <w:p w14:paraId="777CD447" w14:textId="77777777" w:rsidR="006D4E92" w:rsidRDefault="00000000">
      <w:pPr>
        <w:spacing w:before="120" w:after="120"/>
        <w:ind w:left="5529"/>
        <w:jc w:val="right"/>
        <w:rPr>
          <w:rFonts w:cs="Times New Roman;Times New Roman"/>
          <w:b/>
          <w:bCs/>
          <w:lang w:val="ro-RO"/>
        </w:rPr>
      </w:pPr>
      <w:r>
        <w:rPr>
          <w:rFonts w:cs="Times New Roman;Times New Roman"/>
          <w:b/>
          <w:bCs/>
          <w:lang w:val="ro-RO"/>
        </w:rPr>
        <w:t>REGULAMENTUL PRIVIND SUPRAVEGHEREA</w:t>
      </w:r>
    </w:p>
    <w:p w14:paraId="0AE8B20A" w14:textId="77777777" w:rsidR="006D4E92" w:rsidRDefault="00000000">
      <w:pPr>
        <w:spacing w:before="120" w:after="120"/>
        <w:jc w:val="right"/>
        <w:rPr>
          <w:rFonts w:cs="Times New Roman;Times New Roman"/>
          <w:b/>
          <w:bCs/>
          <w:lang w:val="ro-RO"/>
        </w:rPr>
      </w:pPr>
      <w:r>
        <w:rPr>
          <w:rFonts w:cs="Times New Roman;Times New Roman"/>
          <w:b/>
          <w:bCs/>
          <w:lang w:val="ro-RO"/>
        </w:rPr>
        <w:t xml:space="preserve">PRIN MIJLOACE VIDEO ÎN CADRUL </w:t>
      </w:r>
    </w:p>
    <w:p w14:paraId="1C02E20E" w14:textId="77777777" w:rsidR="006D4E92" w:rsidRDefault="00000000">
      <w:pPr>
        <w:spacing w:before="120" w:after="120"/>
        <w:jc w:val="right"/>
        <w:rPr>
          <w:rFonts w:cs="Times New Roman;Times New Roman"/>
          <w:b/>
          <w:bCs/>
          <w:lang w:val="ro-RO"/>
        </w:rPr>
      </w:pPr>
      <w:r>
        <w:rPr>
          <w:rFonts w:eastAsia="Times New Roman;Times New Roman" w:cs="Times New Roman;Times New Roman"/>
          <w:b/>
          <w:lang w:val="ro-RO"/>
        </w:rPr>
        <w:t>PRIMĂRIEI SATULUI MERENI</w:t>
      </w:r>
    </w:p>
    <w:p w14:paraId="35A7044F" w14:textId="77777777" w:rsidR="006D4E92" w:rsidRDefault="006D4E92">
      <w:pPr>
        <w:autoSpaceDE w:val="0"/>
        <w:spacing w:before="120" w:after="120"/>
        <w:jc w:val="center"/>
        <w:rPr>
          <w:rFonts w:cs="Times New Roman;Times New Roman"/>
          <w:b/>
          <w:bCs/>
          <w:lang w:val="ro-RO"/>
        </w:rPr>
      </w:pPr>
    </w:p>
    <w:p w14:paraId="635D20A4" w14:textId="77777777" w:rsidR="006D4E92" w:rsidRDefault="00000000">
      <w:pPr>
        <w:spacing w:before="120" w:after="120"/>
        <w:jc w:val="center"/>
        <w:rPr>
          <w:rFonts w:cs="Times New Roman;Times New Roman"/>
          <w:b/>
          <w:bCs/>
          <w:lang w:val="ro-RO"/>
        </w:rPr>
      </w:pPr>
      <w:r>
        <w:rPr>
          <w:rFonts w:cs="Times New Roman;Times New Roman"/>
          <w:b/>
          <w:bCs/>
          <w:lang w:val="ro-RO"/>
        </w:rPr>
        <w:t xml:space="preserve">LISTA CU LOCATIILE PENTRU AMPLASAREA CAMERELOR DE SUPRAVEGHERE ÎN CADRUL </w:t>
      </w:r>
      <w:r>
        <w:rPr>
          <w:rFonts w:eastAsia="Times New Roman;Times New Roman" w:cs="Times New Roman;Times New Roman"/>
          <w:b/>
          <w:lang w:val="ro-RO"/>
        </w:rPr>
        <w:t>PRIMĂRIEI SATULUI MERENI</w:t>
      </w:r>
    </w:p>
    <w:p w14:paraId="06BA1A89" w14:textId="77777777" w:rsidR="006D4E92" w:rsidRDefault="006D4E92">
      <w:pPr>
        <w:autoSpaceDE w:val="0"/>
        <w:spacing w:before="120" w:after="120"/>
        <w:jc w:val="center"/>
        <w:rPr>
          <w:rFonts w:cs="Times New Roman;Times New Roman"/>
          <w:b/>
          <w:bCs/>
          <w:lang w:val="ro-RO"/>
        </w:rPr>
      </w:pPr>
    </w:p>
    <w:p w14:paraId="2C989CEA" w14:textId="77777777" w:rsidR="006D4E92" w:rsidRDefault="00000000">
      <w:pPr>
        <w:numPr>
          <w:ilvl w:val="0"/>
          <w:numId w:val="1"/>
        </w:numPr>
        <w:autoSpaceDE w:val="0"/>
        <w:spacing w:before="120" w:after="120"/>
        <w:ind w:left="567"/>
        <w:jc w:val="both"/>
        <w:rPr>
          <w:rFonts w:cs="Times New Roman;Times New Roman"/>
          <w:lang w:val="ro-RO"/>
        </w:rPr>
      </w:pPr>
      <w:r>
        <w:rPr>
          <w:rFonts w:cs="Times New Roman;Times New Roman"/>
          <w:lang w:val="ro-RO"/>
        </w:rPr>
        <w:t>Locațiile şi spațiile de acces, destinate publicului de la parterul clădirilor;</w:t>
      </w:r>
    </w:p>
    <w:p w14:paraId="75C877C0" w14:textId="77777777" w:rsidR="006D4E92" w:rsidRDefault="00000000">
      <w:pPr>
        <w:numPr>
          <w:ilvl w:val="0"/>
          <w:numId w:val="11"/>
        </w:numPr>
        <w:autoSpaceDE w:val="0"/>
        <w:spacing w:before="120" w:after="120"/>
        <w:jc w:val="both"/>
        <w:rPr>
          <w:rFonts w:cs="Times New Roman;Times New Roman"/>
          <w:b/>
          <w:u w:val="single"/>
          <w:lang w:val="ro-RO"/>
        </w:rPr>
      </w:pPr>
      <w:r>
        <w:rPr>
          <w:rFonts w:eastAsia="Times New Roman;Times New Roman" w:cs="Times New Roman;Times New Roman"/>
          <w:b/>
          <w:u w:val="single"/>
          <w:lang w:val="ro-RO"/>
        </w:rPr>
        <w:t xml:space="preserve">  </w:t>
      </w:r>
      <w:r>
        <w:rPr>
          <w:rFonts w:cs="Times New Roman;Times New Roman"/>
          <w:b/>
          <w:highlight w:val="yellow"/>
          <w:u w:val="single"/>
          <w:lang w:val="ro-RO"/>
        </w:rPr>
        <w:t>–</w:t>
      </w:r>
      <w:r>
        <w:rPr>
          <w:rFonts w:eastAsia="Times New Roman;Times New Roman" w:cs="Times New Roman;Times New Roman"/>
          <w:b/>
          <w:u w:val="single"/>
          <w:lang w:val="ro-RO"/>
        </w:rPr>
        <w:t xml:space="preserve"> </w:t>
      </w:r>
      <w:r>
        <w:rPr>
          <w:rFonts w:cs="Times New Roman;Times New Roman"/>
          <w:b/>
          <w:u w:val="single"/>
          <w:lang w:val="ro-RO"/>
        </w:rPr>
        <w:t>camere video.</w:t>
      </w:r>
    </w:p>
    <w:p w14:paraId="26A6EA2D" w14:textId="77777777" w:rsidR="006D4E92" w:rsidRDefault="00000000">
      <w:pPr>
        <w:numPr>
          <w:ilvl w:val="0"/>
          <w:numId w:val="1"/>
        </w:numPr>
        <w:autoSpaceDE w:val="0"/>
        <w:spacing w:before="120" w:after="120"/>
        <w:ind w:left="567"/>
        <w:jc w:val="both"/>
        <w:rPr>
          <w:rFonts w:cs="Times New Roman;Times New Roman"/>
          <w:lang w:val="ro-RO"/>
        </w:rPr>
      </w:pPr>
      <w:r>
        <w:rPr>
          <w:rFonts w:cs="Times New Roman;Times New Roman"/>
          <w:lang w:val="ro-RO"/>
        </w:rPr>
        <w:t>Locațiile din împrejurimile clădirilor pentru a proteja spațiile exterioare;</w:t>
      </w:r>
    </w:p>
    <w:p w14:paraId="6C7289B3" w14:textId="77777777" w:rsidR="006D4E92" w:rsidRDefault="00000000">
      <w:pPr>
        <w:numPr>
          <w:ilvl w:val="0"/>
          <w:numId w:val="8"/>
        </w:numPr>
        <w:autoSpaceDE w:val="0"/>
        <w:spacing w:before="120" w:after="120"/>
        <w:jc w:val="both"/>
        <w:rPr>
          <w:rFonts w:cs="Times New Roman;Times New Roman"/>
          <w:b/>
          <w:lang w:val="ro-RO"/>
        </w:rPr>
      </w:pPr>
      <w:r>
        <w:rPr>
          <w:rFonts w:cs="Times New Roman;Times New Roman"/>
          <w:b/>
          <w:highlight w:val="yellow"/>
          <w:u w:val="single"/>
          <w:lang w:val="ro-RO"/>
        </w:rPr>
        <w:t>- -</w:t>
      </w:r>
      <w:r>
        <w:rPr>
          <w:rFonts w:cs="Times New Roman;Times New Roman"/>
          <w:b/>
          <w:u w:val="single"/>
          <w:lang w:val="ro-RO"/>
        </w:rPr>
        <w:t xml:space="preserve"> camere video exterioare</w:t>
      </w:r>
      <w:r>
        <w:rPr>
          <w:rFonts w:cs="Times New Roman;Times New Roman"/>
          <w:b/>
          <w:lang w:val="ro-RO"/>
        </w:rPr>
        <w:t>.</w:t>
      </w:r>
    </w:p>
    <w:p w14:paraId="01199191" w14:textId="77777777" w:rsidR="006D4E92" w:rsidRDefault="00000000">
      <w:pPr>
        <w:autoSpaceDE w:val="0"/>
        <w:spacing w:before="120" w:after="120"/>
        <w:ind w:left="207"/>
        <w:jc w:val="both"/>
      </w:pPr>
      <w:r>
        <w:rPr>
          <w:rFonts w:cs="Times New Roman;Times New Roman"/>
          <w:b/>
          <w:lang w:val="ro-RO"/>
        </w:rPr>
        <w:t>III.</w:t>
      </w:r>
      <w:r>
        <w:rPr>
          <w:rFonts w:cs="Times New Roman;Times New Roman"/>
          <w:lang w:val="ro-RO"/>
        </w:rPr>
        <w:t xml:space="preserve"> Locațiile critice de amplasare a echipamentelor și sistemelor IT și de telecomunicații cu descrierea parametrilor tehnici cum ar fi:</w:t>
      </w:r>
    </w:p>
    <w:p w14:paraId="4CF20CC4" w14:textId="77777777" w:rsidR="006D4E92" w:rsidRDefault="00000000">
      <w:pPr>
        <w:numPr>
          <w:ilvl w:val="0"/>
          <w:numId w:val="12"/>
        </w:numPr>
        <w:autoSpaceDE w:val="0"/>
        <w:spacing w:before="120" w:after="120"/>
        <w:jc w:val="both"/>
        <w:rPr>
          <w:rFonts w:cs="Times New Roman;Times New Roman"/>
          <w:lang w:val="ro-RO"/>
        </w:rPr>
      </w:pPr>
      <w:r>
        <w:rPr>
          <w:rFonts w:cs="Times New Roman;Times New Roman"/>
          <w:lang w:val="ro-RO"/>
        </w:rPr>
        <w:t>Tipul camerei  – IP</w:t>
      </w:r>
    </w:p>
    <w:p w14:paraId="7CE091AB" w14:textId="77777777" w:rsidR="006D4E92" w:rsidRDefault="00000000">
      <w:pPr>
        <w:numPr>
          <w:ilvl w:val="0"/>
          <w:numId w:val="12"/>
        </w:numPr>
        <w:autoSpaceDE w:val="0"/>
        <w:spacing w:before="120" w:after="120"/>
        <w:jc w:val="both"/>
        <w:rPr>
          <w:rFonts w:cs="Times New Roman;Times New Roman"/>
          <w:lang w:val="ro-RO"/>
        </w:rPr>
      </w:pPr>
      <w:r>
        <w:rPr>
          <w:rFonts w:cs="Times New Roman;Times New Roman"/>
          <w:lang w:val="ro-RO"/>
        </w:rPr>
        <w:t>Rezoluția camerelor – conform tabelului</w:t>
      </w:r>
    </w:p>
    <w:tbl>
      <w:tblPr>
        <w:tblW w:w="9847" w:type="dxa"/>
        <w:jc w:val="center"/>
        <w:tblLayout w:type="fixed"/>
        <w:tblLook w:val="04A0" w:firstRow="1" w:lastRow="0" w:firstColumn="1" w:lastColumn="0" w:noHBand="0" w:noVBand="1"/>
      </w:tblPr>
      <w:tblGrid>
        <w:gridCol w:w="960"/>
        <w:gridCol w:w="5107"/>
        <w:gridCol w:w="960"/>
        <w:gridCol w:w="960"/>
        <w:gridCol w:w="1860"/>
      </w:tblGrid>
      <w:tr w:rsidR="006D4E92" w14:paraId="394B6ACB" w14:textId="77777777">
        <w:trPr>
          <w:trHeight w:val="510"/>
          <w:jc w:val="center"/>
        </w:trPr>
        <w:tc>
          <w:tcPr>
            <w:tcW w:w="960" w:type="dxa"/>
            <w:tcBorders>
              <w:top w:val="single" w:sz="4" w:space="0" w:color="000000"/>
              <w:left w:val="single" w:sz="4" w:space="0" w:color="000000"/>
              <w:bottom w:val="single" w:sz="4" w:space="0" w:color="000000"/>
              <w:right w:val="single" w:sz="4" w:space="0" w:color="000000"/>
            </w:tcBorders>
            <w:vAlign w:val="center"/>
          </w:tcPr>
          <w:p w14:paraId="4E4149F3" w14:textId="77777777" w:rsidR="006D4E92" w:rsidRDefault="00000000">
            <w:pPr>
              <w:jc w:val="center"/>
              <w:rPr>
                <w:rFonts w:cs="Times New Roman;Times New Roman"/>
                <w:b/>
                <w:bCs/>
                <w:lang w:val="ro-RO"/>
              </w:rPr>
            </w:pPr>
            <w:r>
              <w:rPr>
                <w:rFonts w:cs="Times New Roman;Times New Roman"/>
                <w:b/>
                <w:bCs/>
                <w:lang w:val="ro-RO"/>
              </w:rPr>
              <w:t>Nr. d/o</w:t>
            </w:r>
          </w:p>
        </w:tc>
        <w:tc>
          <w:tcPr>
            <w:tcW w:w="5107" w:type="dxa"/>
            <w:tcBorders>
              <w:top w:val="single" w:sz="4" w:space="0" w:color="000000"/>
              <w:left w:val="single" w:sz="4" w:space="0" w:color="000000"/>
              <w:bottom w:val="single" w:sz="4" w:space="0" w:color="000000"/>
              <w:right w:val="single" w:sz="4" w:space="0" w:color="000000"/>
            </w:tcBorders>
            <w:vAlign w:val="center"/>
          </w:tcPr>
          <w:p w14:paraId="39BEE0CB" w14:textId="77777777" w:rsidR="006D4E92" w:rsidRDefault="00000000">
            <w:pPr>
              <w:jc w:val="center"/>
              <w:rPr>
                <w:rFonts w:cs="Times New Roman;Times New Roman"/>
                <w:b/>
                <w:bCs/>
                <w:lang w:val="ro-RO"/>
              </w:rPr>
            </w:pPr>
            <w:r>
              <w:rPr>
                <w:rFonts w:cs="Times New Roman;Times New Roman"/>
                <w:b/>
                <w:bCs/>
                <w:lang w:val="ro-RO"/>
              </w:rPr>
              <w:t>Denumirea</w:t>
            </w:r>
          </w:p>
        </w:tc>
        <w:tc>
          <w:tcPr>
            <w:tcW w:w="960" w:type="dxa"/>
            <w:tcBorders>
              <w:top w:val="single" w:sz="4" w:space="0" w:color="000000"/>
              <w:left w:val="single" w:sz="4" w:space="0" w:color="000000"/>
              <w:bottom w:val="single" w:sz="4" w:space="0" w:color="000000"/>
              <w:right w:val="single" w:sz="4" w:space="0" w:color="000000"/>
            </w:tcBorders>
            <w:vAlign w:val="center"/>
          </w:tcPr>
          <w:p w14:paraId="6AC2ACB3" w14:textId="77777777" w:rsidR="006D4E92" w:rsidRDefault="00000000">
            <w:pPr>
              <w:jc w:val="center"/>
              <w:rPr>
                <w:rFonts w:cs="Times New Roman;Times New Roman"/>
                <w:b/>
                <w:bCs/>
                <w:lang w:val="ro-RO"/>
              </w:rPr>
            </w:pPr>
            <w:r>
              <w:rPr>
                <w:rFonts w:cs="Times New Roman;Times New Roman"/>
                <w:b/>
                <w:bCs/>
                <w:lang w:val="ro-RO"/>
              </w:rPr>
              <w:t>cant.</w:t>
            </w:r>
          </w:p>
        </w:tc>
        <w:tc>
          <w:tcPr>
            <w:tcW w:w="960" w:type="dxa"/>
            <w:tcBorders>
              <w:top w:val="single" w:sz="4" w:space="0" w:color="000000"/>
              <w:left w:val="single" w:sz="4" w:space="0" w:color="000000"/>
              <w:bottom w:val="single" w:sz="4" w:space="0" w:color="000000"/>
              <w:right w:val="single" w:sz="4" w:space="0" w:color="000000"/>
            </w:tcBorders>
            <w:vAlign w:val="center"/>
          </w:tcPr>
          <w:p w14:paraId="496850E1" w14:textId="77777777" w:rsidR="006D4E92" w:rsidRDefault="00000000">
            <w:pPr>
              <w:jc w:val="center"/>
              <w:rPr>
                <w:rFonts w:cs="Times New Roman;Times New Roman"/>
                <w:b/>
                <w:bCs/>
                <w:lang w:val="ro-RO"/>
              </w:rPr>
            </w:pPr>
            <w:r>
              <w:rPr>
                <w:rFonts w:cs="Times New Roman;Times New Roman"/>
                <w:b/>
                <w:bCs/>
                <w:lang w:val="ro-RO"/>
              </w:rPr>
              <w:t>Poziția</w:t>
            </w:r>
          </w:p>
        </w:tc>
        <w:tc>
          <w:tcPr>
            <w:tcW w:w="1860" w:type="dxa"/>
            <w:tcBorders>
              <w:top w:val="single" w:sz="4" w:space="0" w:color="000000"/>
              <w:left w:val="single" w:sz="4" w:space="0" w:color="000000"/>
              <w:bottom w:val="single" w:sz="4" w:space="0" w:color="000000"/>
              <w:right w:val="single" w:sz="4" w:space="0" w:color="000000"/>
            </w:tcBorders>
            <w:vAlign w:val="center"/>
          </w:tcPr>
          <w:p w14:paraId="41F39943" w14:textId="77777777" w:rsidR="006D4E92" w:rsidRDefault="00000000">
            <w:pPr>
              <w:jc w:val="center"/>
              <w:rPr>
                <w:rFonts w:cs="Times New Roman;Times New Roman"/>
                <w:b/>
                <w:bCs/>
                <w:lang w:val="ro-RO"/>
              </w:rPr>
            </w:pPr>
            <w:r>
              <w:rPr>
                <w:rFonts w:cs="Times New Roman;Times New Roman"/>
                <w:b/>
                <w:bCs/>
                <w:lang w:val="ro-RO"/>
              </w:rPr>
              <w:t>Rezoluția</w:t>
            </w:r>
          </w:p>
        </w:tc>
      </w:tr>
      <w:tr w:rsidR="006D4E92" w14:paraId="6F0B08D5" w14:textId="77777777">
        <w:trPr>
          <w:trHeight w:val="379"/>
          <w:jc w:val="center"/>
        </w:trPr>
        <w:tc>
          <w:tcPr>
            <w:tcW w:w="960" w:type="dxa"/>
            <w:tcBorders>
              <w:top w:val="single" w:sz="4" w:space="0" w:color="000000"/>
              <w:left w:val="single" w:sz="4" w:space="0" w:color="000000"/>
              <w:bottom w:val="single" w:sz="4" w:space="0" w:color="000000"/>
              <w:right w:val="single" w:sz="4" w:space="0" w:color="000000"/>
            </w:tcBorders>
            <w:vAlign w:val="bottom"/>
          </w:tcPr>
          <w:p w14:paraId="1D4CC437" w14:textId="77777777" w:rsidR="006D4E92" w:rsidRDefault="006D4E92">
            <w:pPr>
              <w:numPr>
                <w:ilvl w:val="0"/>
                <w:numId w:val="9"/>
              </w:numPr>
              <w:snapToGrid w:val="0"/>
              <w:spacing w:after="0" w:line="240" w:lineRule="auto"/>
              <w:contextualSpacing/>
              <w:jc w:val="center"/>
              <w:rPr>
                <w:rFonts w:ascii="Times New Roman;Times New Roman" w:hAnsi="Times New Roman;Times New Roman" w:cs="Times New Roman;Times New Roman"/>
                <w:szCs w:val="24"/>
                <w:lang w:val="ro-RO"/>
              </w:rPr>
            </w:pPr>
          </w:p>
        </w:tc>
        <w:tc>
          <w:tcPr>
            <w:tcW w:w="5107" w:type="dxa"/>
            <w:tcBorders>
              <w:top w:val="single" w:sz="4" w:space="0" w:color="000000"/>
              <w:left w:val="single" w:sz="4" w:space="0" w:color="000000"/>
              <w:bottom w:val="single" w:sz="4" w:space="0" w:color="000000"/>
              <w:right w:val="single" w:sz="4" w:space="0" w:color="000000"/>
            </w:tcBorders>
            <w:vAlign w:val="bottom"/>
          </w:tcPr>
          <w:p w14:paraId="25103CFC" w14:textId="77777777" w:rsidR="006D4E92" w:rsidRDefault="00000000">
            <w:pPr>
              <w:rPr>
                <w:rFonts w:cs="Times New Roman;Times New Roman"/>
                <w:lang w:val="ro-RO"/>
              </w:rPr>
            </w:pPr>
            <w:r>
              <w:rPr>
                <w:rFonts w:cs="Times New Roman;Times New Roman"/>
                <w:noProof/>
                <w:lang w:val="ro-RO"/>
              </w:rPr>
              <w:drawing>
                <wp:inline distT="0" distB="0" distL="0" distR="0" wp14:anchorId="03BF515E" wp14:editId="5DA13D24">
                  <wp:extent cx="2080260" cy="1645920"/>
                  <wp:effectExtent l="0" t="0" r="0" b="0"/>
                  <wp:docPr id="170120706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a:srcRect l="-17" t="-22" r="-17" b="-22"/>
                          <a:stretch>
                            <a:fillRect/>
                          </a:stretch>
                        </pic:blipFill>
                        <pic:spPr bwMode="auto">
                          <a:xfrm>
                            <a:off x="0" y="0"/>
                            <a:ext cx="2080260" cy="1645920"/>
                          </a:xfrm>
                          <a:prstGeom prst="rect">
                            <a:avLst/>
                          </a:prstGeom>
                          <a:noFill/>
                        </pic:spPr>
                      </pic:pic>
                    </a:graphicData>
                  </a:graphic>
                </wp:inline>
              </w:drawing>
            </w:r>
            <w:r>
              <w:rPr>
                <w:rFonts w:eastAsia="Times New Roman;Times New Roman" w:cs="Times New Roman;Times New Roman"/>
                <w:lang w:val="ro-RO"/>
              </w:rPr>
              <w:t xml:space="preserve">  </w:t>
            </w:r>
          </w:p>
          <w:p w14:paraId="7B006290" w14:textId="77777777" w:rsidR="006D4E92" w:rsidRDefault="00000000">
            <w:pPr>
              <w:rPr>
                <w:rFonts w:cs="Times New Roman;Times New Roman"/>
                <w:lang w:val="ro-RO"/>
              </w:rPr>
            </w:pPr>
            <w:r>
              <w:rPr>
                <w:rFonts w:cs="Times New Roman;Times New Roman"/>
                <w:lang w:val="ro-RO"/>
              </w:rPr>
              <w:t>drumul spre stația la apeduct</w:t>
            </w:r>
          </w:p>
        </w:tc>
        <w:tc>
          <w:tcPr>
            <w:tcW w:w="960" w:type="dxa"/>
            <w:tcBorders>
              <w:top w:val="single" w:sz="4" w:space="0" w:color="000000"/>
              <w:left w:val="single" w:sz="4" w:space="0" w:color="000000"/>
              <w:bottom w:val="single" w:sz="4" w:space="0" w:color="000000"/>
              <w:right w:val="single" w:sz="4" w:space="0" w:color="000000"/>
            </w:tcBorders>
            <w:vAlign w:val="bottom"/>
          </w:tcPr>
          <w:p w14:paraId="58D23867" w14:textId="77777777" w:rsidR="006D4E92" w:rsidRDefault="006D4E92">
            <w:pPr>
              <w:snapToGrid w:val="0"/>
              <w:jc w:val="center"/>
              <w:rPr>
                <w:rFonts w:cs="Times New Roman;Times New Roman"/>
                <w:lang w:val="ro-RO"/>
              </w:rPr>
            </w:pPr>
          </w:p>
        </w:tc>
        <w:tc>
          <w:tcPr>
            <w:tcW w:w="960" w:type="dxa"/>
            <w:tcBorders>
              <w:top w:val="single" w:sz="4" w:space="0" w:color="000000"/>
              <w:left w:val="single" w:sz="4" w:space="0" w:color="000000"/>
              <w:bottom w:val="single" w:sz="4" w:space="0" w:color="000000"/>
              <w:right w:val="single" w:sz="4" w:space="0" w:color="000000"/>
            </w:tcBorders>
            <w:vAlign w:val="bottom"/>
          </w:tcPr>
          <w:p w14:paraId="13CABEA2" w14:textId="77777777" w:rsidR="006D4E92" w:rsidRDefault="006D4E92">
            <w:pPr>
              <w:snapToGrid w:val="0"/>
              <w:jc w:val="center"/>
              <w:rPr>
                <w:rFonts w:cs="Times New Roman;Times New Roman"/>
                <w:lang w:val="ro-RO"/>
              </w:rPr>
            </w:pPr>
          </w:p>
        </w:tc>
        <w:tc>
          <w:tcPr>
            <w:tcW w:w="1860" w:type="dxa"/>
            <w:tcBorders>
              <w:top w:val="single" w:sz="4" w:space="0" w:color="000000"/>
              <w:left w:val="single" w:sz="4" w:space="0" w:color="000000"/>
              <w:bottom w:val="single" w:sz="4" w:space="0" w:color="000000"/>
              <w:right w:val="single" w:sz="4" w:space="0" w:color="000000"/>
            </w:tcBorders>
            <w:vAlign w:val="bottom"/>
          </w:tcPr>
          <w:p w14:paraId="63FFFFF3" w14:textId="77777777" w:rsidR="006D4E92" w:rsidRDefault="006D4E92">
            <w:pPr>
              <w:snapToGrid w:val="0"/>
              <w:jc w:val="both"/>
              <w:rPr>
                <w:rFonts w:cs="Times New Roman;Times New Roman"/>
                <w:lang w:val="ro-RO"/>
              </w:rPr>
            </w:pPr>
          </w:p>
        </w:tc>
      </w:tr>
      <w:tr w:rsidR="006D4E92" w14:paraId="284DFCAC" w14:textId="77777777">
        <w:trPr>
          <w:trHeight w:val="379"/>
          <w:jc w:val="center"/>
        </w:trPr>
        <w:tc>
          <w:tcPr>
            <w:tcW w:w="960" w:type="dxa"/>
            <w:tcBorders>
              <w:top w:val="single" w:sz="4" w:space="0" w:color="000000"/>
              <w:left w:val="single" w:sz="4" w:space="0" w:color="000000"/>
              <w:bottom w:val="single" w:sz="4" w:space="0" w:color="000000"/>
              <w:right w:val="single" w:sz="4" w:space="0" w:color="000000"/>
            </w:tcBorders>
            <w:vAlign w:val="bottom"/>
          </w:tcPr>
          <w:p w14:paraId="155EC160" w14:textId="77777777" w:rsidR="006D4E92" w:rsidRDefault="006D4E92">
            <w:pPr>
              <w:numPr>
                <w:ilvl w:val="0"/>
                <w:numId w:val="9"/>
              </w:numPr>
              <w:snapToGrid w:val="0"/>
              <w:spacing w:after="0" w:line="240" w:lineRule="auto"/>
              <w:contextualSpacing/>
              <w:jc w:val="center"/>
              <w:rPr>
                <w:rFonts w:ascii="Times New Roman;Times New Roman" w:hAnsi="Times New Roman;Times New Roman" w:cs="Times New Roman;Times New Roman"/>
                <w:szCs w:val="24"/>
                <w:lang w:val="ro-RO"/>
              </w:rPr>
            </w:pPr>
          </w:p>
        </w:tc>
        <w:tc>
          <w:tcPr>
            <w:tcW w:w="5107" w:type="dxa"/>
            <w:tcBorders>
              <w:top w:val="single" w:sz="4" w:space="0" w:color="000000"/>
              <w:left w:val="single" w:sz="4" w:space="0" w:color="000000"/>
              <w:bottom w:val="single" w:sz="4" w:space="0" w:color="000000"/>
              <w:right w:val="single" w:sz="4" w:space="0" w:color="000000"/>
            </w:tcBorders>
            <w:vAlign w:val="bottom"/>
          </w:tcPr>
          <w:p w14:paraId="6F2D4C39" w14:textId="77777777" w:rsidR="006D4E92" w:rsidRDefault="00000000">
            <w:pPr>
              <w:rPr>
                <w:rFonts w:cs="Times New Roman;Times New Roman"/>
                <w:lang w:val="ro-RO"/>
              </w:rPr>
            </w:pPr>
            <w:r>
              <w:rPr>
                <w:rFonts w:cs="Times New Roman;Times New Roman"/>
                <w:noProof/>
                <w:lang w:val="ro-RO"/>
              </w:rPr>
              <w:drawing>
                <wp:inline distT="0" distB="0" distL="0" distR="0" wp14:anchorId="0DB37E8D" wp14:editId="3A0A8CFD">
                  <wp:extent cx="2110105" cy="1450975"/>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a:srcRect l="-16" t="-23" r="-16" b="-23"/>
                          <a:stretch>
                            <a:fillRect/>
                          </a:stretch>
                        </pic:blipFill>
                        <pic:spPr bwMode="auto">
                          <a:xfrm>
                            <a:off x="0" y="0"/>
                            <a:ext cx="2110105" cy="1450975"/>
                          </a:xfrm>
                          <a:prstGeom prst="rect">
                            <a:avLst/>
                          </a:prstGeom>
                          <a:noFill/>
                        </pic:spPr>
                      </pic:pic>
                    </a:graphicData>
                  </a:graphic>
                </wp:inline>
              </w:drawing>
            </w:r>
            <w:r>
              <w:rPr>
                <w:rFonts w:eastAsia="Times New Roman;Times New Roman" w:cs="Times New Roman;Times New Roman"/>
                <w:lang w:val="ro-RO"/>
              </w:rPr>
              <w:t xml:space="preserve"> </w:t>
            </w:r>
          </w:p>
          <w:p w14:paraId="37D22A6F" w14:textId="77777777" w:rsidR="006D4E92" w:rsidRDefault="00000000">
            <w:pPr>
              <w:rPr>
                <w:rFonts w:cs="Times New Roman;Times New Roman"/>
                <w:lang w:val="ro-RO"/>
              </w:rPr>
            </w:pPr>
            <w:r>
              <w:rPr>
                <w:rFonts w:cs="Times New Roman;Times New Roman"/>
                <w:lang w:val="ro-RO"/>
              </w:rPr>
              <w:t>teren de fotbal</w:t>
            </w:r>
          </w:p>
        </w:tc>
        <w:tc>
          <w:tcPr>
            <w:tcW w:w="960" w:type="dxa"/>
            <w:tcBorders>
              <w:top w:val="single" w:sz="4" w:space="0" w:color="000000"/>
              <w:left w:val="single" w:sz="4" w:space="0" w:color="000000"/>
              <w:bottom w:val="single" w:sz="4" w:space="0" w:color="000000"/>
              <w:right w:val="single" w:sz="4" w:space="0" w:color="000000"/>
            </w:tcBorders>
            <w:vAlign w:val="bottom"/>
          </w:tcPr>
          <w:p w14:paraId="14B2A464" w14:textId="77777777" w:rsidR="006D4E92" w:rsidRDefault="006D4E92">
            <w:pPr>
              <w:snapToGrid w:val="0"/>
              <w:jc w:val="center"/>
              <w:rPr>
                <w:rFonts w:cs="Times New Roman;Times New Roman"/>
                <w:lang w:val="ro-RO"/>
              </w:rPr>
            </w:pPr>
          </w:p>
        </w:tc>
        <w:tc>
          <w:tcPr>
            <w:tcW w:w="960" w:type="dxa"/>
            <w:tcBorders>
              <w:top w:val="single" w:sz="4" w:space="0" w:color="000000"/>
              <w:left w:val="single" w:sz="4" w:space="0" w:color="000000"/>
              <w:bottom w:val="single" w:sz="4" w:space="0" w:color="000000"/>
              <w:right w:val="single" w:sz="4" w:space="0" w:color="000000"/>
            </w:tcBorders>
            <w:vAlign w:val="bottom"/>
          </w:tcPr>
          <w:p w14:paraId="24594F6B" w14:textId="77777777" w:rsidR="006D4E92" w:rsidRDefault="006D4E92">
            <w:pPr>
              <w:snapToGrid w:val="0"/>
              <w:jc w:val="center"/>
              <w:rPr>
                <w:rFonts w:cs="Times New Roman;Times New Roman"/>
                <w:lang w:val="ro-RO"/>
              </w:rPr>
            </w:pPr>
          </w:p>
        </w:tc>
        <w:tc>
          <w:tcPr>
            <w:tcW w:w="1860" w:type="dxa"/>
            <w:tcBorders>
              <w:top w:val="single" w:sz="4" w:space="0" w:color="000000"/>
              <w:left w:val="single" w:sz="4" w:space="0" w:color="000000"/>
              <w:bottom w:val="single" w:sz="4" w:space="0" w:color="000000"/>
              <w:right w:val="single" w:sz="4" w:space="0" w:color="000000"/>
            </w:tcBorders>
            <w:vAlign w:val="bottom"/>
          </w:tcPr>
          <w:p w14:paraId="11489377" w14:textId="77777777" w:rsidR="006D4E92" w:rsidRDefault="006D4E92">
            <w:pPr>
              <w:snapToGrid w:val="0"/>
              <w:jc w:val="both"/>
              <w:rPr>
                <w:rFonts w:cs="Times New Roman;Times New Roman"/>
                <w:lang w:val="ro-RO"/>
              </w:rPr>
            </w:pPr>
          </w:p>
        </w:tc>
      </w:tr>
      <w:tr w:rsidR="006D4E92" w14:paraId="47A45FA6" w14:textId="77777777">
        <w:trPr>
          <w:trHeight w:val="379"/>
          <w:jc w:val="center"/>
        </w:trPr>
        <w:tc>
          <w:tcPr>
            <w:tcW w:w="960" w:type="dxa"/>
            <w:tcBorders>
              <w:top w:val="single" w:sz="4" w:space="0" w:color="000000"/>
              <w:left w:val="single" w:sz="4" w:space="0" w:color="000000"/>
              <w:bottom w:val="single" w:sz="4" w:space="0" w:color="000000"/>
              <w:right w:val="single" w:sz="4" w:space="0" w:color="000000"/>
            </w:tcBorders>
            <w:vAlign w:val="bottom"/>
          </w:tcPr>
          <w:p w14:paraId="52E30E0D" w14:textId="77777777" w:rsidR="006D4E92" w:rsidRDefault="006D4E92">
            <w:pPr>
              <w:numPr>
                <w:ilvl w:val="0"/>
                <w:numId w:val="9"/>
              </w:numPr>
              <w:snapToGrid w:val="0"/>
              <w:spacing w:after="0" w:line="240" w:lineRule="auto"/>
              <w:contextualSpacing/>
              <w:jc w:val="center"/>
              <w:rPr>
                <w:rFonts w:ascii="Times New Roman;Times New Roman" w:hAnsi="Times New Roman;Times New Roman" w:cs="Times New Roman;Times New Roman"/>
                <w:szCs w:val="24"/>
                <w:lang w:val="ro-RO"/>
              </w:rPr>
            </w:pPr>
          </w:p>
        </w:tc>
        <w:tc>
          <w:tcPr>
            <w:tcW w:w="5107" w:type="dxa"/>
            <w:tcBorders>
              <w:top w:val="single" w:sz="4" w:space="0" w:color="000000"/>
              <w:left w:val="single" w:sz="4" w:space="0" w:color="000000"/>
              <w:bottom w:val="single" w:sz="4" w:space="0" w:color="000000"/>
              <w:right w:val="single" w:sz="4" w:space="0" w:color="000000"/>
            </w:tcBorders>
            <w:vAlign w:val="bottom"/>
          </w:tcPr>
          <w:p w14:paraId="6B9EF212" w14:textId="77777777" w:rsidR="006D4E92" w:rsidRDefault="00000000">
            <w:pPr>
              <w:rPr>
                <w:rFonts w:cs="Times New Roman;Times New Roman"/>
                <w:lang w:val="ro-RO"/>
              </w:rPr>
            </w:pPr>
            <w:r>
              <w:rPr>
                <w:rFonts w:cs="Times New Roman;Times New Roman"/>
                <w:noProof/>
                <w:lang w:val="ro-RO"/>
              </w:rPr>
              <w:drawing>
                <wp:inline distT="0" distB="0" distL="0" distR="0" wp14:anchorId="41CF8E5E" wp14:editId="5295786D">
                  <wp:extent cx="2308860" cy="1539240"/>
                  <wp:effectExtent l="0" t="0" r="0" b="0"/>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a:srcRect l="-16" t="-23" r="-16" b="-23"/>
                          <a:stretch>
                            <a:fillRect/>
                          </a:stretch>
                        </pic:blipFill>
                        <pic:spPr bwMode="auto">
                          <a:xfrm>
                            <a:off x="0" y="0"/>
                            <a:ext cx="2308860" cy="1539240"/>
                          </a:xfrm>
                          <a:prstGeom prst="rect">
                            <a:avLst/>
                          </a:prstGeom>
                          <a:noFill/>
                        </pic:spPr>
                      </pic:pic>
                    </a:graphicData>
                  </a:graphic>
                </wp:inline>
              </w:drawing>
            </w:r>
            <w:r>
              <w:rPr>
                <w:rFonts w:eastAsia="Times New Roman;Times New Roman" w:cs="Times New Roman;Times New Roman"/>
                <w:lang w:val="ro-RO"/>
              </w:rPr>
              <w:t xml:space="preserve"> </w:t>
            </w:r>
          </w:p>
          <w:p w14:paraId="4BB98537" w14:textId="77777777" w:rsidR="006D4E92" w:rsidRDefault="006D4E92">
            <w:pPr>
              <w:rPr>
                <w:rFonts w:cs="Times New Roman;Times New Roman"/>
                <w:lang w:val="ro-RO"/>
              </w:rPr>
            </w:pPr>
          </w:p>
          <w:p w14:paraId="27385F61" w14:textId="77777777" w:rsidR="006D4E92" w:rsidRDefault="006D4E92">
            <w:pPr>
              <w:rPr>
                <w:rFonts w:cs="Times New Roman;Times New Roman"/>
                <w:lang w:val="ro-RO"/>
              </w:rPr>
            </w:pPr>
          </w:p>
        </w:tc>
        <w:tc>
          <w:tcPr>
            <w:tcW w:w="960" w:type="dxa"/>
            <w:tcBorders>
              <w:top w:val="single" w:sz="4" w:space="0" w:color="000000"/>
              <w:left w:val="single" w:sz="4" w:space="0" w:color="000000"/>
              <w:bottom w:val="single" w:sz="4" w:space="0" w:color="000000"/>
              <w:right w:val="single" w:sz="4" w:space="0" w:color="000000"/>
            </w:tcBorders>
            <w:vAlign w:val="bottom"/>
          </w:tcPr>
          <w:p w14:paraId="38AFE242" w14:textId="77777777" w:rsidR="006D4E92" w:rsidRDefault="006D4E92">
            <w:pPr>
              <w:snapToGrid w:val="0"/>
              <w:jc w:val="center"/>
              <w:rPr>
                <w:rFonts w:cs="Times New Roman;Times New Roman"/>
                <w:lang w:val="ro-RO"/>
              </w:rPr>
            </w:pPr>
          </w:p>
        </w:tc>
        <w:tc>
          <w:tcPr>
            <w:tcW w:w="960" w:type="dxa"/>
            <w:tcBorders>
              <w:top w:val="single" w:sz="4" w:space="0" w:color="000000"/>
              <w:left w:val="single" w:sz="4" w:space="0" w:color="000000"/>
              <w:bottom w:val="single" w:sz="4" w:space="0" w:color="000000"/>
              <w:right w:val="single" w:sz="4" w:space="0" w:color="000000"/>
            </w:tcBorders>
            <w:vAlign w:val="bottom"/>
          </w:tcPr>
          <w:p w14:paraId="4E87C588" w14:textId="77777777" w:rsidR="006D4E92" w:rsidRDefault="006D4E92">
            <w:pPr>
              <w:snapToGrid w:val="0"/>
              <w:jc w:val="center"/>
              <w:rPr>
                <w:rFonts w:cs="Times New Roman;Times New Roman"/>
                <w:lang w:val="ro-RO"/>
              </w:rPr>
            </w:pPr>
          </w:p>
        </w:tc>
        <w:tc>
          <w:tcPr>
            <w:tcW w:w="1860" w:type="dxa"/>
            <w:tcBorders>
              <w:top w:val="single" w:sz="4" w:space="0" w:color="000000"/>
              <w:left w:val="single" w:sz="4" w:space="0" w:color="000000"/>
              <w:bottom w:val="single" w:sz="4" w:space="0" w:color="000000"/>
              <w:right w:val="single" w:sz="4" w:space="0" w:color="000000"/>
            </w:tcBorders>
            <w:vAlign w:val="bottom"/>
          </w:tcPr>
          <w:p w14:paraId="49B1DE27" w14:textId="77777777" w:rsidR="006D4E92" w:rsidRDefault="006D4E92">
            <w:pPr>
              <w:snapToGrid w:val="0"/>
              <w:jc w:val="both"/>
              <w:rPr>
                <w:rFonts w:cs="Times New Roman;Times New Roman"/>
                <w:lang w:val="ro-RO"/>
              </w:rPr>
            </w:pPr>
          </w:p>
        </w:tc>
      </w:tr>
      <w:tr w:rsidR="006D4E92" w14:paraId="325D5D10" w14:textId="77777777">
        <w:trPr>
          <w:trHeight w:val="379"/>
          <w:jc w:val="center"/>
        </w:trPr>
        <w:tc>
          <w:tcPr>
            <w:tcW w:w="960" w:type="dxa"/>
            <w:tcBorders>
              <w:top w:val="single" w:sz="4" w:space="0" w:color="000000"/>
              <w:left w:val="single" w:sz="4" w:space="0" w:color="000000"/>
              <w:bottom w:val="single" w:sz="4" w:space="0" w:color="000000"/>
              <w:right w:val="single" w:sz="4" w:space="0" w:color="000000"/>
            </w:tcBorders>
            <w:vAlign w:val="bottom"/>
          </w:tcPr>
          <w:p w14:paraId="07F64936" w14:textId="77777777" w:rsidR="006D4E92" w:rsidRDefault="006D4E92">
            <w:pPr>
              <w:numPr>
                <w:ilvl w:val="0"/>
                <w:numId w:val="9"/>
              </w:numPr>
              <w:snapToGrid w:val="0"/>
              <w:spacing w:after="0" w:line="240" w:lineRule="auto"/>
              <w:contextualSpacing/>
              <w:jc w:val="center"/>
              <w:rPr>
                <w:rFonts w:ascii="Times New Roman;Times New Roman" w:hAnsi="Times New Roman;Times New Roman" w:cs="Times New Roman;Times New Roman"/>
                <w:szCs w:val="24"/>
                <w:lang w:val="ro-RO"/>
              </w:rPr>
            </w:pPr>
          </w:p>
        </w:tc>
        <w:tc>
          <w:tcPr>
            <w:tcW w:w="5107" w:type="dxa"/>
            <w:tcBorders>
              <w:top w:val="single" w:sz="4" w:space="0" w:color="000000"/>
              <w:left w:val="single" w:sz="4" w:space="0" w:color="000000"/>
              <w:bottom w:val="single" w:sz="4" w:space="0" w:color="000000"/>
              <w:right w:val="single" w:sz="4" w:space="0" w:color="000000"/>
            </w:tcBorders>
            <w:vAlign w:val="bottom"/>
          </w:tcPr>
          <w:p w14:paraId="0E63514C" w14:textId="77777777" w:rsidR="006D4E92" w:rsidRDefault="00000000">
            <w:pPr>
              <w:rPr>
                <w:rFonts w:cs="Times New Roman;Times New Roman"/>
                <w:lang w:val="ro-RO"/>
              </w:rPr>
            </w:pPr>
            <w:r>
              <w:rPr>
                <w:rFonts w:cs="Times New Roman;Times New Roman"/>
                <w:noProof/>
                <w:lang w:val="ro-RO"/>
              </w:rPr>
              <w:drawing>
                <wp:inline distT="0" distB="0" distL="0" distR="0" wp14:anchorId="4B39C3FD" wp14:editId="0220AB50">
                  <wp:extent cx="2301240" cy="1508760"/>
                  <wp:effectExtent l="0" t="0" r="0" b="0"/>
                  <wp:docPr id="4"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pic:cNvPicPr>
                            <a:picLocks noChangeAspect="1" noChangeArrowheads="1"/>
                          </pic:cNvPicPr>
                        </pic:nvPicPr>
                        <pic:blipFill>
                          <a:blip/>
                          <a:srcRect l="-16" t="-24" r="-16" b="-24"/>
                          <a:stretch>
                            <a:fillRect/>
                          </a:stretch>
                        </pic:blipFill>
                        <pic:spPr bwMode="auto">
                          <a:xfrm>
                            <a:off x="0" y="0"/>
                            <a:ext cx="2301240" cy="1508760"/>
                          </a:xfrm>
                          <a:prstGeom prst="rect">
                            <a:avLst/>
                          </a:prstGeom>
                          <a:noFill/>
                        </pic:spPr>
                      </pic:pic>
                    </a:graphicData>
                  </a:graphic>
                </wp:inline>
              </w:drawing>
            </w:r>
          </w:p>
          <w:p w14:paraId="13327853" w14:textId="77777777" w:rsidR="006D4E92" w:rsidRDefault="006D4E92">
            <w:pPr>
              <w:rPr>
                <w:rFonts w:cs="Times New Roman;Times New Roman"/>
                <w:lang w:val="ro-RO"/>
              </w:rPr>
            </w:pPr>
          </w:p>
          <w:p w14:paraId="123EC5F9" w14:textId="77777777" w:rsidR="006D4E92" w:rsidRDefault="006D4E92">
            <w:pPr>
              <w:rPr>
                <w:rFonts w:cs="Times New Roman;Times New Roman"/>
                <w:lang w:val="ro-RO"/>
              </w:rPr>
            </w:pPr>
          </w:p>
        </w:tc>
        <w:tc>
          <w:tcPr>
            <w:tcW w:w="960" w:type="dxa"/>
            <w:tcBorders>
              <w:top w:val="single" w:sz="4" w:space="0" w:color="000000"/>
              <w:left w:val="single" w:sz="4" w:space="0" w:color="000000"/>
              <w:bottom w:val="single" w:sz="4" w:space="0" w:color="000000"/>
              <w:right w:val="single" w:sz="4" w:space="0" w:color="000000"/>
            </w:tcBorders>
            <w:vAlign w:val="bottom"/>
          </w:tcPr>
          <w:p w14:paraId="0D3D8F51" w14:textId="77777777" w:rsidR="006D4E92" w:rsidRDefault="006D4E92">
            <w:pPr>
              <w:snapToGrid w:val="0"/>
              <w:jc w:val="center"/>
              <w:rPr>
                <w:rFonts w:cs="Times New Roman;Times New Roman"/>
                <w:lang w:val="ro-RO"/>
              </w:rPr>
            </w:pPr>
          </w:p>
        </w:tc>
        <w:tc>
          <w:tcPr>
            <w:tcW w:w="960" w:type="dxa"/>
            <w:tcBorders>
              <w:top w:val="single" w:sz="4" w:space="0" w:color="000000"/>
              <w:left w:val="single" w:sz="4" w:space="0" w:color="000000"/>
              <w:bottom w:val="single" w:sz="4" w:space="0" w:color="000000"/>
              <w:right w:val="single" w:sz="4" w:space="0" w:color="000000"/>
            </w:tcBorders>
            <w:vAlign w:val="bottom"/>
          </w:tcPr>
          <w:p w14:paraId="0DAFD033" w14:textId="77777777" w:rsidR="006D4E92" w:rsidRDefault="006D4E92">
            <w:pPr>
              <w:snapToGrid w:val="0"/>
              <w:jc w:val="center"/>
              <w:rPr>
                <w:rFonts w:cs="Times New Roman;Times New Roman"/>
                <w:lang w:val="ro-RO"/>
              </w:rPr>
            </w:pPr>
          </w:p>
        </w:tc>
        <w:tc>
          <w:tcPr>
            <w:tcW w:w="1860" w:type="dxa"/>
            <w:tcBorders>
              <w:top w:val="single" w:sz="4" w:space="0" w:color="000000"/>
              <w:left w:val="single" w:sz="4" w:space="0" w:color="000000"/>
              <w:bottom w:val="single" w:sz="4" w:space="0" w:color="000000"/>
              <w:right w:val="single" w:sz="4" w:space="0" w:color="000000"/>
            </w:tcBorders>
            <w:vAlign w:val="bottom"/>
          </w:tcPr>
          <w:p w14:paraId="2CD2E9BA" w14:textId="77777777" w:rsidR="006D4E92" w:rsidRDefault="006D4E92">
            <w:pPr>
              <w:snapToGrid w:val="0"/>
              <w:jc w:val="both"/>
              <w:rPr>
                <w:rFonts w:cs="Times New Roman;Times New Roman"/>
                <w:lang w:val="ro-RO"/>
              </w:rPr>
            </w:pPr>
          </w:p>
        </w:tc>
      </w:tr>
      <w:tr w:rsidR="006D4E92" w14:paraId="0A212A68" w14:textId="77777777">
        <w:trPr>
          <w:trHeight w:val="379"/>
          <w:jc w:val="center"/>
        </w:trPr>
        <w:tc>
          <w:tcPr>
            <w:tcW w:w="960" w:type="dxa"/>
            <w:tcBorders>
              <w:top w:val="single" w:sz="4" w:space="0" w:color="000000"/>
              <w:left w:val="single" w:sz="4" w:space="0" w:color="000000"/>
              <w:bottom w:val="single" w:sz="4" w:space="0" w:color="000000"/>
              <w:right w:val="single" w:sz="4" w:space="0" w:color="000000"/>
            </w:tcBorders>
            <w:vAlign w:val="bottom"/>
          </w:tcPr>
          <w:p w14:paraId="42C7F625" w14:textId="77777777" w:rsidR="006D4E92" w:rsidRDefault="006D4E92">
            <w:pPr>
              <w:numPr>
                <w:ilvl w:val="0"/>
                <w:numId w:val="9"/>
              </w:numPr>
              <w:snapToGrid w:val="0"/>
              <w:spacing w:after="0" w:line="240" w:lineRule="auto"/>
              <w:contextualSpacing/>
              <w:jc w:val="center"/>
              <w:rPr>
                <w:rFonts w:ascii="Times New Roman;Times New Roman" w:hAnsi="Times New Roman;Times New Roman" w:cs="Times New Roman;Times New Roman"/>
                <w:szCs w:val="24"/>
                <w:highlight w:val="yellow"/>
                <w:lang w:val="ro-RO"/>
              </w:rPr>
            </w:pPr>
          </w:p>
        </w:tc>
        <w:tc>
          <w:tcPr>
            <w:tcW w:w="5107" w:type="dxa"/>
            <w:tcBorders>
              <w:top w:val="single" w:sz="4" w:space="0" w:color="000000"/>
              <w:left w:val="single" w:sz="4" w:space="0" w:color="000000"/>
              <w:bottom w:val="single" w:sz="4" w:space="0" w:color="000000"/>
              <w:right w:val="single" w:sz="4" w:space="0" w:color="000000"/>
            </w:tcBorders>
            <w:vAlign w:val="bottom"/>
          </w:tcPr>
          <w:p w14:paraId="0C3AC049" w14:textId="77777777" w:rsidR="006D4E92" w:rsidRDefault="00000000">
            <w:pPr>
              <w:rPr>
                <w:rFonts w:cs="Times New Roman;Times New Roman"/>
                <w:lang w:val="ro-RO"/>
              </w:rPr>
            </w:pPr>
            <w:r>
              <w:rPr>
                <w:rFonts w:cs="Times New Roman;Times New Roman"/>
                <w:noProof/>
                <w:lang w:val="ro-RO"/>
              </w:rPr>
              <w:drawing>
                <wp:inline distT="0" distB="0" distL="0" distR="0" wp14:anchorId="3A58CCD7" wp14:editId="7BB73776">
                  <wp:extent cx="2407920" cy="1386840"/>
                  <wp:effectExtent l="0" t="0" r="0" b="0"/>
                  <wp:docPr id="5"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a:srcRect l="-15" t="-26" r="-15" b="-26"/>
                          <a:stretch>
                            <a:fillRect/>
                          </a:stretch>
                        </pic:blipFill>
                        <pic:spPr bwMode="auto">
                          <a:xfrm>
                            <a:off x="0" y="0"/>
                            <a:ext cx="2407920" cy="1386840"/>
                          </a:xfrm>
                          <a:prstGeom prst="rect">
                            <a:avLst/>
                          </a:prstGeom>
                          <a:noFill/>
                        </pic:spPr>
                      </pic:pic>
                    </a:graphicData>
                  </a:graphic>
                </wp:inline>
              </w:drawing>
            </w:r>
            <w:r>
              <w:rPr>
                <w:rFonts w:eastAsia="Times New Roman;Times New Roman" w:cs="Times New Roman;Times New Roman"/>
                <w:lang w:val="ro-RO"/>
              </w:rPr>
              <w:t xml:space="preserve"> </w:t>
            </w:r>
          </w:p>
          <w:p w14:paraId="44EF7800" w14:textId="77777777" w:rsidR="006D4E92" w:rsidRDefault="00000000">
            <w:pPr>
              <w:rPr>
                <w:rFonts w:cs="Times New Roman;Times New Roman"/>
                <w:lang w:val="ro-RO"/>
              </w:rPr>
            </w:pPr>
            <w:r>
              <w:rPr>
                <w:rFonts w:cs="Times New Roman;Times New Roman"/>
                <w:lang w:val="ro-RO"/>
              </w:rPr>
              <w:t>Muzeu în aer liber</w:t>
            </w:r>
          </w:p>
        </w:tc>
        <w:tc>
          <w:tcPr>
            <w:tcW w:w="960" w:type="dxa"/>
            <w:tcBorders>
              <w:top w:val="single" w:sz="4" w:space="0" w:color="000000"/>
              <w:left w:val="single" w:sz="4" w:space="0" w:color="000000"/>
              <w:bottom w:val="single" w:sz="4" w:space="0" w:color="000000"/>
              <w:right w:val="single" w:sz="4" w:space="0" w:color="000000"/>
            </w:tcBorders>
            <w:vAlign w:val="bottom"/>
          </w:tcPr>
          <w:p w14:paraId="31DB7CC8" w14:textId="77777777" w:rsidR="006D4E92" w:rsidRDefault="006D4E92">
            <w:pPr>
              <w:snapToGrid w:val="0"/>
              <w:jc w:val="center"/>
              <w:rPr>
                <w:rFonts w:cs="Times New Roman;Times New Roman"/>
                <w:lang w:val="ro-RO"/>
              </w:rPr>
            </w:pPr>
          </w:p>
        </w:tc>
        <w:tc>
          <w:tcPr>
            <w:tcW w:w="960" w:type="dxa"/>
            <w:tcBorders>
              <w:top w:val="single" w:sz="4" w:space="0" w:color="000000"/>
              <w:left w:val="single" w:sz="4" w:space="0" w:color="000000"/>
              <w:bottom w:val="single" w:sz="4" w:space="0" w:color="000000"/>
              <w:right w:val="single" w:sz="4" w:space="0" w:color="000000"/>
            </w:tcBorders>
            <w:vAlign w:val="bottom"/>
          </w:tcPr>
          <w:p w14:paraId="4C4EC3E5" w14:textId="77777777" w:rsidR="006D4E92" w:rsidRDefault="006D4E92">
            <w:pPr>
              <w:snapToGrid w:val="0"/>
              <w:jc w:val="center"/>
              <w:rPr>
                <w:rFonts w:cs="Times New Roman;Times New Roman"/>
                <w:lang w:val="ro-RO"/>
              </w:rPr>
            </w:pPr>
          </w:p>
        </w:tc>
        <w:tc>
          <w:tcPr>
            <w:tcW w:w="1860" w:type="dxa"/>
            <w:tcBorders>
              <w:top w:val="single" w:sz="4" w:space="0" w:color="000000"/>
              <w:left w:val="single" w:sz="4" w:space="0" w:color="000000"/>
              <w:bottom w:val="single" w:sz="4" w:space="0" w:color="000000"/>
              <w:right w:val="single" w:sz="4" w:space="0" w:color="000000"/>
            </w:tcBorders>
            <w:vAlign w:val="bottom"/>
          </w:tcPr>
          <w:p w14:paraId="04BE0DB9" w14:textId="77777777" w:rsidR="006D4E92" w:rsidRDefault="006D4E92">
            <w:pPr>
              <w:snapToGrid w:val="0"/>
              <w:jc w:val="both"/>
              <w:rPr>
                <w:rFonts w:cs="Times New Roman;Times New Roman"/>
                <w:lang w:val="ro-RO"/>
              </w:rPr>
            </w:pPr>
          </w:p>
        </w:tc>
      </w:tr>
      <w:tr w:rsidR="006D4E92" w14:paraId="45A8F07C" w14:textId="77777777">
        <w:trPr>
          <w:trHeight w:val="379"/>
          <w:jc w:val="center"/>
        </w:trPr>
        <w:tc>
          <w:tcPr>
            <w:tcW w:w="960" w:type="dxa"/>
            <w:tcBorders>
              <w:top w:val="single" w:sz="4" w:space="0" w:color="000000"/>
              <w:left w:val="single" w:sz="4" w:space="0" w:color="000000"/>
              <w:bottom w:val="single" w:sz="4" w:space="0" w:color="000000"/>
              <w:right w:val="single" w:sz="4" w:space="0" w:color="000000"/>
            </w:tcBorders>
            <w:vAlign w:val="bottom"/>
          </w:tcPr>
          <w:p w14:paraId="35649419" w14:textId="77777777" w:rsidR="006D4E92" w:rsidRDefault="006D4E92">
            <w:pPr>
              <w:numPr>
                <w:ilvl w:val="0"/>
                <w:numId w:val="9"/>
              </w:numPr>
              <w:snapToGrid w:val="0"/>
              <w:spacing w:after="0" w:line="240" w:lineRule="auto"/>
              <w:contextualSpacing/>
              <w:jc w:val="center"/>
              <w:rPr>
                <w:rFonts w:ascii="Times New Roman;Times New Roman" w:hAnsi="Times New Roman;Times New Roman" w:cs="Times New Roman;Times New Roman"/>
                <w:szCs w:val="24"/>
                <w:highlight w:val="yellow"/>
                <w:lang w:val="ro-RO"/>
              </w:rPr>
            </w:pPr>
          </w:p>
        </w:tc>
        <w:tc>
          <w:tcPr>
            <w:tcW w:w="5107" w:type="dxa"/>
            <w:tcBorders>
              <w:top w:val="single" w:sz="4" w:space="0" w:color="000000"/>
              <w:left w:val="single" w:sz="4" w:space="0" w:color="000000"/>
              <w:bottom w:val="single" w:sz="4" w:space="0" w:color="000000"/>
              <w:right w:val="single" w:sz="4" w:space="0" w:color="000000"/>
            </w:tcBorders>
            <w:vAlign w:val="bottom"/>
          </w:tcPr>
          <w:p w14:paraId="6E926563" w14:textId="77777777" w:rsidR="006D4E92" w:rsidRDefault="00000000">
            <w:pPr>
              <w:rPr>
                <w:rFonts w:cs="Times New Roman;Times New Roman"/>
                <w:lang w:val="ro-RO"/>
              </w:rPr>
            </w:pPr>
            <w:r>
              <w:rPr>
                <w:rFonts w:cs="Times New Roman;Times New Roman"/>
                <w:noProof/>
                <w:lang w:val="ro-RO"/>
              </w:rPr>
              <w:drawing>
                <wp:inline distT="0" distB="0" distL="0" distR="0" wp14:anchorId="3ED7952A" wp14:editId="6F824A4A">
                  <wp:extent cx="2247900" cy="1447800"/>
                  <wp:effectExtent l="0" t="0" r="0" b="0"/>
                  <wp:docPr id="6"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pic:cNvPicPr>
                            <a:picLocks noChangeAspect="1" noChangeArrowheads="1"/>
                          </pic:cNvPicPr>
                        </pic:nvPicPr>
                        <pic:blipFill>
                          <a:blip/>
                          <a:srcRect l="-16" t="-25" r="-16" b="-25"/>
                          <a:stretch>
                            <a:fillRect/>
                          </a:stretch>
                        </pic:blipFill>
                        <pic:spPr bwMode="auto">
                          <a:xfrm>
                            <a:off x="0" y="0"/>
                            <a:ext cx="2247900" cy="1447800"/>
                          </a:xfrm>
                          <a:prstGeom prst="rect">
                            <a:avLst/>
                          </a:prstGeom>
                          <a:noFill/>
                        </pic:spPr>
                      </pic:pic>
                    </a:graphicData>
                  </a:graphic>
                </wp:inline>
              </w:drawing>
            </w:r>
            <w:r>
              <w:rPr>
                <w:rFonts w:eastAsia="Times New Roman;Times New Roman" w:cs="Times New Roman;Times New Roman"/>
                <w:lang w:val="ro-RO"/>
              </w:rPr>
              <w:t xml:space="preserve"> </w:t>
            </w:r>
          </w:p>
          <w:p w14:paraId="01486CCC" w14:textId="77777777" w:rsidR="006D4E92" w:rsidRDefault="00000000">
            <w:pPr>
              <w:rPr>
                <w:rFonts w:cs="Times New Roman;Times New Roman"/>
                <w:lang w:val="ro-RO"/>
              </w:rPr>
            </w:pPr>
            <w:r>
              <w:rPr>
                <w:rFonts w:cs="Times New Roman;Times New Roman"/>
                <w:lang w:val="ro-RO"/>
              </w:rPr>
              <w:t>Muzeu în aer liber</w:t>
            </w:r>
          </w:p>
        </w:tc>
        <w:tc>
          <w:tcPr>
            <w:tcW w:w="960" w:type="dxa"/>
            <w:tcBorders>
              <w:top w:val="single" w:sz="4" w:space="0" w:color="000000"/>
              <w:left w:val="single" w:sz="4" w:space="0" w:color="000000"/>
              <w:bottom w:val="single" w:sz="4" w:space="0" w:color="000000"/>
              <w:right w:val="single" w:sz="4" w:space="0" w:color="000000"/>
            </w:tcBorders>
            <w:vAlign w:val="bottom"/>
          </w:tcPr>
          <w:p w14:paraId="52827BE4" w14:textId="77777777" w:rsidR="006D4E92" w:rsidRDefault="006D4E92">
            <w:pPr>
              <w:snapToGrid w:val="0"/>
              <w:jc w:val="center"/>
              <w:rPr>
                <w:rFonts w:cs="Times New Roman;Times New Roman"/>
                <w:lang w:val="ro-RO"/>
              </w:rPr>
            </w:pPr>
          </w:p>
        </w:tc>
        <w:tc>
          <w:tcPr>
            <w:tcW w:w="960" w:type="dxa"/>
            <w:tcBorders>
              <w:top w:val="single" w:sz="4" w:space="0" w:color="000000"/>
              <w:left w:val="single" w:sz="4" w:space="0" w:color="000000"/>
              <w:bottom w:val="single" w:sz="4" w:space="0" w:color="000000"/>
              <w:right w:val="single" w:sz="4" w:space="0" w:color="000000"/>
            </w:tcBorders>
            <w:vAlign w:val="bottom"/>
          </w:tcPr>
          <w:p w14:paraId="72D7B2FE" w14:textId="77777777" w:rsidR="006D4E92" w:rsidRDefault="006D4E92">
            <w:pPr>
              <w:snapToGrid w:val="0"/>
              <w:jc w:val="center"/>
              <w:rPr>
                <w:rFonts w:cs="Times New Roman;Times New Roman"/>
                <w:lang w:val="ro-RO"/>
              </w:rPr>
            </w:pPr>
          </w:p>
        </w:tc>
        <w:tc>
          <w:tcPr>
            <w:tcW w:w="1860" w:type="dxa"/>
            <w:tcBorders>
              <w:top w:val="single" w:sz="4" w:space="0" w:color="000000"/>
              <w:left w:val="single" w:sz="4" w:space="0" w:color="000000"/>
              <w:bottom w:val="single" w:sz="4" w:space="0" w:color="000000"/>
              <w:right w:val="single" w:sz="4" w:space="0" w:color="000000"/>
            </w:tcBorders>
            <w:vAlign w:val="bottom"/>
          </w:tcPr>
          <w:p w14:paraId="57FAA56B" w14:textId="77777777" w:rsidR="006D4E92" w:rsidRDefault="006D4E92">
            <w:pPr>
              <w:snapToGrid w:val="0"/>
              <w:jc w:val="both"/>
              <w:rPr>
                <w:rFonts w:cs="Times New Roman;Times New Roman"/>
                <w:lang w:val="ro-RO"/>
              </w:rPr>
            </w:pPr>
          </w:p>
        </w:tc>
      </w:tr>
      <w:tr w:rsidR="006D4E92" w14:paraId="27E42EE7" w14:textId="77777777">
        <w:trPr>
          <w:trHeight w:val="379"/>
          <w:jc w:val="center"/>
        </w:trPr>
        <w:tc>
          <w:tcPr>
            <w:tcW w:w="960" w:type="dxa"/>
            <w:tcBorders>
              <w:top w:val="single" w:sz="4" w:space="0" w:color="000000"/>
              <w:left w:val="single" w:sz="4" w:space="0" w:color="000000"/>
              <w:bottom w:val="single" w:sz="4" w:space="0" w:color="000000"/>
              <w:right w:val="single" w:sz="4" w:space="0" w:color="000000"/>
            </w:tcBorders>
            <w:vAlign w:val="bottom"/>
          </w:tcPr>
          <w:p w14:paraId="7D1E8D20" w14:textId="77777777" w:rsidR="006D4E92" w:rsidRDefault="006D4E92">
            <w:pPr>
              <w:numPr>
                <w:ilvl w:val="0"/>
                <w:numId w:val="9"/>
              </w:numPr>
              <w:snapToGrid w:val="0"/>
              <w:spacing w:after="0" w:line="240" w:lineRule="auto"/>
              <w:contextualSpacing/>
              <w:jc w:val="center"/>
              <w:rPr>
                <w:rFonts w:ascii="Times New Roman;Times New Roman" w:hAnsi="Times New Roman;Times New Roman" w:cs="Times New Roman;Times New Roman"/>
                <w:szCs w:val="24"/>
                <w:lang w:val="ro-RO"/>
              </w:rPr>
            </w:pPr>
          </w:p>
        </w:tc>
        <w:tc>
          <w:tcPr>
            <w:tcW w:w="5107" w:type="dxa"/>
            <w:tcBorders>
              <w:top w:val="single" w:sz="4" w:space="0" w:color="000000"/>
              <w:left w:val="single" w:sz="4" w:space="0" w:color="000000"/>
              <w:bottom w:val="single" w:sz="4" w:space="0" w:color="000000"/>
              <w:right w:val="single" w:sz="4" w:space="0" w:color="000000"/>
            </w:tcBorders>
            <w:vAlign w:val="bottom"/>
          </w:tcPr>
          <w:p w14:paraId="1818FACA" w14:textId="77777777" w:rsidR="006D4E92" w:rsidRDefault="00000000">
            <w:pPr>
              <w:rPr>
                <w:rFonts w:cs="Times New Roman;Times New Roman"/>
                <w:lang w:val="ro-RO"/>
              </w:rPr>
            </w:pPr>
            <w:r>
              <w:rPr>
                <w:rFonts w:cs="Times New Roman;Times New Roman"/>
                <w:noProof/>
                <w:lang w:val="ro-RO"/>
              </w:rPr>
              <w:drawing>
                <wp:inline distT="0" distB="0" distL="0" distR="0" wp14:anchorId="7468F782" wp14:editId="79EC3587">
                  <wp:extent cx="2339340" cy="1463040"/>
                  <wp:effectExtent l="0" t="0" r="0" b="0"/>
                  <wp:docPr id="7"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pic:cNvPicPr>
                            <a:picLocks noChangeAspect="1" noChangeArrowheads="1"/>
                          </pic:cNvPicPr>
                        </pic:nvPicPr>
                        <pic:blipFill>
                          <a:blip r:embed="rId6"/>
                          <a:srcRect l="-15" t="-25" r="-15" b="-25"/>
                          <a:stretch>
                            <a:fillRect/>
                          </a:stretch>
                        </pic:blipFill>
                        <pic:spPr bwMode="auto">
                          <a:xfrm>
                            <a:off x="0" y="0"/>
                            <a:ext cx="2339340" cy="1463040"/>
                          </a:xfrm>
                          <a:prstGeom prst="rect">
                            <a:avLst/>
                          </a:prstGeom>
                          <a:noFill/>
                        </pic:spPr>
                      </pic:pic>
                    </a:graphicData>
                  </a:graphic>
                </wp:inline>
              </w:drawing>
            </w:r>
          </w:p>
          <w:p w14:paraId="1159DC18" w14:textId="77777777" w:rsidR="006D4E92" w:rsidRDefault="00000000">
            <w:pPr>
              <w:rPr>
                <w:rFonts w:cs="Times New Roman;Times New Roman"/>
                <w:lang w:val="ro-RO"/>
              </w:rPr>
            </w:pPr>
            <w:r>
              <w:rPr>
                <w:rFonts w:cs="Times New Roman;Times New Roman"/>
                <w:lang w:val="ro-RO"/>
              </w:rPr>
              <w:t>gradinita</w:t>
            </w:r>
          </w:p>
          <w:p w14:paraId="3F5D4DD9" w14:textId="77777777" w:rsidR="006D4E92" w:rsidRDefault="006D4E92">
            <w:pPr>
              <w:rPr>
                <w:rFonts w:cs="Times New Roman;Times New Roman"/>
                <w:lang w:val="ro-RO"/>
              </w:rPr>
            </w:pPr>
          </w:p>
        </w:tc>
        <w:tc>
          <w:tcPr>
            <w:tcW w:w="960" w:type="dxa"/>
            <w:tcBorders>
              <w:top w:val="single" w:sz="4" w:space="0" w:color="000000"/>
              <w:left w:val="single" w:sz="4" w:space="0" w:color="000000"/>
              <w:bottom w:val="single" w:sz="4" w:space="0" w:color="000000"/>
              <w:right w:val="single" w:sz="4" w:space="0" w:color="000000"/>
            </w:tcBorders>
            <w:vAlign w:val="bottom"/>
          </w:tcPr>
          <w:p w14:paraId="79806275" w14:textId="77777777" w:rsidR="006D4E92" w:rsidRDefault="006D4E92">
            <w:pPr>
              <w:snapToGrid w:val="0"/>
              <w:jc w:val="center"/>
              <w:rPr>
                <w:rFonts w:cs="Times New Roman;Times New Roman"/>
                <w:lang w:val="ro-RO"/>
              </w:rPr>
            </w:pPr>
          </w:p>
        </w:tc>
        <w:tc>
          <w:tcPr>
            <w:tcW w:w="960" w:type="dxa"/>
            <w:tcBorders>
              <w:top w:val="single" w:sz="4" w:space="0" w:color="000000"/>
              <w:left w:val="single" w:sz="4" w:space="0" w:color="000000"/>
              <w:bottom w:val="single" w:sz="4" w:space="0" w:color="000000"/>
              <w:right w:val="single" w:sz="4" w:space="0" w:color="000000"/>
            </w:tcBorders>
            <w:vAlign w:val="bottom"/>
          </w:tcPr>
          <w:p w14:paraId="4D4E2088" w14:textId="77777777" w:rsidR="006D4E92" w:rsidRDefault="006D4E92">
            <w:pPr>
              <w:snapToGrid w:val="0"/>
              <w:jc w:val="center"/>
              <w:rPr>
                <w:rFonts w:cs="Times New Roman;Times New Roman"/>
                <w:lang w:val="ro-RO"/>
              </w:rPr>
            </w:pPr>
          </w:p>
        </w:tc>
        <w:tc>
          <w:tcPr>
            <w:tcW w:w="1860" w:type="dxa"/>
            <w:tcBorders>
              <w:top w:val="single" w:sz="4" w:space="0" w:color="000000"/>
              <w:left w:val="single" w:sz="4" w:space="0" w:color="000000"/>
              <w:bottom w:val="single" w:sz="4" w:space="0" w:color="000000"/>
              <w:right w:val="single" w:sz="4" w:space="0" w:color="000000"/>
            </w:tcBorders>
            <w:vAlign w:val="bottom"/>
          </w:tcPr>
          <w:p w14:paraId="4942EF53" w14:textId="77777777" w:rsidR="006D4E92" w:rsidRDefault="006D4E92">
            <w:pPr>
              <w:snapToGrid w:val="0"/>
              <w:jc w:val="both"/>
              <w:rPr>
                <w:rFonts w:cs="Times New Roman;Times New Roman"/>
                <w:lang w:val="ro-RO"/>
              </w:rPr>
            </w:pPr>
          </w:p>
        </w:tc>
      </w:tr>
      <w:tr w:rsidR="006D4E92" w14:paraId="11FFD9DA" w14:textId="77777777">
        <w:trPr>
          <w:trHeight w:val="379"/>
          <w:jc w:val="center"/>
        </w:trPr>
        <w:tc>
          <w:tcPr>
            <w:tcW w:w="960" w:type="dxa"/>
            <w:tcBorders>
              <w:top w:val="single" w:sz="4" w:space="0" w:color="000000"/>
              <w:left w:val="single" w:sz="4" w:space="0" w:color="000000"/>
              <w:bottom w:val="single" w:sz="4" w:space="0" w:color="000000"/>
              <w:right w:val="single" w:sz="4" w:space="0" w:color="000000"/>
            </w:tcBorders>
            <w:vAlign w:val="bottom"/>
          </w:tcPr>
          <w:p w14:paraId="77E80F09" w14:textId="77777777" w:rsidR="006D4E92" w:rsidRDefault="006D4E92">
            <w:pPr>
              <w:numPr>
                <w:ilvl w:val="0"/>
                <w:numId w:val="9"/>
              </w:numPr>
              <w:snapToGrid w:val="0"/>
              <w:spacing w:after="0" w:line="240" w:lineRule="auto"/>
              <w:contextualSpacing/>
              <w:jc w:val="center"/>
              <w:rPr>
                <w:rFonts w:ascii="Times New Roman;Times New Roman" w:hAnsi="Times New Roman;Times New Roman" w:cs="Times New Roman;Times New Roman"/>
                <w:szCs w:val="24"/>
                <w:lang w:val="ro-RO"/>
              </w:rPr>
            </w:pPr>
          </w:p>
        </w:tc>
        <w:tc>
          <w:tcPr>
            <w:tcW w:w="5107" w:type="dxa"/>
            <w:tcBorders>
              <w:top w:val="single" w:sz="4" w:space="0" w:color="000000"/>
              <w:left w:val="single" w:sz="4" w:space="0" w:color="000000"/>
              <w:bottom w:val="single" w:sz="4" w:space="0" w:color="000000"/>
              <w:right w:val="single" w:sz="4" w:space="0" w:color="000000"/>
            </w:tcBorders>
            <w:vAlign w:val="bottom"/>
          </w:tcPr>
          <w:p w14:paraId="1C95B22D" w14:textId="77777777" w:rsidR="006D4E92" w:rsidRDefault="00000000">
            <w:pPr>
              <w:rPr>
                <w:rFonts w:cs="Times New Roman;Times New Roman"/>
                <w:lang w:val="ro-RO"/>
              </w:rPr>
            </w:pPr>
            <w:r>
              <w:rPr>
                <w:rFonts w:cs="Times New Roman;Times New Roman"/>
                <w:noProof/>
                <w:lang w:val="ro-RO"/>
              </w:rPr>
              <w:drawing>
                <wp:inline distT="0" distB="0" distL="0" distR="0" wp14:anchorId="75CE6D42" wp14:editId="0B426881">
                  <wp:extent cx="2301240" cy="1501140"/>
                  <wp:effectExtent l="0" t="0" r="0" b="0"/>
                  <wp:docPr id="8"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pic:cNvPicPr>
                            <a:picLocks noChangeAspect="1" noChangeArrowheads="1"/>
                          </pic:cNvPicPr>
                        </pic:nvPicPr>
                        <pic:blipFill>
                          <a:blip/>
                          <a:srcRect l="-16" t="-24" r="-16" b="-24"/>
                          <a:stretch>
                            <a:fillRect/>
                          </a:stretch>
                        </pic:blipFill>
                        <pic:spPr bwMode="auto">
                          <a:xfrm>
                            <a:off x="0" y="0"/>
                            <a:ext cx="2301240" cy="1501140"/>
                          </a:xfrm>
                          <a:prstGeom prst="rect">
                            <a:avLst/>
                          </a:prstGeom>
                          <a:noFill/>
                        </pic:spPr>
                      </pic:pic>
                    </a:graphicData>
                  </a:graphic>
                </wp:inline>
              </w:drawing>
            </w:r>
          </w:p>
          <w:p w14:paraId="35E11D06" w14:textId="77777777" w:rsidR="006D4E92" w:rsidRDefault="00000000">
            <w:pPr>
              <w:rPr>
                <w:rFonts w:cs="Times New Roman;Times New Roman"/>
                <w:lang w:val="ro-RO"/>
              </w:rPr>
            </w:pPr>
            <w:r>
              <w:rPr>
                <w:rFonts w:cs="Times New Roman;Times New Roman"/>
                <w:lang w:val="ro-RO"/>
              </w:rPr>
              <w:t>gradinita</w:t>
            </w:r>
          </w:p>
          <w:p w14:paraId="18233D42" w14:textId="77777777" w:rsidR="006D4E92" w:rsidRDefault="006D4E92">
            <w:pPr>
              <w:rPr>
                <w:rFonts w:cs="Times New Roman;Times New Roman"/>
                <w:lang w:val="ro-RO"/>
              </w:rPr>
            </w:pPr>
          </w:p>
        </w:tc>
        <w:tc>
          <w:tcPr>
            <w:tcW w:w="960" w:type="dxa"/>
            <w:tcBorders>
              <w:top w:val="single" w:sz="4" w:space="0" w:color="000000"/>
              <w:left w:val="single" w:sz="4" w:space="0" w:color="000000"/>
              <w:bottom w:val="single" w:sz="4" w:space="0" w:color="000000"/>
              <w:right w:val="single" w:sz="4" w:space="0" w:color="000000"/>
            </w:tcBorders>
            <w:vAlign w:val="bottom"/>
          </w:tcPr>
          <w:p w14:paraId="1AF1CACC" w14:textId="77777777" w:rsidR="006D4E92" w:rsidRDefault="006D4E92">
            <w:pPr>
              <w:snapToGrid w:val="0"/>
              <w:jc w:val="center"/>
              <w:rPr>
                <w:rFonts w:cs="Times New Roman;Times New Roman"/>
                <w:lang w:val="ro-RO"/>
              </w:rPr>
            </w:pPr>
          </w:p>
        </w:tc>
        <w:tc>
          <w:tcPr>
            <w:tcW w:w="960" w:type="dxa"/>
            <w:tcBorders>
              <w:top w:val="single" w:sz="4" w:space="0" w:color="000000"/>
              <w:left w:val="single" w:sz="4" w:space="0" w:color="000000"/>
              <w:bottom w:val="single" w:sz="4" w:space="0" w:color="000000"/>
              <w:right w:val="single" w:sz="4" w:space="0" w:color="000000"/>
            </w:tcBorders>
            <w:vAlign w:val="bottom"/>
          </w:tcPr>
          <w:p w14:paraId="48FDA1F7" w14:textId="77777777" w:rsidR="006D4E92" w:rsidRDefault="006D4E92">
            <w:pPr>
              <w:snapToGrid w:val="0"/>
              <w:jc w:val="center"/>
              <w:rPr>
                <w:rFonts w:cs="Times New Roman;Times New Roman"/>
                <w:lang w:val="ro-RO"/>
              </w:rPr>
            </w:pPr>
          </w:p>
        </w:tc>
        <w:tc>
          <w:tcPr>
            <w:tcW w:w="1860" w:type="dxa"/>
            <w:tcBorders>
              <w:top w:val="single" w:sz="4" w:space="0" w:color="000000"/>
              <w:left w:val="single" w:sz="4" w:space="0" w:color="000000"/>
              <w:bottom w:val="single" w:sz="4" w:space="0" w:color="000000"/>
              <w:right w:val="single" w:sz="4" w:space="0" w:color="000000"/>
            </w:tcBorders>
            <w:vAlign w:val="bottom"/>
          </w:tcPr>
          <w:p w14:paraId="453B60DD" w14:textId="77777777" w:rsidR="006D4E92" w:rsidRDefault="006D4E92">
            <w:pPr>
              <w:snapToGrid w:val="0"/>
              <w:jc w:val="both"/>
              <w:rPr>
                <w:rFonts w:cs="Times New Roman;Times New Roman"/>
                <w:lang w:val="ro-RO"/>
              </w:rPr>
            </w:pPr>
          </w:p>
        </w:tc>
      </w:tr>
      <w:tr w:rsidR="006D4E92" w14:paraId="46A74011" w14:textId="77777777">
        <w:trPr>
          <w:trHeight w:val="379"/>
          <w:jc w:val="center"/>
        </w:trPr>
        <w:tc>
          <w:tcPr>
            <w:tcW w:w="960" w:type="dxa"/>
            <w:tcBorders>
              <w:top w:val="single" w:sz="4" w:space="0" w:color="000000"/>
              <w:left w:val="single" w:sz="4" w:space="0" w:color="000000"/>
              <w:bottom w:val="single" w:sz="4" w:space="0" w:color="000000"/>
              <w:right w:val="single" w:sz="4" w:space="0" w:color="000000"/>
            </w:tcBorders>
            <w:vAlign w:val="bottom"/>
          </w:tcPr>
          <w:p w14:paraId="1F553253" w14:textId="77777777" w:rsidR="006D4E92" w:rsidRDefault="006D4E92">
            <w:pPr>
              <w:numPr>
                <w:ilvl w:val="0"/>
                <w:numId w:val="9"/>
              </w:numPr>
              <w:snapToGrid w:val="0"/>
              <w:spacing w:after="0" w:line="240" w:lineRule="auto"/>
              <w:contextualSpacing/>
              <w:jc w:val="center"/>
              <w:rPr>
                <w:rFonts w:ascii="Times New Roman;Times New Roman" w:hAnsi="Times New Roman;Times New Roman" w:cs="Times New Roman;Times New Roman"/>
                <w:szCs w:val="24"/>
                <w:lang w:val="ro-RO"/>
              </w:rPr>
            </w:pPr>
          </w:p>
        </w:tc>
        <w:tc>
          <w:tcPr>
            <w:tcW w:w="5107" w:type="dxa"/>
            <w:tcBorders>
              <w:top w:val="single" w:sz="4" w:space="0" w:color="000000"/>
              <w:left w:val="single" w:sz="4" w:space="0" w:color="000000"/>
              <w:bottom w:val="single" w:sz="4" w:space="0" w:color="000000"/>
              <w:right w:val="single" w:sz="4" w:space="0" w:color="000000"/>
            </w:tcBorders>
            <w:vAlign w:val="bottom"/>
          </w:tcPr>
          <w:p w14:paraId="2278617C" w14:textId="77777777" w:rsidR="006D4E92" w:rsidRDefault="00000000">
            <w:pPr>
              <w:rPr>
                <w:rFonts w:cs="Times New Roman;Times New Roman"/>
                <w:lang w:val="ro-RO"/>
              </w:rPr>
            </w:pPr>
            <w:r>
              <w:rPr>
                <w:rFonts w:cs="Times New Roman;Times New Roman"/>
                <w:noProof/>
                <w:lang w:val="ro-RO"/>
              </w:rPr>
              <w:drawing>
                <wp:inline distT="0" distB="0" distL="0" distR="0" wp14:anchorId="0DAFC328" wp14:editId="2ADE820A">
                  <wp:extent cx="2339340" cy="1432560"/>
                  <wp:effectExtent l="0" t="0" r="0" b="0"/>
                  <wp:docPr id="9"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pic:cNvPicPr>
                            <a:picLocks noChangeAspect="1" noChangeArrowheads="1"/>
                          </pic:cNvPicPr>
                        </pic:nvPicPr>
                        <pic:blipFill>
                          <a:blip/>
                          <a:srcRect l="-15" t="-25" r="-15" b="-25"/>
                          <a:stretch>
                            <a:fillRect/>
                          </a:stretch>
                        </pic:blipFill>
                        <pic:spPr bwMode="auto">
                          <a:xfrm>
                            <a:off x="0" y="0"/>
                            <a:ext cx="2339340" cy="1432560"/>
                          </a:xfrm>
                          <a:prstGeom prst="rect">
                            <a:avLst/>
                          </a:prstGeom>
                          <a:noFill/>
                        </pic:spPr>
                      </pic:pic>
                    </a:graphicData>
                  </a:graphic>
                </wp:inline>
              </w:drawing>
            </w:r>
          </w:p>
          <w:p w14:paraId="7F40A8E3" w14:textId="77777777" w:rsidR="006D4E92" w:rsidRDefault="00000000">
            <w:pPr>
              <w:rPr>
                <w:rFonts w:cs="Times New Roman;Times New Roman"/>
                <w:lang w:val="ro-RO"/>
              </w:rPr>
            </w:pPr>
            <w:r>
              <w:rPr>
                <w:rFonts w:cs="Times New Roman;Times New Roman"/>
                <w:lang w:val="ro-RO"/>
              </w:rPr>
              <w:t>gradinita</w:t>
            </w:r>
          </w:p>
          <w:p w14:paraId="6E9BFA4F" w14:textId="77777777" w:rsidR="006D4E92" w:rsidRDefault="006D4E92">
            <w:pPr>
              <w:rPr>
                <w:rFonts w:cs="Times New Roman;Times New Roman"/>
                <w:lang w:val="ro-RO"/>
              </w:rPr>
            </w:pPr>
          </w:p>
        </w:tc>
        <w:tc>
          <w:tcPr>
            <w:tcW w:w="960" w:type="dxa"/>
            <w:tcBorders>
              <w:top w:val="single" w:sz="4" w:space="0" w:color="000000"/>
              <w:left w:val="single" w:sz="4" w:space="0" w:color="000000"/>
              <w:bottom w:val="single" w:sz="4" w:space="0" w:color="000000"/>
              <w:right w:val="single" w:sz="4" w:space="0" w:color="000000"/>
            </w:tcBorders>
            <w:vAlign w:val="bottom"/>
          </w:tcPr>
          <w:p w14:paraId="70DE8DA0" w14:textId="77777777" w:rsidR="006D4E92" w:rsidRDefault="006D4E92">
            <w:pPr>
              <w:snapToGrid w:val="0"/>
              <w:jc w:val="center"/>
              <w:rPr>
                <w:rFonts w:cs="Times New Roman;Times New Roman"/>
                <w:lang w:val="ro-RO"/>
              </w:rPr>
            </w:pPr>
          </w:p>
        </w:tc>
        <w:tc>
          <w:tcPr>
            <w:tcW w:w="960" w:type="dxa"/>
            <w:tcBorders>
              <w:top w:val="single" w:sz="4" w:space="0" w:color="000000"/>
              <w:left w:val="single" w:sz="4" w:space="0" w:color="000000"/>
              <w:bottom w:val="single" w:sz="4" w:space="0" w:color="000000"/>
              <w:right w:val="single" w:sz="4" w:space="0" w:color="000000"/>
            </w:tcBorders>
            <w:vAlign w:val="bottom"/>
          </w:tcPr>
          <w:p w14:paraId="24EC26BE" w14:textId="77777777" w:rsidR="006D4E92" w:rsidRDefault="006D4E92">
            <w:pPr>
              <w:snapToGrid w:val="0"/>
              <w:jc w:val="center"/>
              <w:rPr>
                <w:rFonts w:cs="Times New Roman;Times New Roman"/>
                <w:lang w:val="ro-RO"/>
              </w:rPr>
            </w:pPr>
          </w:p>
        </w:tc>
        <w:tc>
          <w:tcPr>
            <w:tcW w:w="1860" w:type="dxa"/>
            <w:tcBorders>
              <w:top w:val="single" w:sz="4" w:space="0" w:color="000000"/>
              <w:left w:val="single" w:sz="4" w:space="0" w:color="000000"/>
              <w:bottom w:val="single" w:sz="4" w:space="0" w:color="000000"/>
              <w:right w:val="single" w:sz="4" w:space="0" w:color="000000"/>
            </w:tcBorders>
            <w:vAlign w:val="bottom"/>
          </w:tcPr>
          <w:p w14:paraId="129704FE" w14:textId="77777777" w:rsidR="006D4E92" w:rsidRDefault="006D4E92">
            <w:pPr>
              <w:snapToGrid w:val="0"/>
              <w:jc w:val="both"/>
              <w:rPr>
                <w:rFonts w:cs="Times New Roman;Times New Roman"/>
                <w:lang w:val="ro-RO"/>
              </w:rPr>
            </w:pPr>
          </w:p>
        </w:tc>
      </w:tr>
      <w:tr w:rsidR="006D4E92" w14:paraId="2CE74F1B" w14:textId="77777777">
        <w:trPr>
          <w:trHeight w:val="379"/>
          <w:jc w:val="center"/>
        </w:trPr>
        <w:tc>
          <w:tcPr>
            <w:tcW w:w="960" w:type="dxa"/>
            <w:tcBorders>
              <w:top w:val="single" w:sz="4" w:space="0" w:color="000000"/>
              <w:left w:val="single" w:sz="4" w:space="0" w:color="000000"/>
              <w:bottom w:val="single" w:sz="4" w:space="0" w:color="000000"/>
              <w:right w:val="single" w:sz="4" w:space="0" w:color="000000"/>
            </w:tcBorders>
            <w:vAlign w:val="bottom"/>
          </w:tcPr>
          <w:p w14:paraId="1951A412" w14:textId="77777777" w:rsidR="006D4E92" w:rsidRDefault="006D4E92">
            <w:pPr>
              <w:numPr>
                <w:ilvl w:val="0"/>
                <w:numId w:val="9"/>
              </w:numPr>
              <w:snapToGrid w:val="0"/>
              <w:spacing w:after="0" w:line="240" w:lineRule="auto"/>
              <w:contextualSpacing/>
              <w:jc w:val="center"/>
              <w:rPr>
                <w:rFonts w:ascii="Times New Roman;Times New Roman" w:hAnsi="Times New Roman;Times New Roman" w:cs="Times New Roman;Times New Roman"/>
                <w:szCs w:val="24"/>
                <w:lang w:val="ro-RO"/>
              </w:rPr>
            </w:pPr>
          </w:p>
        </w:tc>
        <w:tc>
          <w:tcPr>
            <w:tcW w:w="5107" w:type="dxa"/>
            <w:tcBorders>
              <w:top w:val="single" w:sz="4" w:space="0" w:color="000000"/>
              <w:left w:val="single" w:sz="4" w:space="0" w:color="000000"/>
              <w:bottom w:val="single" w:sz="4" w:space="0" w:color="000000"/>
              <w:right w:val="single" w:sz="4" w:space="0" w:color="000000"/>
            </w:tcBorders>
            <w:vAlign w:val="bottom"/>
          </w:tcPr>
          <w:p w14:paraId="6C0FFC7C" w14:textId="77777777" w:rsidR="006D4E92" w:rsidRDefault="00000000">
            <w:pPr>
              <w:rPr>
                <w:rFonts w:cs="Times New Roman;Times New Roman"/>
                <w:lang w:val="ro-RO"/>
              </w:rPr>
            </w:pPr>
            <w:r>
              <w:rPr>
                <w:rFonts w:cs="Times New Roman;Times New Roman"/>
                <w:noProof/>
                <w:lang w:val="ro-RO"/>
              </w:rPr>
              <w:drawing>
                <wp:inline distT="0" distB="0" distL="0" distR="0" wp14:anchorId="352F8F6D" wp14:editId="7C9E219C">
                  <wp:extent cx="2407920" cy="1501140"/>
                  <wp:effectExtent l="0" t="0" r="0" b="0"/>
                  <wp:docPr id="10"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
                          <pic:cNvPicPr>
                            <a:picLocks noChangeAspect="1" noChangeArrowheads="1"/>
                          </pic:cNvPicPr>
                        </pic:nvPicPr>
                        <pic:blipFill>
                          <a:blip/>
                          <a:srcRect l="-15" t="-24" r="-15" b="-24"/>
                          <a:stretch>
                            <a:fillRect/>
                          </a:stretch>
                        </pic:blipFill>
                        <pic:spPr bwMode="auto">
                          <a:xfrm>
                            <a:off x="0" y="0"/>
                            <a:ext cx="2407920" cy="1501140"/>
                          </a:xfrm>
                          <a:prstGeom prst="rect">
                            <a:avLst/>
                          </a:prstGeom>
                          <a:noFill/>
                        </pic:spPr>
                      </pic:pic>
                    </a:graphicData>
                  </a:graphic>
                </wp:inline>
              </w:drawing>
            </w:r>
          </w:p>
          <w:p w14:paraId="3C5618DC" w14:textId="77777777" w:rsidR="006D4E92" w:rsidRDefault="00000000">
            <w:pPr>
              <w:rPr>
                <w:rFonts w:cs="Times New Roman;Times New Roman"/>
                <w:lang w:val="ro-RO"/>
              </w:rPr>
            </w:pPr>
            <w:r>
              <w:rPr>
                <w:rFonts w:cs="Times New Roman;Times New Roman"/>
                <w:lang w:val="ro-RO"/>
              </w:rPr>
              <w:t>Parcul central</w:t>
            </w:r>
          </w:p>
          <w:p w14:paraId="4E04747B" w14:textId="77777777" w:rsidR="006D4E92" w:rsidRDefault="006D4E92">
            <w:pPr>
              <w:rPr>
                <w:rFonts w:cs="Times New Roman;Times New Roman"/>
                <w:lang w:val="ro-RO"/>
              </w:rPr>
            </w:pPr>
          </w:p>
        </w:tc>
        <w:tc>
          <w:tcPr>
            <w:tcW w:w="960" w:type="dxa"/>
            <w:tcBorders>
              <w:top w:val="single" w:sz="4" w:space="0" w:color="000000"/>
              <w:left w:val="single" w:sz="4" w:space="0" w:color="000000"/>
              <w:bottom w:val="single" w:sz="4" w:space="0" w:color="000000"/>
              <w:right w:val="single" w:sz="4" w:space="0" w:color="000000"/>
            </w:tcBorders>
            <w:vAlign w:val="bottom"/>
          </w:tcPr>
          <w:p w14:paraId="1BF5743E" w14:textId="77777777" w:rsidR="006D4E92" w:rsidRDefault="006D4E92">
            <w:pPr>
              <w:snapToGrid w:val="0"/>
              <w:jc w:val="center"/>
              <w:rPr>
                <w:rFonts w:cs="Times New Roman;Times New Roman"/>
                <w:lang w:val="ro-RO"/>
              </w:rPr>
            </w:pPr>
          </w:p>
        </w:tc>
        <w:tc>
          <w:tcPr>
            <w:tcW w:w="960" w:type="dxa"/>
            <w:tcBorders>
              <w:top w:val="single" w:sz="4" w:space="0" w:color="000000"/>
              <w:left w:val="single" w:sz="4" w:space="0" w:color="000000"/>
              <w:bottom w:val="single" w:sz="4" w:space="0" w:color="000000"/>
              <w:right w:val="single" w:sz="4" w:space="0" w:color="000000"/>
            </w:tcBorders>
            <w:vAlign w:val="bottom"/>
          </w:tcPr>
          <w:p w14:paraId="32793508" w14:textId="77777777" w:rsidR="006D4E92" w:rsidRDefault="006D4E92">
            <w:pPr>
              <w:snapToGrid w:val="0"/>
              <w:jc w:val="center"/>
              <w:rPr>
                <w:rFonts w:cs="Times New Roman;Times New Roman"/>
                <w:lang w:val="ro-RO"/>
              </w:rPr>
            </w:pPr>
          </w:p>
        </w:tc>
        <w:tc>
          <w:tcPr>
            <w:tcW w:w="1860" w:type="dxa"/>
            <w:tcBorders>
              <w:top w:val="single" w:sz="4" w:space="0" w:color="000000"/>
              <w:left w:val="single" w:sz="4" w:space="0" w:color="000000"/>
              <w:bottom w:val="single" w:sz="4" w:space="0" w:color="000000"/>
              <w:right w:val="single" w:sz="4" w:space="0" w:color="000000"/>
            </w:tcBorders>
            <w:vAlign w:val="bottom"/>
          </w:tcPr>
          <w:p w14:paraId="6EF44AD2" w14:textId="77777777" w:rsidR="006D4E92" w:rsidRDefault="006D4E92">
            <w:pPr>
              <w:snapToGrid w:val="0"/>
              <w:jc w:val="both"/>
              <w:rPr>
                <w:rFonts w:cs="Times New Roman;Times New Roman"/>
                <w:lang w:val="ro-RO"/>
              </w:rPr>
            </w:pPr>
          </w:p>
        </w:tc>
      </w:tr>
      <w:tr w:rsidR="006D4E92" w14:paraId="6B9A3951" w14:textId="77777777">
        <w:trPr>
          <w:trHeight w:val="379"/>
          <w:jc w:val="center"/>
        </w:trPr>
        <w:tc>
          <w:tcPr>
            <w:tcW w:w="960" w:type="dxa"/>
            <w:tcBorders>
              <w:top w:val="single" w:sz="4" w:space="0" w:color="000000"/>
              <w:left w:val="single" w:sz="4" w:space="0" w:color="000000"/>
              <w:bottom w:val="single" w:sz="4" w:space="0" w:color="000000"/>
              <w:right w:val="single" w:sz="4" w:space="0" w:color="000000"/>
            </w:tcBorders>
            <w:vAlign w:val="bottom"/>
          </w:tcPr>
          <w:p w14:paraId="40D2792E" w14:textId="77777777" w:rsidR="006D4E92" w:rsidRDefault="006D4E92">
            <w:pPr>
              <w:numPr>
                <w:ilvl w:val="0"/>
                <w:numId w:val="9"/>
              </w:numPr>
              <w:snapToGrid w:val="0"/>
              <w:spacing w:after="0" w:line="240" w:lineRule="auto"/>
              <w:contextualSpacing/>
              <w:jc w:val="center"/>
              <w:rPr>
                <w:rFonts w:ascii="Times New Roman;Times New Roman" w:hAnsi="Times New Roman;Times New Roman" w:cs="Times New Roman;Times New Roman"/>
                <w:szCs w:val="24"/>
                <w:lang w:val="ro-RO"/>
              </w:rPr>
            </w:pPr>
          </w:p>
        </w:tc>
        <w:tc>
          <w:tcPr>
            <w:tcW w:w="5107" w:type="dxa"/>
            <w:tcBorders>
              <w:top w:val="single" w:sz="4" w:space="0" w:color="000000"/>
              <w:left w:val="single" w:sz="4" w:space="0" w:color="000000"/>
              <w:bottom w:val="single" w:sz="4" w:space="0" w:color="000000"/>
              <w:right w:val="single" w:sz="4" w:space="0" w:color="000000"/>
            </w:tcBorders>
            <w:vAlign w:val="bottom"/>
          </w:tcPr>
          <w:p w14:paraId="657FA04B" w14:textId="77777777" w:rsidR="006D4E92" w:rsidRDefault="00000000">
            <w:pPr>
              <w:rPr>
                <w:rFonts w:cs="Times New Roman;Times New Roman"/>
                <w:lang w:val="ro-RO"/>
              </w:rPr>
            </w:pPr>
            <w:r>
              <w:rPr>
                <w:rFonts w:cs="Times New Roman;Times New Roman"/>
                <w:noProof/>
                <w:lang w:val="ro-RO"/>
              </w:rPr>
              <w:drawing>
                <wp:inline distT="0" distB="0" distL="0" distR="0" wp14:anchorId="597C55C8" wp14:editId="11F3BA18">
                  <wp:extent cx="2255520" cy="1379220"/>
                  <wp:effectExtent l="0" t="0" r="0" b="0"/>
                  <wp:docPr id="11"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
                          <pic:cNvPicPr>
                            <a:picLocks noChangeAspect="1" noChangeArrowheads="1"/>
                          </pic:cNvPicPr>
                        </pic:nvPicPr>
                        <pic:blipFill>
                          <a:blip/>
                          <a:srcRect l="-16" t="-26" r="-16" b="-26"/>
                          <a:stretch>
                            <a:fillRect/>
                          </a:stretch>
                        </pic:blipFill>
                        <pic:spPr bwMode="auto">
                          <a:xfrm>
                            <a:off x="0" y="0"/>
                            <a:ext cx="2255520" cy="1379220"/>
                          </a:xfrm>
                          <a:prstGeom prst="rect">
                            <a:avLst/>
                          </a:prstGeom>
                          <a:noFill/>
                        </pic:spPr>
                      </pic:pic>
                    </a:graphicData>
                  </a:graphic>
                </wp:inline>
              </w:drawing>
            </w:r>
          </w:p>
          <w:p w14:paraId="6C353B21" w14:textId="77777777" w:rsidR="006D4E92" w:rsidRDefault="006D4E92">
            <w:pPr>
              <w:rPr>
                <w:rFonts w:cs="Times New Roman;Times New Roman"/>
                <w:lang w:val="ro-RO"/>
              </w:rPr>
            </w:pPr>
          </w:p>
          <w:p w14:paraId="512A51AE" w14:textId="77777777" w:rsidR="006D4E92" w:rsidRDefault="00000000">
            <w:pPr>
              <w:rPr>
                <w:rFonts w:cs="Times New Roman;Times New Roman"/>
                <w:lang w:val="ro-RO"/>
              </w:rPr>
            </w:pPr>
            <w:r>
              <w:rPr>
                <w:rFonts w:cs="Times New Roman;Times New Roman"/>
                <w:lang w:val="ro-RO"/>
              </w:rPr>
              <w:t>Teren sportiv la liceu</w:t>
            </w:r>
          </w:p>
        </w:tc>
        <w:tc>
          <w:tcPr>
            <w:tcW w:w="960" w:type="dxa"/>
            <w:tcBorders>
              <w:top w:val="single" w:sz="4" w:space="0" w:color="000000"/>
              <w:left w:val="single" w:sz="4" w:space="0" w:color="000000"/>
              <w:bottom w:val="single" w:sz="4" w:space="0" w:color="000000"/>
              <w:right w:val="single" w:sz="4" w:space="0" w:color="000000"/>
            </w:tcBorders>
            <w:vAlign w:val="bottom"/>
          </w:tcPr>
          <w:p w14:paraId="5F8C613E" w14:textId="77777777" w:rsidR="006D4E92" w:rsidRDefault="006D4E92">
            <w:pPr>
              <w:snapToGrid w:val="0"/>
              <w:jc w:val="center"/>
              <w:rPr>
                <w:rFonts w:cs="Times New Roman;Times New Roman"/>
                <w:lang w:val="ro-RO"/>
              </w:rPr>
            </w:pPr>
          </w:p>
        </w:tc>
        <w:tc>
          <w:tcPr>
            <w:tcW w:w="960" w:type="dxa"/>
            <w:tcBorders>
              <w:top w:val="single" w:sz="4" w:space="0" w:color="000000"/>
              <w:left w:val="single" w:sz="4" w:space="0" w:color="000000"/>
              <w:bottom w:val="single" w:sz="4" w:space="0" w:color="000000"/>
              <w:right w:val="single" w:sz="4" w:space="0" w:color="000000"/>
            </w:tcBorders>
            <w:vAlign w:val="bottom"/>
          </w:tcPr>
          <w:p w14:paraId="277B69FB" w14:textId="77777777" w:rsidR="006D4E92" w:rsidRDefault="006D4E92">
            <w:pPr>
              <w:snapToGrid w:val="0"/>
              <w:jc w:val="center"/>
              <w:rPr>
                <w:rFonts w:cs="Times New Roman;Times New Roman"/>
                <w:lang w:val="ro-RO"/>
              </w:rPr>
            </w:pPr>
          </w:p>
        </w:tc>
        <w:tc>
          <w:tcPr>
            <w:tcW w:w="1860" w:type="dxa"/>
            <w:tcBorders>
              <w:top w:val="single" w:sz="4" w:space="0" w:color="000000"/>
              <w:left w:val="single" w:sz="4" w:space="0" w:color="000000"/>
              <w:bottom w:val="single" w:sz="4" w:space="0" w:color="000000"/>
              <w:right w:val="single" w:sz="4" w:space="0" w:color="000000"/>
            </w:tcBorders>
            <w:vAlign w:val="bottom"/>
          </w:tcPr>
          <w:p w14:paraId="449D8F96" w14:textId="77777777" w:rsidR="006D4E92" w:rsidRDefault="006D4E92">
            <w:pPr>
              <w:snapToGrid w:val="0"/>
              <w:jc w:val="both"/>
              <w:rPr>
                <w:rFonts w:cs="Times New Roman;Times New Roman"/>
                <w:lang w:val="ro-RO"/>
              </w:rPr>
            </w:pPr>
          </w:p>
        </w:tc>
      </w:tr>
      <w:tr w:rsidR="006D4E92" w14:paraId="050E34BE" w14:textId="77777777">
        <w:trPr>
          <w:trHeight w:val="379"/>
          <w:jc w:val="center"/>
        </w:trPr>
        <w:tc>
          <w:tcPr>
            <w:tcW w:w="960" w:type="dxa"/>
            <w:tcBorders>
              <w:top w:val="single" w:sz="4" w:space="0" w:color="000000"/>
              <w:left w:val="single" w:sz="4" w:space="0" w:color="000000"/>
              <w:bottom w:val="single" w:sz="4" w:space="0" w:color="000000"/>
              <w:right w:val="single" w:sz="4" w:space="0" w:color="000000"/>
            </w:tcBorders>
            <w:vAlign w:val="bottom"/>
          </w:tcPr>
          <w:p w14:paraId="1695D1BD" w14:textId="77777777" w:rsidR="006D4E92" w:rsidRDefault="006D4E92">
            <w:pPr>
              <w:numPr>
                <w:ilvl w:val="0"/>
                <w:numId w:val="9"/>
              </w:numPr>
              <w:snapToGrid w:val="0"/>
              <w:spacing w:after="0" w:line="240" w:lineRule="auto"/>
              <w:contextualSpacing/>
              <w:jc w:val="center"/>
              <w:rPr>
                <w:rFonts w:ascii="Times New Roman;Times New Roman" w:hAnsi="Times New Roman;Times New Roman" w:cs="Times New Roman;Times New Roman"/>
                <w:szCs w:val="24"/>
                <w:lang w:val="ro-RO"/>
              </w:rPr>
            </w:pPr>
          </w:p>
        </w:tc>
        <w:tc>
          <w:tcPr>
            <w:tcW w:w="5107" w:type="dxa"/>
            <w:tcBorders>
              <w:top w:val="single" w:sz="4" w:space="0" w:color="000000"/>
              <w:left w:val="single" w:sz="4" w:space="0" w:color="000000"/>
              <w:bottom w:val="single" w:sz="4" w:space="0" w:color="000000"/>
              <w:right w:val="single" w:sz="4" w:space="0" w:color="000000"/>
            </w:tcBorders>
            <w:vAlign w:val="bottom"/>
          </w:tcPr>
          <w:p w14:paraId="0C9BF623" w14:textId="77777777" w:rsidR="006D4E92" w:rsidRDefault="00000000">
            <w:pPr>
              <w:rPr>
                <w:rFonts w:cs="Times New Roman;Times New Roman"/>
                <w:lang w:val="ro-RO"/>
              </w:rPr>
            </w:pPr>
            <w:r>
              <w:rPr>
                <w:rFonts w:cs="Times New Roman;Times New Roman"/>
                <w:noProof/>
                <w:lang w:val="ro-RO"/>
              </w:rPr>
              <w:drawing>
                <wp:inline distT="0" distB="0" distL="0" distR="0" wp14:anchorId="4E36D56D" wp14:editId="28A6A4F8">
                  <wp:extent cx="2263140" cy="1417320"/>
                  <wp:effectExtent l="0" t="0" r="0" b="0"/>
                  <wp:docPr id="12"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
                          <pic:cNvPicPr>
                            <a:picLocks noChangeAspect="1" noChangeArrowheads="1"/>
                          </pic:cNvPicPr>
                        </pic:nvPicPr>
                        <pic:blipFill>
                          <a:blip/>
                          <a:srcRect l="-16" t="-25" r="-16" b="-25"/>
                          <a:stretch>
                            <a:fillRect/>
                          </a:stretch>
                        </pic:blipFill>
                        <pic:spPr bwMode="auto">
                          <a:xfrm>
                            <a:off x="0" y="0"/>
                            <a:ext cx="2263140" cy="1417320"/>
                          </a:xfrm>
                          <a:prstGeom prst="rect">
                            <a:avLst/>
                          </a:prstGeom>
                          <a:noFill/>
                        </pic:spPr>
                      </pic:pic>
                    </a:graphicData>
                  </a:graphic>
                </wp:inline>
              </w:drawing>
            </w:r>
          </w:p>
          <w:p w14:paraId="563E5236" w14:textId="77777777" w:rsidR="006D4E92" w:rsidRDefault="00000000">
            <w:pPr>
              <w:rPr>
                <w:rFonts w:cs="Times New Roman;Times New Roman"/>
                <w:lang w:val="ro-RO"/>
              </w:rPr>
            </w:pPr>
            <w:r>
              <w:rPr>
                <w:rFonts w:cs="Times New Roman;Times New Roman"/>
                <w:lang w:val="ro-RO"/>
              </w:rPr>
              <w:t>Intrare la teren de fotbal central</w:t>
            </w:r>
          </w:p>
        </w:tc>
        <w:tc>
          <w:tcPr>
            <w:tcW w:w="960" w:type="dxa"/>
            <w:tcBorders>
              <w:top w:val="single" w:sz="4" w:space="0" w:color="000000"/>
              <w:left w:val="single" w:sz="4" w:space="0" w:color="000000"/>
              <w:bottom w:val="single" w:sz="4" w:space="0" w:color="000000"/>
              <w:right w:val="single" w:sz="4" w:space="0" w:color="000000"/>
            </w:tcBorders>
            <w:vAlign w:val="bottom"/>
          </w:tcPr>
          <w:p w14:paraId="2FE4D5FB" w14:textId="77777777" w:rsidR="006D4E92" w:rsidRDefault="006D4E92">
            <w:pPr>
              <w:snapToGrid w:val="0"/>
              <w:jc w:val="center"/>
              <w:rPr>
                <w:rFonts w:cs="Times New Roman;Times New Roman"/>
                <w:lang w:val="ro-RO"/>
              </w:rPr>
            </w:pPr>
          </w:p>
        </w:tc>
        <w:tc>
          <w:tcPr>
            <w:tcW w:w="960" w:type="dxa"/>
            <w:tcBorders>
              <w:top w:val="single" w:sz="4" w:space="0" w:color="000000"/>
              <w:left w:val="single" w:sz="4" w:space="0" w:color="000000"/>
              <w:bottom w:val="single" w:sz="4" w:space="0" w:color="000000"/>
              <w:right w:val="single" w:sz="4" w:space="0" w:color="000000"/>
            </w:tcBorders>
            <w:vAlign w:val="bottom"/>
          </w:tcPr>
          <w:p w14:paraId="78F1DB64" w14:textId="77777777" w:rsidR="006D4E92" w:rsidRDefault="006D4E92">
            <w:pPr>
              <w:snapToGrid w:val="0"/>
              <w:jc w:val="center"/>
              <w:rPr>
                <w:rFonts w:cs="Times New Roman;Times New Roman"/>
                <w:lang w:val="ro-RO"/>
              </w:rPr>
            </w:pPr>
          </w:p>
        </w:tc>
        <w:tc>
          <w:tcPr>
            <w:tcW w:w="1860" w:type="dxa"/>
            <w:tcBorders>
              <w:top w:val="single" w:sz="4" w:space="0" w:color="000000"/>
              <w:left w:val="single" w:sz="4" w:space="0" w:color="000000"/>
              <w:bottom w:val="single" w:sz="4" w:space="0" w:color="000000"/>
              <w:right w:val="single" w:sz="4" w:space="0" w:color="000000"/>
            </w:tcBorders>
            <w:vAlign w:val="bottom"/>
          </w:tcPr>
          <w:p w14:paraId="717A8A07" w14:textId="77777777" w:rsidR="006D4E92" w:rsidRDefault="006D4E92">
            <w:pPr>
              <w:snapToGrid w:val="0"/>
              <w:jc w:val="both"/>
              <w:rPr>
                <w:rFonts w:cs="Times New Roman;Times New Roman"/>
                <w:lang w:val="ro-RO"/>
              </w:rPr>
            </w:pPr>
          </w:p>
        </w:tc>
      </w:tr>
      <w:tr w:rsidR="006D4E92" w14:paraId="0B01BE15" w14:textId="77777777">
        <w:trPr>
          <w:trHeight w:val="379"/>
          <w:jc w:val="center"/>
        </w:trPr>
        <w:tc>
          <w:tcPr>
            <w:tcW w:w="960" w:type="dxa"/>
            <w:tcBorders>
              <w:top w:val="single" w:sz="4" w:space="0" w:color="000000"/>
              <w:left w:val="single" w:sz="4" w:space="0" w:color="000000"/>
              <w:bottom w:val="single" w:sz="4" w:space="0" w:color="000000"/>
              <w:right w:val="single" w:sz="4" w:space="0" w:color="000000"/>
            </w:tcBorders>
            <w:vAlign w:val="bottom"/>
          </w:tcPr>
          <w:p w14:paraId="0D0A1CCA" w14:textId="77777777" w:rsidR="006D4E92" w:rsidRDefault="006D4E92">
            <w:pPr>
              <w:numPr>
                <w:ilvl w:val="0"/>
                <w:numId w:val="9"/>
              </w:numPr>
              <w:snapToGrid w:val="0"/>
              <w:spacing w:after="0" w:line="240" w:lineRule="auto"/>
              <w:contextualSpacing/>
              <w:jc w:val="center"/>
              <w:rPr>
                <w:rFonts w:ascii="Times New Roman;Times New Roman" w:hAnsi="Times New Roman;Times New Roman" w:cs="Times New Roman;Times New Roman"/>
                <w:szCs w:val="24"/>
                <w:lang w:val="ro-RO"/>
              </w:rPr>
            </w:pPr>
          </w:p>
        </w:tc>
        <w:tc>
          <w:tcPr>
            <w:tcW w:w="5107" w:type="dxa"/>
            <w:tcBorders>
              <w:top w:val="single" w:sz="4" w:space="0" w:color="000000"/>
              <w:left w:val="single" w:sz="4" w:space="0" w:color="000000"/>
              <w:bottom w:val="single" w:sz="4" w:space="0" w:color="000000"/>
              <w:right w:val="single" w:sz="4" w:space="0" w:color="000000"/>
            </w:tcBorders>
            <w:vAlign w:val="bottom"/>
          </w:tcPr>
          <w:p w14:paraId="57FF3AF6" w14:textId="77777777" w:rsidR="006D4E92" w:rsidRDefault="00000000">
            <w:pPr>
              <w:rPr>
                <w:rFonts w:cs="Times New Roman;Times New Roman"/>
                <w:lang w:val="ro-RO"/>
              </w:rPr>
            </w:pPr>
            <w:r>
              <w:rPr>
                <w:rFonts w:cs="Times New Roman;Times New Roman"/>
                <w:noProof/>
                <w:lang w:val="ro-RO"/>
              </w:rPr>
              <w:drawing>
                <wp:inline distT="0" distB="0" distL="0" distR="0" wp14:anchorId="1C1386ED" wp14:editId="342BFADB">
                  <wp:extent cx="2339340" cy="1424940"/>
                  <wp:effectExtent l="0" t="0" r="0" b="0"/>
                  <wp:docPr id="13"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
                          <pic:cNvPicPr>
                            <a:picLocks noChangeAspect="1" noChangeArrowheads="1"/>
                          </pic:cNvPicPr>
                        </pic:nvPicPr>
                        <pic:blipFill>
                          <a:blip/>
                          <a:srcRect l="-15" t="-25" r="-15" b="-25"/>
                          <a:stretch>
                            <a:fillRect/>
                          </a:stretch>
                        </pic:blipFill>
                        <pic:spPr bwMode="auto">
                          <a:xfrm>
                            <a:off x="0" y="0"/>
                            <a:ext cx="2339340" cy="1424940"/>
                          </a:xfrm>
                          <a:prstGeom prst="rect">
                            <a:avLst/>
                          </a:prstGeom>
                          <a:noFill/>
                        </pic:spPr>
                      </pic:pic>
                    </a:graphicData>
                  </a:graphic>
                </wp:inline>
              </w:drawing>
            </w:r>
          </w:p>
          <w:p w14:paraId="7585D771" w14:textId="77777777" w:rsidR="006D4E92" w:rsidRDefault="00000000">
            <w:pPr>
              <w:rPr>
                <w:rFonts w:cs="Times New Roman;Times New Roman"/>
                <w:lang w:val="ro-RO"/>
              </w:rPr>
            </w:pPr>
            <w:r>
              <w:rPr>
                <w:rFonts w:cs="Times New Roman;Times New Roman"/>
                <w:lang w:val="ro-RO"/>
              </w:rPr>
              <w:t>Sediul Inreprindere publica EcoMereni</w:t>
            </w:r>
          </w:p>
        </w:tc>
        <w:tc>
          <w:tcPr>
            <w:tcW w:w="960" w:type="dxa"/>
            <w:tcBorders>
              <w:top w:val="single" w:sz="4" w:space="0" w:color="000000"/>
              <w:left w:val="single" w:sz="4" w:space="0" w:color="000000"/>
              <w:bottom w:val="single" w:sz="4" w:space="0" w:color="000000"/>
              <w:right w:val="single" w:sz="4" w:space="0" w:color="000000"/>
            </w:tcBorders>
            <w:vAlign w:val="bottom"/>
          </w:tcPr>
          <w:p w14:paraId="2AA6EF5B" w14:textId="77777777" w:rsidR="006D4E92" w:rsidRDefault="006D4E92">
            <w:pPr>
              <w:snapToGrid w:val="0"/>
              <w:jc w:val="center"/>
              <w:rPr>
                <w:rFonts w:cs="Times New Roman;Times New Roman"/>
                <w:lang w:val="ro-RO"/>
              </w:rPr>
            </w:pPr>
          </w:p>
        </w:tc>
        <w:tc>
          <w:tcPr>
            <w:tcW w:w="960" w:type="dxa"/>
            <w:tcBorders>
              <w:top w:val="single" w:sz="4" w:space="0" w:color="000000"/>
              <w:left w:val="single" w:sz="4" w:space="0" w:color="000000"/>
              <w:bottom w:val="single" w:sz="4" w:space="0" w:color="000000"/>
              <w:right w:val="single" w:sz="4" w:space="0" w:color="000000"/>
            </w:tcBorders>
            <w:vAlign w:val="bottom"/>
          </w:tcPr>
          <w:p w14:paraId="61393FB6" w14:textId="77777777" w:rsidR="006D4E92" w:rsidRDefault="006D4E92">
            <w:pPr>
              <w:snapToGrid w:val="0"/>
              <w:jc w:val="center"/>
              <w:rPr>
                <w:rFonts w:cs="Times New Roman;Times New Roman"/>
                <w:lang w:val="ro-RO"/>
              </w:rPr>
            </w:pPr>
          </w:p>
        </w:tc>
        <w:tc>
          <w:tcPr>
            <w:tcW w:w="1860" w:type="dxa"/>
            <w:tcBorders>
              <w:top w:val="single" w:sz="4" w:space="0" w:color="000000"/>
              <w:left w:val="single" w:sz="4" w:space="0" w:color="000000"/>
              <w:bottom w:val="single" w:sz="4" w:space="0" w:color="000000"/>
              <w:right w:val="single" w:sz="4" w:space="0" w:color="000000"/>
            </w:tcBorders>
            <w:vAlign w:val="bottom"/>
          </w:tcPr>
          <w:p w14:paraId="6C4E1829" w14:textId="77777777" w:rsidR="006D4E92" w:rsidRDefault="006D4E92">
            <w:pPr>
              <w:snapToGrid w:val="0"/>
              <w:jc w:val="both"/>
              <w:rPr>
                <w:rFonts w:cs="Times New Roman;Times New Roman"/>
                <w:lang w:val="ro-RO"/>
              </w:rPr>
            </w:pPr>
          </w:p>
        </w:tc>
      </w:tr>
      <w:tr w:rsidR="006D4E92" w14:paraId="64F3CC04" w14:textId="77777777">
        <w:trPr>
          <w:trHeight w:val="379"/>
          <w:jc w:val="center"/>
        </w:trPr>
        <w:tc>
          <w:tcPr>
            <w:tcW w:w="960" w:type="dxa"/>
            <w:tcBorders>
              <w:top w:val="single" w:sz="4" w:space="0" w:color="000000"/>
              <w:left w:val="single" w:sz="4" w:space="0" w:color="000000"/>
              <w:bottom w:val="single" w:sz="4" w:space="0" w:color="000000"/>
              <w:right w:val="single" w:sz="4" w:space="0" w:color="000000"/>
            </w:tcBorders>
            <w:vAlign w:val="bottom"/>
          </w:tcPr>
          <w:p w14:paraId="5CE5CF5E" w14:textId="77777777" w:rsidR="006D4E92" w:rsidRDefault="006D4E92">
            <w:pPr>
              <w:numPr>
                <w:ilvl w:val="0"/>
                <w:numId w:val="9"/>
              </w:numPr>
              <w:snapToGrid w:val="0"/>
              <w:spacing w:after="0" w:line="240" w:lineRule="auto"/>
              <w:contextualSpacing/>
              <w:jc w:val="center"/>
              <w:rPr>
                <w:rFonts w:ascii="Times New Roman;Times New Roman" w:hAnsi="Times New Roman;Times New Roman" w:cs="Times New Roman;Times New Roman"/>
                <w:szCs w:val="24"/>
                <w:lang w:val="ro-RO"/>
              </w:rPr>
            </w:pPr>
          </w:p>
        </w:tc>
        <w:tc>
          <w:tcPr>
            <w:tcW w:w="5107" w:type="dxa"/>
            <w:tcBorders>
              <w:top w:val="single" w:sz="4" w:space="0" w:color="000000"/>
              <w:left w:val="single" w:sz="4" w:space="0" w:color="000000"/>
              <w:bottom w:val="single" w:sz="4" w:space="0" w:color="000000"/>
              <w:right w:val="single" w:sz="4" w:space="0" w:color="000000"/>
            </w:tcBorders>
            <w:vAlign w:val="bottom"/>
          </w:tcPr>
          <w:p w14:paraId="77513BA3" w14:textId="77777777" w:rsidR="006D4E92" w:rsidRDefault="00000000">
            <w:pPr>
              <w:rPr>
                <w:rFonts w:cs="Times New Roman;Times New Roman"/>
                <w:lang w:val="ro-RO"/>
              </w:rPr>
            </w:pPr>
            <w:r>
              <w:rPr>
                <w:rFonts w:cs="Times New Roman;Times New Roman"/>
                <w:noProof/>
                <w:lang w:val="ro-RO"/>
              </w:rPr>
              <w:drawing>
                <wp:inline distT="0" distB="0" distL="0" distR="0" wp14:anchorId="16436559" wp14:editId="3293CD3E">
                  <wp:extent cx="2385060" cy="1485900"/>
                  <wp:effectExtent l="0" t="0" r="0" b="0"/>
                  <wp:docPr id="14"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4"/>
                          <pic:cNvPicPr>
                            <a:picLocks noChangeAspect="1" noChangeArrowheads="1"/>
                          </pic:cNvPicPr>
                        </pic:nvPicPr>
                        <pic:blipFill>
                          <a:blip/>
                          <a:srcRect l="-15" t="-24" r="-15" b="-24"/>
                          <a:stretch>
                            <a:fillRect/>
                          </a:stretch>
                        </pic:blipFill>
                        <pic:spPr bwMode="auto">
                          <a:xfrm>
                            <a:off x="0" y="0"/>
                            <a:ext cx="2385060" cy="1485900"/>
                          </a:xfrm>
                          <a:prstGeom prst="rect">
                            <a:avLst/>
                          </a:prstGeom>
                          <a:noFill/>
                        </pic:spPr>
                      </pic:pic>
                    </a:graphicData>
                  </a:graphic>
                </wp:inline>
              </w:drawing>
            </w:r>
          </w:p>
          <w:p w14:paraId="0269CB0A" w14:textId="77777777" w:rsidR="006D4E92" w:rsidRDefault="00000000">
            <w:pPr>
              <w:rPr>
                <w:rFonts w:cs="Times New Roman;Times New Roman"/>
                <w:lang w:val="ro-RO"/>
              </w:rPr>
            </w:pPr>
            <w:r>
              <w:rPr>
                <w:rFonts w:cs="Times New Roman;Times New Roman"/>
                <w:lang w:val="ro-RO"/>
              </w:rPr>
              <w:t>Sediul Inreprindere publica EcoMereni</w:t>
            </w:r>
          </w:p>
          <w:p w14:paraId="2F9EE49F" w14:textId="77777777" w:rsidR="006D4E92" w:rsidRDefault="006D4E92">
            <w:pPr>
              <w:rPr>
                <w:rFonts w:cs="Times New Roman;Times New Roman"/>
                <w:lang w:val="ro-RO"/>
              </w:rPr>
            </w:pPr>
          </w:p>
          <w:p w14:paraId="7DB5851F" w14:textId="77777777" w:rsidR="006D4E92" w:rsidRDefault="006D4E92">
            <w:pPr>
              <w:rPr>
                <w:rFonts w:cs="Times New Roman;Times New Roman"/>
                <w:lang w:val="ro-RO"/>
              </w:rPr>
            </w:pPr>
          </w:p>
        </w:tc>
        <w:tc>
          <w:tcPr>
            <w:tcW w:w="960" w:type="dxa"/>
            <w:tcBorders>
              <w:top w:val="single" w:sz="4" w:space="0" w:color="000000"/>
              <w:left w:val="single" w:sz="4" w:space="0" w:color="000000"/>
              <w:bottom w:val="single" w:sz="4" w:space="0" w:color="000000"/>
              <w:right w:val="single" w:sz="4" w:space="0" w:color="000000"/>
            </w:tcBorders>
            <w:vAlign w:val="bottom"/>
          </w:tcPr>
          <w:p w14:paraId="37C0F38B" w14:textId="77777777" w:rsidR="006D4E92" w:rsidRDefault="006D4E92">
            <w:pPr>
              <w:snapToGrid w:val="0"/>
              <w:jc w:val="center"/>
              <w:rPr>
                <w:rFonts w:cs="Times New Roman;Times New Roman"/>
                <w:lang w:val="ro-RO"/>
              </w:rPr>
            </w:pPr>
          </w:p>
        </w:tc>
        <w:tc>
          <w:tcPr>
            <w:tcW w:w="960" w:type="dxa"/>
            <w:tcBorders>
              <w:top w:val="single" w:sz="4" w:space="0" w:color="000000"/>
              <w:left w:val="single" w:sz="4" w:space="0" w:color="000000"/>
              <w:bottom w:val="single" w:sz="4" w:space="0" w:color="000000"/>
              <w:right w:val="single" w:sz="4" w:space="0" w:color="000000"/>
            </w:tcBorders>
            <w:vAlign w:val="bottom"/>
          </w:tcPr>
          <w:p w14:paraId="004BE9F3" w14:textId="77777777" w:rsidR="006D4E92" w:rsidRDefault="006D4E92">
            <w:pPr>
              <w:snapToGrid w:val="0"/>
              <w:jc w:val="center"/>
              <w:rPr>
                <w:rFonts w:cs="Times New Roman;Times New Roman"/>
                <w:lang w:val="ro-RO"/>
              </w:rPr>
            </w:pPr>
          </w:p>
        </w:tc>
        <w:tc>
          <w:tcPr>
            <w:tcW w:w="1860" w:type="dxa"/>
            <w:tcBorders>
              <w:top w:val="single" w:sz="4" w:space="0" w:color="000000"/>
              <w:left w:val="single" w:sz="4" w:space="0" w:color="000000"/>
              <w:bottom w:val="single" w:sz="4" w:space="0" w:color="000000"/>
              <w:right w:val="single" w:sz="4" w:space="0" w:color="000000"/>
            </w:tcBorders>
            <w:vAlign w:val="bottom"/>
          </w:tcPr>
          <w:p w14:paraId="7B5AC991" w14:textId="77777777" w:rsidR="006D4E92" w:rsidRDefault="006D4E92">
            <w:pPr>
              <w:snapToGrid w:val="0"/>
              <w:jc w:val="both"/>
              <w:rPr>
                <w:rFonts w:cs="Times New Roman;Times New Roman"/>
                <w:lang w:val="ro-RO"/>
              </w:rPr>
            </w:pPr>
          </w:p>
        </w:tc>
      </w:tr>
      <w:tr w:rsidR="006D4E92" w14:paraId="0B101257" w14:textId="77777777">
        <w:trPr>
          <w:trHeight w:val="379"/>
          <w:jc w:val="center"/>
        </w:trPr>
        <w:tc>
          <w:tcPr>
            <w:tcW w:w="960" w:type="dxa"/>
            <w:tcBorders>
              <w:top w:val="single" w:sz="4" w:space="0" w:color="000000"/>
              <w:left w:val="single" w:sz="4" w:space="0" w:color="000000"/>
              <w:bottom w:val="single" w:sz="4" w:space="0" w:color="000000"/>
              <w:right w:val="single" w:sz="4" w:space="0" w:color="000000"/>
            </w:tcBorders>
            <w:vAlign w:val="bottom"/>
          </w:tcPr>
          <w:p w14:paraId="77E6A5EB" w14:textId="77777777" w:rsidR="006D4E92" w:rsidRDefault="006D4E92">
            <w:pPr>
              <w:numPr>
                <w:ilvl w:val="0"/>
                <w:numId w:val="9"/>
              </w:numPr>
              <w:snapToGrid w:val="0"/>
              <w:spacing w:after="0" w:line="240" w:lineRule="auto"/>
              <w:contextualSpacing/>
              <w:jc w:val="center"/>
              <w:rPr>
                <w:rFonts w:ascii="Times New Roman;Times New Roman" w:hAnsi="Times New Roman;Times New Roman" w:cs="Times New Roman;Times New Roman"/>
                <w:szCs w:val="24"/>
                <w:lang w:val="ro-RO"/>
              </w:rPr>
            </w:pPr>
          </w:p>
        </w:tc>
        <w:tc>
          <w:tcPr>
            <w:tcW w:w="5107" w:type="dxa"/>
            <w:tcBorders>
              <w:top w:val="single" w:sz="4" w:space="0" w:color="000000"/>
              <w:left w:val="single" w:sz="4" w:space="0" w:color="000000"/>
              <w:bottom w:val="single" w:sz="4" w:space="0" w:color="000000"/>
              <w:right w:val="single" w:sz="4" w:space="0" w:color="000000"/>
            </w:tcBorders>
            <w:vAlign w:val="bottom"/>
          </w:tcPr>
          <w:p w14:paraId="66781ADC" w14:textId="77777777" w:rsidR="006D4E92" w:rsidRDefault="00000000">
            <w:pPr>
              <w:rPr>
                <w:rFonts w:cs="Times New Roman;Times New Roman"/>
                <w:lang w:val="ro-RO"/>
              </w:rPr>
            </w:pPr>
            <w:r>
              <w:rPr>
                <w:rFonts w:cs="Times New Roman;Times New Roman"/>
                <w:noProof/>
                <w:lang w:val="ro-RO"/>
              </w:rPr>
              <w:drawing>
                <wp:inline distT="0" distB="0" distL="0" distR="0" wp14:anchorId="6B35890E" wp14:editId="7FD7CD80">
                  <wp:extent cx="2194560" cy="1417320"/>
                  <wp:effectExtent l="0" t="0" r="0" b="0"/>
                  <wp:docPr id="15" name="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5"/>
                          <pic:cNvPicPr>
                            <a:picLocks noChangeAspect="1" noChangeArrowheads="1"/>
                          </pic:cNvPicPr>
                        </pic:nvPicPr>
                        <pic:blipFill>
                          <a:blip/>
                          <a:srcRect l="-16" t="-25" r="-16" b="-25"/>
                          <a:stretch>
                            <a:fillRect/>
                          </a:stretch>
                        </pic:blipFill>
                        <pic:spPr bwMode="auto">
                          <a:xfrm>
                            <a:off x="0" y="0"/>
                            <a:ext cx="2194560" cy="1417320"/>
                          </a:xfrm>
                          <a:prstGeom prst="rect">
                            <a:avLst/>
                          </a:prstGeom>
                          <a:noFill/>
                        </pic:spPr>
                      </pic:pic>
                    </a:graphicData>
                  </a:graphic>
                </wp:inline>
              </w:drawing>
            </w:r>
          </w:p>
          <w:p w14:paraId="28AB58BE" w14:textId="77777777" w:rsidR="006D4E92" w:rsidRDefault="00000000">
            <w:r>
              <w:rPr>
                <w:rFonts w:cs="Times New Roman;Times New Roman"/>
                <w:lang w:val="ro-RO"/>
              </w:rPr>
              <w:t>Sediul Inreprindere publica EcoMereni</w:t>
            </w:r>
          </w:p>
          <w:p w14:paraId="50783D4D" w14:textId="77777777" w:rsidR="006D4E92" w:rsidRDefault="006D4E92">
            <w:pPr>
              <w:rPr>
                <w:rFonts w:cs="Times New Roman;Times New Roman"/>
                <w:lang w:val="ro-RO"/>
              </w:rPr>
            </w:pPr>
          </w:p>
        </w:tc>
        <w:tc>
          <w:tcPr>
            <w:tcW w:w="960" w:type="dxa"/>
            <w:tcBorders>
              <w:top w:val="single" w:sz="4" w:space="0" w:color="000000"/>
              <w:left w:val="single" w:sz="4" w:space="0" w:color="000000"/>
              <w:bottom w:val="single" w:sz="4" w:space="0" w:color="000000"/>
              <w:right w:val="single" w:sz="4" w:space="0" w:color="000000"/>
            </w:tcBorders>
            <w:vAlign w:val="bottom"/>
          </w:tcPr>
          <w:p w14:paraId="2FD4895E" w14:textId="77777777" w:rsidR="006D4E92" w:rsidRDefault="006D4E92">
            <w:pPr>
              <w:snapToGrid w:val="0"/>
              <w:jc w:val="center"/>
              <w:rPr>
                <w:rFonts w:cs="Times New Roman;Times New Roman"/>
                <w:lang w:val="ro-RO"/>
              </w:rPr>
            </w:pPr>
          </w:p>
        </w:tc>
        <w:tc>
          <w:tcPr>
            <w:tcW w:w="960" w:type="dxa"/>
            <w:tcBorders>
              <w:top w:val="single" w:sz="4" w:space="0" w:color="000000"/>
              <w:left w:val="single" w:sz="4" w:space="0" w:color="000000"/>
              <w:bottom w:val="single" w:sz="4" w:space="0" w:color="000000"/>
              <w:right w:val="single" w:sz="4" w:space="0" w:color="000000"/>
            </w:tcBorders>
            <w:vAlign w:val="bottom"/>
          </w:tcPr>
          <w:p w14:paraId="07A69F30" w14:textId="77777777" w:rsidR="006D4E92" w:rsidRDefault="006D4E92">
            <w:pPr>
              <w:snapToGrid w:val="0"/>
              <w:jc w:val="center"/>
              <w:rPr>
                <w:rFonts w:cs="Times New Roman;Times New Roman"/>
                <w:lang w:val="ro-RO"/>
              </w:rPr>
            </w:pPr>
          </w:p>
        </w:tc>
        <w:tc>
          <w:tcPr>
            <w:tcW w:w="1860" w:type="dxa"/>
            <w:tcBorders>
              <w:top w:val="single" w:sz="4" w:space="0" w:color="000000"/>
              <w:left w:val="single" w:sz="4" w:space="0" w:color="000000"/>
              <w:bottom w:val="single" w:sz="4" w:space="0" w:color="000000"/>
              <w:right w:val="single" w:sz="4" w:space="0" w:color="000000"/>
            </w:tcBorders>
            <w:vAlign w:val="bottom"/>
          </w:tcPr>
          <w:p w14:paraId="1E35A538" w14:textId="77777777" w:rsidR="006D4E92" w:rsidRDefault="006D4E92">
            <w:pPr>
              <w:snapToGrid w:val="0"/>
              <w:jc w:val="both"/>
              <w:rPr>
                <w:rFonts w:cs="Times New Roman;Times New Roman"/>
                <w:lang w:val="ro-RO"/>
              </w:rPr>
            </w:pPr>
          </w:p>
        </w:tc>
      </w:tr>
      <w:tr w:rsidR="006D4E92" w14:paraId="728BC71A" w14:textId="77777777">
        <w:trPr>
          <w:trHeight w:val="379"/>
          <w:jc w:val="center"/>
        </w:trPr>
        <w:tc>
          <w:tcPr>
            <w:tcW w:w="960" w:type="dxa"/>
            <w:tcBorders>
              <w:top w:val="single" w:sz="4" w:space="0" w:color="000000"/>
              <w:left w:val="single" w:sz="4" w:space="0" w:color="000000"/>
              <w:bottom w:val="single" w:sz="4" w:space="0" w:color="000000"/>
              <w:right w:val="single" w:sz="4" w:space="0" w:color="000000"/>
            </w:tcBorders>
            <w:vAlign w:val="bottom"/>
          </w:tcPr>
          <w:p w14:paraId="029C418A" w14:textId="77777777" w:rsidR="006D4E92" w:rsidRDefault="006D4E92">
            <w:pPr>
              <w:numPr>
                <w:ilvl w:val="0"/>
                <w:numId w:val="9"/>
              </w:numPr>
              <w:snapToGrid w:val="0"/>
              <w:spacing w:after="0" w:line="240" w:lineRule="auto"/>
              <w:contextualSpacing/>
              <w:jc w:val="center"/>
              <w:rPr>
                <w:rFonts w:ascii="Times New Roman;Times New Roman" w:hAnsi="Times New Roman;Times New Roman" w:cs="Times New Roman;Times New Roman"/>
                <w:szCs w:val="24"/>
                <w:lang w:val="ro-RO"/>
              </w:rPr>
            </w:pPr>
          </w:p>
        </w:tc>
        <w:tc>
          <w:tcPr>
            <w:tcW w:w="5107" w:type="dxa"/>
            <w:tcBorders>
              <w:top w:val="single" w:sz="4" w:space="0" w:color="000000"/>
              <w:left w:val="single" w:sz="4" w:space="0" w:color="000000"/>
              <w:bottom w:val="single" w:sz="4" w:space="0" w:color="000000"/>
              <w:right w:val="single" w:sz="4" w:space="0" w:color="000000"/>
            </w:tcBorders>
            <w:vAlign w:val="bottom"/>
          </w:tcPr>
          <w:p w14:paraId="3F8B0BDF" w14:textId="77777777" w:rsidR="006D4E92" w:rsidRDefault="00000000">
            <w:pPr>
              <w:rPr>
                <w:rFonts w:cs="Times New Roman;Times New Roman"/>
                <w:lang w:val="ro-RO"/>
              </w:rPr>
            </w:pPr>
            <w:r>
              <w:rPr>
                <w:rFonts w:cs="Times New Roman;Times New Roman"/>
                <w:noProof/>
                <w:lang w:val="ro-RO"/>
              </w:rPr>
              <w:drawing>
                <wp:inline distT="0" distB="0" distL="0" distR="0" wp14:anchorId="14F3AB9A" wp14:editId="630AEF69">
                  <wp:extent cx="2225040" cy="1463040"/>
                  <wp:effectExtent l="0" t="0" r="0" b="0"/>
                  <wp:docPr id="16" name="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6"/>
                          <pic:cNvPicPr>
                            <a:picLocks noChangeAspect="1" noChangeArrowheads="1"/>
                          </pic:cNvPicPr>
                        </pic:nvPicPr>
                        <pic:blipFill>
                          <a:blip/>
                          <a:srcRect l="-16" t="-25" r="-16" b="-25"/>
                          <a:stretch>
                            <a:fillRect/>
                          </a:stretch>
                        </pic:blipFill>
                        <pic:spPr bwMode="auto">
                          <a:xfrm>
                            <a:off x="0" y="0"/>
                            <a:ext cx="2225040" cy="1463040"/>
                          </a:xfrm>
                          <a:prstGeom prst="rect">
                            <a:avLst/>
                          </a:prstGeom>
                          <a:noFill/>
                        </pic:spPr>
                      </pic:pic>
                    </a:graphicData>
                  </a:graphic>
                </wp:inline>
              </w:drawing>
            </w:r>
          </w:p>
          <w:p w14:paraId="54534174" w14:textId="77777777" w:rsidR="006D4E92" w:rsidRDefault="00000000">
            <w:pPr>
              <w:rPr>
                <w:rFonts w:cs="Times New Roman;Times New Roman"/>
                <w:lang w:val="ro-RO"/>
              </w:rPr>
            </w:pPr>
            <w:r>
              <w:rPr>
                <w:rFonts w:cs="Times New Roman;Times New Roman"/>
                <w:lang w:val="ro-RO"/>
              </w:rPr>
              <w:t>Sediul Inreprindere publica EcoMereni</w:t>
            </w:r>
          </w:p>
          <w:p w14:paraId="1902EF03" w14:textId="77777777" w:rsidR="006D4E92" w:rsidRDefault="006D4E92">
            <w:pPr>
              <w:rPr>
                <w:rFonts w:cs="Times New Roman;Times New Roman"/>
                <w:lang w:val="ro-RO"/>
              </w:rPr>
            </w:pPr>
          </w:p>
        </w:tc>
        <w:tc>
          <w:tcPr>
            <w:tcW w:w="960" w:type="dxa"/>
            <w:tcBorders>
              <w:top w:val="single" w:sz="4" w:space="0" w:color="000000"/>
              <w:left w:val="single" w:sz="4" w:space="0" w:color="000000"/>
              <w:bottom w:val="single" w:sz="4" w:space="0" w:color="000000"/>
              <w:right w:val="single" w:sz="4" w:space="0" w:color="000000"/>
            </w:tcBorders>
            <w:vAlign w:val="bottom"/>
          </w:tcPr>
          <w:p w14:paraId="209800D6" w14:textId="77777777" w:rsidR="006D4E92" w:rsidRDefault="006D4E92">
            <w:pPr>
              <w:snapToGrid w:val="0"/>
              <w:jc w:val="center"/>
              <w:rPr>
                <w:rFonts w:cs="Times New Roman;Times New Roman"/>
                <w:lang w:val="ro-RO"/>
              </w:rPr>
            </w:pPr>
          </w:p>
        </w:tc>
        <w:tc>
          <w:tcPr>
            <w:tcW w:w="960" w:type="dxa"/>
            <w:tcBorders>
              <w:top w:val="single" w:sz="4" w:space="0" w:color="000000"/>
              <w:left w:val="single" w:sz="4" w:space="0" w:color="000000"/>
              <w:bottom w:val="single" w:sz="4" w:space="0" w:color="000000"/>
              <w:right w:val="single" w:sz="4" w:space="0" w:color="000000"/>
            </w:tcBorders>
            <w:vAlign w:val="bottom"/>
          </w:tcPr>
          <w:p w14:paraId="0264D4CF" w14:textId="77777777" w:rsidR="006D4E92" w:rsidRDefault="006D4E92">
            <w:pPr>
              <w:snapToGrid w:val="0"/>
              <w:jc w:val="center"/>
              <w:rPr>
                <w:rFonts w:cs="Times New Roman;Times New Roman"/>
                <w:lang w:val="ro-RO"/>
              </w:rPr>
            </w:pPr>
          </w:p>
        </w:tc>
        <w:tc>
          <w:tcPr>
            <w:tcW w:w="1860" w:type="dxa"/>
            <w:tcBorders>
              <w:top w:val="single" w:sz="4" w:space="0" w:color="000000"/>
              <w:left w:val="single" w:sz="4" w:space="0" w:color="000000"/>
              <w:bottom w:val="single" w:sz="4" w:space="0" w:color="000000"/>
              <w:right w:val="single" w:sz="4" w:space="0" w:color="000000"/>
            </w:tcBorders>
            <w:vAlign w:val="bottom"/>
          </w:tcPr>
          <w:p w14:paraId="7144AC1D" w14:textId="77777777" w:rsidR="006D4E92" w:rsidRDefault="006D4E92">
            <w:pPr>
              <w:snapToGrid w:val="0"/>
              <w:jc w:val="both"/>
              <w:rPr>
                <w:rFonts w:cs="Times New Roman;Times New Roman"/>
                <w:lang w:val="ro-RO"/>
              </w:rPr>
            </w:pPr>
          </w:p>
        </w:tc>
      </w:tr>
      <w:tr w:rsidR="006D4E92" w14:paraId="71E06161" w14:textId="77777777">
        <w:trPr>
          <w:trHeight w:val="379"/>
          <w:jc w:val="center"/>
        </w:trPr>
        <w:tc>
          <w:tcPr>
            <w:tcW w:w="960" w:type="dxa"/>
            <w:tcBorders>
              <w:top w:val="single" w:sz="4" w:space="0" w:color="000000"/>
              <w:left w:val="single" w:sz="4" w:space="0" w:color="000000"/>
              <w:bottom w:val="single" w:sz="4" w:space="0" w:color="000000"/>
              <w:right w:val="single" w:sz="4" w:space="0" w:color="000000"/>
            </w:tcBorders>
            <w:vAlign w:val="bottom"/>
          </w:tcPr>
          <w:p w14:paraId="776216DF" w14:textId="77777777" w:rsidR="006D4E92" w:rsidRDefault="006D4E92">
            <w:pPr>
              <w:numPr>
                <w:ilvl w:val="0"/>
                <w:numId w:val="9"/>
              </w:numPr>
              <w:snapToGrid w:val="0"/>
              <w:spacing w:after="0" w:line="240" w:lineRule="auto"/>
              <w:contextualSpacing/>
              <w:jc w:val="center"/>
              <w:rPr>
                <w:rFonts w:ascii="Times New Roman;Times New Roman" w:hAnsi="Times New Roman;Times New Roman" w:cs="Times New Roman;Times New Roman"/>
                <w:szCs w:val="24"/>
                <w:lang w:val="ro-RO"/>
              </w:rPr>
            </w:pPr>
          </w:p>
        </w:tc>
        <w:tc>
          <w:tcPr>
            <w:tcW w:w="5107" w:type="dxa"/>
            <w:tcBorders>
              <w:top w:val="single" w:sz="4" w:space="0" w:color="000000"/>
              <w:left w:val="single" w:sz="4" w:space="0" w:color="000000"/>
              <w:bottom w:val="single" w:sz="4" w:space="0" w:color="000000"/>
              <w:right w:val="single" w:sz="4" w:space="0" w:color="000000"/>
            </w:tcBorders>
            <w:vAlign w:val="bottom"/>
          </w:tcPr>
          <w:p w14:paraId="09144E8B" w14:textId="77777777" w:rsidR="006D4E92" w:rsidRDefault="00000000">
            <w:pPr>
              <w:rPr>
                <w:rFonts w:cs="Times New Roman;Times New Roman"/>
                <w:lang w:val="ro-RO"/>
              </w:rPr>
            </w:pPr>
            <w:r>
              <w:rPr>
                <w:rFonts w:cs="Times New Roman;Times New Roman"/>
                <w:noProof/>
                <w:lang w:val="ro-RO"/>
              </w:rPr>
              <w:drawing>
                <wp:inline distT="0" distB="0" distL="0" distR="0" wp14:anchorId="358F7F63" wp14:editId="5D16D68D">
                  <wp:extent cx="2194560" cy="1485900"/>
                  <wp:effectExtent l="0" t="0" r="0" b="0"/>
                  <wp:docPr id="17" name="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7"/>
                          <pic:cNvPicPr>
                            <a:picLocks noChangeAspect="1" noChangeArrowheads="1"/>
                          </pic:cNvPicPr>
                        </pic:nvPicPr>
                        <pic:blipFill>
                          <a:blip/>
                          <a:srcRect l="-16" t="-24" r="-16" b="-24"/>
                          <a:stretch>
                            <a:fillRect/>
                          </a:stretch>
                        </pic:blipFill>
                        <pic:spPr bwMode="auto">
                          <a:xfrm>
                            <a:off x="0" y="0"/>
                            <a:ext cx="2194560" cy="1485900"/>
                          </a:xfrm>
                          <a:prstGeom prst="rect">
                            <a:avLst/>
                          </a:prstGeom>
                          <a:noFill/>
                        </pic:spPr>
                      </pic:pic>
                    </a:graphicData>
                  </a:graphic>
                </wp:inline>
              </w:drawing>
            </w:r>
          </w:p>
          <w:p w14:paraId="6B15E2C4" w14:textId="77777777" w:rsidR="006D4E92" w:rsidRDefault="00000000">
            <w:pPr>
              <w:rPr>
                <w:rFonts w:cs="Times New Roman;Times New Roman"/>
                <w:lang w:val="ro-RO"/>
              </w:rPr>
            </w:pPr>
            <w:r>
              <w:rPr>
                <w:rFonts w:cs="Times New Roman;Times New Roman"/>
                <w:lang w:val="ro-RO"/>
              </w:rPr>
              <w:t>Parcul central</w:t>
            </w:r>
          </w:p>
        </w:tc>
        <w:tc>
          <w:tcPr>
            <w:tcW w:w="960" w:type="dxa"/>
            <w:tcBorders>
              <w:top w:val="single" w:sz="4" w:space="0" w:color="000000"/>
              <w:left w:val="single" w:sz="4" w:space="0" w:color="000000"/>
              <w:bottom w:val="single" w:sz="4" w:space="0" w:color="000000"/>
              <w:right w:val="single" w:sz="4" w:space="0" w:color="000000"/>
            </w:tcBorders>
            <w:vAlign w:val="bottom"/>
          </w:tcPr>
          <w:p w14:paraId="41A962DA" w14:textId="77777777" w:rsidR="006D4E92" w:rsidRDefault="006D4E92">
            <w:pPr>
              <w:snapToGrid w:val="0"/>
              <w:jc w:val="center"/>
              <w:rPr>
                <w:rFonts w:cs="Times New Roman;Times New Roman"/>
                <w:lang w:val="ro-RO"/>
              </w:rPr>
            </w:pPr>
          </w:p>
        </w:tc>
        <w:tc>
          <w:tcPr>
            <w:tcW w:w="960" w:type="dxa"/>
            <w:tcBorders>
              <w:top w:val="single" w:sz="4" w:space="0" w:color="000000"/>
              <w:left w:val="single" w:sz="4" w:space="0" w:color="000000"/>
              <w:bottom w:val="single" w:sz="4" w:space="0" w:color="000000"/>
              <w:right w:val="single" w:sz="4" w:space="0" w:color="000000"/>
            </w:tcBorders>
            <w:vAlign w:val="bottom"/>
          </w:tcPr>
          <w:p w14:paraId="1A422388" w14:textId="77777777" w:rsidR="006D4E92" w:rsidRDefault="006D4E92">
            <w:pPr>
              <w:snapToGrid w:val="0"/>
              <w:jc w:val="center"/>
              <w:rPr>
                <w:rFonts w:cs="Times New Roman;Times New Roman"/>
                <w:lang w:val="ro-RO"/>
              </w:rPr>
            </w:pPr>
          </w:p>
        </w:tc>
        <w:tc>
          <w:tcPr>
            <w:tcW w:w="1860" w:type="dxa"/>
            <w:tcBorders>
              <w:top w:val="single" w:sz="4" w:space="0" w:color="000000"/>
              <w:left w:val="single" w:sz="4" w:space="0" w:color="000000"/>
              <w:bottom w:val="single" w:sz="4" w:space="0" w:color="000000"/>
              <w:right w:val="single" w:sz="4" w:space="0" w:color="000000"/>
            </w:tcBorders>
            <w:vAlign w:val="bottom"/>
          </w:tcPr>
          <w:p w14:paraId="7659E62E" w14:textId="77777777" w:rsidR="006D4E92" w:rsidRDefault="006D4E92">
            <w:pPr>
              <w:snapToGrid w:val="0"/>
              <w:jc w:val="both"/>
              <w:rPr>
                <w:rFonts w:cs="Times New Roman;Times New Roman"/>
                <w:lang w:val="ro-RO"/>
              </w:rPr>
            </w:pPr>
          </w:p>
        </w:tc>
      </w:tr>
      <w:tr w:rsidR="006D4E92" w14:paraId="0E68DFF9" w14:textId="77777777">
        <w:trPr>
          <w:trHeight w:val="379"/>
          <w:jc w:val="center"/>
        </w:trPr>
        <w:tc>
          <w:tcPr>
            <w:tcW w:w="960" w:type="dxa"/>
            <w:tcBorders>
              <w:top w:val="single" w:sz="4" w:space="0" w:color="000000"/>
              <w:left w:val="single" w:sz="4" w:space="0" w:color="000000"/>
              <w:bottom w:val="single" w:sz="4" w:space="0" w:color="000000"/>
              <w:right w:val="single" w:sz="4" w:space="0" w:color="000000"/>
            </w:tcBorders>
            <w:vAlign w:val="bottom"/>
          </w:tcPr>
          <w:p w14:paraId="4804AB04" w14:textId="77777777" w:rsidR="006D4E92" w:rsidRDefault="006D4E92">
            <w:pPr>
              <w:numPr>
                <w:ilvl w:val="0"/>
                <w:numId w:val="9"/>
              </w:numPr>
              <w:snapToGrid w:val="0"/>
              <w:spacing w:after="0" w:line="240" w:lineRule="auto"/>
              <w:contextualSpacing/>
              <w:jc w:val="center"/>
              <w:rPr>
                <w:rFonts w:ascii="Times New Roman;Times New Roman" w:hAnsi="Times New Roman;Times New Roman" w:cs="Times New Roman;Times New Roman"/>
                <w:szCs w:val="24"/>
                <w:lang w:val="ro-RO"/>
              </w:rPr>
            </w:pPr>
          </w:p>
        </w:tc>
        <w:tc>
          <w:tcPr>
            <w:tcW w:w="5107" w:type="dxa"/>
            <w:tcBorders>
              <w:top w:val="single" w:sz="4" w:space="0" w:color="000000"/>
              <w:left w:val="single" w:sz="4" w:space="0" w:color="000000"/>
              <w:bottom w:val="single" w:sz="4" w:space="0" w:color="000000"/>
              <w:right w:val="single" w:sz="4" w:space="0" w:color="000000"/>
            </w:tcBorders>
            <w:vAlign w:val="bottom"/>
          </w:tcPr>
          <w:p w14:paraId="76219E21" w14:textId="77777777" w:rsidR="006D4E92" w:rsidRDefault="00000000">
            <w:pPr>
              <w:rPr>
                <w:rFonts w:cs="Times New Roman;Times New Roman"/>
                <w:lang w:val="ro-RO"/>
              </w:rPr>
            </w:pPr>
            <w:r>
              <w:rPr>
                <w:rFonts w:cs="Times New Roman;Times New Roman"/>
                <w:noProof/>
                <w:lang w:val="ro-RO"/>
              </w:rPr>
              <w:drawing>
                <wp:inline distT="0" distB="0" distL="0" distR="0" wp14:anchorId="5031B40A" wp14:editId="1DD4D527">
                  <wp:extent cx="2232660" cy="1463040"/>
                  <wp:effectExtent l="0" t="0" r="0" b="0"/>
                  <wp:docPr id="18" name="Imag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8"/>
                          <pic:cNvPicPr>
                            <a:picLocks noChangeAspect="1" noChangeArrowheads="1"/>
                          </pic:cNvPicPr>
                        </pic:nvPicPr>
                        <pic:blipFill>
                          <a:blip/>
                          <a:srcRect l="-16" t="-25" r="-16" b="-25"/>
                          <a:stretch>
                            <a:fillRect/>
                          </a:stretch>
                        </pic:blipFill>
                        <pic:spPr bwMode="auto">
                          <a:xfrm>
                            <a:off x="0" y="0"/>
                            <a:ext cx="2232660" cy="1463040"/>
                          </a:xfrm>
                          <a:prstGeom prst="rect">
                            <a:avLst/>
                          </a:prstGeom>
                          <a:noFill/>
                        </pic:spPr>
                      </pic:pic>
                    </a:graphicData>
                  </a:graphic>
                </wp:inline>
              </w:drawing>
            </w:r>
            <w:r>
              <w:rPr>
                <w:rFonts w:eastAsia="Times New Roman;Times New Roman" w:cs="Times New Roman;Times New Roman"/>
                <w:lang w:val="ro-RO"/>
              </w:rPr>
              <w:t xml:space="preserve"> </w:t>
            </w:r>
          </w:p>
          <w:p w14:paraId="02BC447D" w14:textId="77777777" w:rsidR="006D4E92" w:rsidRDefault="00000000">
            <w:pPr>
              <w:rPr>
                <w:rFonts w:cs="Times New Roman;Times New Roman"/>
                <w:lang w:val="ro-RO"/>
              </w:rPr>
            </w:pPr>
            <w:r>
              <w:rPr>
                <w:rFonts w:cs="Times New Roman;Times New Roman"/>
                <w:lang w:val="ro-RO"/>
              </w:rPr>
              <w:t xml:space="preserve">holul primariei </w:t>
            </w:r>
          </w:p>
        </w:tc>
        <w:tc>
          <w:tcPr>
            <w:tcW w:w="960" w:type="dxa"/>
            <w:tcBorders>
              <w:top w:val="single" w:sz="4" w:space="0" w:color="000000"/>
              <w:left w:val="single" w:sz="4" w:space="0" w:color="000000"/>
              <w:bottom w:val="single" w:sz="4" w:space="0" w:color="000000"/>
              <w:right w:val="single" w:sz="4" w:space="0" w:color="000000"/>
            </w:tcBorders>
            <w:vAlign w:val="bottom"/>
          </w:tcPr>
          <w:p w14:paraId="0B9C237D" w14:textId="77777777" w:rsidR="006D4E92" w:rsidRDefault="006D4E92">
            <w:pPr>
              <w:snapToGrid w:val="0"/>
              <w:jc w:val="center"/>
              <w:rPr>
                <w:rFonts w:cs="Times New Roman;Times New Roman"/>
                <w:lang w:val="ro-RO"/>
              </w:rPr>
            </w:pPr>
          </w:p>
        </w:tc>
        <w:tc>
          <w:tcPr>
            <w:tcW w:w="960" w:type="dxa"/>
            <w:tcBorders>
              <w:top w:val="single" w:sz="4" w:space="0" w:color="000000"/>
              <w:left w:val="single" w:sz="4" w:space="0" w:color="000000"/>
              <w:bottom w:val="single" w:sz="4" w:space="0" w:color="000000"/>
              <w:right w:val="single" w:sz="4" w:space="0" w:color="000000"/>
            </w:tcBorders>
            <w:vAlign w:val="bottom"/>
          </w:tcPr>
          <w:p w14:paraId="000A2F1C" w14:textId="77777777" w:rsidR="006D4E92" w:rsidRDefault="006D4E92">
            <w:pPr>
              <w:snapToGrid w:val="0"/>
              <w:jc w:val="center"/>
              <w:rPr>
                <w:rFonts w:cs="Times New Roman;Times New Roman"/>
                <w:lang w:val="ro-RO"/>
              </w:rPr>
            </w:pPr>
          </w:p>
        </w:tc>
        <w:tc>
          <w:tcPr>
            <w:tcW w:w="1860" w:type="dxa"/>
            <w:tcBorders>
              <w:top w:val="single" w:sz="4" w:space="0" w:color="000000"/>
              <w:left w:val="single" w:sz="4" w:space="0" w:color="000000"/>
              <w:bottom w:val="single" w:sz="4" w:space="0" w:color="000000"/>
              <w:right w:val="single" w:sz="4" w:space="0" w:color="000000"/>
            </w:tcBorders>
            <w:vAlign w:val="bottom"/>
          </w:tcPr>
          <w:p w14:paraId="21BDEE3A" w14:textId="77777777" w:rsidR="006D4E92" w:rsidRDefault="006D4E92">
            <w:pPr>
              <w:snapToGrid w:val="0"/>
              <w:jc w:val="both"/>
              <w:rPr>
                <w:rFonts w:cs="Times New Roman;Times New Roman"/>
                <w:lang w:val="ro-RO"/>
              </w:rPr>
            </w:pPr>
          </w:p>
        </w:tc>
      </w:tr>
      <w:tr w:rsidR="006D4E92" w14:paraId="6EAFE633" w14:textId="77777777">
        <w:trPr>
          <w:trHeight w:val="379"/>
          <w:jc w:val="center"/>
        </w:trPr>
        <w:tc>
          <w:tcPr>
            <w:tcW w:w="960" w:type="dxa"/>
            <w:tcBorders>
              <w:top w:val="single" w:sz="4" w:space="0" w:color="000000"/>
              <w:left w:val="single" w:sz="4" w:space="0" w:color="000000"/>
              <w:bottom w:val="single" w:sz="4" w:space="0" w:color="000000"/>
              <w:right w:val="single" w:sz="4" w:space="0" w:color="000000"/>
            </w:tcBorders>
            <w:vAlign w:val="bottom"/>
          </w:tcPr>
          <w:p w14:paraId="686516D1" w14:textId="77777777" w:rsidR="006D4E92" w:rsidRDefault="006D4E92">
            <w:pPr>
              <w:numPr>
                <w:ilvl w:val="0"/>
                <w:numId w:val="9"/>
              </w:numPr>
              <w:snapToGrid w:val="0"/>
              <w:spacing w:after="0" w:line="240" w:lineRule="auto"/>
              <w:contextualSpacing/>
              <w:jc w:val="center"/>
              <w:rPr>
                <w:rFonts w:ascii="Times New Roman;Times New Roman" w:hAnsi="Times New Roman;Times New Roman" w:cs="Times New Roman;Times New Roman"/>
                <w:szCs w:val="24"/>
                <w:lang w:val="ro-RO"/>
              </w:rPr>
            </w:pPr>
          </w:p>
        </w:tc>
        <w:tc>
          <w:tcPr>
            <w:tcW w:w="5107" w:type="dxa"/>
            <w:tcBorders>
              <w:top w:val="single" w:sz="4" w:space="0" w:color="000000"/>
              <w:left w:val="single" w:sz="4" w:space="0" w:color="000000"/>
              <w:bottom w:val="single" w:sz="4" w:space="0" w:color="000000"/>
              <w:right w:val="single" w:sz="4" w:space="0" w:color="000000"/>
            </w:tcBorders>
            <w:vAlign w:val="bottom"/>
          </w:tcPr>
          <w:p w14:paraId="09293515" w14:textId="77777777" w:rsidR="006D4E92" w:rsidRDefault="00000000">
            <w:pPr>
              <w:rPr>
                <w:rFonts w:cs="Times New Roman;Times New Roman"/>
                <w:lang w:val="ro-RO"/>
              </w:rPr>
            </w:pPr>
            <w:r>
              <w:rPr>
                <w:rFonts w:cs="Times New Roman;Times New Roman"/>
                <w:noProof/>
                <w:lang w:val="ro-RO"/>
              </w:rPr>
              <w:drawing>
                <wp:inline distT="0" distB="0" distL="0" distR="0" wp14:anchorId="0901F3C4" wp14:editId="2AF15B54">
                  <wp:extent cx="2415540" cy="1508760"/>
                  <wp:effectExtent l="0" t="0" r="0" b="0"/>
                  <wp:docPr id="19" name="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9"/>
                          <pic:cNvPicPr>
                            <a:picLocks noChangeAspect="1" noChangeArrowheads="1"/>
                          </pic:cNvPicPr>
                        </pic:nvPicPr>
                        <pic:blipFill>
                          <a:blip/>
                          <a:srcRect l="-15" t="-24" r="-15" b="-24"/>
                          <a:stretch>
                            <a:fillRect/>
                          </a:stretch>
                        </pic:blipFill>
                        <pic:spPr bwMode="auto">
                          <a:xfrm>
                            <a:off x="0" y="0"/>
                            <a:ext cx="2415540" cy="1508760"/>
                          </a:xfrm>
                          <a:prstGeom prst="rect">
                            <a:avLst/>
                          </a:prstGeom>
                          <a:noFill/>
                        </pic:spPr>
                      </pic:pic>
                    </a:graphicData>
                  </a:graphic>
                </wp:inline>
              </w:drawing>
            </w:r>
            <w:r>
              <w:rPr>
                <w:rFonts w:eastAsia="Times New Roman;Times New Roman" w:cs="Times New Roman;Times New Roman"/>
                <w:lang w:val="ro-RO"/>
              </w:rPr>
              <w:t xml:space="preserve"> </w:t>
            </w:r>
          </w:p>
          <w:p w14:paraId="0CE6225A" w14:textId="77777777" w:rsidR="006D4E92" w:rsidRDefault="00000000">
            <w:pPr>
              <w:rPr>
                <w:rFonts w:cs="Times New Roman;Times New Roman"/>
                <w:lang w:val="ro-RO"/>
              </w:rPr>
            </w:pPr>
            <w:r>
              <w:rPr>
                <w:rFonts w:cs="Times New Roman;Times New Roman"/>
                <w:lang w:val="ro-RO"/>
              </w:rPr>
              <w:t xml:space="preserve">holul primariei </w:t>
            </w:r>
          </w:p>
        </w:tc>
        <w:tc>
          <w:tcPr>
            <w:tcW w:w="960" w:type="dxa"/>
            <w:tcBorders>
              <w:top w:val="single" w:sz="4" w:space="0" w:color="000000"/>
              <w:left w:val="single" w:sz="4" w:space="0" w:color="000000"/>
              <w:bottom w:val="single" w:sz="4" w:space="0" w:color="000000"/>
              <w:right w:val="single" w:sz="4" w:space="0" w:color="000000"/>
            </w:tcBorders>
            <w:vAlign w:val="bottom"/>
          </w:tcPr>
          <w:p w14:paraId="73C08140" w14:textId="77777777" w:rsidR="006D4E92" w:rsidRDefault="006D4E92">
            <w:pPr>
              <w:snapToGrid w:val="0"/>
              <w:jc w:val="center"/>
              <w:rPr>
                <w:rFonts w:cs="Times New Roman;Times New Roman"/>
                <w:lang w:val="ro-RO"/>
              </w:rPr>
            </w:pPr>
          </w:p>
        </w:tc>
        <w:tc>
          <w:tcPr>
            <w:tcW w:w="960" w:type="dxa"/>
            <w:tcBorders>
              <w:top w:val="single" w:sz="4" w:space="0" w:color="000000"/>
              <w:left w:val="single" w:sz="4" w:space="0" w:color="000000"/>
              <w:bottom w:val="single" w:sz="4" w:space="0" w:color="000000"/>
              <w:right w:val="single" w:sz="4" w:space="0" w:color="000000"/>
            </w:tcBorders>
            <w:vAlign w:val="bottom"/>
          </w:tcPr>
          <w:p w14:paraId="3B2B7B0C" w14:textId="77777777" w:rsidR="006D4E92" w:rsidRDefault="006D4E92">
            <w:pPr>
              <w:snapToGrid w:val="0"/>
              <w:jc w:val="center"/>
              <w:rPr>
                <w:rFonts w:cs="Times New Roman;Times New Roman"/>
                <w:lang w:val="ro-RO"/>
              </w:rPr>
            </w:pPr>
          </w:p>
        </w:tc>
        <w:tc>
          <w:tcPr>
            <w:tcW w:w="1860" w:type="dxa"/>
            <w:tcBorders>
              <w:top w:val="single" w:sz="4" w:space="0" w:color="000000"/>
              <w:left w:val="single" w:sz="4" w:space="0" w:color="000000"/>
              <w:bottom w:val="single" w:sz="4" w:space="0" w:color="000000"/>
              <w:right w:val="single" w:sz="4" w:space="0" w:color="000000"/>
            </w:tcBorders>
            <w:vAlign w:val="bottom"/>
          </w:tcPr>
          <w:p w14:paraId="0E1C4C83" w14:textId="77777777" w:rsidR="006D4E92" w:rsidRDefault="006D4E92">
            <w:pPr>
              <w:snapToGrid w:val="0"/>
              <w:jc w:val="both"/>
              <w:rPr>
                <w:rFonts w:cs="Times New Roman;Times New Roman"/>
                <w:lang w:val="ro-RO"/>
              </w:rPr>
            </w:pPr>
          </w:p>
        </w:tc>
      </w:tr>
      <w:tr w:rsidR="006D4E92" w14:paraId="0BE0B416" w14:textId="77777777">
        <w:trPr>
          <w:trHeight w:val="379"/>
          <w:jc w:val="center"/>
        </w:trPr>
        <w:tc>
          <w:tcPr>
            <w:tcW w:w="960" w:type="dxa"/>
            <w:tcBorders>
              <w:top w:val="single" w:sz="4" w:space="0" w:color="000000"/>
              <w:left w:val="single" w:sz="4" w:space="0" w:color="000000"/>
              <w:bottom w:val="single" w:sz="4" w:space="0" w:color="000000"/>
              <w:right w:val="single" w:sz="4" w:space="0" w:color="000000"/>
            </w:tcBorders>
            <w:vAlign w:val="bottom"/>
          </w:tcPr>
          <w:p w14:paraId="6D1F1D99" w14:textId="77777777" w:rsidR="006D4E92" w:rsidRDefault="006D4E92">
            <w:pPr>
              <w:numPr>
                <w:ilvl w:val="0"/>
                <w:numId w:val="9"/>
              </w:numPr>
              <w:snapToGrid w:val="0"/>
              <w:spacing w:after="0" w:line="240" w:lineRule="auto"/>
              <w:contextualSpacing/>
              <w:jc w:val="center"/>
              <w:rPr>
                <w:rFonts w:ascii="Times New Roman;Times New Roman" w:hAnsi="Times New Roman;Times New Roman" w:cs="Times New Roman;Times New Roman"/>
                <w:szCs w:val="24"/>
                <w:lang w:val="ro-RO"/>
              </w:rPr>
            </w:pPr>
          </w:p>
        </w:tc>
        <w:tc>
          <w:tcPr>
            <w:tcW w:w="5107" w:type="dxa"/>
            <w:tcBorders>
              <w:top w:val="single" w:sz="4" w:space="0" w:color="000000"/>
              <w:left w:val="single" w:sz="4" w:space="0" w:color="000000"/>
              <w:bottom w:val="single" w:sz="4" w:space="0" w:color="000000"/>
              <w:right w:val="single" w:sz="4" w:space="0" w:color="000000"/>
            </w:tcBorders>
            <w:vAlign w:val="bottom"/>
          </w:tcPr>
          <w:p w14:paraId="5DBF6626" w14:textId="77777777" w:rsidR="006D4E92" w:rsidRDefault="006D4E92">
            <w:pPr>
              <w:snapToGrid w:val="0"/>
              <w:rPr>
                <w:rFonts w:ascii="Times New Roman;Times New Roman" w:hAnsi="Times New Roman;Times New Roman" w:cs="Times New Roman;Times New Roman"/>
                <w:szCs w:val="24"/>
                <w:lang w:val="ro-RO"/>
              </w:rPr>
            </w:pPr>
          </w:p>
        </w:tc>
        <w:tc>
          <w:tcPr>
            <w:tcW w:w="960" w:type="dxa"/>
            <w:tcBorders>
              <w:top w:val="single" w:sz="4" w:space="0" w:color="000000"/>
              <w:left w:val="single" w:sz="4" w:space="0" w:color="000000"/>
              <w:bottom w:val="single" w:sz="4" w:space="0" w:color="000000"/>
              <w:right w:val="single" w:sz="4" w:space="0" w:color="000000"/>
            </w:tcBorders>
            <w:vAlign w:val="bottom"/>
          </w:tcPr>
          <w:p w14:paraId="12BEAB7B" w14:textId="77777777" w:rsidR="006D4E92" w:rsidRDefault="006D4E92">
            <w:pPr>
              <w:snapToGrid w:val="0"/>
              <w:jc w:val="center"/>
              <w:rPr>
                <w:rFonts w:cs="Times New Roman;Times New Roman"/>
                <w:lang w:val="ro-RO"/>
              </w:rPr>
            </w:pPr>
          </w:p>
        </w:tc>
        <w:tc>
          <w:tcPr>
            <w:tcW w:w="960" w:type="dxa"/>
            <w:tcBorders>
              <w:top w:val="single" w:sz="4" w:space="0" w:color="000000"/>
              <w:left w:val="single" w:sz="4" w:space="0" w:color="000000"/>
              <w:bottom w:val="single" w:sz="4" w:space="0" w:color="000000"/>
              <w:right w:val="single" w:sz="4" w:space="0" w:color="000000"/>
            </w:tcBorders>
            <w:vAlign w:val="bottom"/>
          </w:tcPr>
          <w:p w14:paraId="37C541D6" w14:textId="77777777" w:rsidR="006D4E92" w:rsidRDefault="006D4E92">
            <w:pPr>
              <w:snapToGrid w:val="0"/>
              <w:jc w:val="center"/>
              <w:rPr>
                <w:rFonts w:cs="Times New Roman;Times New Roman"/>
                <w:lang w:val="ro-RO"/>
              </w:rPr>
            </w:pPr>
          </w:p>
        </w:tc>
        <w:tc>
          <w:tcPr>
            <w:tcW w:w="1860" w:type="dxa"/>
            <w:tcBorders>
              <w:top w:val="single" w:sz="4" w:space="0" w:color="000000"/>
              <w:left w:val="single" w:sz="4" w:space="0" w:color="000000"/>
              <w:bottom w:val="single" w:sz="4" w:space="0" w:color="000000"/>
              <w:right w:val="single" w:sz="4" w:space="0" w:color="000000"/>
            </w:tcBorders>
            <w:vAlign w:val="bottom"/>
          </w:tcPr>
          <w:p w14:paraId="257B7268" w14:textId="77777777" w:rsidR="006D4E92" w:rsidRDefault="006D4E92">
            <w:pPr>
              <w:snapToGrid w:val="0"/>
              <w:jc w:val="both"/>
              <w:rPr>
                <w:rFonts w:cs="Times New Roman;Times New Roman"/>
                <w:lang w:val="ro-RO"/>
              </w:rPr>
            </w:pPr>
          </w:p>
        </w:tc>
      </w:tr>
    </w:tbl>
    <w:p w14:paraId="46695B3A" w14:textId="77777777" w:rsidR="006D4E92" w:rsidRDefault="006D4E92">
      <w:pPr>
        <w:autoSpaceDE w:val="0"/>
        <w:spacing w:before="120" w:after="120"/>
        <w:jc w:val="both"/>
        <w:rPr>
          <w:rFonts w:cs="Times New Roman;Times New Roman"/>
          <w:lang w:val="ro-RO"/>
        </w:rPr>
      </w:pPr>
    </w:p>
    <w:p w14:paraId="52DD927E" w14:textId="77777777" w:rsidR="006D4E92" w:rsidRDefault="00000000">
      <w:pPr>
        <w:numPr>
          <w:ilvl w:val="0"/>
          <w:numId w:val="12"/>
        </w:numPr>
        <w:autoSpaceDE w:val="0"/>
        <w:spacing w:before="120" w:after="120"/>
        <w:jc w:val="both"/>
        <w:rPr>
          <w:rFonts w:cs="Times New Roman;Times New Roman"/>
          <w:lang w:val="ro-RO"/>
        </w:rPr>
      </w:pPr>
      <w:r>
        <w:rPr>
          <w:rFonts w:cs="Times New Roman;Times New Roman"/>
          <w:lang w:val="ro-RO"/>
        </w:rPr>
        <w:t>Tipul mediului de stocare (registrator sau cloud) – Registrator</w:t>
      </w:r>
    </w:p>
    <w:p w14:paraId="1949BE1F" w14:textId="77777777" w:rsidR="006D4E92" w:rsidRDefault="006D4E92">
      <w:pPr>
        <w:spacing w:before="120" w:after="120"/>
        <w:jc w:val="center"/>
        <w:rPr>
          <w:rFonts w:cs="Times New Roman;Times New Roman"/>
          <w:lang w:val="ro-RO"/>
        </w:rPr>
      </w:pPr>
    </w:p>
    <w:p w14:paraId="3D0F76A4" w14:textId="77777777" w:rsidR="006D4E92" w:rsidRDefault="00000000">
      <w:pPr>
        <w:spacing w:before="120" w:after="120"/>
        <w:jc w:val="right"/>
        <w:rPr>
          <w:rFonts w:cs="Times New Roman;Times New Roman"/>
          <w:lang w:val="ro-RO"/>
        </w:rPr>
      </w:pPr>
      <w:r>
        <w:rPr>
          <w:rFonts w:cs="Times New Roman;Times New Roman"/>
          <w:lang w:val="ro-RO"/>
        </w:rPr>
        <w:t>Anexa 2</w:t>
      </w:r>
    </w:p>
    <w:p w14:paraId="15474114" w14:textId="77777777" w:rsidR="006D4E92" w:rsidRDefault="00000000">
      <w:pPr>
        <w:jc w:val="center"/>
        <w:rPr>
          <w:rFonts w:cs="Times New Roman;Times New Roman"/>
          <w:b/>
          <w:bCs/>
          <w:lang w:val="ro-RO"/>
        </w:rPr>
      </w:pPr>
      <w:r>
        <w:rPr>
          <w:rFonts w:cs="Times New Roman;Times New Roman"/>
          <w:b/>
          <w:bCs/>
          <w:lang w:val="ro-RO"/>
        </w:rPr>
        <w:t>PLAN SCHEMĂ A LOCALIZĂRII CAMERELOR DE SUPRAVEGHERE CU INDICAREA UNGHIULUI DE CAPTARE A ACESTORA</w:t>
      </w:r>
    </w:p>
    <w:p w14:paraId="69986B63" w14:textId="77777777" w:rsidR="006D4E92" w:rsidRDefault="006D4E92">
      <w:pPr>
        <w:rPr>
          <w:rFonts w:cs="Times New Roman;Times New Roman"/>
          <w:b/>
          <w:bCs/>
          <w:lang w:val="ro-RO"/>
        </w:rPr>
      </w:pPr>
    </w:p>
    <w:p w14:paraId="175CADFA" w14:textId="77777777" w:rsidR="006D4E92" w:rsidRDefault="006D4E92">
      <w:pPr>
        <w:jc w:val="center"/>
        <w:rPr>
          <w:rFonts w:cs="Times New Roman;Times New Roman"/>
          <w:b/>
          <w:bCs/>
          <w:lang w:val="ro-RO"/>
        </w:rPr>
      </w:pPr>
    </w:p>
    <w:p w14:paraId="598B10B5" w14:textId="77777777" w:rsidR="006D4E92" w:rsidRDefault="006D4E92">
      <w:pPr>
        <w:jc w:val="center"/>
        <w:rPr>
          <w:rFonts w:cs="Times New Roman;Times New Roman"/>
          <w:b/>
          <w:bCs/>
          <w:lang w:val="ro-RO"/>
        </w:rPr>
      </w:pPr>
    </w:p>
    <w:p w14:paraId="470CD522" w14:textId="77777777" w:rsidR="006D4E92" w:rsidRDefault="006D4E92">
      <w:pPr>
        <w:jc w:val="center"/>
        <w:rPr>
          <w:rFonts w:cs="Times New Roman;Times New Roman"/>
          <w:b/>
          <w:bCs/>
          <w:lang w:val="ro-RO"/>
        </w:rPr>
      </w:pPr>
    </w:p>
    <w:p w14:paraId="525949F9" w14:textId="77777777" w:rsidR="006D4E92" w:rsidRDefault="006D4E92">
      <w:pPr>
        <w:jc w:val="center"/>
        <w:rPr>
          <w:rFonts w:cs="Times New Roman;Times New Roman"/>
          <w:b/>
          <w:bCs/>
          <w:lang w:val="ro-RO"/>
        </w:rPr>
      </w:pPr>
    </w:p>
    <w:p w14:paraId="4677C061" w14:textId="77777777" w:rsidR="006D4E92" w:rsidRDefault="006D4E92">
      <w:pPr>
        <w:rPr>
          <w:rFonts w:cs="Times New Roman;Times New Roman"/>
          <w:b/>
          <w:bCs/>
          <w:lang w:val="ro-RO"/>
        </w:rPr>
      </w:pPr>
    </w:p>
    <w:p w14:paraId="7B1C2ACB" w14:textId="77777777" w:rsidR="006D4E92" w:rsidRDefault="006D4E92">
      <w:pPr>
        <w:rPr>
          <w:rFonts w:cs="Times New Roman;Times New Roman"/>
          <w:b/>
          <w:bCs/>
          <w:lang w:val="ro-RO"/>
        </w:rPr>
      </w:pPr>
    </w:p>
    <w:p w14:paraId="02A29A9F" w14:textId="77777777" w:rsidR="006D4E92" w:rsidRDefault="006D4E92">
      <w:pPr>
        <w:rPr>
          <w:rFonts w:cs="Times New Roman;Times New Roman"/>
          <w:b/>
          <w:bCs/>
          <w:lang w:val="ro-RO"/>
        </w:rPr>
      </w:pPr>
    </w:p>
    <w:p w14:paraId="33127664" w14:textId="77777777" w:rsidR="006D4E92" w:rsidRDefault="006D4E92">
      <w:pPr>
        <w:rPr>
          <w:rFonts w:cs="Times New Roman;Times New Roman"/>
          <w:b/>
          <w:bCs/>
          <w:lang w:val="ro-RO"/>
        </w:rPr>
      </w:pPr>
    </w:p>
    <w:p w14:paraId="6654AFBF" w14:textId="77777777" w:rsidR="006D4E92" w:rsidRDefault="006D4E92">
      <w:pPr>
        <w:rPr>
          <w:rFonts w:cs="Times New Roman;Times New Roman"/>
          <w:b/>
          <w:bCs/>
          <w:lang w:val="ro-RO"/>
        </w:rPr>
      </w:pPr>
    </w:p>
    <w:p w14:paraId="59E725ED" w14:textId="77777777" w:rsidR="006D4E92" w:rsidRDefault="006D4E92">
      <w:pPr>
        <w:rPr>
          <w:rFonts w:cs="Times New Roman;Times New Roman"/>
          <w:b/>
          <w:bCs/>
          <w:lang w:val="ro-RO"/>
        </w:rPr>
      </w:pPr>
    </w:p>
    <w:p w14:paraId="13A6D263" w14:textId="77777777" w:rsidR="006D4E92" w:rsidRDefault="006D4E92">
      <w:pPr>
        <w:rPr>
          <w:rFonts w:cs="Times New Roman;Times New Roman"/>
          <w:b/>
          <w:bCs/>
          <w:lang w:val="ro-RO"/>
        </w:rPr>
      </w:pPr>
    </w:p>
    <w:p w14:paraId="01E1D8EA" w14:textId="77777777" w:rsidR="006D4E92" w:rsidRDefault="006D4E92">
      <w:pPr>
        <w:rPr>
          <w:rFonts w:cs="Times New Roman;Times New Roman"/>
          <w:b/>
          <w:bCs/>
          <w:lang w:val="ro-RO"/>
        </w:rPr>
      </w:pPr>
    </w:p>
    <w:p w14:paraId="504B3E48" w14:textId="77777777" w:rsidR="006D4E92" w:rsidRDefault="00000000">
      <w:r>
        <w:br w:type="page"/>
      </w:r>
    </w:p>
    <w:p w14:paraId="71A12F9D" w14:textId="77777777" w:rsidR="006D4E92" w:rsidRDefault="00000000">
      <w:pPr>
        <w:jc w:val="right"/>
      </w:pPr>
      <w:r>
        <w:rPr>
          <w:b/>
          <w:sz w:val="20"/>
        </w:rPr>
        <w:lastRenderedPageBreak/>
        <w:t>Anexa nr. 2</w:t>
      </w:r>
      <w:r>
        <w:rPr>
          <w:b/>
          <w:sz w:val="20"/>
        </w:rPr>
        <w:br/>
        <w:t>la Decizia Consiliului local Mereni</w:t>
      </w:r>
      <w:r>
        <w:rPr>
          <w:b/>
          <w:sz w:val="20"/>
        </w:rPr>
        <w:br/>
        <w:t>nr. ____/____ din ______________ 2026</w:t>
      </w:r>
    </w:p>
    <w:p w14:paraId="4FAC9A9D" w14:textId="77777777" w:rsidR="00EE7ED3" w:rsidRPr="00563B50" w:rsidRDefault="00000000" w:rsidP="00375470">
      <w:pPr>
        <w:jc w:val="right"/>
        <w:rPr>
          <w:b/>
          <w:bCs/>
          <w:szCs w:val="24"/>
        </w:rPr>
      </w:pPr>
      <w:r w:rsidRPr="00563B50">
        <w:rPr>
          <w:b/>
          <w:bCs/>
          <w:szCs w:val="24"/>
        </w:rPr>
        <w:t>APROBAT</w:t>
      </w:r>
    </w:p>
    <w:p w14:paraId="2BB44730" w14:textId="77777777" w:rsidR="00EE7ED3" w:rsidRPr="00563B50" w:rsidRDefault="00000000" w:rsidP="00375470">
      <w:pPr>
        <w:jc w:val="right"/>
        <w:rPr>
          <w:szCs w:val="24"/>
        </w:rPr>
      </w:pPr>
      <w:r w:rsidRPr="00563B50">
        <w:rPr>
          <w:b/>
          <w:bCs/>
          <w:szCs w:val="24"/>
        </w:rPr>
        <w:t>PRIN DECIZIA CONSILIULUI LOCAL MERENI</w:t>
      </w:r>
      <w:r w:rsidRPr="00563B50">
        <w:rPr>
          <w:szCs w:val="24"/>
        </w:rPr>
        <w:br/>
        <w:t>nr. ______ din ________________________ 2026</w:t>
      </w:r>
    </w:p>
    <w:p w14:paraId="55775E7C" w14:textId="77777777" w:rsidR="00EE7ED3" w:rsidRDefault="00EE7ED3" w:rsidP="008B04D4">
      <w:pPr>
        <w:spacing w:before="120" w:after="120" w:line="240" w:lineRule="auto"/>
        <w:rPr>
          <w:b/>
          <w:bCs/>
          <w:szCs w:val="24"/>
        </w:rPr>
      </w:pPr>
    </w:p>
    <w:p w14:paraId="5F70A585" w14:textId="77777777" w:rsidR="00EE7ED3" w:rsidRDefault="00EE7ED3" w:rsidP="00F70F29">
      <w:pPr>
        <w:spacing w:before="120" w:after="120" w:line="240" w:lineRule="auto"/>
        <w:jc w:val="center"/>
        <w:rPr>
          <w:b/>
          <w:bCs/>
          <w:szCs w:val="24"/>
        </w:rPr>
      </w:pPr>
    </w:p>
    <w:p w14:paraId="3D703128" w14:textId="52FD897A" w:rsidR="00EE7ED3" w:rsidRPr="008B04D4" w:rsidRDefault="00000000" w:rsidP="008B04D4">
      <w:pPr>
        <w:spacing w:before="120" w:after="120" w:line="240" w:lineRule="auto"/>
        <w:jc w:val="center"/>
        <w:rPr>
          <w:b/>
          <w:bCs/>
          <w:szCs w:val="24"/>
        </w:rPr>
      </w:pPr>
      <w:r>
        <w:rPr>
          <w:b/>
          <w:bCs/>
          <w:szCs w:val="24"/>
        </w:rPr>
        <w:t xml:space="preserve">REGULAMENTUL CU PRIVIRE LA </w:t>
      </w:r>
      <w:r w:rsidRPr="00CA18A1">
        <w:rPr>
          <w:b/>
          <w:bCs/>
          <w:szCs w:val="24"/>
        </w:rPr>
        <w:t>PROCEDURA DE RĂSPUNS LA DREPTURILE PERSOANELOR VIZATE</w:t>
      </w:r>
    </w:p>
    <w:p w14:paraId="141A9E41" w14:textId="77777777" w:rsidR="00EE7ED3" w:rsidRPr="00CA18A1" w:rsidRDefault="00000000" w:rsidP="00D11397">
      <w:pPr>
        <w:spacing w:before="120" w:after="120" w:line="240" w:lineRule="auto"/>
        <w:jc w:val="both"/>
        <w:rPr>
          <w:b/>
          <w:bCs/>
          <w:szCs w:val="24"/>
        </w:rPr>
      </w:pPr>
      <w:r w:rsidRPr="00CA18A1">
        <w:rPr>
          <w:b/>
          <w:bCs/>
          <w:szCs w:val="24"/>
        </w:rPr>
        <w:t>1. DEFINIȚII</w:t>
      </w:r>
    </w:p>
    <w:p w14:paraId="5C35EB78" w14:textId="77777777" w:rsidR="00EE7ED3" w:rsidRPr="00CA18A1" w:rsidRDefault="00000000">
      <w:pPr>
        <w:numPr>
          <w:ilvl w:val="0"/>
          <w:numId w:val="2"/>
        </w:numPr>
        <w:spacing w:before="120" w:after="120" w:line="240" w:lineRule="auto"/>
        <w:jc w:val="both"/>
        <w:rPr>
          <w:bCs/>
          <w:szCs w:val="24"/>
        </w:rPr>
      </w:pPr>
      <w:r w:rsidRPr="00CA18A1">
        <w:rPr>
          <w:b/>
          <w:bCs/>
          <w:szCs w:val="24"/>
        </w:rPr>
        <w:t>„date cu caracter personal”</w:t>
      </w:r>
      <w:r w:rsidRPr="00CA18A1">
        <w:rPr>
          <w:b/>
          <w:szCs w:val="24"/>
        </w:rPr>
        <w:t xml:space="preserve"> - </w:t>
      </w:r>
      <w:r w:rsidRPr="00CA18A1">
        <w:rPr>
          <w:bCs/>
          <w:szCs w:val="24"/>
        </w:rPr>
        <w:t>reprezintă orice informații privind o persoană fizică identificată sau identificabilă („persoana vizată”); o persoană fizică identificabilă este o persoană care poate fi identificată, direct sau indirect, în special prin referire la un element de identificare, cum ar fi un nume, un număr de identificare (IDNP), date de localizare, un identificator online, sau la unul sau mai multe elemente specifice, proprii identității sale fizice, fiziologice, genetice, psihice, economice, culturale sau sociale;</w:t>
      </w:r>
    </w:p>
    <w:p w14:paraId="1B973BDA" w14:textId="77777777" w:rsidR="00EE7ED3" w:rsidRPr="00CA18A1" w:rsidRDefault="00000000">
      <w:pPr>
        <w:numPr>
          <w:ilvl w:val="0"/>
          <w:numId w:val="2"/>
        </w:numPr>
        <w:spacing w:before="120" w:after="120" w:line="240" w:lineRule="auto"/>
        <w:jc w:val="both"/>
        <w:rPr>
          <w:bCs/>
          <w:szCs w:val="24"/>
        </w:rPr>
      </w:pPr>
      <w:r w:rsidRPr="00CA18A1">
        <w:rPr>
          <w:b/>
          <w:bCs/>
          <w:szCs w:val="24"/>
        </w:rPr>
        <w:t>„prelucrare”</w:t>
      </w:r>
      <w:r w:rsidRPr="00CA18A1">
        <w:rPr>
          <w:b/>
          <w:szCs w:val="24"/>
        </w:rPr>
        <w:t xml:space="preserve"> - </w:t>
      </w:r>
      <w:r w:rsidRPr="00CA18A1">
        <w:rPr>
          <w:bCs/>
          <w:szCs w:val="24"/>
        </w:rPr>
        <w:t>orice operațiune sau set de operațiuni efectuate asupra datelor cu caracter personal sau asupra seturilor de date cu caracter personal, cu sau fără utilizarea de mijloace automatizate, cum ar fi colectarea, înregistrarea, organizarea, structurarea, stocarea, adaptarea sau modificarea, extragerea, consultarea, utilizarea, divulgarea prin transmitere, diseminarea sau punerea la dispoziție în orice alt mod, alinierea sau combinarea, restricționarea, ștergerea sau distrugerea;</w:t>
      </w:r>
    </w:p>
    <w:p w14:paraId="13DFEB32" w14:textId="77777777" w:rsidR="00EE7ED3" w:rsidRPr="00CA18A1" w:rsidRDefault="00000000">
      <w:pPr>
        <w:numPr>
          <w:ilvl w:val="0"/>
          <w:numId w:val="2"/>
        </w:numPr>
        <w:spacing w:before="120" w:after="120" w:line="240" w:lineRule="auto"/>
        <w:jc w:val="both"/>
        <w:rPr>
          <w:bCs/>
          <w:szCs w:val="24"/>
        </w:rPr>
      </w:pPr>
      <w:r w:rsidRPr="00CA18A1">
        <w:rPr>
          <w:b/>
          <w:bCs/>
          <w:szCs w:val="24"/>
        </w:rPr>
        <w:t>„operator”</w:t>
      </w:r>
      <w:r w:rsidRPr="00CA18A1">
        <w:rPr>
          <w:b/>
          <w:szCs w:val="24"/>
        </w:rPr>
        <w:t xml:space="preserve"> </w:t>
      </w:r>
      <w:r w:rsidRPr="00CA18A1">
        <w:rPr>
          <w:bCs/>
          <w:szCs w:val="24"/>
        </w:rPr>
        <w:t xml:space="preserve">- înseamnă autoritatea publică </w:t>
      </w:r>
      <w:r w:rsidRPr="00375470">
        <w:rPr>
          <w:b/>
          <w:szCs w:val="24"/>
        </w:rPr>
        <w:t>Primăria SATULUI MERENI</w:t>
      </w:r>
      <w:r w:rsidRPr="00CA18A1">
        <w:rPr>
          <w:bCs/>
          <w:szCs w:val="24"/>
        </w:rPr>
        <w:t>, care stabilește scopurile și mijloacele de prelucrare a datelor cu caracter personal în conformitate cu dreptul intern;</w:t>
      </w:r>
    </w:p>
    <w:p w14:paraId="104E9E34" w14:textId="77777777" w:rsidR="00EE7ED3" w:rsidRPr="00CA18A1" w:rsidRDefault="00000000">
      <w:pPr>
        <w:numPr>
          <w:ilvl w:val="0"/>
          <w:numId w:val="2"/>
        </w:numPr>
        <w:spacing w:before="120" w:after="120" w:line="240" w:lineRule="auto"/>
        <w:jc w:val="both"/>
        <w:rPr>
          <w:bCs/>
          <w:szCs w:val="24"/>
        </w:rPr>
      </w:pPr>
      <w:r w:rsidRPr="00CA18A1">
        <w:rPr>
          <w:b/>
          <w:bCs/>
          <w:szCs w:val="24"/>
        </w:rPr>
        <w:t>„persoană împuternicită de operator”</w:t>
      </w:r>
      <w:r w:rsidRPr="00CA18A1">
        <w:rPr>
          <w:b/>
          <w:szCs w:val="24"/>
        </w:rPr>
        <w:t xml:space="preserve"> - </w:t>
      </w:r>
      <w:r w:rsidRPr="00CA18A1">
        <w:rPr>
          <w:bCs/>
          <w:szCs w:val="24"/>
        </w:rPr>
        <w:t>reprezintă persoana fizică sau juridică, autoritatea publică, agenția sau alt organism care prelucrează datele cu caracter personal în numele Primăriei;</w:t>
      </w:r>
    </w:p>
    <w:p w14:paraId="3317FDD8" w14:textId="77777777" w:rsidR="00EE7ED3" w:rsidRPr="00CA18A1" w:rsidRDefault="00000000">
      <w:pPr>
        <w:numPr>
          <w:ilvl w:val="0"/>
          <w:numId w:val="2"/>
        </w:numPr>
        <w:spacing w:before="120" w:after="120" w:line="240" w:lineRule="auto"/>
        <w:jc w:val="both"/>
        <w:rPr>
          <w:bCs/>
          <w:szCs w:val="24"/>
        </w:rPr>
      </w:pPr>
      <w:r w:rsidRPr="00CA18A1">
        <w:rPr>
          <w:b/>
          <w:bCs/>
          <w:szCs w:val="24"/>
        </w:rPr>
        <w:t>„destinatar”</w:t>
      </w:r>
      <w:r w:rsidRPr="00CA18A1">
        <w:rPr>
          <w:b/>
          <w:szCs w:val="24"/>
        </w:rPr>
        <w:t xml:space="preserve"> - </w:t>
      </w:r>
      <w:r w:rsidRPr="00CA18A1">
        <w:rPr>
          <w:bCs/>
          <w:szCs w:val="24"/>
        </w:rPr>
        <w:t>reprezintă persoana fizică sau juridică, autoritatea publică, agenția sau alt organism căreia îi sunt divulgate datele cu caracter personal, indiferent dacă este sau nu o parte terță. Cu toate acestea, autoritățile publice cărora li se pot comunica date cu caracter personal în cadrul unei anumite anchete în conformitate cu actele normative nu sunt considerate destinatari;</w:t>
      </w:r>
    </w:p>
    <w:p w14:paraId="3A720FDA" w14:textId="77777777" w:rsidR="00EE7ED3" w:rsidRPr="00CA18A1" w:rsidRDefault="00000000">
      <w:pPr>
        <w:numPr>
          <w:ilvl w:val="0"/>
          <w:numId w:val="2"/>
        </w:numPr>
        <w:spacing w:before="120" w:after="120" w:line="240" w:lineRule="auto"/>
        <w:jc w:val="both"/>
        <w:rPr>
          <w:bCs/>
          <w:szCs w:val="24"/>
        </w:rPr>
      </w:pPr>
      <w:r w:rsidRPr="00CA18A1">
        <w:rPr>
          <w:b/>
          <w:bCs/>
          <w:szCs w:val="24"/>
        </w:rPr>
        <w:t>”persoana vizată”</w:t>
      </w:r>
      <w:r w:rsidRPr="00CA18A1">
        <w:rPr>
          <w:b/>
          <w:szCs w:val="24"/>
        </w:rPr>
        <w:t xml:space="preserve"> - </w:t>
      </w:r>
      <w:r w:rsidRPr="00CA18A1">
        <w:rPr>
          <w:bCs/>
          <w:szCs w:val="24"/>
        </w:rPr>
        <w:t xml:space="preserve">este persoana (cetățeanul) ale cărei date cu caracter personal sunt colectate, păstrate sau prelucrate de </w:t>
      </w:r>
      <w:r w:rsidRPr="00375470">
        <w:rPr>
          <w:b/>
          <w:szCs w:val="24"/>
        </w:rPr>
        <w:t>Primăria SATULUI MERENI</w:t>
      </w:r>
      <w:r w:rsidRPr="00CA18A1">
        <w:rPr>
          <w:bCs/>
          <w:szCs w:val="24"/>
        </w:rPr>
        <w:t>;</w:t>
      </w:r>
    </w:p>
    <w:p w14:paraId="44D6E381" w14:textId="77777777" w:rsidR="00EE7ED3" w:rsidRPr="00CA18A1" w:rsidRDefault="00000000">
      <w:pPr>
        <w:numPr>
          <w:ilvl w:val="0"/>
          <w:numId w:val="2"/>
        </w:numPr>
        <w:spacing w:before="120" w:after="120" w:line="240" w:lineRule="auto"/>
        <w:jc w:val="both"/>
        <w:rPr>
          <w:bCs/>
          <w:szCs w:val="24"/>
        </w:rPr>
      </w:pPr>
      <w:r w:rsidRPr="00CA18A1">
        <w:rPr>
          <w:b/>
          <w:bCs/>
          <w:szCs w:val="24"/>
        </w:rPr>
        <w:t>„parte terță”</w:t>
      </w:r>
      <w:r w:rsidRPr="00CA18A1">
        <w:rPr>
          <w:b/>
          <w:szCs w:val="24"/>
        </w:rPr>
        <w:t xml:space="preserve"> - </w:t>
      </w:r>
      <w:r w:rsidRPr="00CA18A1">
        <w:rPr>
          <w:bCs/>
          <w:szCs w:val="24"/>
        </w:rPr>
        <w:t>reprezintă o persoană fizică sau juridică, autoritate publică, agenție sau organism altul decât persoana vizată, operatorul, persoana împuternicită de operator și persoanele care, sub directa autoritate a operatorului sau a persoanei împuternicite de operator, sunt autorizate să prelucreze date cu caracter personal;</w:t>
      </w:r>
    </w:p>
    <w:p w14:paraId="02E2A661" w14:textId="77777777" w:rsidR="00EE7ED3" w:rsidRPr="00CA18A1" w:rsidRDefault="00000000">
      <w:pPr>
        <w:numPr>
          <w:ilvl w:val="0"/>
          <w:numId w:val="2"/>
        </w:numPr>
        <w:spacing w:before="120" w:after="120" w:line="240" w:lineRule="auto"/>
        <w:jc w:val="both"/>
        <w:rPr>
          <w:bCs/>
          <w:szCs w:val="24"/>
        </w:rPr>
      </w:pPr>
      <w:r w:rsidRPr="00CA18A1">
        <w:rPr>
          <w:b/>
          <w:bCs/>
          <w:szCs w:val="24"/>
        </w:rPr>
        <w:t>„consimțământ”</w:t>
      </w:r>
      <w:r w:rsidRPr="00CA18A1">
        <w:rPr>
          <w:b/>
          <w:szCs w:val="24"/>
        </w:rPr>
        <w:t xml:space="preserve"> - </w:t>
      </w:r>
      <w:r w:rsidRPr="00CA18A1">
        <w:rPr>
          <w:bCs/>
          <w:szCs w:val="24"/>
        </w:rPr>
        <w:t>al persoanei vizate reprezintă orice manifestare de voință liberă, specifică, informată și lipsită de ambiguitate a persoanei vizate prin care aceasta acceptă, printr-o declarație sau printr-o acțiune fără echivoc, ca datele cu caracter personal care o privesc să fie prelucrate;</w:t>
      </w:r>
    </w:p>
    <w:p w14:paraId="4C159AE6" w14:textId="77777777" w:rsidR="00EE7ED3" w:rsidRPr="00CA18A1" w:rsidRDefault="00000000">
      <w:pPr>
        <w:numPr>
          <w:ilvl w:val="0"/>
          <w:numId w:val="2"/>
        </w:numPr>
        <w:spacing w:before="120" w:after="120" w:line="240" w:lineRule="auto"/>
        <w:jc w:val="both"/>
        <w:rPr>
          <w:bCs/>
          <w:szCs w:val="24"/>
        </w:rPr>
      </w:pPr>
      <w:r w:rsidRPr="00CA18A1">
        <w:rPr>
          <w:b/>
          <w:bCs/>
          <w:szCs w:val="24"/>
        </w:rPr>
        <w:t>„încălcarea securității datelor cu caracter personal”</w:t>
      </w:r>
      <w:r w:rsidRPr="00CA18A1">
        <w:rPr>
          <w:b/>
          <w:szCs w:val="24"/>
        </w:rPr>
        <w:t xml:space="preserve"> - </w:t>
      </w:r>
      <w:r w:rsidRPr="00CA18A1">
        <w:rPr>
          <w:bCs/>
          <w:szCs w:val="24"/>
        </w:rPr>
        <w:t xml:space="preserve">reprezintă o încălcare a securității care duce, în mod accidental sau ilegal, la distrugerea, pierderea, modificarea, sau divulgarea </w:t>
      </w:r>
      <w:r w:rsidRPr="00CA18A1">
        <w:rPr>
          <w:bCs/>
          <w:szCs w:val="24"/>
        </w:rPr>
        <w:lastRenderedPageBreak/>
        <w:t>neautorizată a datelor cu caracter personal transmise, stocate sau prelucrate într-un alt mod, sau la accesul neautorizat la acestea;</w:t>
      </w:r>
    </w:p>
    <w:p w14:paraId="171A00F2" w14:textId="4B4CBE67" w:rsidR="00EE7ED3" w:rsidRPr="008B04D4" w:rsidRDefault="00000000" w:rsidP="00D11397">
      <w:pPr>
        <w:numPr>
          <w:ilvl w:val="0"/>
          <w:numId w:val="2"/>
        </w:numPr>
        <w:spacing w:before="120" w:after="120" w:line="240" w:lineRule="auto"/>
        <w:jc w:val="both"/>
        <w:rPr>
          <w:b/>
          <w:szCs w:val="24"/>
        </w:rPr>
      </w:pPr>
      <w:r w:rsidRPr="00CA18A1">
        <w:rPr>
          <w:b/>
          <w:bCs/>
          <w:szCs w:val="24"/>
        </w:rPr>
        <w:t>„</w:t>
      </w:r>
      <w:proofErr w:type="gramStart"/>
      <w:r w:rsidRPr="00CA18A1">
        <w:rPr>
          <w:b/>
          <w:bCs/>
          <w:szCs w:val="24"/>
        </w:rPr>
        <w:t>autoritate</w:t>
      </w:r>
      <w:proofErr w:type="gramEnd"/>
      <w:r w:rsidRPr="00CA18A1">
        <w:rPr>
          <w:b/>
          <w:bCs/>
          <w:szCs w:val="24"/>
        </w:rPr>
        <w:t xml:space="preserve"> de supraveghere”</w:t>
      </w:r>
      <w:r w:rsidRPr="00CA18A1">
        <w:rPr>
          <w:b/>
          <w:szCs w:val="24"/>
        </w:rPr>
        <w:t xml:space="preserve"> - </w:t>
      </w:r>
      <w:r w:rsidRPr="00CA18A1">
        <w:rPr>
          <w:bCs/>
          <w:szCs w:val="24"/>
        </w:rPr>
        <w:t xml:space="preserve">reprezintă o autoritate publică independentă instituită în temeiul legii, respectiv Centrul Național pentru Protecția Datelor cu Caracter Personal (CNPDCP) al </w:t>
      </w:r>
      <w:proofErr w:type="spellStart"/>
      <w:r w:rsidRPr="00CA18A1">
        <w:rPr>
          <w:bCs/>
          <w:szCs w:val="24"/>
        </w:rPr>
        <w:t>Republicii</w:t>
      </w:r>
      <w:proofErr w:type="spellEnd"/>
      <w:r w:rsidRPr="00CA18A1">
        <w:rPr>
          <w:bCs/>
          <w:szCs w:val="24"/>
        </w:rPr>
        <w:t xml:space="preserve"> Moldova.</w:t>
      </w:r>
    </w:p>
    <w:p w14:paraId="5BA30D44" w14:textId="77777777" w:rsidR="00EE7ED3" w:rsidRPr="00CA18A1" w:rsidRDefault="00000000" w:rsidP="00CF61F1">
      <w:pPr>
        <w:spacing w:before="120" w:after="120" w:line="240" w:lineRule="auto"/>
        <w:jc w:val="center"/>
        <w:rPr>
          <w:b/>
          <w:bCs/>
          <w:szCs w:val="24"/>
        </w:rPr>
      </w:pPr>
      <w:r w:rsidRPr="00CA18A1">
        <w:rPr>
          <w:b/>
          <w:bCs/>
          <w:szCs w:val="24"/>
        </w:rPr>
        <w:t>2. SCOPUL ȘI DOMENIUL DE APLICARE</w:t>
      </w:r>
    </w:p>
    <w:p w14:paraId="1940E33D" w14:textId="77777777" w:rsidR="00EE7ED3" w:rsidRPr="00CA18A1" w:rsidRDefault="00000000" w:rsidP="00D11397">
      <w:pPr>
        <w:spacing w:before="120" w:after="120" w:line="240" w:lineRule="auto"/>
        <w:jc w:val="both"/>
        <w:rPr>
          <w:b/>
          <w:bCs/>
          <w:szCs w:val="24"/>
        </w:rPr>
      </w:pPr>
      <w:r w:rsidRPr="00CA18A1">
        <w:rPr>
          <w:b/>
          <w:bCs/>
          <w:szCs w:val="24"/>
        </w:rPr>
        <w:t>2.1. SCOPUL</w:t>
      </w:r>
    </w:p>
    <w:p w14:paraId="695A6676" w14:textId="77777777" w:rsidR="00EE7ED3" w:rsidRPr="00CA18A1" w:rsidRDefault="00000000" w:rsidP="00D11397">
      <w:pPr>
        <w:spacing w:before="120" w:after="120" w:line="240" w:lineRule="auto"/>
        <w:jc w:val="both"/>
        <w:rPr>
          <w:szCs w:val="24"/>
        </w:rPr>
      </w:pPr>
      <w:r w:rsidRPr="00CA18A1">
        <w:rPr>
          <w:szCs w:val="24"/>
        </w:rPr>
        <w:t>2.1.1. Prezent</w:t>
      </w:r>
      <w:r>
        <w:rPr>
          <w:szCs w:val="24"/>
        </w:rPr>
        <w:t>ul regulament</w:t>
      </w:r>
      <w:r w:rsidRPr="00CA18A1">
        <w:rPr>
          <w:szCs w:val="24"/>
        </w:rPr>
        <w:t xml:space="preserve"> reglementează cerințele legale privind drepturile persoanelor vizate și are rolul de a prezenta modalitatea concretă de răspuns în cazul în care persoana vizată exercită unul dintre drepturi în raport cu instituția publică.</w:t>
      </w:r>
    </w:p>
    <w:p w14:paraId="4C19ABC3" w14:textId="77777777" w:rsidR="00EE7ED3" w:rsidRPr="00CA18A1" w:rsidRDefault="00000000" w:rsidP="00D11397">
      <w:pPr>
        <w:spacing w:before="120" w:after="120" w:line="240" w:lineRule="auto"/>
        <w:jc w:val="both"/>
        <w:rPr>
          <w:szCs w:val="24"/>
        </w:rPr>
      </w:pPr>
      <w:r w:rsidRPr="00CA18A1">
        <w:rPr>
          <w:szCs w:val="24"/>
        </w:rPr>
        <w:t>2.1.2. Prezent</w:t>
      </w:r>
      <w:r>
        <w:rPr>
          <w:szCs w:val="24"/>
        </w:rPr>
        <w:t>ul regulament</w:t>
      </w:r>
      <w:r w:rsidRPr="00CA18A1">
        <w:rPr>
          <w:szCs w:val="24"/>
        </w:rPr>
        <w:t xml:space="preserve"> descrie activitățile desfășurate cu privire la drepturile persoanelor vizate, respectiv stabilește fluxul de parcurs în primirea și expedierea controlată a răspunsurilor către persoanele vizate.</w:t>
      </w:r>
    </w:p>
    <w:p w14:paraId="7F84BD43" w14:textId="5A315CD1" w:rsidR="00EE7ED3" w:rsidRPr="00CA18A1" w:rsidRDefault="00000000" w:rsidP="00D11397">
      <w:pPr>
        <w:spacing w:before="120" w:after="120" w:line="240" w:lineRule="auto"/>
        <w:jc w:val="both"/>
        <w:rPr>
          <w:szCs w:val="24"/>
        </w:rPr>
      </w:pPr>
      <w:r w:rsidRPr="00CA18A1">
        <w:rPr>
          <w:szCs w:val="24"/>
        </w:rPr>
        <w:t xml:space="preserve">2.1.3. Prin </w:t>
      </w:r>
      <w:r>
        <w:rPr>
          <w:szCs w:val="24"/>
        </w:rPr>
        <w:t>regulament</w:t>
      </w:r>
      <w:r w:rsidRPr="00CA18A1">
        <w:rPr>
          <w:szCs w:val="24"/>
        </w:rPr>
        <w:t xml:space="preserve">se urmărește asigurarea unui flux corect, eficient și legal al solicitărilor venite din partea persoanelor vizate cu privire la unul sau mai multe drepturi exercitate în temeiul </w:t>
      </w:r>
      <w:proofErr w:type="spellStart"/>
      <w:r w:rsidRPr="00CA18A1">
        <w:rPr>
          <w:szCs w:val="24"/>
        </w:rPr>
        <w:t>Legii</w:t>
      </w:r>
      <w:proofErr w:type="spellEnd"/>
      <w:r w:rsidRPr="00CA18A1">
        <w:rPr>
          <w:szCs w:val="24"/>
        </w:rPr>
        <w:t xml:space="preserve"> </w:t>
      </w:r>
      <w:proofErr w:type="spellStart"/>
      <w:r w:rsidRPr="00CA18A1">
        <w:rPr>
          <w:szCs w:val="24"/>
        </w:rPr>
        <w:t>privind</w:t>
      </w:r>
      <w:proofErr w:type="spellEnd"/>
      <w:r w:rsidRPr="00CA18A1">
        <w:rPr>
          <w:szCs w:val="24"/>
        </w:rPr>
        <w:t xml:space="preserve"> </w:t>
      </w:r>
      <w:proofErr w:type="spellStart"/>
      <w:r w:rsidRPr="00CA18A1">
        <w:rPr>
          <w:szCs w:val="24"/>
        </w:rPr>
        <w:t>protecția</w:t>
      </w:r>
      <w:proofErr w:type="spellEnd"/>
      <w:r w:rsidRPr="00CA18A1">
        <w:rPr>
          <w:szCs w:val="24"/>
        </w:rPr>
        <w:t xml:space="preserve"> </w:t>
      </w:r>
      <w:proofErr w:type="spellStart"/>
      <w:r w:rsidRPr="00CA18A1">
        <w:rPr>
          <w:szCs w:val="24"/>
        </w:rPr>
        <w:t>datelor</w:t>
      </w:r>
      <w:proofErr w:type="spellEnd"/>
      <w:r w:rsidRPr="00CA18A1">
        <w:rPr>
          <w:szCs w:val="24"/>
        </w:rPr>
        <w:t xml:space="preserve"> cu </w:t>
      </w:r>
      <w:proofErr w:type="spellStart"/>
      <w:r w:rsidRPr="00CA18A1">
        <w:rPr>
          <w:szCs w:val="24"/>
        </w:rPr>
        <w:t>caracter</w:t>
      </w:r>
      <w:proofErr w:type="spellEnd"/>
      <w:r w:rsidRPr="00CA18A1">
        <w:rPr>
          <w:szCs w:val="24"/>
        </w:rPr>
        <w:t xml:space="preserve"> personal.</w:t>
      </w:r>
    </w:p>
    <w:p w14:paraId="225D9E1D" w14:textId="77777777" w:rsidR="00EE7ED3" w:rsidRPr="00CA18A1" w:rsidRDefault="00000000" w:rsidP="00CF61F1">
      <w:pPr>
        <w:spacing w:before="120" w:after="120" w:line="240" w:lineRule="auto"/>
        <w:jc w:val="center"/>
        <w:rPr>
          <w:b/>
          <w:bCs/>
          <w:szCs w:val="24"/>
        </w:rPr>
      </w:pPr>
      <w:r w:rsidRPr="00CA18A1">
        <w:rPr>
          <w:b/>
          <w:bCs/>
          <w:szCs w:val="24"/>
        </w:rPr>
        <w:t>2.2. DOMENIUL DE APLICARE</w:t>
      </w:r>
    </w:p>
    <w:p w14:paraId="7C87923A" w14:textId="77777777" w:rsidR="00EE7ED3" w:rsidRPr="00CA18A1" w:rsidRDefault="00000000" w:rsidP="00D11397">
      <w:pPr>
        <w:spacing w:before="120" w:after="120" w:line="240" w:lineRule="auto"/>
        <w:jc w:val="both"/>
        <w:rPr>
          <w:szCs w:val="24"/>
        </w:rPr>
      </w:pPr>
      <w:r w:rsidRPr="00CA18A1">
        <w:rPr>
          <w:szCs w:val="24"/>
        </w:rPr>
        <w:t>2.2.1. Legislația în vigoare, în domeniul protecției datelor cu caracter personal, conferă persoanelor fizice, în principal, următoarele drepturi:</w:t>
      </w:r>
    </w:p>
    <w:p w14:paraId="7801B726" w14:textId="77777777" w:rsidR="00EE7ED3" w:rsidRPr="00CA18A1" w:rsidRDefault="00000000">
      <w:pPr>
        <w:numPr>
          <w:ilvl w:val="0"/>
          <w:numId w:val="3"/>
        </w:numPr>
        <w:spacing w:before="120" w:after="120" w:line="240" w:lineRule="auto"/>
        <w:jc w:val="both"/>
        <w:rPr>
          <w:szCs w:val="24"/>
        </w:rPr>
      </w:pPr>
      <w:r w:rsidRPr="00CA18A1">
        <w:rPr>
          <w:szCs w:val="24"/>
        </w:rPr>
        <w:t>Dreptul de a fi informat</w:t>
      </w:r>
    </w:p>
    <w:p w14:paraId="74DC2536" w14:textId="77777777" w:rsidR="00EE7ED3" w:rsidRPr="00CA18A1" w:rsidRDefault="00000000">
      <w:pPr>
        <w:numPr>
          <w:ilvl w:val="0"/>
          <w:numId w:val="3"/>
        </w:numPr>
        <w:spacing w:before="120" w:after="120" w:line="240" w:lineRule="auto"/>
        <w:jc w:val="both"/>
        <w:rPr>
          <w:szCs w:val="24"/>
        </w:rPr>
      </w:pPr>
      <w:r w:rsidRPr="00CA18A1">
        <w:rPr>
          <w:szCs w:val="24"/>
        </w:rPr>
        <w:t>Dreptul de acces</w:t>
      </w:r>
    </w:p>
    <w:p w14:paraId="3C8C84EC" w14:textId="77777777" w:rsidR="00EE7ED3" w:rsidRPr="00CA18A1" w:rsidRDefault="00000000">
      <w:pPr>
        <w:numPr>
          <w:ilvl w:val="0"/>
          <w:numId w:val="3"/>
        </w:numPr>
        <w:spacing w:before="120" w:after="120" w:line="240" w:lineRule="auto"/>
        <w:jc w:val="both"/>
        <w:rPr>
          <w:szCs w:val="24"/>
        </w:rPr>
      </w:pPr>
      <w:r w:rsidRPr="00CA18A1">
        <w:rPr>
          <w:szCs w:val="24"/>
        </w:rPr>
        <w:t>Dreptul la rectificare</w:t>
      </w:r>
    </w:p>
    <w:p w14:paraId="75D438C2" w14:textId="77777777" w:rsidR="00EE7ED3" w:rsidRPr="00CA18A1" w:rsidRDefault="00000000">
      <w:pPr>
        <w:numPr>
          <w:ilvl w:val="0"/>
          <w:numId w:val="3"/>
        </w:numPr>
        <w:spacing w:before="120" w:after="120" w:line="240" w:lineRule="auto"/>
        <w:jc w:val="both"/>
        <w:rPr>
          <w:szCs w:val="24"/>
        </w:rPr>
      </w:pPr>
      <w:r w:rsidRPr="00CA18A1">
        <w:rPr>
          <w:szCs w:val="24"/>
        </w:rPr>
        <w:t>Dreptul de ștergere</w:t>
      </w:r>
    </w:p>
    <w:p w14:paraId="69926150" w14:textId="77777777" w:rsidR="00EE7ED3" w:rsidRPr="00CA18A1" w:rsidRDefault="00000000">
      <w:pPr>
        <w:numPr>
          <w:ilvl w:val="0"/>
          <w:numId w:val="3"/>
        </w:numPr>
        <w:spacing w:before="120" w:after="120" w:line="240" w:lineRule="auto"/>
        <w:jc w:val="both"/>
        <w:rPr>
          <w:szCs w:val="24"/>
        </w:rPr>
      </w:pPr>
      <w:r w:rsidRPr="00CA18A1">
        <w:rPr>
          <w:szCs w:val="24"/>
        </w:rPr>
        <w:t>Dreptul de a restricționa prelucrarea datelor</w:t>
      </w:r>
    </w:p>
    <w:p w14:paraId="2FAC1733" w14:textId="77777777" w:rsidR="00EE7ED3" w:rsidRPr="00CA18A1" w:rsidRDefault="00000000">
      <w:pPr>
        <w:numPr>
          <w:ilvl w:val="0"/>
          <w:numId w:val="3"/>
        </w:numPr>
        <w:spacing w:before="120" w:after="120" w:line="240" w:lineRule="auto"/>
        <w:jc w:val="both"/>
        <w:rPr>
          <w:szCs w:val="24"/>
        </w:rPr>
      </w:pPr>
      <w:r w:rsidRPr="00CA18A1">
        <w:rPr>
          <w:szCs w:val="24"/>
        </w:rPr>
        <w:t>Dreptul de a se opune prelucrării datelor</w:t>
      </w:r>
    </w:p>
    <w:p w14:paraId="7802D0E5" w14:textId="77777777" w:rsidR="00EE7ED3" w:rsidRPr="00CA18A1" w:rsidRDefault="00000000">
      <w:pPr>
        <w:numPr>
          <w:ilvl w:val="0"/>
          <w:numId w:val="3"/>
        </w:numPr>
        <w:spacing w:before="120" w:after="120" w:line="240" w:lineRule="auto"/>
        <w:jc w:val="both"/>
        <w:rPr>
          <w:szCs w:val="24"/>
        </w:rPr>
      </w:pPr>
      <w:r w:rsidRPr="00CA18A1">
        <w:rPr>
          <w:szCs w:val="24"/>
        </w:rPr>
        <w:t>Drepturi legate de luarea de decizii automatizate și de profilare.</w:t>
      </w:r>
    </w:p>
    <w:p w14:paraId="0098E01D" w14:textId="32C2B13E" w:rsidR="00EE7ED3" w:rsidRPr="00CA18A1" w:rsidRDefault="00000000" w:rsidP="00D11397">
      <w:pPr>
        <w:spacing w:before="120" w:after="120" w:line="240" w:lineRule="auto"/>
        <w:jc w:val="both"/>
        <w:rPr>
          <w:szCs w:val="24"/>
        </w:rPr>
      </w:pPr>
      <w:r w:rsidRPr="00CA18A1">
        <w:rPr>
          <w:szCs w:val="24"/>
        </w:rPr>
        <w:t>2.2.2. Prezent</w:t>
      </w:r>
      <w:r>
        <w:rPr>
          <w:szCs w:val="24"/>
        </w:rPr>
        <w:t>ul regulament</w:t>
      </w:r>
      <w:r w:rsidRPr="00CA18A1">
        <w:rPr>
          <w:szCs w:val="24"/>
        </w:rPr>
        <w:t xml:space="preserve"> se aplică tuturor structurilor organizatorice/serviciilor și birourilor Operatorului de date </w:t>
      </w:r>
      <w:r w:rsidRPr="00375470">
        <w:rPr>
          <w:b/>
          <w:szCs w:val="24"/>
        </w:rPr>
        <w:t>Primăria SATULUI MERENI</w:t>
      </w:r>
      <w:r w:rsidRPr="00CA18A1">
        <w:rPr>
          <w:szCs w:val="24"/>
        </w:rPr>
        <w:t xml:space="preserve">. </w:t>
      </w:r>
      <w:r>
        <w:rPr>
          <w:szCs w:val="24"/>
        </w:rPr>
        <w:t>Regulamentul</w:t>
      </w:r>
      <w:r w:rsidRPr="00CA18A1">
        <w:rPr>
          <w:szCs w:val="24"/>
        </w:rPr>
        <w:t xml:space="preserve"> este întocmit în scopul prezentării circuitului solicitărilor din partea persoanelor vizate venite din exterior, precum și a atribuțiilor persoanelor implicate în procesul de răspuns. La </w:t>
      </w:r>
      <w:r>
        <w:rPr>
          <w:szCs w:val="24"/>
        </w:rPr>
        <w:t>regulament</w:t>
      </w:r>
      <w:r w:rsidRPr="00CA18A1">
        <w:rPr>
          <w:szCs w:val="24"/>
        </w:rPr>
        <w:t xml:space="preserve"> participă toate structurile organizatorice conform cu atribuțiile care le revin în </w:t>
      </w:r>
      <w:proofErr w:type="spellStart"/>
      <w:r w:rsidRPr="00CA18A1">
        <w:rPr>
          <w:szCs w:val="24"/>
        </w:rPr>
        <w:t>ceea</w:t>
      </w:r>
      <w:proofErr w:type="spellEnd"/>
      <w:r w:rsidRPr="00CA18A1">
        <w:rPr>
          <w:szCs w:val="24"/>
        </w:rPr>
        <w:t xml:space="preserve"> </w:t>
      </w:r>
      <w:proofErr w:type="spellStart"/>
      <w:r w:rsidRPr="00CA18A1">
        <w:rPr>
          <w:szCs w:val="24"/>
        </w:rPr>
        <w:t>ce</w:t>
      </w:r>
      <w:proofErr w:type="spellEnd"/>
      <w:r w:rsidRPr="00CA18A1">
        <w:rPr>
          <w:szCs w:val="24"/>
        </w:rPr>
        <w:t xml:space="preserve"> </w:t>
      </w:r>
      <w:proofErr w:type="spellStart"/>
      <w:r w:rsidRPr="00CA18A1">
        <w:rPr>
          <w:szCs w:val="24"/>
        </w:rPr>
        <w:t>privește</w:t>
      </w:r>
      <w:proofErr w:type="spellEnd"/>
      <w:r w:rsidRPr="00CA18A1">
        <w:rPr>
          <w:szCs w:val="24"/>
        </w:rPr>
        <w:t xml:space="preserve"> </w:t>
      </w:r>
      <w:proofErr w:type="spellStart"/>
      <w:r w:rsidRPr="00CA18A1">
        <w:rPr>
          <w:szCs w:val="24"/>
        </w:rPr>
        <w:t>exercitarea</w:t>
      </w:r>
      <w:proofErr w:type="spellEnd"/>
      <w:r w:rsidRPr="00CA18A1">
        <w:rPr>
          <w:szCs w:val="24"/>
        </w:rPr>
        <w:t xml:space="preserve"> </w:t>
      </w:r>
      <w:proofErr w:type="spellStart"/>
      <w:r w:rsidRPr="00CA18A1">
        <w:rPr>
          <w:szCs w:val="24"/>
        </w:rPr>
        <w:t>drepturilor</w:t>
      </w:r>
      <w:proofErr w:type="spellEnd"/>
      <w:r w:rsidRPr="00CA18A1">
        <w:rPr>
          <w:szCs w:val="24"/>
        </w:rPr>
        <w:t xml:space="preserve"> </w:t>
      </w:r>
      <w:proofErr w:type="spellStart"/>
      <w:r w:rsidRPr="00CA18A1">
        <w:rPr>
          <w:szCs w:val="24"/>
        </w:rPr>
        <w:t>persoanelor</w:t>
      </w:r>
      <w:proofErr w:type="spellEnd"/>
      <w:r w:rsidRPr="00CA18A1">
        <w:rPr>
          <w:szCs w:val="24"/>
        </w:rPr>
        <w:t xml:space="preserve"> </w:t>
      </w:r>
      <w:proofErr w:type="spellStart"/>
      <w:r w:rsidRPr="00CA18A1">
        <w:rPr>
          <w:szCs w:val="24"/>
        </w:rPr>
        <w:t>vizate</w:t>
      </w:r>
      <w:proofErr w:type="spellEnd"/>
      <w:r w:rsidRPr="00CA18A1">
        <w:rPr>
          <w:szCs w:val="24"/>
        </w:rPr>
        <w:t>.</w:t>
      </w:r>
    </w:p>
    <w:p w14:paraId="03DA6366" w14:textId="77777777" w:rsidR="00EE7ED3" w:rsidRPr="00CA18A1" w:rsidRDefault="00000000" w:rsidP="00CF61F1">
      <w:pPr>
        <w:spacing w:before="120" w:after="120" w:line="240" w:lineRule="auto"/>
        <w:jc w:val="center"/>
        <w:rPr>
          <w:b/>
          <w:bCs/>
          <w:szCs w:val="24"/>
        </w:rPr>
      </w:pPr>
      <w:r w:rsidRPr="00CA18A1">
        <w:rPr>
          <w:b/>
          <w:bCs/>
          <w:szCs w:val="24"/>
        </w:rPr>
        <w:t>2.3. DOCUMENTE DE REFERINȚĂ</w:t>
      </w:r>
    </w:p>
    <w:p w14:paraId="6C23EFA2" w14:textId="77777777" w:rsidR="00EE7ED3" w:rsidRPr="00CA18A1" w:rsidRDefault="00000000">
      <w:pPr>
        <w:numPr>
          <w:ilvl w:val="0"/>
          <w:numId w:val="4"/>
        </w:numPr>
        <w:spacing w:before="120" w:after="120" w:line="240" w:lineRule="auto"/>
        <w:jc w:val="both"/>
        <w:rPr>
          <w:bCs/>
          <w:szCs w:val="24"/>
        </w:rPr>
      </w:pPr>
      <w:r w:rsidRPr="00CA18A1">
        <w:rPr>
          <w:bCs/>
          <w:szCs w:val="24"/>
        </w:rPr>
        <w:t>Legea nr. 195 din 25.07.2024 privind protecția datelor cu caracter personal.</w:t>
      </w:r>
    </w:p>
    <w:p w14:paraId="39AD0C4D" w14:textId="77777777" w:rsidR="00EE7ED3" w:rsidRPr="00CA18A1" w:rsidRDefault="00000000">
      <w:pPr>
        <w:numPr>
          <w:ilvl w:val="0"/>
          <w:numId w:val="4"/>
        </w:numPr>
        <w:spacing w:before="120" w:after="120" w:line="240" w:lineRule="auto"/>
        <w:jc w:val="both"/>
        <w:rPr>
          <w:bCs/>
          <w:szCs w:val="24"/>
        </w:rPr>
      </w:pPr>
      <w:r>
        <w:rPr>
          <w:bCs/>
          <w:szCs w:val="24"/>
        </w:rPr>
        <w:t>Regulamentul</w:t>
      </w:r>
      <w:r w:rsidRPr="00CA18A1">
        <w:rPr>
          <w:bCs/>
          <w:szCs w:val="24"/>
        </w:rPr>
        <w:t xml:space="preserve"> privind protecția datelor cu caracter personal în cadrul </w:t>
      </w:r>
      <w:r w:rsidRPr="00375470">
        <w:rPr>
          <w:b/>
          <w:szCs w:val="24"/>
        </w:rPr>
        <w:t>Primări</w:t>
      </w:r>
      <w:r>
        <w:rPr>
          <w:b/>
          <w:szCs w:val="24"/>
        </w:rPr>
        <w:t>ei</w:t>
      </w:r>
      <w:r w:rsidRPr="00375470">
        <w:rPr>
          <w:b/>
          <w:szCs w:val="24"/>
        </w:rPr>
        <w:t xml:space="preserve"> SATULUI MERENI</w:t>
      </w:r>
      <w:r w:rsidRPr="00CA18A1">
        <w:rPr>
          <w:bCs/>
          <w:szCs w:val="24"/>
        </w:rPr>
        <w:t>.</w:t>
      </w:r>
    </w:p>
    <w:p w14:paraId="0F0FF046" w14:textId="6B06BFAB" w:rsidR="00EE7ED3" w:rsidRPr="008B04D4" w:rsidRDefault="00000000" w:rsidP="00D11397">
      <w:pPr>
        <w:numPr>
          <w:ilvl w:val="0"/>
          <w:numId w:val="4"/>
        </w:numPr>
        <w:spacing w:before="120" w:after="120" w:line="240" w:lineRule="auto"/>
        <w:jc w:val="both"/>
        <w:rPr>
          <w:bCs/>
          <w:szCs w:val="24"/>
        </w:rPr>
      </w:pPr>
      <w:r w:rsidRPr="00CA18A1">
        <w:rPr>
          <w:bCs/>
          <w:szCs w:val="24"/>
        </w:rPr>
        <w:t xml:space="preserve">Codul Administrativ al Republicii Moldova și alte </w:t>
      </w:r>
      <w:proofErr w:type="spellStart"/>
      <w:r>
        <w:rPr>
          <w:bCs/>
          <w:szCs w:val="24"/>
        </w:rPr>
        <w:t>acte</w:t>
      </w:r>
      <w:proofErr w:type="spellEnd"/>
      <w:r>
        <w:rPr>
          <w:bCs/>
          <w:szCs w:val="24"/>
        </w:rPr>
        <w:t xml:space="preserve"> normative</w:t>
      </w:r>
      <w:r w:rsidRPr="00CA18A1">
        <w:rPr>
          <w:bCs/>
          <w:szCs w:val="24"/>
        </w:rPr>
        <w:t xml:space="preserve"> interne </w:t>
      </w:r>
      <w:proofErr w:type="spellStart"/>
      <w:r w:rsidRPr="00CA18A1">
        <w:rPr>
          <w:bCs/>
          <w:szCs w:val="24"/>
        </w:rPr>
        <w:t>aprobate</w:t>
      </w:r>
      <w:proofErr w:type="spellEnd"/>
      <w:r w:rsidRPr="00CA18A1">
        <w:rPr>
          <w:bCs/>
          <w:szCs w:val="24"/>
        </w:rPr>
        <w:t xml:space="preserve"> </w:t>
      </w:r>
      <w:proofErr w:type="spellStart"/>
      <w:r w:rsidRPr="00CA18A1">
        <w:rPr>
          <w:bCs/>
          <w:szCs w:val="24"/>
        </w:rPr>
        <w:t>în</w:t>
      </w:r>
      <w:proofErr w:type="spellEnd"/>
      <w:r w:rsidRPr="00CA18A1">
        <w:rPr>
          <w:bCs/>
          <w:szCs w:val="24"/>
        </w:rPr>
        <w:t xml:space="preserve"> </w:t>
      </w:r>
      <w:proofErr w:type="spellStart"/>
      <w:r w:rsidRPr="00CA18A1">
        <w:rPr>
          <w:bCs/>
          <w:szCs w:val="24"/>
        </w:rPr>
        <w:t>cadrul</w:t>
      </w:r>
      <w:proofErr w:type="spellEnd"/>
      <w:r w:rsidRPr="00CA18A1">
        <w:rPr>
          <w:bCs/>
          <w:szCs w:val="24"/>
        </w:rPr>
        <w:t xml:space="preserve"> </w:t>
      </w:r>
      <w:proofErr w:type="spellStart"/>
      <w:r w:rsidRPr="00CA18A1">
        <w:rPr>
          <w:bCs/>
          <w:szCs w:val="24"/>
        </w:rPr>
        <w:t>instituției</w:t>
      </w:r>
      <w:proofErr w:type="spellEnd"/>
      <w:r w:rsidRPr="00CA18A1">
        <w:rPr>
          <w:bCs/>
          <w:szCs w:val="24"/>
        </w:rPr>
        <w:t>.</w:t>
      </w:r>
    </w:p>
    <w:p w14:paraId="71816CBE" w14:textId="77777777" w:rsidR="00EE7ED3" w:rsidRPr="00CA18A1" w:rsidRDefault="00000000" w:rsidP="00CF61F1">
      <w:pPr>
        <w:spacing w:before="120" w:after="120" w:line="240" w:lineRule="auto"/>
        <w:jc w:val="center"/>
        <w:rPr>
          <w:b/>
          <w:bCs/>
          <w:szCs w:val="24"/>
        </w:rPr>
      </w:pPr>
      <w:r w:rsidRPr="00CA18A1">
        <w:rPr>
          <w:b/>
          <w:bCs/>
          <w:szCs w:val="24"/>
        </w:rPr>
        <w:t>3. DREPTURILE PERSOANELOR VIZATE</w:t>
      </w:r>
    </w:p>
    <w:p w14:paraId="0D35A186" w14:textId="77777777" w:rsidR="00EE7ED3" w:rsidRPr="00CA18A1" w:rsidRDefault="00000000" w:rsidP="00D11397">
      <w:pPr>
        <w:spacing w:before="120" w:after="120" w:line="240" w:lineRule="auto"/>
        <w:jc w:val="both"/>
        <w:rPr>
          <w:b/>
          <w:bCs/>
          <w:szCs w:val="24"/>
        </w:rPr>
      </w:pPr>
      <w:r w:rsidRPr="00CA18A1">
        <w:rPr>
          <w:b/>
          <w:bCs/>
          <w:szCs w:val="24"/>
        </w:rPr>
        <w:t>3.1. DREPTUL DE A FI INFORMAT</w:t>
      </w:r>
    </w:p>
    <w:p w14:paraId="5D8245C1" w14:textId="77777777" w:rsidR="00EE7ED3" w:rsidRPr="00CA18A1" w:rsidRDefault="00000000" w:rsidP="00D11397">
      <w:pPr>
        <w:spacing w:before="120" w:after="120" w:line="240" w:lineRule="auto"/>
        <w:jc w:val="both"/>
        <w:rPr>
          <w:bCs/>
          <w:szCs w:val="24"/>
        </w:rPr>
      </w:pPr>
      <w:r w:rsidRPr="00CA18A1">
        <w:rPr>
          <w:bCs/>
          <w:szCs w:val="24"/>
        </w:rPr>
        <w:lastRenderedPageBreak/>
        <w:t xml:space="preserve">Dreptul de a fi informat se referă la obligația operatorului </w:t>
      </w:r>
      <w:r w:rsidRPr="00375470">
        <w:rPr>
          <w:b/>
          <w:szCs w:val="24"/>
        </w:rPr>
        <w:t>Primăria SATULUI MERENI</w:t>
      </w:r>
      <w:r w:rsidRPr="00CA18A1">
        <w:rPr>
          <w:bCs/>
          <w:szCs w:val="24"/>
        </w:rPr>
        <w:t xml:space="preserve"> de a lua toate măsurile adecvate pentru a furniza persoanei vizate orice informații referitoare la prelucrarea datelor cu caracter personal. Informațiile pot fi comunicate în scris sau verbal, cu condiția ca identitatea persoanei vizate să fie dovedită prin alte mijloace. </w:t>
      </w:r>
      <w:r w:rsidRPr="00375470">
        <w:rPr>
          <w:b/>
          <w:szCs w:val="24"/>
        </w:rPr>
        <w:t>Primăria SATULUI MERENI</w:t>
      </w:r>
      <w:r w:rsidRPr="00CA18A1">
        <w:rPr>
          <w:bCs/>
          <w:szCs w:val="24"/>
        </w:rPr>
        <w:t xml:space="preserve"> va respecta prevederile legale consacrate în Legea nr. 195 din 25.07.2024, care stabilesc exact informațiile care trebuie furnizate și când trebuie subiecții prelucrării datelor cu caracter personal să fie informați. Principalul atribut al datelor ce trebuie furnizate este transparența.</w:t>
      </w:r>
    </w:p>
    <w:p w14:paraId="69BAE02B" w14:textId="77777777" w:rsidR="00EE7ED3" w:rsidRPr="00CA18A1" w:rsidRDefault="00000000" w:rsidP="00D11397">
      <w:pPr>
        <w:spacing w:before="120" w:after="120" w:line="240" w:lineRule="auto"/>
        <w:jc w:val="both"/>
        <w:rPr>
          <w:b/>
          <w:bCs/>
          <w:szCs w:val="24"/>
        </w:rPr>
      </w:pPr>
      <w:r w:rsidRPr="00CA18A1">
        <w:rPr>
          <w:b/>
          <w:bCs/>
          <w:szCs w:val="24"/>
        </w:rPr>
        <w:t>3.2. DREPTUL DE ACCES</w:t>
      </w:r>
    </w:p>
    <w:p w14:paraId="4136B068" w14:textId="77777777" w:rsidR="00EE7ED3" w:rsidRDefault="00000000" w:rsidP="00D11397">
      <w:pPr>
        <w:spacing w:before="120" w:after="120" w:line="240" w:lineRule="auto"/>
        <w:jc w:val="both"/>
        <w:rPr>
          <w:bCs/>
          <w:szCs w:val="24"/>
        </w:rPr>
      </w:pPr>
      <w:r w:rsidRPr="00CA18A1">
        <w:rPr>
          <w:bCs/>
          <w:szCs w:val="24"/>
        </w:rPr>
        <w:t xml:space="preserve">Dreptul de acces înseamnă că persoana vizată are dreptul de a obține din partea operatorului </w:t>
      </w:r>
      <w:r w:rsidRPr="00375470">
        <w:rPr>
          <w:b/>
          <w:szCs w:val="24"/>
        </w:rPr>
        <w:t>Primăria SATULUI MERENI</w:t>
      </w:r>
      <w:r w:rsidRPr="00CA18A1">
        <w:rPr>
          <w:bCs/>
          <w:szCs w:val="24"/>
        </w:rPr>
        <w:t xml:space="preserve"> o confirmare că se prelucrează sau nu date cu caracter personal care o privesc. În caz afirmativ, persoana vizată trebuie să aibă acces la datele respective și la o serie de informații în ordinea prevăzută de prevederile Legii nr. 195 din 25.07.2024.</w:t>
      </w:r>
    </w:p>
    <w:p w14:paraId="6A1A5700" w14:textId="77777777" w:rsidR="00EE7ED3" w:rsidRPr="00CA18A1" w:rsidRDefault="00EE7ED3" w:rsidP="00D11397">
      <w:pPr>
        <w:spacing w:before="120" w:after="120" w:line="240" w:lineRule="auto"/>
        <w:jc w:val="both"/>
        <w:rPr>
          <w:bCs/>
          <w:szCs w:val="24"/>
        </w:rPr>
      </w:pPr>
    </w:p>
    <w:p w14:paraId="0F88974F" w14:textId="77777777" w:rsidR="00EE7ED3" w:rsidRPr="00CA18A1" w:rsidRDefault="00000000" w:rsidP="00D11397">
      <w:pPr>
        <w:spacing w:before="120" w:after="120" w:line="240" w:lineRule="auto"/>
        <w:jc w:val="both"/>
        <w:rPr>
          <w:b/>
          <w:bCs/>
          <w:szCs w:val="24"/>
        </w:rPr>
      </w:pPr>
      <w:r w:rsidRPr="00CA18A1">
        <w:rPr>
          <w:b/>
          <w:bCs/>
          <w:szCs w:val="24"/>
        </w:rPr>
        <w:t>3.3. DREPTUL LA RECTIFICAREA ȘI/SAU COMPLETAREA DATELOR</w:t>
      </w:r>
    </w:p>
    <w:p w14:paraId="0621724B" w14:textId="77777777" w:rsidR="00EE7ED3" w:rsidRPr="00CA18A1" w:rsidRDefault="00000000" w:rsidP="00D11397">
      <w:pPr>
        <w:spacing w:before="120" w:after="120" w:line="240" w:lineRule="auto"/>
        <w:jc w:val="both"/>
        <w:rPr>
          <w:bCs/>
          <w:szCs w:val="24"/>
        </w:rPr>
      </w:pPr>
      <w:r w:rsidRPr="00CA18A1">
        <w:rPr>
          <w:bCs/>
          <w:szCs w:val="24"/>
        </w:rPr>
        <w:t xml:space="preserve">Dreptul la rectificarea datelor se referă la faptul că persoana vizată are dreptul de a obține de la operatorul </w:t>
      </w:r>
      <w:r w:rsidRPr="00375470">
        <w:rPr>
          <w:b/>
          <w:szCs w:val="24"/>
        </w:rPr>
        <w:t>Primăria SATULUI MERENI</w:t>
      </w:r>
      <w:r w:rsidRPr="00CA18A1">
        <w:rPr>
          <w:bCs/>
          <w:szCs w:val="24"/>
        </w:rPr>
        <w:t>, fără întârzieri nejustificate, actualizarea datelor care o privesc, în special în ceea ce privește datele cu caracter personal inexacte. Dreptul la completarea datelor se referă la ipoteza în care, având în vedere scopurile în care au fost prelucrate datele, persoana vizată dorește să obțină modificarea datelor cu caracter personal care sunt incomplete, inclusiv prin furnizarea unei declarații suplimentare.</w:t>
      </w:r>
    </w:p>
    <w:p w14:paraId="4C2A4A63" w14:textId="77777777" w:rsidR="00EE7ED3" w:rsidRPr="00CA18A1" w:rsidRDefault="00000000" w:rsidP="00D11397">
      <w:pPr>
        <w:spacing w:before="120" w:after="120" w:line="240" w:lineRule="auto"/>
        <w:jc w:val="both"/>
        <w:rPr>
          <w:b/>
          <w:bCs/>
          <w:szCs w:val="24"/>
        </w:rPr>
      </w:pPr>
      <w:r w:rsidRPr="00CA18A1">
        <w:rPr>
          <w:b/>
          <w:bCs/>
          <w:szCs w:val="24"/>
        </w:rPr>
        <w:t>3.4. DREPTUL LA ȘTERGEREA DATELOR</w:t>
      </w:r>
    </w:p>
    <w:p w14:paraId="0D749913" w14:textId="77777777" w:rsidR="00EE7ED3" w:rsidRPr="00CA18A1" w:rsidRDefault="00000000" w:rsidP="00D11397">
      <w:pPr>
        <w:spacing w:before="120" w:after="120" w:line="240" w:lineRule="auto"/>
        <w:jc w:val="both"/>
        <w:rPr>
          <w:bCs/>
          <w:szCs w:val="24"/>
        </w:rPr>
      </w:pPr>
      <w:r w:rsidRPr="00CA18A1">
        <w:rPr>
          <w:bCs/>
          <w:szCs w:val="24"/>
        </w:rPr>
        <w:t>Dreptul la ștergerea datelor cu caracter personal („dreptul de a fi uitat“) se bazează pe principiul de a garanta oricărui individ libertatea de a dispune cum dorește de datele sale personale, inclusiv de a le șterge, dacă nu există un motiv convingător sau special pentru continuarea procesării și stocării acestora.</w:t>
      </w:r>
      <w:r w:rsidRPr="00CA18A1">
        <w:rPr>
          <w:bCs/>
          <w:szCs w:val="24"/>
        </w:rPr>
        <w:br/>
        <w:t>Obligația de a șterge datele cu caracter personal se aplică în cazul în care sunt incidente unul dintre următoarele motive:</w:t>
      </w:r>
    </w:p>
    <w:p w14:paraId="4D2130F6" w14:textId="77777777" w:rsidR="00EE7ED3" w:rsidRPr="00CA18A1" w:rsidRDefault="00000000">
      <w:pPr>
        <w:numPr>
          <w:ilvl w:val="0"/>
          <w:numId w:val="5"/>
        </w:numPr>
        <w:spacing w:before="120" w:after="120" w:line="240" w:lineRule="auto"/>
        <w:jc w:val="both"/>
        <w:rPr>
          <w:bCs/>
          <w:szCs w:val="24"/>
        </w:rPr>
      </w:pPr>
      <w:r w:rsidRPr="00CA18A1">
        <w:rPr>
          <w:bCs/>
          <w:szCs w:val="24"/>
        </w:rPr>
        <w:t>datele cu caracter personal nu mai sunt necesare pentru îndeplinirea scopurilor pentru care au fost colectate sau prelucrate;</w:t>
      </w:r>
    </w:p>
    <w:p w14:paraId="0D603D04" w14:textId="77777777" w:rsidR="00EE7ED3" w:rsidRPr="00CA18A1" w:rsidRDefault="00000000">
      <w:pPr>
        <w:numPr>
          <w:ilvl w:val="0"/>
          <w:numId w:val="5"/>
        </w:numPr>
        <w:spacing w:before="120" w:after="120" w:line="240" w:lineRule="auto"/>
        <w:jc w:val="both"/>
        <w:rPr>
          <w:bCs/>
          <w:szCs w:val="24"/>
        </w:rPr>
      </w:pPr>
      <w:r w:rsidRPr="00CA18A1">
        <w:rPr>
          <w:bCs/>
          <w:szCs w:val="24"/>
        </w:rPr>
        <w:t>persoana vizată îşi retrage consimțământul pe baza căruia are loc prelucrarea, în conformitate cu prevederile legale şi nu există niciun alt temei juridic pentru prelucrare;</w:t>
      </w:r>
    </w:p>
    <w:p w14:paraId="4011684B" w14:textId="77777777" w:rsidR="00EE7ED3" w:rsidRPr="00CA18A1" w:rsidRDefault="00000000">
      <w:pPr>
        <w:numPr>
          <w:ilvl w:val="0"/>
          <w:numId w:val="5"/>
        </w:numPr>
        <w:spacing w:before="120" w:after="120" w:line="240" w:lineRule="auto"/>
        <w:jc w:val="both"/>
        <w:rPr>
          <w:bCs/>
          <w:szCs w:val="24"/>
        </w:rPr>
      </w:pPr>
      <w:r w:rsidRPr="00CA18A1">
        <w:rPr>
          <w:bCs/>
          <w:szCs w:val="24"/>
        </w:rPr>
        <w:t>persoana vizată se opune prelucrării şi nu există motive legitime administrative care să prevaleze în ceea ce privește prelucrarea;</w:t>
      </w:r>
    </w:p>
    <w:p w14:paraId="76DAD4AB" w14:textId="77777777" w:rsidR="00EE7ED3" w:rsidRPr="00CA18A1" w:rsidRDefault="00000000">
      <w:pPr>
        <w:numPr>
          <w:ilvl w:val="0"/>
          <w:numId w:val="5"/>
        </w:numPr>
        <w:spacing w:before="120" w:after="120" w:line="240" w:lineRule="auto"/>
        <w:jc w:val="both"/>
        <w:rPr>
          <w:bCs/>
          <w:szCs w:val="24"/>
        </w:rPr>
      </w:pPr>
      <w:r w:rsidRPr="00CA18A1">
        <w:rPr>
          <w:bCs/>
          <w:szCs w:val="24"/>
        </w:rPr>
        <w:t>există neclarități legate de legalitatea prelucrării datelor cu caracter personal;</w:t>
      </w:r>
    </w:p>
    <w:p w14:paraId="441D92A4" w14:textId="77777777" w:rsidR="00EE7ED3" w:rsidRPr="00CA18A1" w:rsidRDefault="00000000">
      <w:pPr>
        <w:numPr>
          <w:ilvl w:val="0"/>
          <w:numId w:val="5"/>
        </w:numPr>
        <w:spacing w:before="120" w:after="120" w:line="240" w:lineRule="auto"/>
        <w:jc w:val="both"/>
        <w:rPr>
          <w:bCs/>
          <w:szCs w:val="24"/>
        </w:rPr>
      </w:pPr>
      <w:r w:rsidRPr="00CA18A1">
        <w:rPr>
          <w:bCs/>
          <w:szCs w:val="24"/>
        </w:rPr>
        <w:t>datele cu caracter personal trebuie șterse pentru respectarea unei obligații legale care revine Operatorului;</w:t>
      </w:r>
    </w:p>
    <w:p w14:paraId="3D8F746C" w14:textId="77777777" w:rsidR="00EE7ED3" w:rsidRPr="00CA18A1" w:rsidRDefault="00000000">
      <w:pPr>
        <w:numPr>
          <w:ilvl w:val="0"/>
          <w:numId w:val="5"/>
        </w:numPr>
        <w:spacing w:before="120" w:after="120" w:line="240" w:lineRule="auto"/>
        <w:jc w:val="both"/>
        <w:rPr>
          <w:bCs/>
          <w:szCs w:val="24"/>
        </w:rPr>
      </w:pPr>
      <w:r w:rsidRPr="00CA18A1">
        <w:rPr>
          <w:bCs/>
          <w:szCs w:val="24"/>
        </w:rPr>
        <w:t>datele cu caracter personal aparțin unor copii, cu vârsta sub 16 ani.</w:t>
      </w:r>
    </w:p>
    <w:p w14:paraId="43721AB7" w14:textId="77777777" w:rsidR="00EE7ED3" w:rsidRPr="00CA18A1" w:rsidRDefault="00000000" w:rsidP="00D11397">
      <w:pPr>
        <w:spacing w:before="120" w:after="120" w:line="240" w:lineRule="auto"/>
        <w:jc w:val="both"/>
        <w:rPr>
          <w:bCs/>
          <w:szCs w:val="24"/>
        </w:rPr>
      </w:pPr>
      <w:r w:rsidRPr="00375470">
        <w:rPr>
          <w:b/>
          <w:szCs w:val="24"/>
        </w:rPr>
        <w:t>Primăria SATULUI MERENI</w:t>
      </w:r>
      <w:r w:rsidRPr="00CA18A1">
        <w:rPr>
          <w:bCs/>
          <w:szCs w:val="24"/>
        </w:rPr>
        <w:t xml:space="preserve"> este în drept să refuze de a da curs unei cereri de ștergere a datelor cu caracter personal, în următoarele situații care sunt prevăzute ca situații de excepție, respectiv, cele în care prelucrarea este necesară pentru:</w:t>
      </w:r>
    </w:p>
    <w:p w14:paraId="0B77C343" w14:textId="77777777" w:rsidR="00EE7ED3" w:rsidRPr="00CA18A1" w:rsidRDefault="00000000">
      <w:pPr>
        <w:numPr>
          <w:ilvl w:val="0"/>
          <w:numId w:val="6"/>
        </w:numPr>
        <w:spacing w:before="120" w:after="120" w:line="240" w:lineRule="auto"/>
        <w:jc w:val="both"/>
        <w:rPr>
          <w:bCs/>
          <w:szCs w:val="24"/>
        </w:rPr>
      </w:pPr>
      <w:r w:rsidRPr="00CA18A1">
        <w:rPr>
          <w:bCs/>
          <w:szCs w:val="24"/>
        </w:rPr>
        <w:t>respectarea unei obligații legale sau executarea unei atribuții de interes public;</w:t>
      </w:r>
    </w:p>
    <w:p w14:paraId="0C8AA095" w14:textId="77777777" w:rsidR="00EE7ED3" w:rsidRPr="00CA18A1" w:rsidRDefault="00000000">
      <w:pPr>
        <w:numPr>
          <w:ilvl w:val="0"/>
          <w:numId w:val="6"/>
        </w:numPr>
        <w:spacing w:before="120" w:after="120" w:line="240" w:lineRule="auto"/>
        <w:jc w:val="both"/>
        <w:rPr>
          <w:bCs/>
          <w:szCs w:val="24"/>
        </w:rPr>
      </w:pPr>
      <w:r w:rsidRPr="00CA18A1">
        <w:rPr>
          <w:bCs/>
          <w:szCs w:val="24"/>
        </w:rPr>
        <w:t>scopuri de arhivare în interes public, cercetare științifică sau istorică ori în scopuri statistice;</w:t>
      </w:r>
    </w:p>
    <w:p w14:paraId="3D3F334B" w14:textId="77777777" w:rsidR="00EE7ED3" w:rsidRPr="00CA18A1" w:rsidRDefault="00000000">
      <w:pPr>
        <w:numPr>
          <w:ilvl w:val="0"/>
          <w:numId w:val="6"/>
        </w:numPr>
        <w:spacing w:before="120" w:after="120" w:line="240" w:lineRule="auto"/>
        <w:jc w:val="both"/>
        <w:rPr>
          <w:bCs/>
          <w:szCs w:val="24"/>
        </w:rPr>
      </w:pPr>
      <w:r w:rsidRPr="00CA18A1">
        <w:rPr>
          <w:bCs/>
          <w:szCs w:val="24"/>
        </w:rPr>
        <w:t>constatarea, exercitarea sau apărarea unui drept în instanță;</w:t>
      </w:r>
    </w:p>
    <w:p w14:paraId="3C9FA2CE" w14:textId="77777777" w:rsidR="00EE7ED3" w:rsidRPr="00CA18A1" w:rsidRDefault="00000000">
      <w:pPr>
        <w:numPr>
          <w:ilvl w:val="0"/>
          <w:numId w:val="6"/>
        </w:numPr>
        <w:spacing w:before="120" w:after="120" w:line="240" w:lineRule="auto"/>
        <w:jc w:val="both"/>
        <w:rPr>
          <w:bCs/>
          <w:szCs w:val="24"/>
        </w:rPr>
      </w:pPr>
      <w:r w:rsidRPr="00CA18A1">
        <w:rPr>
          <w:bCs/>
          <w:szCs w:val="24"/>
        </w:rPr>
        <w:t>alte cazuri prevăzute de lege.</w:t>
      </w:r>
    </w:p>
    <w:p w14:paraId="53359B84" w14:textId="77777777" w:rsidR="00EE7ED3" w:rsidRPr="00CA18A1" w:rsidRDefault="00000000" w:rsidP="00D11397">
      <w:pPr>
        <w:spacing w:before="120" w:after="120" w:line="240" w:lineRule="auto"/>
        <w:jc w:val="both"/>
        <w:rPr>
          <w:b/>
          <w:bCs/>
          <w:szCs w:val="24"/>
        </w:rPr>
      </w:pPr>
      <w:r w:rsidRPr="00CA18A1">
        <w:rPr>
          <w:b/>
          <w:bCs/>
          <w:szCs w:val="24"/>
        </w:rPr>
        <w:lastRenderedPageBreak/>
        <w:t>3.5. DREPTUL LA RESTRICȚIONAREA PRELUCRĂRII</w:t>
      </w:r>
    </w:p>
    <w:p w14:paraId="4A9BF942" w14:textId="77777777" w:rsidR="00EE7ED3" w:rsidRPr="00CA18A1" w:rsidRDefault="00000000" w:rsidP="00D11397">
      <w:pPr>
        <w:spacing w:before="120" w:after="120" w:line="240" w:lineRule="auto"/>
        <w:jc w:val="both"/>
        <w:rPr>
          <w:szCs w:val="24"/>
        </w:rPr>
      </w:pPr>
      <w:r w:rsidRPr="00CA18A1">
        <w:rPr>
          <w:szCs w:val="24"/>
        </w:rPr>
        <w:t xml:space="preserve">3.5.1. Dreptul la restricționarea prelucrării se referă la posibilitatea oferită persoanei vizate de a limita operatorul </w:t>
      </w:r>
      <w:r w:rsidRPr="00375470">
        <w:rPr>
          <w:b/>
          <w:szCs w:val="24"/>
        </w:rPr>
        <w:t>Primăria SATULUI MERENI</w:t>
      </w:r>
      <w:r w:rsidRPr="00CA18A1">
        <w:rPr>
          <w:szCs w:val="24"/>
        </w:rPr>
        <w:t xml:space="preserve"> la posibilitatea de a prelucra anumite date cu caracter personal.</w:t>
      </w:r>
      <w:r w:rsidRPr="00CA18A1">
        <w:rPr>
          <w:szCs w:val="24"/>
        </w:rPr>
        <w:br/>
        <w:t>3.5.2. Persoana vizată are dreptul de a obține din partea operatorului restricționarea prelucrării în cazul în care se aplică unul dintre următoarele cazuri:</w:t>
      </w:r>
    </w:p>
    <w:p w14:paraId="5CB63ECD" w14:textId="77777777" w:rsidR="00EE7ED3" w:rsidRPr="00CA18A1" w:rsidRDefault="00000000">
      <w:pPr>
        <w:numPr>
          <w:ilvl w:val="0"/>
          <w:numId w:val="7"/>
        </w:numPr>
        <w:spacing w:before="120" w:after="120" w:line="240" w:lineRule="auto"/>
        <w:jc w:val="both"/>
        <w:rPr>
          <w:szCs w:val="24"/>
        </w:rPr>
      </w:pPr>
      <w:r w:rsidRPr="00CA18A1">
        <w:rPr>
          <w:szCs w:val="24"/>
        </w:rPr>
        <w:t xml:space="preserve">se contestă exactitatea datelor, pentru o perioadă care permite operatorului </w:t>
      </w:r>
      <w:r w:rsidRPr="00375470">
        <w:rPr>
          <w:b/>
          <w:szCs w:val="24"/>
        </w:rPr>
        <w:t>Primăria SATULUI MERENI</w:t>
      </w:r>
      <w:r w:rsidRPr="00CA18A1">
        <w:rPr>
          <w:szCs w:val="24"/>
        </w:rPr>
        <w:t xml:space="preserve"> să verifice exactitatea datelor în cauză;</w:t>
      </w:r>
    </w:p>
    <w:p w14:paraId="569438E8" w14:textId="77777777" w:rsidR="00EE7ED3" w:rsidRPr="00CA18A1" w:rsidRDefault="00000000">
      <w:pPr>
        <w:numPr>
          <w:ilvl w:val="0"/>
          <w:numId w:val="7"/>
        </w:numPr>
        <w:spacing w:before="120" w:after="120" w:line="240" w:lineRule="auto"/>
        <w:jc w:val="both"/>
        <w:rPr>
          <w:szCs w:val="24"/>
        </w:rPr>
      </w:pPr>
      <w:r w:rsidRPr="00CA18A1">
        <w:rPr>
          <w:szCs w:val="24"/>
        </w:rPr>
        <w:t>prelucrarea este nelegală, iar persoana vizată se opune ștergerii datelor cu caracter personal, solicitând în schimb restricționarea utilizării lor;</w:t>
      </w:r>
    </w:p>
    <w:p w14:paraId="0F57EE7B" w14:textId="77777777" w:rsidR="00EE7ED3" w:rsidRPr="00CA18A1" w:rsidRDefault="00000000">
      <w:pPr>
        <w:numPr>
          <w:ilvl w:val="0"/>
          <w:numId w:val="7"/>
        </w:numPr>
        <w:spacing w:before="120" w:after="120" w:line="240" w:lineRule="auto"/>
        <w:jc w:val="both"/>
        <w:rPr>
          <w:szCs w:val="24"/>
        </w:rPr>
      </w:pPr>
      <w:r w:rsidRPr="00CA18A1">
        <w:rPr>
          <w:szCs w:val="24"/>
        </w:rPr>
        <w:t xml:space="preserve">operatorul </w:t>
      </w:r>
      <w:r w:rsidRPr="00375470">
        <w:rPr>
          <w:b/>
          <w:szCs w:val="24"/>
        </w:rPr>
        <w:t>Primăria SATULUI MERENI</w:t>
      </w:r>
      <w:r w:rsidRPr="00CA18A1">
        <w:rPr>
          <w:szCs w:val="24"/>
        </w:rPr>
        <w:t xml:space="preserve"> nu mai are nevoie de datele cu caracter personal în scopul prelucrării, dar persoana vizată le solicită pentru o acțiune în instanță;</w:t>
      </w:r>
    </w:p>
    <w:p w14:paraId="3B64A220" w14:textId="77777777" w:rsidR="00EE7ED3" w:rsidRPr="00CA18A1" w:rsidRDefault="00000000">
      <w:pPr>
        <w:numPr>
          <w:ilvl w:val="0"/>
          <w:numId w:val="7"/>
        </w:numPr>
        <w:spacing w:before="120" w:after="120" w:line="240" w:lineRule="auto"/>
        <w:jc w:val="both"/>
        <w:rPr>
          <w:szCs w:val="24"/>
        </w:rPr>
      </w:pPr>
      <w:r w:rsidRPr="00CA18A1">
        <w:rPr>
          <w:szCs w:val="24"/>
        </w:rPr>
        <w:t xml:space="preserve">persoana vizată s-a opus prelucrării pentru intervalul de timp în care se verifică dacă drepturile și obligațiile publice ale operatorului </w:t>
      </w:r>
      <w:r w:rsidRPr="00375470">
        <w:rPr>
          <w:b/>
          <w:szCs w:val="24"/>
        </w:rPr>
        <w:t>Primăria SATULUI MERENI</w:t>
      </w:r>
      <w:r w:rsidRPr="00CA18A1">
        <w:rPr>
          <w:szCs w:val="24"/>
        </w:rPr>
        <w:t xml:space="preserve"> prevalează asupra celor ale persoanei vizate.</w:t>
      </w:r>
    </w:p>
    <w:p w14:paraId="1EAC7D5E" w14:textId="77777777" w:rsidR="00EE7ED3" w:rsidRPr="00CA18A1" w:rsidRDefault="00000000" w:rsidP="00D11397">
      <w:pPr>
        <w:spacing w:before="120" w:after="120" w:line="240" w:lineRule="auto"/>
        <w:jc w:val="both"/>
        <w:rPr>
          <w:szCs w:val="24"/>
        </w:rPr>
      </w:pPr>
      <w:r w:rsidRPr="00CA18A1">
        <w:rPr>
          <w:szCs w:val="24"/>
        </w:rPr>
        <w:t>3.5.3. Dacă prelucrarea a fost restricționată, astfel de date cu caracter personal pot, cu excepția stocării, să fie prelucrate numai cu consimțământul persoanei vizate sau pentru constatarea, exercitarea sau apărarea unui drept în instanță. În situația datelor cu caracter personal asupra cărora au fost instituite măsuri de restricție acestea pot fi în continuare stocate fără îndeplinirea altor formalități suplimentare.</w:t>
      </w:r>
      <w:r w:rsidRPr="00CA18A1">
        <w:rPr>
          <w:szCs w:val="24"/>
        </w:rPr>
        <w:br/>
        <w:t xml:space="preserve">3.5.4. În situația în care se impune prelucrarea datelor cu caracter personal restricționate, </w:t>
      </w:r>
      <w:r w:rsidRPr="00375470">
        <w:rPr>
          <w:b/>
          <w:szCs w:val="24"/>
        </w:rPr>
        <w:t>Primăria SATULUI MERENI</w:t>
      </w:r>
      <w:r w:rsidRPr="00CA18A1">
        <w:rPr>
          <w:szCs w:val="24"/>
        </w:rPr>
        <w:t xml:space="preserve"> poate opera cu respectarea următoarelor condiții prevăzute situațiilor ce impun necesitatea obținerii consimțământului, precum și:</w:t>
      </w:r>
    </w:p>
    <w:p w14:paraId="5A524D86" w14:textId="77777777" w:rsidR="00EE7ED3" w:rsidRPr="00CA18A1" w:rsidRDefault="00000000">
      <w:pPr>
        <w:numPr>
          <w:ilvl w:val="0"/>
          <w:numId w:val="8"/>
        </w:numPr>
        <w:spacing w:before="120" w:after="120" w:line="240" w:lineRule="auto"/>
        <w:jc w:val="both"/>
        <w:rPr>
          <w:szCs w:val="24"/>
        </w:rPr>
      </w:pPr>
      <w:r w:rsidRPr="00CA18A1">
        <w:rPr>
          <w:szCs w:val="24"/>
        </w:rPr>
        <w:t>prelucrarea să fie necesară pentru constatarea, exercitarea sau apărarea unui drept în instanță;</w:t>
      </w:r>
    </w:p>
    <w:p w14:paraId="2274E75F" w14:textId="77777777" w:rsidR="00EE7ED3" w:rsidRPr="00CA18A1" w:rsidRDefault="00000000">
      <w:pPr>
        <w:numPr>
          <w:ilvl w:val="0"/>
          <w:numId w:val="8"/>
        </w:numPr>
        <w:spacing w:before="120" w:after="120" w:line="240" w:lineRule="auto"/>
        <w:jc w:val="both"/>
        <w:rPr>
          <w:szCs w:val="24"/>
        </w:rPr>
      </w:pPr>
      <w:r w:rsidRPr="00CA18A1">
        <w:rPr>
          <w:szCs w:val="24"/>
        </w:rPr>
        <w:t>prelucrarea să fie necesară pentru protecția drepturilor unei alte persoane fizice sau juridice sau din motive de interes public important;</w:t>
      </w:r>
    </w:p>
    <w:p w14:paraId="79DCEB3E" w14:textId="77777777" w:rsidR="00EE7ED3" w:rsidRPr="00CA18A1" w:rsidRDefault="00000000">
      <w:pPr>
        <w:numPr>
          <w:ilvl w:val="0"/>
          <w:numId w:val="8"/>
        </w:numPr>
        <w:spacing w:before="120" w:after="120" w:line="240" w:lineRule="auto"/>
        <w:jc w:val="both"/>
        <w:rPr>
          <w:szCs w:val="24"/>
        </w:rPr>
      </w:pPr>
      <w:r w:rsidRPr="00CA18A1">
        <w:rPr>
          <w:szCs w:val="24"/>
        </w:rPr>
        <w:t>în orice alte cazuri care ar necesita prelucrarea datelor în discuție este necesară obținerea consimțământului persoanei vizate.</w:t>
      </w:r>
    </w:p>
    <w:p w14:paraId="2B39B185" w14:textId="77777777" w:rsidR="00EE7ED3" w:rsidRPr="00CA18A1" w:rsidRDefault="00000000" w:rsidP="00D11397">
      <w:pPr>
        <w:spacing w:before="120" w:after="120" w:line="240" w:lineRule="auto"/>
        <w:jc w:val="both"/>
        <w:rPr>
          <w:b/>
          <w:bCs/>
          <w:szCs w:val="24"/>
        </w:rPr>
      </w:pPr>
      <w:r w:rsidRPr="00CA18A1">
        <w:rPr>
          <w:b/>
          <w:bCs/>
          <w:szCs w:val="24"/>
        </w:rPr>
        <w:t>3.6. DREPTUL LA OPOZIȚIE</w:t>
      </w:r>
    </w:p>
    <w:p w14:paraId="5F5C08DE" w14:textId="77777777" w:rsidR="00EE7ED3" w:rsidRPr="00CA18A1" w:rsidRDefault="00000000" w:rsidP="00D11397">
      <w:pPr>
        <w:spacing w:before="120" w:after="120" w:line="240" w:lineRule="auto"/>
        <w:jc w:val="both"/>
        <w:rPr>
          <w:szCs w:val="24"/>
        </w:rPr>
      </w:pPr>
      <w:r w:rsidRPr="00CA18A1">
        <w:rPr>
          <w:szCs w:val="24"/>
        </w:rPr>
        <w:t>3.6.1. În anumite situații expres prevăzute de legislația în vigoare, persoana vizată are dreptul, din motive legate de situația particulară în care se află, de a se opune prelucrării. Situațiile când persoana vizată se poate opune prelucrării sunt atunci când:</w:t>
      </w:r>
    </w:p>
    <w:p w14:paraId="68CD0669" w14:textId="77777777" w:rsidR="00EE7ED3" w:rsidRPr="00CA18A1" w:rsidRDefault="00000000">
      <w:pPr>
        <w:numPr>
          <w:ilvl w:val="0"/>
          <w:numId w:val="9"/>
        </w:numPr>
        <w:spacing w:before="120" w:after="120" w:line="240" w:lineRule="auto"/>
        <w:jc w:val="both"/>
        <w:rPr>
          <w:szCs w:val="24"/>
        </w:rPr>
      </w:pPr>
      <w:r w:rsidRPr="00CA18A1">
        <w:rPr>
          <w:szCs w:val="24"/>
        </w:rPr>
        <w:t>prelucrarea datelor pentru realizarea de profiluri;</w:t>
      </w:r>
    </w:p>
    <w:p w14:paraId="1C7BDB37" w14:textId="77777777" w:rsidR="00EE7ED3" w:rsidRPr="00CA18A1" w:rsidRDefault="00000000">
      <w:pPr>
        <w:numPr>
          <w:ilvl w:val="0"/>
          <w:numId w:val="9"/>
        </w:numPr>
        <w:spacing w:before="120" w:after="120" w:line="240" w:lineRule="auto"/>
        <w:jc w:val="both"/>
        <w:rPr>
          <w:szCs w:val="24"/>
        </w:rPr>
      </w:pPr>
      <w:r w:rsidRPr="00CA18A1">
        <w:rPr>
          <w:szCs w:val="24"/>
        </w:rPr>
        <w:t>prelucrarea datelor prin mijloace automate.</w:t>
      </w:r>
    </w:p>
    <w:p w14:paraId="56958420" w14:textId="77777777" w:rsidR="00EE7ED3" w:rsidRPr="00CA18A1" w:rsidRDefault="00000000" w:rsidP="00D11397">
      <w:pPr>
        <w:spacing w:before="120" w:after="120" w:line="240" w:lineRule="auto"/>
        <w:jc w:val="both"/>
        <w:rPr>
          <w:szCs w:val="24"/>
        </w:rPr>
      </w:pPr>
      <w:r w:rsidRPr="00CA18A1">
        <w:rPr>
          <w:szCs w:val="24"/>
        </w:rPr>
        <w:t>3.6.2. Situațiile de excepție care anulează dreptul la obiecții al persoanelor vizate apar atunci când se poate demonstra că există motive administrative și legale convingătoare pentru susținerea prelucrării, care depășesc interesele, drepturile și libertățile persoanei vizate, sau în situațiile în care prelucrarea este necesară pentru îndeplinirea unei sarcini de interes public ori stabilită prin legile speciale din administrația publică.</w:t>
      </w:r>
    </w:p>
    <w:p w14:paraId="40FAB3D7" w14:textId="77777777" w:rsidR="00EE7ED3" w:rsidRPr="00CA18A1" w:rsidRDefault="00000000" w:rsidP="00D11397">
      <w:pPr>
        <w:spacing w:before="120" w:after="120" w:line="240" w:lineRule="auto"/>
        <w:jc w:val="both"/>
        <w:rPr>
          <w:b/>
          <w:bCs/>
          <w:szCs w:val="24"/>
        </w:rPr>
      </w:pPr>
      <w:r w:rsidRPr="00CA18A1">
        <w:rPr>
          <w:b/>
          <w:bCs/>
          <w:szCs w:val="24"/>
        </w:rPr>
        <w:t>3.7. DREPTUL DE A NU FACE OBIECTUL UNEI DECIZII BAZATE EXCLUSIV PE PRELUCRAREA AUTOMATĂ, INCLUSIV CREAREA DE PROFILURI</w:t>
      </w:r>
    </w:p>
    <w:p w14:paraId="6CD20E61" w14:textId="77777777" w:rsidR="00EE7ED3" w:rsidRPr="00CA18A1" w:rsidRDefault="00000000" w:rsidP="00D11397">
      <w:pPr>
        <w:spacing w:before="120" w:after="120" w:line="240" w:lineRule="auto"/>
        <w:jc w:val="both"/>
        <w:rPr>
          <w:szCs w:val="24"/>
        </w:rPr>
      </w:pPr>
      <w:r w:rsidRPr="00CA18A1">
        <w:rPr>
          <w:szCs w:val="24"/>
        </w:rPr>
        <w:t>3.7.1. Persoanele fizice au dreptul de a nu face obiectul unei decizii atunci când aceasta se bazează pe prelucrarea automată și aceasta poate produce un efect juridic sau un efect semnificativ similar asupra individului.</w:t>
      </w:r>
    </w:p>
    <w:p w14:paraId="517E7FD2" w14:textId="77777777" w:rsidR="00EE7ED3" w:rsidRDefault="00000000" w:rsidP="00D11397">
      <w:pPr>
        <w:spacing w:before="120" w:after="120" w:line="240" w:lineRule="auto"/>
        <w:jc w:val="both"/>
        <w:rPr>
          <w:szCs w:val="24"/>
        </w:rPr>
      </w:pPr>
      <w:r w:rsidRPr="00CA18A1">
        <w:rPr>
          <w:szCs w:val="24"/>
        </w:rPr>
        <w:lastRenderedPageBreak/>
        <w:t>3.7.2. Pentru a asigura conformitatea cu acest drept, se va identifica dacă oricare dintre operațiunile de procesare ale Primăriei include un proces automat de luare a deciziilor.</w:t>
      </w:r>
    </w:p>
    <w:p w14:paraId="7CFA7A5F" w14:textId="77777777" w:rsidR="00EE7ED3" w:rsidRPr="00CA18A1" w:rsidRDefault="00000000" w:rsidP="00D11397">
      <w:pPr>
        <w:spacing w:before="120" w:after="120" w:line="240" w:lineRule="auto"/>
        <w:jc w:val="both"/>
        <w:rPr>
          <w:szCs w:val="24"/>
        </w:rPr>
      </w:pPr>
      <w:r w:rsidRPr="00CA18A1">
        <w:rPr>
          <w:szCs w:val="24"/>
        </w:rPr>
        <w:br/>
        <w:t>3.7.3. Acest drept nu se aplică tuturor deciziilor automate. Dreptul nu se aplică în cazul în care decizia:</w:t>
      </w:r>
    </w:p>
    <w:p w14:paraId="30357B9C" w14:textId="77777777" w:rsidR="00EE7ED3" w:rsidRPr="00CA18A1" w:rsidRDefault="00000000">
      <w:pPr>
        <w:numPr>
          <w:ilvl w:val="0"/>
          <w:numId w:val="10"/>
        </w:numPr>
        <w:spacing w:before="120" w:after="120" w:line="240" w:lineRule="auto"/>
        <w:jc w:val="both"/>
        <w:rPr>
          <w:szCs w:val="24"/>
        </w:rPr>
      </w:pPr>
      <w:r w:rsidRPr="00CA18A1">
        <w:rPr>
          <w:szCs w:val="24"/>
        </w:rPr>
        <w:t>este autorizată prin lege;</w:t>
      </w:r>
    </w:p>
    <w:p w14:paraId="0ED3D522" w14:textId="77777777" w:rsidR="00EE7ED3" w:rsidRPr="00CA18A1" w:rsidRDefault="00000000">
      <w:pPr>
        <w:numPr>
          <w:ilvl w:val="0"/>
          <w:numId w:val="10"/>
        </w:numPr>
        <w:spacing w:before="120" w:after="120" w:line="240" w:lineRule="auto"/>
        <w:jc w:val="both"/>
        <w:rPr>
          <w:szCs w:val="24"/>
        </w:rPr>
      </w:pPr>
      <w:r w:rsidRPr="00CA18A1">
        <w:rPr>
          <w:szCs w:val="24"/>
        </w:rPr>
        <w:t>se bazează pe consimțământul explicit;</w:t>
      </w:r>
    </w:p>
    <w:p w14:paraId="6FA43B70" w14:textId="77777777" w:rsidR="00EE7ED3" w:rsidRPr="00CA18A1" w:rsidRDefault="00000000">
      <w:pPr>
        <w:numPr>
          <w:ilvl w:val="0"/>
          <w:numId w:val="10"/>
        </w:numPr>
        <w:spacing w:before="120" w:after="120" w:line="240" w:lineRule="auto"/>
        <w:jc w:val="both"/>
        <w:rPr>
          <w:szCs w:val="24"/>
        </w:rPr>
      </w:pPr>
      <w:r w:rsidRPr="00CA18A1">
        <w:rPr>
          <w:szCs w:val="24"/>
        </w:rPr>
        <w:t>atunci când o decizie nu are un efect legal sau similar semnificativ asupra unei persoane.</w:t>
      </w:r>
    </w:p>
    <w:p w14:paraId="0A891979" w14:textId="77777777" w:rsidR="00EE7ED3" w:rsidRPr="00CA18A1" w:rsidRDefault="00000000" w:rsidP="00D11397">
      <w:pPr>
        <w:spacing w:before="120" w:after="120" w:line="240" w:lineRule="auto"/>
        <w:jc w:val="both"/>
        <w:rPr>
          <w:szCs w:val="24"/>
        </w:rPr>
      </w:pPr>
      <w:r w:rsidRPr="00CA18A1">
        <w:rPr>
          <w:szCs w:val="24"/>
        </w:rPr>
        <w:t>3.7.4. Legislația definește profilarea ca orice formă de procesare automată destinată să evalueze anumite aspecte personale ale unei persoane.</w:t>
      </w:r>
    </w:p>
    <w:p w14:paraId="48A2EC15" w14:textId="77777777" w:rsidR="00EE7ED3" w:rsidRPr="00CA18A1" w:rsidRDefault="00000000" w:rsidP="00D11397">
      <w:pPr>
        <w:spacing w:before="120" w:after="120" w:line="240" w:lineRule="auto"/>
        <w:jc w:val="both"/>
        <w:rPr>
          <w:szCs w:val="24"/>
        </w:rPr>
      </w:pPr>
      <w:r w:rsidRPr="00CA18A1">
        <w:rPr>
          <w:szCs w:val="24"/>
        </w:rPr>
        <w:t xml:space="preserve">3.7.5. La prelucrarea datelor în scop de realizare a unui profil, </w:t>
      </w:r>
      <w:r w:rsidRPr="00375470">
        <w:rPr>
          <w:b/>
          <w:szCs w:val="24"/>
        </w:rPr>
        <w:t>Primăria SATULUI MERENI</w:t>
      </w:r>
      <w:r w:rsidRPr="00CA18A1">
        <w:rPr>
          <w:szCs w:val="24"/>
        </w:rPr>
        <w:t xml:space="preserve"> se va asigura că există garanții adecvate cu privire la corectitudine, proceduri matematice corecte, măsuri tehnice de remediere a erorilor și asigurarea securității proporționale cu riscul.</w:t>
      </w:r>
    </w:p>
    <w:p w14:paraId="2D47B327" w14:textId="77777777" w:rsidR="00EE7ED3" w:rsidRPr="00CA18A1" w:rsidRDefault="00EE7ED3" w:rsidP="00D11397">
      <w:pPr>
        <w:spacing w:before="120" w:after="120" w:line="240" w:lineRule="auto"/>
        <w:jc w:val="both"/>
        <w:rPr>
          <w:b/>
          <w:szCs w:val="24"/>
        </w:rPr>
      </w:pPr>
    </w:p>
    <w:p w14:paraId="32B0AA9F" w14:textId="77777777" w:rsidR="00EE7ED3" w:rsidRPr="00CA18A1" w:rsidRDefault="00000000" w:rsidP="00D11397">
      <w:pPr>
        <w:spacing w:before="120" w:after="120" w:line="240" w:lineRule="auto"/>
        <w:jc w:val="both"/>
        <w:rPr>
          <w:b/>
          <w:bCs/>
          <w:szCs w:val="24"/>
        </w:rPr>
      </w:pPr>
      <w:r w:rsidRPr="00CA18A1">
        <w:rPr>
          <w:b/>
          <w:bCs/>
          <w:szCs w:val="24"/>
        </w:rPr>
        <w:t>4. REGULI PRIVIND PROCEDURA DE RĂSPUNS LA DREPTURILE PERSOANELOR VIZATE</w:t>
      </w:r>
    </w:p>
    <w:p w14:paraId="3E8E6C3B" w14:textId="77777777" w:rsidR="00EE7ED3" w:rsidRPr="00CA18A1" w:rsidRDefault="00000000" w:rsidP="00D11397">
      <w:pPr>
        <w:spacing w:before="120" w:after="120" w:line="240" w:lineRule="auto"/>
        <w:jc w:val="both"/>
        <w:rPr>
          <w:bCs/>
          <w:szCs w:val="24"/>
        </w:rPr>
      </w:pPr>
      <w:r w:rsidRPr="00CA18A1">
        <w:rPr>
          <w:bCs/>
          <w:szCs w:val="24"/>
        </w:rPr>
        <w:t>Orice informații care se adresează persoanei vizate trebuie să fie concise, ușor accesibile și ușor de înțeles și să utilizeze un limbaj simplu și clar, precum și elemente grafice acolo unde este cazul.</w:t>
      </w:r>
    </w:p>
    <w:p w14:paraId="78DADE6F" w14:textId="77777777" w:rsidR="00EE7ED3" w:rsidRPr="00CA18A1" w:rsidRDefault="00000000" w:rsidP="00D11397">
      <w:pPr>
        <w:spacing w:before="120" w:after="120" w:line="240" w:lineRule="auto"/>
        <w:jc w:val="both"/>
        <w:rPr>
          <w:b/>
          <w:bCs/>
          <w:szCs w:val="24"/>
        </w:rPr>
      </w:pPr>
      <w:r w:rsidRPr="00CA18A1">
        <w:rPr>
          <w:b/>
          <w:bCs/>
          <w:szCs w:val="24"/>
        </w:rPr>
        <w:t>4.1. PRIMIREA SOLICITĂRII</w:t>
      </w:r>
    </w:p>
    <w:p w14:paraId="7F9441B4" w14:textId="77777777" w:rsidR="00EE7ED3" w:rsidRPr="00CA18A1" w:rsidRDefault="00000000" w:rsidP="00D11397">
      <w:pPr>
        <w:spacing w:before="120" w:after="120" w:line="240" w:lineRule="auto"/>
        <w:jc w:val="both"/>
        <w:rPr>
          <w:bCs/>
          <w:szCs w:val="24"/>
        </w:rPr>
      </w:pPr>
      <w:r w:rsidRPr="00CA18A1">
        <w:rPr>
          <w:bCs/>
          <w:szCs w:val="24"/>
        </w:rPr>
        <w:t xml:space="preserve">În cadrul </w:t>
      </w:r>
      <w:r w:rsidRPr="00375470">
        <w:rPr>
          <w:b/>
          <w:szCs w:val="24"/>
        </w:rPr>
        <w:t>Primări</w:t>
      </w:r>
      <w:r>
        <w:rPr>
          <w:b/>
          <w:szCs w:val="24"/>
        </w:rPr>
        <w:t>ei</w:t>
      </w:r>
      <w:r w:rsidRPr="00375470">
        <w:rPr>
          <w:b/>
          <w:szCs w:val="24"/>
        </w:rPr>
        <w:t xml:space="preserve"> SATULUI MERENI</w:t>
      </w:r>
      <w:r w:rsidRPr="00CA18A1">
        <w:rPr>
          <w:bCs/>
          <w:szCs w:val="24"/>
        </w:rPr>
        <w:t xml:space="preserve"> se primesc solicitări cu privire la drepturile persoanelor vizate prin următoarele mijloace:</w:t>
      </w:r>
    </w:p>
    <w:p w14:paraId="75A9A07B" w14:textId="77777777" w:rsidR="00EE7ED3" w:rsidRPr="00CA18A1" w:rsidRDefault="00000000">
      <w:pPr>
        <w:numPr>
          <w:ilvl w:val="0"/>
          <w:numId w:val="11"/>
        </w:numPr>
        <w:spacing w:before="120" w:after="120" w:line="240" w:lineRule="auto"/>
        <w:jc w:val="both"/>
        <w:rPr>
          <w:bCs/>
          <w:szCs w:val="24"/>
          <w:highlight w:val="yellow"/>
        </w:rPr>
      </w:pPr>
      <w:r w:rsidRPr="00CA18A1">
        <w:rPr>
          <w:bCs/>
          <w:szCs w:val="24"/>
          <w:highlight w:val="yellow"/>
        </w:rPr>
        <w:t>e-mail: _______________________</w:t>
      </w:r>
    </w:p>
    <w:p w14:paraId="077E85E6" w14:textId="77777777" w:rsidR="00EE7ED3" w:rsidRPr="00CA18A1" w:rsidRDefault="00000000">
      <w:pPr>
        <w:numPr>
          <w:ilvl w:val="0"/>
          <w:numId w:val="11"/>
        </w:numPr>
        <w:spacing w:before="120" w:after="120" w:line="240" w:lineRule="auto"/>
        <w:jc w:val="both"/>
        <w:rPr>
          <w:bCs/>
          <w:szCs w:val="24"/>
          <w:highlight w:val="yellow"/>
        </w:rPr>
      </w:pPr>
      <w:r w:rsidRPr="00CA18A1">
        <w:rPr>
          <w:bCs/>
          <w:szCs w:val="24"/>
          <w:highlight w:val="yellow"/>
        </w:rPr>
        <w:t>telefonic: [Număr telefon Primărie]</w:t>
      </w:r>
    </w:p>
    <w:p w14:paraId="010E9119" w14:textId="3CA46043" w:rsidR="00EE7ED3" w:rsidRPr="008B04D4" w:rsidRDefault="00000000" w:rsidP="008B04D4">
      <w:pPr>
        <w:numPr>
          <w:ilvl w:val="0"/>
          <w:numId w:val="11"/>
        </w:numPr>
        <w:spacing w:before="120" w:after="120" w:line="240" w:lineRule="auto"/>
        <w:jc w:val="both"/>
        <w:rPr>
          <w:b/>
          <w:bCs/>
          <w:szCs w:val="24"/>
        </w:rPr>
      </w:pPr>
      <w:r w:rsidRPr="00305BF6">
        <w:rPr>
          <w:bCs/>
          <w:szCs w:val="24"/>
        </w:rPr>
        <w:t xml:space="preserve">sediu: </w:t>
      </w:r>
      <w:r w:rsidRPr="00305BF6">
        <w:rPr>
          <w:b/>
          <w:bCs/>
          <w:szCs w:val="24"/>
        </w:rPr>
        <w:t>str</w:t>
      </w:r>
      <w:r w:rsidRPr="00FA2DD3">
        <w:rPr>
          <w:b/>
          <w:bCs/>
          <w:szCs w:val="24"/>
        </w:rPr>
        <w:t>. Ștefan cel Mare, 96, s. Mereni, r. Anenii Noi, Republica Moldova</w:t>
      </w:r>
      <w:r w:rsidRPr="00305BF6">
        <w:rPr>
          <w:b/>
          <w:bCs/>
          <w:szCs w:val="24"/>
        </w:rPr>
        <w:t xml:space="preserve"> 4.2. </w:t>
      </w:r>
    </w:p>
    <w:p w14:paraId="26E12F98" w14:textId="77777777" w:rsidR="00EE7ED3" w:rsidRPr="00305BF6" w:rsidRDefault="00000000">
      <w:pPr>
        <w:numPr>
          <w:ilvl w:val="1"/>
          <w:numId w:val="13"/>
        </w:numPr>
        <w:spacing w:before="120" w:after="120" w:line="240" w:lineRule="auto"/>
        <w:jc w:val="both"/>
        <w:rPr>
          <w:b/>
          <w:bCs/>
          <w:szCs w:val="24"/>
        </w:rPr>
      </w:pPr>
      <w:r>
        <w:rPr>
          <w:b/>
          <w:bCs/>
          <w:szCs w:val="24"/>
        </w:rPr>
        <w:t xml:space="preserve"> </w:t>
      </w:r>
      <w:r w:rsidRPr="00305BF6">
        <w:rPr>
          <w:b/>
          <w:bCs/>
          <w:szCs w:val="24"/>
        </w:rPr>
        <w:t>ÎNREGISTRAREA SOLICITĂRII</w:t>
      </w:r>
    </w:p>
    <w:p w14:paraId="16707742" w14:textId="090DACBB" w:rsidR="00EE7ED3" w:rsidRPr="008B04D4" w:rsidRDefault="00000000" w:rsidP="00D11397">
      <w:pPr>
        <w:spacing w:before="120" w:after="120" w:line="240" w:lineRule="auto"/>
        <w:jc w:val="both"/>
        <w:rPr>
          <w:bCs/>
          <w:szCs w:val="24"/>
        </w:rPr>
      </w:pPr>
      <w:r w:rsidRPr="00CA18A1">
        <w:rPr>
          <w:bCs/>
          <w:szCs w:val="24"/>
        </w:rPr>
        <w:t xml:space="preserve">Orice solicitare din partea persoanelor vizate, primită pe canalele descrise la pct. 4.1., se înregistrează la </w:t>
      </w:r>
      <w:r w:rsidRPr="00375470">
        <w:rPr>
          <w:b/>
          <w:szCs w:val="24"/>
        </w:rPr>
        <w:t>Primăria SATULUI MERENI</w:t>
      </w:r>
      <w:r w:rsidRPr="00CA18A1">
        <w:rPr>
          <w:bCs/>
          <w:szCs w:val="24"/>
        </w:rPr>
        <w:t xml:space="preserve"> și se completează în Registrul de intrare a corespondenței, care se păstrează la persoana </w:t>
      </w:r>
      <w:proofErr w:type="spellStart"/>
      <w:r w:rsidRPr="00CA18A1">
        <w:rPr>
          <w:bCs/>
          <w:szCs w:val="24"/>
        </w:rPr>
        <w:t>responsabilă</w:t>
      </w:r>
      <w:proofErr w:type="spellEnd"/>
      <w:r w:rsidRPr="00CA18A1">
        <w:rPr>
          <w:bCs/>
          <w:szCs w:val="24"/>
        </w:rPr>
        <w:t xml:space="preserve"> cu </w:t>
      </w:r>
      <w:proofErr w:type="spellStart"/>
      <w:r w:rsidRPr="00CA18A1">
        <w:rPr>
          <w:bCs/>
          <w:szCs w:val="24"/>
        </w:rPr>
        <w:t>înregistrarea</w:t>
      </w:r>
      <w:proofErr w:type="spellEnd"/>
      <w:r w:rsidRPr="00CA18A1">
        <w:rPr>
          <w:bCs/>
          <w:szCs w:val="24"/>
        </w:rPr>
        <w:t xml:space="preserve"> </w:t>
      </w:r>
      <w:proofErr w:type="spellStart"/>
      <w:r w:rsidRPr="00CA18A1">
        <w:rPr>
          <w:bCs/>
          <w:szCs w:val="24"/>
        </w:rPr>
        <w:t>solicitărilor</w:t>
      </w:r>
      <w:proofErr w:type="spellEnd"/>
      <w:r w:rsidRPr="00CA18A1">
        <w:rPr>
          <w:bCs/>
          <w:szCs w:val="24"/>
        </w:rPr>
        <w:t xml:space="preserve"> — </w:t>
      </w:r>
      <w:proofErr w:type="spellStart"/>
      <w:r w:rsidRPr="00CA18A1">
        <w:rPr>
          <w:bCs/>
          <w:szCs w:val="24"/>
        </w:rPr>
        <w:t>Specialistul</w:t>
      </w:r>
      <w:proofErr w:type="spellEnd"/>
      <w:r w:rsidRPr="00CA18A1">
        <w:rPr>
          <w:bCs/>
          <w:szCs w:val="24"/>
        </w:rPr>
        <w:t xml:space="preserve"> </w:t>
      </w:r>
      <w:proofErr w:type="spellStart"/>
      <w:r w:rsidRPr="00CA18A1">
        <w:rPr>
          <w:bCs/>
          <w:szCs w:val="24"/>
        </w:rPr>
        <w:t>Cancelarie</w:t>
      </w:r>
      <w:proofErr w:type="spellEnd"/>
      <w:r w:rsidRPr="00CA18A1">
        <w:rPr>
          <w:bCs/>
          <w:szCs w:val="24"/>
        </w:rPr>
        <w:t>.</w:t>
      </w:r>
      <w:r w:rsidRPr="00CA18A1">
        <w:rPr>
          <w:b/>
          <w:szCs w:val="24"/>
        </w:rPr>
        <w:br/>
        <w:t>Reguli generale privind înregistrarea solicitării:</w:t>
      </w:r>
    </w:p>
    <w:p w14:paraId="739BD8EE" w14:textId="77777777" w:rsidR="00EE7ED3" w:rsidRPr="00CA18A1" w:rsidRDefault="00000000" w:rsidP="00040D85">
      <w:pPr>
        <w:spacing w:before="120" w:after="120" w:line="240" w:lineRule="auto"/>
        <w:ind w:left="720"/>
        <w:jc w:val="both"/>
        <w:rPr>
          <w:szCs w:val="24"/>
        </w:rPr>
      </w:pPr>
      <w:r w:rsidRPr="00CA18A1">
        <w:rPr>
          <w:szCs w:val="24"/>
        </w:rPr>
        <w:t xml:space="preserve">d) este interzisă circulația în cadrul </w:t>
      </w:r>
      <w:r w:rsidRPr="00375470">
        <w:rPr>
          <w:b/>
          <w:szCs w:val="24"/>
        </w:rPr>
        <w:t>Primări</w:t>
      </w:r>
      <w:r>
        <w:rPr>
          <w:b/>
          <w:szCs w:val="24"/>
        </w:rPr>
        <w:t>ei</w:t>
      </w:r>
      <w:r w:rsidRPr="00375470">
        <w:rPr>
          <w:b/>
          <w:szCs w:val="24"/>
        </w:rPr>
        <w:t xml:space="preserve"> SATULUI MERENI</w:t>
      </w:r>
      <w:r w:rsidRPr="00CA18A1">
        <w:rPr>
          <w:szCs w:val="24"/>
        </w:rPr>
        <w:t xml:space="preserve"> a solicitărilor primite din partea persoanelor vizate care nu sunt înregistrate;</w:t>
      </w:r>
    </w:p>
    <w:p w14:paraId="3CDE22A0" w14:textId="77777777" w:rsidR="00EE7ED3" w:rsidRPr="00CA18A1" w:rsidRDefault="00000000" w:rsidP="00040D85">
      <w:pPr>
        <w:spacing w:before="120" w:after="120" w:line="240" w:lineRule="auto"/>
        <w:ind w:left="720"/>
        <w:jc w:val="both"/>
        <w:rPr>
          <w:szCs w:val="24"/>
        </w:rPr>
      </w:pPr>
      <w:r w:rsidRPr="00CA18A1">
        <w:rPr>
          <w:szCs w:val="24"/>
        </w:rPr>
        <w:t xml:space="preserve">e) poșta electronică disponibilă la adresa </w:t>
      </w:r>
      <w:r w:rsidRPr="00CF61F1">
        <w:rPr>
          <w:szCs w:val="24"/>
          <w:highlight w:val="yellow"/>
        </w:rPr>
        <w:t>_______________</w:t>
      </w:r>
      <w:r w:rsidRPr="00CA18A1">
        <w:rPr>
          <w:szCs w:val="24"/>
        </w:rPr>
        <w:t xml:space="preserve"> se descarcă zilnic de către Responsabilul pentru Protecția Datelor, și se înregistrează în același mod ca documentele fizice;</w:t>
      </w:r>
    </w:p>
    <w:p w14:paraId="178C6137" w14:textId="6CA832DC" w:rsidR="00EE7ED3" w:rsidRPr="00CA18A1" w:rsidRDefault="00000000" w:rsidP="008B04D4">
      <w:pPr>
        <w:spacing w:before="120" w:after="120" w:line="240" w:lineRule="auto"/>
        <w:ind w:left="720"/>
        <w:jc w:val="both"/>
        <w:rPr>
          <w:szCs w:val="24"/>
        </w:rPr>
      </w:pPr>
      <w:r w:rsidRPr="00CA18A1">
        <w:rPr>
          <w:szCs w:val="24"/>
        </w:rPr>
        <w:t xml:space="preserve">f) în cazul în care în solicitare nu se menționează adresa persoanei vizate, se anexează plicul, dacă acesta conține adresa respectivă. Dacă lipsesc anexele menționate în actul înregistrat, persoana responsabilă cu primirea înscrie mențiunea „lipsă anexe”, în </w:t>
      </w:r>
      <w:proofErr w:type="spellStart"/>
      <w:r w:rsidRPr="00CA18A1">
        <w:rPr>
          <w:szCs w:val="24"/>
        </w:rPr>
        <w:t>caz</w:t>
      </w:r>
      <w:proofErr w:type="spellEnd"/>
      <w:r w:rsidRPr="00CA18A1">
        <w:rPr>
          <w:szCs w:val="24"/>
        </w:rPr>
        <w:t xml:space="preserve"> </w:t>
      </w:r>
      <w:proofErr w:type="spellStart"/>
      <w:r w:rsidRPr="00CA18A1">
        <w:rPr>
          <w:szCs w:val="24"/>
        </w:rPr>
        <w:t>contrar</w:t>
      </w:r>
      <w:proofErr w:type="spellEnd"/>
      <w:r w:rsidRPr="00CA18A1">
        <w:rPr>
          <w:szCs w:val="24"/>
        </w:rPr>
        <w:t xml:space="preserve"> </w:t>
      </w:r>
      <w:proofErr w:type="spellStart"/>
      <w:r w:rsidRPr="00CA18A1">
        <w:rPr>
          <w:szCs w:val="24"/>
        </w:rPr>
        <w:t>fiind</w:t>
      </w:r>
      <w:proofErr w:type="spellEnd"/>
      <w:r w:rsidRPr="00CA18A1">
        <w:rPr>
          <w:szCs w:val="24"/>
        </w:rPr>
        <w:t xml:space="preserve"> </w:t>
      </w:r>
      <w:proofErr w:type="spellStart"/>
      <w:r w:rsidRPr="00CA18A1">
        <w:rPr>
          <w:szCs w:val="24"/>
        </w:rPr>
        <w:t>răspunzător</w:t>
      </w:r>
      <w:proofErr w:type="spellEnd"/>
      <w:r w:rsidRPr="00CA18A1">
        <w:rPr>
          <w:szCs w:val="24"/>
        </w:rPr>
        <w:t xml:space="preserve"> de </w:t>
      </w:r>
      <w:proofErr w:type="spellStart"/>
      <w:r w:rsidRPr="00CA18A1">
        <w:rPr>
          <w:szCs w:val="24"/>
        </w:rPr>
        <w:t>pierderea</w:t>
      </w:r>
      <w:proofErr w:type="spellEnd"/>
      <w:r w:rsidRPr="00CA18A1">
        <w:rPr>
          <w:szCs w:val="24"/>
        </w:rPr>
        <w:t xml:space="preserve"> lor.</w:t>
      </w:r>
    </w:p>
    <w:p w14:paraId="7F7A2FA7" w14:textId="77777777" w:rsidR="00EE7ED3" w:rsidRPr="00CA18A1" w:rsidRDefault="00000000" w:rsidP="00D11397">
      <w:pPr>
        <w:spacing w:before="120" w:after="120" w:line="240" w:lineRule="auto"/>
        <w:jc w:val="both"/>
        <w:rPr>
          <w:b/>
          <w:bCs/>
          <w:szCs w:val="24"/>
        </w:rPr>
      </w:pPr>
      <w:r w:rsidRPr="00CA18A1">
        <w:rPr>
          <w:b/>
          <w:bCs/>
          <w:szCs w:val="24"/>
        </w:rPr>
        <w:t>4.3. CONFIRMAREA IDENTITĂȚII</w:t>
      </w:r>
    </w:p>
    <w:p w14:paraId="0D830E1C" w14:textId="77777777" w:rsidR="00EE7ED3" w:rsidRPr="00CA18A1" w:rsidRDefault="00000000" w:rsidP="00D11397">
      <w:pPr>
        <w:spacing w:before="120" w:after="120" w:line="240" w:lineRule="auto"/>
        <w:jc w:val="both"/>
        <w:rPr>
          <w:bCs/>
          <w:szCs w:val="24"/>
        </w:rPr>
      </w:pPr>
      <w:r w:rsidRPr="00CA18A1">
        <w:rPr>
          <w:bCs/>
          <w:szCs w:val="24"/>
        </w:rPr>
        <w:t>După ce solicitarea de exercitare a drepturilor a fost înregistrată și a fost transmisă în lucru către Responsabilul pentru Protecția Datelor, acesta va verifica identitatea persoanei vizate, respectiv:</w:t>
      </w:r>
    </w:p>
    <w:p w14:paraId="77C10622" w14:textId="77777777" w:rsidR="00EE7ED3" w:rsidRPr="00CA18A1" w:rsidRDefault="00000000">
      <w:pPr>
        <w:numPr>
          <w:ilvl w:val="0"/>
          <w:numId w:val="12"/>
        </w:numPr>
        <w:spacing w:before="120" w:after="120" w:line="240" w:lineRule="auto"/>
        <w:jc w:val="both"/>
        <w:rPr>
          <w:bCs/>
          <w:szCs w:val="24"/>
        </w:rPr>
      </w:pPr>
      <w:r w:rsidRPr="00CA18A1">
        <w:rPr>
          <w:bCs/>
          <w:szCs w:val="24"/>
        </w:rPr>
        <w:t>date de identificare (nume, prenume, IDNP-ul persoanei vizate)</w:t>
      </w:r>
    </w:p>
    <w:p w14:paraId="43154EDF" w14:textId="77777777" w:rsidR="00EE7ED3" w:rsidRPr="00CA18A1" w:rsidRDefault="00000000">
      <w:pPr>
        <w:numPr>
          <w:ilvl w:val="0"/>
          <w:numId w:val="12"/>
        </w:numPr>
        <w:spacing w:before="120" w:after="120" w:line="240" w:lineRule="auto"/>
        <w:jc w:val="both"/>
        <w:rPr>
          <w:bCs/>
          <w:szCs w:val="24"/>
        </w:rPr>
      </w:pPr>
      <w:r w:rsidRPr="00CA18A1">
        <w:rPr>
          <w:bCs/>
          <w:szCs w:val="24"/>
        </w:rPr>
        <w:t>date de contact (număr de telefon, adresa de e-mail etc.)</w:t>
      </w:r>
    </w:p>
    <w:p w14:paraId="237F990E" w14:textId="77777777" w:rsidR="00EE7ED3" w:rsidRPr="00CA18A1" w:rsidRDefault="00000000">
      <w:pPr>
        <w:numPr>
          <w:ilvl w:val="0"/>
          <w:numId w:val="12"/>
        </w:numPr>
        <w:spacing w:before="120" w:after="120" w:line="240" w:lineRule="auto"/>
        <w:jc w:val="both"/>
        <w:rPr>
          <w:bCs/>
          <w:szCs w:val="24"/>
        </w:rPr>
      </w:pPr>
      <w:r w:rsidRPr="00CA18A1">
        <w:rPr>
          <w:bCs/>
          <w:szCs w:val="24"/>
        </w:rPr>
        <w:lastRenderedPageBreak/>
        <w:t>motivul formulării solicitării;</w:t>
      </w:r>
    </w:p>
    <w:p w14:paraId="711F71F8" w14:textId="77777777" w:rsidR="00EE7ED3" w:rsidRDefault="00000000">
      <w:pPr>
        <w:numPr>
          <w:ilvl w:val="0"/>
          <w:numId w:val="12"/>
        </w:numPr>
        <w:spacing w:before="120" w:after="120" w:line="240" w:lineRule="auto"/>
        <w:jc w:val="both"/>
        <w:rPr>
          <w:bCs/>
          <w:szCs w:val="24"/>
        </w:rPr>
      </w:pPr>
      <w:r w:rsidRPr="00CA18A1">
        <w:rPr>
          <w:bCs/>
          <w:szCs w:val="24"/>
        </w:rPr>
        <w:t>alte aspecte.</w:t>
      </w:r>
    </w:p>
    <w:p w14:paraId="5E6426A9" w14:textId="77777777" w:rsidR="00EE7ED3" w:rsidRPr="00CA18A1" w:rsidRDefault="00000000" w:rsidP="002247FC">
      <w:pPr>
        <w:spacing w:before="120" w:after="120" w:line="240" w:lineRule="auto"/>
        <w:jc w:val="both"/>
        <w:rPr>
          <w:bCs/>
          <w:szCs w:val="24"/>
        </w:rPr>
      </w:pPr>
      <w:r w:rsidRPr="002247FC">
        <w:rPr>
          <w:bCs/>
          <w:szCs w:val="24"/>
        </w:rPr>
        <w:t>„În vederea confirmării identității persoanei vizate și validării datelor înscrise în solicitare, Responsabilul pentru Protecția Datelor va obține informații, extrase și verificări încrucișate direct de la specialiștii din Aparatul Primarului satului Mereni care gestionează dosarele de fond sau sistemele informaționale automatizate de stat, după cum urmează:</w:t>
      </w:r>
    </w:p>
    <w:p w14:paraId="432C0D11" w14:textId="77777777" w:rsidR="00EE7ED3" w:rsidRPr="0029505C" w:rsidRDefault="00000000">
      <w:pPr>
        <w:numPr>
          <w:ilvl w:val="0"/>
          <w:numId w:val="14"/>
        </w:numPr>
        <w:spacing w:after="0" w:line="240" w:lineRule="auto"/>
        <w:jc w:val="both"/>
        <w:rPr>
          <w:szCs w:val="24"/>
          <w:lang w:eastAsia="ru-MD"/>
        </w:rPr>
      </w:pPr>
      <w:r w:rsidRPr="0029505C">
        <w:rPr>
          <w:b/>
          <w:bCs/>
          <w:szCs w:val="24"/>
          <w:lang w:eastAsia="ru-MD"/>
        </w:rPr>
        <w:t>Pentru verificarea datelor fiscale, patrimoniale și imobiliare:</w:t>
      </w:r>
      <w:r w:rsidRPr="0029505C">
        <w:rPr>
          <w:szCs w:val="24"/>
          <w:lang w:eastAsia="ru-MD"/>
        </w:rPr>
        <w:t xml:space="preserve"> Se apelează la cei doi </w:t>
      </w:r>
      <w:r w:rsidRPr="0029505C">
        <w:rPr>
          <w:b/>
          <w:bCs/>
          <w:szCs w:val="24"/>
          <w:lang w:eastAsia="ru-MD"/>
        </w:rPr>
        <w:t>Specialiști principali (percept. fisc)</w:t>
      </w:r>
      <w:r w:rsidRPr="0029505C">
        <w:rPr>
          <w:szCs w:val="24"/>
          <w:lang w:eastAsia="ru-MD"/>
        </w:rPr>
        <w:t xml:space="preserve"> (pentru interogarea sistemelor de evidență fiscală locală și SIA „SCITL”), la Specialistul principal cadastru (pentru verificarea titlurilor de proprietate și a datelor din </w:t>
      </w:r>
      <w:r w:rsidRPr="0029505C">
        <w:rPr>
          <w:i/>
          <w:iCs/>
          <w:szCs w:val="24"/>
          <w:lang w:eastAsia="ru-MD"/>
        </w:rPr>
        <w:t>Registrul de evidență a terenurilor</w:t>
      </w:r>
      <w:r w:rsidRPr="0029505C">
        <w:rPr>
          <w:szCs w:val="24"/>
          <w:lang w:eastAsia="ru-MD"/>
        </w:rPr>
        <w:t>) și la Arhitect (pentru verificarea datelor cadastrale, a certificatelor de urbanism și a autorizațiilor de construcție);</w:t>
      </w:r>
    </w:p>
    <w:p w14:paraId="0BFE1FB1" w14:textId="77777777" w:rsidR="00EE7ED3" w:rsidRPr="0029505C" w:rsidRDefault="00000000">
      <w:pPr>
        <w:numPr>
          <w:ilvl w:val="0"/>
          <w:numId w:val="14"/>
        </w:numPr>
        <w:spacing w:after="0" w:line="240" w:lineRule="auto"/>
        <w:jc w:val="both"/>
        <w:rPr>
          <w:szCs w:val="24"/>
          <w:lang w:eastAsia="ru-MD"/>
        </w:rPr>
      </w:pPr>
      <w:r w:rsidRPr="0029505C">
        <w:rPr>
          <w:b/>
          <w:bCs/>
          <w:szCs w:val="24"/>
          <w:lang w:eastAsia="ru-MD"/>
        </w:rPr>
        <w:t>Pentru verificarea statutului social, familial și a datelor de personal:</w:t>
      </w:r>
      <w:r w:rsidRPr="0029505C">
        <w:rPr>
          <w:szCs w:val="24"/>
          <w:lang w:eastAsia="ru-MD"/>
        </w:rPr>
        <w:t xml:space="preserve"> Se apelează la asistenții sociali comunitari locali, la </w:t>
      </w:r>
      <w:r w:rsidRPr="0029505C">
        <w:rPr>
          <w:b/>
          <w:bCs/>
          <w:szCs w:val="24"/>
          <w:lang w:eastAsia="ru-MD"/>
        </w:rPr>
        <w:t>Specialistul (protecția drepturilor copiilor)</w:t>
      </w:r>
      <w:r w:rsidRPr="0029505C">
        <w:rPr>
          <w:szCs w:val="24"/>
          <w:lang w:eastAsia="ru-MD"/>
        </w:rPr>
        <w:t xml:space="preserve"> (în cazul dosarelor de asistență socială și minori) sau la </w:t>
      </w:r>
      <w:r w:rsidRPr="0029505C">
        <w:rPr>
          <w:b/>
          <w:bCs/>
          <w:szCs w:val="24"/>
          <w:lang w:eastAsia="ru-MD"/>
        </w:rPr>
        <w:t>Contabilul șef / Contabilul principal</w:t>
      </w:r>
      <w:r w:rsidRPr="0029505C">
        <w:rPr>
          <w:szCs w:val="24"/>
          <w:lang w:eastAsia="ru-MD"/>
        </w:rPr>
        <w:t xml:space="preserve"> (pentru verificarea statutului de angajat sau fost angajat al instituției, a datelor salariale și a fișelor de personal);</w:t>
      </w:r>
    </w:p>
    <w:p w14:paraId="2F128CF6" w14:textId="77777777" w:rsidR="00EE7ED3" w:rsidRPr="0029505C" w:rsidRDefault="00000000">
      <w:pPr>
        <w:numPr>
          <w:ilvl w:val="0"/>
          <w:numId w:val="15"/>
        </w:numPr>
        <w:spacing w:after="0" w:line="240" w:lineRule="auto"/>
        <w:jc w:val="both"/>
        <w:rPr>
          <w:szCs w:val="24"/>
          <w:lang w:eastAsia="ru-MD"/>
        </w:rPr>
      </w:pPr>
      <w:r w:rsidRPr="0029505C">
        <w:rPr>
          <w:b/>
          <w:bCs/>
          <w:szCs w:val="24"/>
          <w:lang w:eastAsia="ru-MD"/>
        </w:rPr>
        <w:t>Pentru verificarea corelației datelor de identitate bazate pe corespondența istorică și evidența populației:</w:t>
      </w:r>
      <w:r w:rsidRPr="0029505C">
        <w:rPr>
          <w:szCs w:val="24"/>
          <w:lang w:eastAsia="ru-MD"/>
        </w:rPr>
        <w:t xml:space="preserve"> Se apelează la Secretarul consiliului local (pentru confruntarea datelor cu </w:t>
      </w:r>
      <w:r w:rsidRPr="0029505C">
        <w:rPr>
          <w:i/>
          <w:iCs/>
          <w:szCs w:val="24"/>
          <w:lang w:eastAsia="ru-MD"/>
        </w:rPr>
        <w:t>Registrul de evidență a gospodăriilor</w:t>
      </w:r>
      <w:r w:rsidRPr="0029505C">
        <w:rPr>
          <w:szCs w:val="24"/>
          <w:lang w:eastAsia="ru-MD"/>
        </w:rPr>
        <w:t xml:space="preserve"> care conține informații despre populație, </w:t>
      </w:r>
      <w:r w:rsidRPr="0029505C">
        <w:rPr>
          <w:i/>
          <w:iCs/>
          <w:szCs w:val="24"/>
          <w:lang w:eastAsia="ru-MD"/>
        </w:rPr>
        <w:t>Registrul de acte de stare civilă</w:t>
      </w:r>
      <w:r w:rsidRPr="0029505C">
        <w:rPr>
          <w:szCs w:val="24"/>
          <w:lang w:eastAsia="ru-MD"/>
        </w:rPr>
        <w:t xml:space="preserve">, </w:t>
      </w:r>
      <w:r w:rsidRPr="0029505C">
        <w:rPr>
          <w:i/>
          <w:iCs/>
          <w:szCs w:val="24"/>
          <w:lang w:eastAsia="ru-MD"/>
        </w:rPr>
        <w:t>Registrul contractelor de arendă</w:t>
      </w:r>
      <w:r w:rsidRPr="0029505C">
        <w:rPr>
          <w:szCs w:val="24"/>
          <w:lang w:eastAsia="ru-MD"/>
        </w:rPr>
        <w:t xml:space="preserve">, precum și pentru verificarea istoricului oficial din </w:t>
      </w:r>
      <w:r w:rsidRPr="0029505C">
        <w:rPr>
          <w:i/>
          <w:iCs/>
          <w:szCs w:val="24"/>
          <w:lang w:eastAsia="ru-MD"/>
        </w:rPr>
        <w:t>Registrul corespondenței de intrare/ieșire (Scrisori)</w:t>
      </w:r>
      <w:r w:rsidRPr="0029505C">
        <w:rPr>
          <w:szCs w:val="24"/>
          <w:lang w:eastAsia="ru-MD"/>
        </w:rPr>
        <w:t xml:space="preserve"> și </w:t>
      </w:r>
      <w:r w:rsidRPr="0029505C">
        <w:rPr>
          <w:i/>
          <w:iCs/>
          <w:szCs w:val="24"/>
          <w:lang w:eastAsia="ru-MD"/>
        </w:rPr>
        <w:t>Registrul de evidență a petițiilor</w:t>
      </w:r>
      <w:r w:rsidRPr="0029505C">
        <w:rPr>
          <w:szCs w:val="24"/>
          <w:lang w:eastAsia="ru-MD"/>
        </w:rPr>
        <w:t>);</w:t>
      </w:r>
    </w:p>
    <w:p w14:paraId="75B69407" w14:textId="77777777" w:rsidR="00EE7ED3" w:rsidRPr="0029505C" w:rsidRDefault="00000000">
      <w:pPr>
        <w:numPr>
          <w:ilvl w:val="0"/>
          <w:numId w:val="15"/>
        </w:numPr>
        <w:spacing w:after="0" w:line="240" w:lineRule="auto"/>
        <w:jc w:val="both"/>
        <w:rPr>
          <w:szCs w:val="24"/>
          <w:lang w:eastAsia="ru-MD"/>
        </w:rPr>
      </w:pPr>
      <w:r w:rsidRPr="0029505C">
        <w:rPr>
          <w:b/>
          <w:bCs/>
          <w:szCs w:val="24"/>
          <w:lang w:eastAsia="ru-MD"/>
        </w:rPr>
        <w:t>Pentru verificarea datelor economice și a contractelor comerciale:</w:t>
      </w:r>
      <w:r w:rsidRPr="0029505C">
        <w:rPr>
          <w:szCs w:val="24"/>
          <w:lang w:eastAsia="ru-MD"/>
        </w:rPr>
        <w:t xml:space="preserve"> Se apelează la Specialistul (achiziții) (pentru confruntarea identității persoanelor fizice/juridice înregistrate în </w:t>
      </w:r>
      <w:r w:rsidRPr="0029505C">
        <w:rPr>
          <w:i/>
          <w:iCs/>
          <w:szCs w:val="24"/>
          <w:lang w:eastAsia="ru-MD"/>
        </w:rPr>
        <w:t>Registrul contractelor de achiziții publice</w:t>
      </w:r>
      <w:r w:rsidRPr="0029505C">
        <w:rPr>
          <w:szCs w:val="24"/>
          <w:lang w:eastAsia="ru-MD"/>
        </w:rPr>
        <w:t xml:space="preserve">) și la </w:t>
      </w:r>
      <w:r w:rsidRPr="0029505C">
        <w:rPr>
          <w:b/>
          <w:bCs/>
          <w:szCs w:val="24"/>
          <w:lang w:eastAsia="ru-MD"/>
        </w:rPr>
        <w:t>Specialistul pe atragerea investițiilor</w:t>
      </w:r>
      <w:r w:rsidRPr="0029505C">
        <w:rPr>
          <w:szCs w:val="24"/>
          <w:lang w:eastAsia="ru-MD"/>
        </w:rPr>
        <w:t>;</w:t>
      </w:r>
    </w:p>
    <w:p w14:paraId="7859C880" w14:textId="77777777" w:rsidR="00EE7ED3" w:rsidRPr="0029505C" w:rsidRDefault="00000000">
      <w:pPr>
        <w:numPr>
          <w:ilvl w:val="0"/>
          <w:numId w:val="15"/>
        </w:numPr>
        <w:spacing w:after="0" w:line="240" w:lineRule="auto"/>
        <w:jc w:val="both"/>
        <w:rPr>
          <w:szCs w:val="24"/>
          <w:lang w:eastAsia="ru-MD"/>
        </w:rPr>
      </w:pPr>
      <w:r w:rsidRPr="0029505C">
        <w:rPr>
          <w:b/>
          <w:bCs/>
          <w:szCs w:val="24"/>
          <w:lang w:eastAsia="ru-MD"/>
        </w:rPr>
        <w:t>Pentru verificarea identității utilizatorilor și a istoricului din Cancelarie:</w:t>
      </w:r>
      <w:r w:rsidRPr="0029505C">
        <w:rPr>
          <w:szCs w:val="24"/>
          <w:lang w:eastAsia="ru-MD"/>
        </w:rPr>
        <w:t xml:space="preserve"> Se apelează la </w:t>
      </w:r>
      <w:r w:rsidRPr="0029505C">
        <w:rPr>
          <w:b/>
          <w:bCs/>
          <w:szCs w:val="24"/>
          <w:lang w:eastAsia="ru-MD"/>
        </w:rPr>
        <w:t>Secretarul-dactilograf</w:t>
      </w:r>
      <w:r w:rsidRPr="0029505C">
        <w:rPr>
          <w:szCs w:val="24"/>
          <w:lang w:eastAsia="ru-MD"/>
        </w:rPr>
        <w:t xml:space="preserve">, la </w:t>
      </w:r>
      <w:r w:rsidRPr="0029505C">
        <w:rPr>
          <w:b/>
          <w:bCs/>
          <w:szCs w:val="24"/>
          <w:lang w:eastAsia="ru-MD"/>
        </w:rPr>
        <w:t xml:space="preserve">Specialistul principal </w:t>
      </w:r>
      <w:r w:rsidRPr="0029505C">
        <w:rPr>
          <w:szCs w:val="24"/>
          <w:lang w:eastAsia="ru-MD"/>
        </w:rPr>
        <w:t xml:space="preserve">(pentru cererile venite prin Centrul Unificat de Prestare a Serviciilor Publice) și la </w:t>
      </w:r>
      <w:r w:rsidRPr="0029505C">
        <w:rPr>
          <w:b/>
          <w:bCs/>
          <w:szCs w:val="24"/>
          <w:lang w:eastAsia="ru-MD"/>
        </w:rPr>
        <w:t>Arhivar</w:t>
      </w:r>
      <w:r w:rsidRPr="0029505C">
        <w:rPr>
          <w:szCs w:val="24"/>
          <w:lang w:eastAsia="ru-MD"/>
        </w:rPr>
        <w:t xml:space="preserve"> (pentru verificarea datelor stocate în depozitul de arhivă locală);</w:t>
      </w:r>
    </w:p>
    <w:p w14:paraId="276DCF5C" w14:textId="77777777" w:rsidR="00EE7ED3" w:rsidRPr="0029505C" w:rsidRDefault="00000000">
      <w:pPr>
        <w:numPr>
          <w:ilvl w:val="0"/>
          <w:numId w:val="15"/>
        </w:numPr>
        <w:spacing w:after="0" w:line="240" w:lineRule="auto"/>
        <w:jc w:val="both"/>
        <w:rPr>
          <w:szCs w:val="24"/>
          <w:lang w:eastAsia="ru-MD"/>
        </w:rPr>
      </w:pPr>
      <w:r w:rsidRPr="0029505C">
        <w:rPr>
          <w:b/>
          <w:bCs/>
          <w:szCs w:val="24"/>
          <w:lang w:eastAsia="ru-MD"/>
        </w:rPr>
        <w:t>Pentru verificarea identității tinerilor și comercianților locali:</w:t>
      </w:r>
      <w:r w:rsidRPr="0029505C">
        <w:rPr>
          <w:szCs w:val="24"/>
          <w:lang w:eastAsia="ru-MD"/>
        </w:rPr>
        <w:t xml:space="preserve"> Se apelează la </w:t>
      </w:r>
      <w:r w:rsidRPr="0029505C">
        <w:rPr>
          <w:b/>
          <w:bCs/>
          <w:szCs w:val="24"/>
          <w:lang w:eastAsia="ru-MD"/>
        </w:rPr>
        <w:t>Specialistul (tineret și sport)</w:t>
      </w:r>
      <w:r w:rsidRPr="0029505C">
        <w:rPr>
          <w:szCs w:val="24"/>
          <w:lang w:eastAsia="ru-MD"/>
        </w:rPr>
        <w:t xml:space="preserve">, </w:t>
      </w:r>
      <w:r w:rsidRPr="0029505C">
        <w:rPr>
          <w:b/>
          <w:bCs/>
          <w:szCs w:val="24"/>
          <w:lang w:eastAsia="ru-MD"/>
        </w:rPr>
        <w:t>Specialistul (centrul de tineret)</w:t>
      </w:r>
      <w:r w:rsidRPr="0029505C">
        <w:rPr>
          <w:szCs w:val="24"/>
          <w:lang w:eastAsia="ru-MD"/>
        </w:rPr>
        <w:t xml:space="preserve"> sau la </w:t>
      </w:r>
      <w:r w:rsidRPr="0029505C">
        <w:rPr>
          <w:b/>
          <w:bCs/>
          <w:szCs w:val="24"/>
          <w:lang w:eastAsia="ru-MD"/>
        </w:rPr>
        <w:t>Administratorul Pieței agroalimentare</w:t>
      </w:r>
      <w:r w:rsidRPr="0029505C">
        <w:rPr>
          <w:szCs w:val="24"/>
          <w:lang w:eastAsia="ru-MD"/>
        </w:rPr>
        <w:t xml:space="preserve"> (pentru confruntarea datelor din evidența comercianților din perimetrul pieței);</w:t>
      </w:r>
    </w:p>
    <w:p w14:paraId="5FEF5AC9" w14:textId="28DA0BB2" w:rsidR="00EE7ED3" w:rsidRPr="008B04D4" w:rsidRDefault="00000000" w:rsidP="008B04D4">
      <w:pPr>
        <w:numPr>
          <w:ilvl w:val="0"/>
          <w:numId w:val="15"/>
        </w:numPr>
        <w:spacing w:after="0" w:line="240" w:lineRule="auto"/>
        <w:jc w:val="both"/>
        <w:rPr>
          <w:szCs w:val="24"/>
          <w:lang w:eastAsia="ru-MD"/>
        </w:rPr>
      </w:pPr>
      <w:r w:rsidRPr="0029505C">
        <w:rPr>
          <w:b/>
          <w:bCs/>
          <w:szCs w:val="24"/>
          <w:lang w:eastAsia="ru-MD"/>
        </w:rPr>
        <w:t>Alte funcții/specialiști de profil:</w:t>
      </w:r>
      <w:r w:rsidRPr="0029505C">
        <w:rPr>
          <w:szCs w:val="24"/>
          <w:lang w:eastAsia="ru-MD"/>
        </w:rPr>
        <w:t xml:space="preserve"> Ori de câte ori specificul cererii impune verificarea unor date gestionate de un alt birou din organigramă sau de la </w:t>
      </w:r>
      <w:proofErr w:type="spellStart"/>
      <w:r w:rsidRPr="0029505C">
        <w:rPr>
          <w:szCs w:val="24"/>
          <w:lang w:eastAsia="ru-MD"/>
        </w:rPr>
        <w:t>conducerea</w:t>
      </w:r>
      <w:proofErr w:type="spellEnd"/>
      <w:r w:rsidRPr="0029505C">
        <w:rPr>
          <w:szCs w:val="24"/>
          <w:lang w:eastAsia="ru-MD"/>
        </w:rPr>
        <w:t xml:space="preserve"> de </w:t>
      </w:r>
      <w:proofErr w:type="spellStart"/>
      <w:r w:rsidRPr="0029505C">
        <w:rPr>
          <w:szCs w:val="24"/>
          <w:lang w:eastAsia="ru-MD"/>
        </w:rPr>
        <w:t>vârf</w:t>
      </w:r>
      <w:proofErr w:type="spellEnd"/>
      <w:r w:rsidRPr="0029505C">
        <w:rPr>
          <w:szCs w:val="24"/>
          <w:lang w:eastAsia="ru-MD"/>
        </w:rPr>
        <w:t xml:space="preserve"> (</w:t>
      </w:r>
      <w:r w:rsidRPr="0029505C">
        <w:rPr>
          <w:b/>
          <w:bCs/>
          <w:szCs w:val="24"/>
          <w:lang w:eastAsia="ru-MD"/>
        </w:rPr>
        <w:t xml:space="preserve">Primar, </w:t>
      </w:r>
      <w:proofErr w:type="spellStart"/>
      <w:r w:rsidRPr="0029505C">
        <w:rPr>
          <w:b/>
          <w:bCs/>
          <w:szCs w:val="24"/>
          <w:lang w:eastAsia="ru-MD"/>
        </w:rPr>
        <w:t>Viceprimar</w:t>
      </w:r>
      <w:proofErr w:type="spellEnd"/>
      <w:r w:rsidRPr="0029505C">
        <w:rPr>
          <w:szCs w:val="24"/>
          <w:lang w:eastAsia="ru-MD"/>
        </w:rPr>
        <w:t>).”</w:t>
      </w:r>
    </w:p>
    <w:p w14:paraId="7C7AC322" w14:textId="77777777" w:rsidR="00EE7ED3" w:rsidRDefault="00000000" w:rsidP="00D11397">
      <w:pPr>
        <w:spacing w:before="120" w:after="120" w:line="240" w:lineRule="auto"/>
        <w:jc w:val="both"/>
        <w:rPr>
          <w:bCs/>
          <w:szCs w:val="24"/>
        </w:rPr>
      </w:pPr>
      <w:proofErr w:type="spellStart"/>
      <w:r w:rsidRPr="00CA18A1">
        <w:rPr>
          <w:bCs/>
          <w:szCs w:val="24"/>
        </w:rPr>
        <w:t>Persoanele</w:t>
      </w:r>
      <w:proofErr w:type="spellEnd"/>
      <w:r w:rsidRPr="00CA18A1">
        <w:rPr>
          <w:bCs/>
          <w:szCs w:val="24"/>
        </w:rPr>
        <w:t xml:space="preserve"> din </w:t>
      </w:r>
      <w:proofErr w:type="spellStart"/>
      <w:r w:rsidRPr="00CA18A1">
        <w:rPr>
          <w:bCs/>
          <w:szCs w:val="24"/>
        </w:rPr>
        <w:t>cadrul</w:t>
      </w:r>
      <w:proofErr w:type="spellEnd"/>
      <w:r w:rsidRPr="00CA18A1">
        <w:rPr>
          <w:bCs/>
          <w:szCs w:val="24"/>
        </w:rPr>
        <w:t xml:space="preserve"> </w:t>
      </w:r>
      <w:proofErr w:type="spellStart"/>
      <w:r w:rsidRPr="00CA18A1">
        <w:rPr>
          <w:bCs/>
          <w:szCs w:val="24"/>
        </w:rPr>
        <w:t>serviciilor</w:t>
      </w:r>
      <w:proofErr w:type="spellEnd"/>
      <w:r w:rsidRPr="00CA18A1">
        <w:rPr>
          <w:bCs/>
          <w:szCs w:val="24"/>
        </w:rPr>
        <w:t xml:space="preserve"> care întocmesc și transmit documente și informații despre persoanele vizate poartă întreaga răspundere asupra datelor și conținutului acestora, iar în cazul transmiterii unor date sau informații eronate, vor răspunde potrivit reglementărilor în vigoare.</w:t>
      </w:r>
    </w:p>
    <w:p w14:paraId="0C9CE1B2" w14:textId="77777777" w:rsidR="00EE7ED3" w:rsidRPr="00CA18A1" w:rsidRDefault="00000000" w:rsidP="00D11397">
      <w:pPr>
        <w:spacing w:before="120" w:after="120" w:line="240" w:lineRule="auto"/>
        <w:jc w:val="both"/>
        <w:rPr>
          <w:bCs/>
          <w:szCs w:val="24"/>
        </w:rPr>
      </w:pPr>
      <w:r w:rsidRPr="00CA18A1">
        <w:rPr>
          <w:bCs/>
          <w:szCs w:val="24"/>
        </w:rPr>
        <w:t>Dacă identitatea persoanei vizate este confirmată, se va proceda la analiza solicitării, potrivit pct. 4.5. În măsura în care identitatea nu se poate confirma, persoana vizată va fi informată în mod corespunzător, în cazul în care este posibil. Persoana responsabilă de pregătirea răspunsului este Responsabilul pentru Protecția Datelor, iar de expediere – Specialistul Cancelarie. Termenul de transmitere a răspunsului de respingere/clarificare a identității este de 3 zile. Dacă nu se poate confirma identitatea după solicitarea de detalii, cererea se respinge definitiv.</w:t>
      </w:r>
    </w:p>
    <w:p w14:paraId="798B2454" w14:textId="77777777" w:rsidR="00EE7ED3" w:rsidRPr="00CA18A1" w:rsidRDefault="00000000" w:rsidP="00D11397">
      <w:pPr>
        <w:spacing w:before="120" w:after="120" w:line="240" w:lineRule="auto"/>
        <w:jc w:val="both"/>
        <w:rPr>
          <w:b/>
          <w:bCs/>
          <w:szCs w:val="24"/>
        </w:rPr>
      </w:pPr>
      <w:r w:rsidRPr="00CA18A1">
        <w:rPr>
          <w:b/>
          <w:bCs/>
          <w:szCs w:val="24"/>
        </w:rPr>
        <w:t>4.4. TAXE</w:t>
      </w:r>
    </w:p>
    <w:p w14:paraId="69FDB355" w14:textId="77777777" w:rsidR="00EE7ED3" w:rsidRPr="00CA18A1" w:rsidRDefault="00000000" w:rsidP="00D11397">
      <w:pPr>
        <w:spacing w:before="120" w:after="120" w:line="240" w:lineRule="auto"/>
        <w:jc w:val="both"/>
        <w:rPr>
          <w:bCs/>
          <w:szCs w:val="24"/>
        </w:rPr>
      </w:pPr>
      <w:r w:rsidRPr="00CA18A1">
        <w:rPr>
          <w:bCs/>
          <w:szCs w:val="24"/>
        </w:rPr>
        <w:t xml:space="preserve">În cadrul </w:t>
      </w:r>
      <w:r w:rsidRPr="00375470">
        <w:rPr>
          <w:b/>
          <w:szCs w:val="24"/>
        </w:rPr>
        <w:t>Primări</w:t>
      </w:r>
      <w:r>
        <w:rPr>
          <w:b/>
          <w:szCs w:val="24"/>
        </w:rPr>
        <w:t>ei</w:t>
      </w:r>
      <w:r w:rsidRPr="00375470">
        <w:rPr>
          <w:b/>
          <w:szCs w:val="24"/>
        </w:rPr>
        <w:t xml:space="preserve"> SATULUI MERENI</w:t>
      </w:r>
      <w:r w:rsidRPr="00CA18A1">
        <w:rPr>
          <w:bCs/>
          <w:szCs w:val="24"/>
        </w:rPr>
        <w:t>, informațiile furnizate persoanei vizate și orice comunicare sunt oferite în mod gratuit. În cazul în care cererile din partea unei persoane vizate sunt în mod vădit nefondate sau excesive (în special din cauza caracterului lor repetitiv), se va proceda la:</w:t>
      </w:r>
    </w:p>
    <w:p w14:paraId="44D5B7CB" w14:textId="77777777" w:rsidR="00EE7ED3" w:rsidRPr="00CA18A1" w:rsidRDefault="00000000" w:rsidP="00D95E2C">
      <w:pPr>
        <w:spacing w:before="120" w:after="120" w:line="240" w:lineRule="auto"/>
        <w:ind w:left="720"/>
        <w:jc w:val="both"/>
        <w:rPr>
          <w:bCs/>
          <w:szCs w:val="24"/>
        </w:rPr>
      </w:pPr>
      <w:r w:rsidRPr="00CA18A1">
        <w:rPr>
          <w:bCs/>
          <w:szCs w:val="24"/>
        </w:rPr>
        <w:t>a) prelungirea sau stabilirea unei taxe administrative minime aprobate de Consiliul Local, corelată strict cu costurile de copiere și transmitere a volumului masiv de date;</w:t>
      </w:r>
    </w:p>
    <w:p w14:paraId="55F8C082" w14:textId="77777777" w:rsidR="00EE7ED3" w:rsidRPr="00CA18A1" w:rsidRDefault="00000000" w:rsidP="00D95E2C">
      <w:pPr>
        <w:spacing w:before="120" w:after="120" w:line="240" w:lineRule="auto"/>
        <w:ind w:left="720"/>
        <w:jc w:val="both"/>
        <w:rPr>
          <w:bCs/>
          <w:szCs w:val="24"/>
        </w:rPr>
      </w:pPr>
      <w:r w:rsidRPr="00CA18A1">
        <w:rPr>
          <w:bCs/>
          <w:szCs w:val="24"/>
        </w:rPr>
        <w:lastRenderedPageBreak/>
        <w:t>b) refuzul motivat de a da curs solicitării.</w:t>
      </w:r>
    </w:p>
    <w:p w14:paraId="42FE2C4B" w14:textId="77777777" w:rsidR="00EE7ED3" w:rsidRPr="00CA18A1" w:rsidRDefault="00000000" w:rsidP="00D11397">
      <w:pPr>
        <w:spacing w:before="120" w:after="120" w:line="240" w:lineRule="auto"/>
        <w:jc w:val="both"/>
        <w:rPr>
          <w:b/>
          <w:bCs/>
          <w:szCs w:val="24"/>
        </w:rPr>
      </w:pPr>
      <w:r w:rsidRPr="00CA18A1">
        <w:rPr>
          <w:b/>
          <w:bCs/>
          <w:szCs w:val="24"/>
        </w:rPr>
        <w:t>4.5. ANALIZA SOLICITĂRII</w:t>
      </w:r>
    </w:p>
    <w:p w14:paraId="1AD3DE54" w14:textId="4FFF79BD" w:rsidR="00EE7ED3" w:rsidRPr="00CA18A1" w:rsidRDefault="00000000" w:rsidP="00D11397">
      <w:pPr>
        <w:spacing w:before="120" w:after="120" w:line="240" w:lineRule="auto"/>
        <w:jc w:val="both"/>
        <w:rPr>
          <w:bCs/>
          <w:szCs w:val="24"/>
        </w:rPr>
      </w:pPr>
      <w:r w:rsidRPr="00CA18A1">
        <w:rPr>
          <w:bCs/>
          <w:szCs w:val="24"/>
        </w:rPr>
        <w:t xml:space="preserve">Persoana responsabilă de analiza solicitării primite din partea </w:t>
      </w:r>
      <w:proofErr w:type="spellStart"/>
      <w:r w:rsidRPr="00CA18A1">
        <w:rPr>
          <w:bCs/>
          <w:szCs w:val="24"/>
        </w:rPr>
        <w:t>persoanelor</w:t>
      </w:r>
      <w:proofErr w:type="spellEnd"/>
      <w:r w:rsidRPr="00CA18A1">
        <w:rPr>
          <w:bCs/>
          <w:szCs w:val="24"/>
        </w:rPr>
        <w:t xml:space="preserve"> </w:t>
      </w:r>
      <w:proofErr w:type="spellStart"/>
      <w:r w:rsidRPr="00CA18A1">
        <w:rPr>
          <w:bCs/>
          <w:szCs w:val="24"/>
        </w:rPr>
        <w:t>vizate</w:t>
      </w:r>
      <w:proofErr w:type="spellEnd"/>
      <w:r w:rsidRPr="00CA18A1">
        <w:rPr>
          <w:bCs/>
          <w:szCs w:val="24"/>
        </w:rPr>
        <w:t xml:space="preserve"> </w:t>
      </w:r>
      <w:proofErr w:type="spellStart"/>
      <w:r w:rsidRPr="00CA18A1">
        <w:rPr>
          <w:bCs/>
          <w:szCs w:val="24"/>
        </w:rPr>
        <w:t>este</w:t>
      </w:r>
      <w:proofErr w:type="spellEnd"/>
      <w:r w:rsidRPr="00CA18A1">
        <w:rPr>
          <w:bCs/>
          <w:szCs w:val="24"/>
        </w:rPr>
        <w:t xml:space="preserve">: </w:t>
      </w:r>
      <w:proofErr w:type="spellStart"/>
      <w:r w:rsidRPr="00CA18A1">
        <w:rPr>
          <w:bCs/>
          <w:szCs w:val="24"/>
        </w:rPr>
        <w:t>Responsabilul</w:t>
      </w:r>
      <w:proofErr w:type="spellEnd"/>
      <w:r w:rsidRPr="00CA18A1">
        <w:rPr>
          <w:bCs/>
          <w:szCs w:val="24"/>
        </w:rPr>
        <w:t xml:space="preserve"> </w:t>
      </w:r>
      <w:proofErr w:type="spellStart"/>
      <w:r w:rsidRPr="00CA18A1">
        <w:rPr>
          <w:bCs/>
          <w:szCs w:val="24"/>
        </w:rPr>
        <w:t>pentru</w:t>
      </w:r>
      <w:proofErr w:type="spellEnd"/>
      <w:r w:rsidRPr="00CA18A1">
        <w:rPr>
          <w:bCs/>
          <w:szCs w:val="24"/>
        </w:rPr>
        <w:t xml:space="preserve"> </w:t>
      </w:r>
      <w:proofErr w:type="spellStart"/>
      <w:r w:rsidRPr="00CA18A1">
        <w:rPr>
          <w:bCs/>
          <w:szCs w:val="24"/>
        </w:rPr>
        <w:t>Protecția</w:t>
      </w:r>
      <w:proofErr w:type="spellEnd"/>
      <w:r w:rsidRPr="00CA18A1">
        <w:rPr>
          <w:bCs/>
          <w:szCs w:val="24"/>
        </w:rPr>
        <w:t xml:space="preserve"> </w:t>
      </w:r>
      <w:proofErr w:type="spellStart"/>
      <w:r w:rsidRPr="00CA18A1">
        <w:rPr>
          <w:bCs/>
          <w:szCs w:val="24"/>
        </w:rPr>
        <w:t>Datelor</w:t>
      </w:r>
      <w:proofErr w:type="spellEnd"/>
      <w:r w:rsidRPr="00CA18A1">
        <w:rPr>
          <w:bCs/>
          <w:szCs w:val="24"/>
        </w:rPr>
        <w:t>.</w:t>
      </w:r>
      <w:r w:rsidRPr="00CA18A1">
        <w:rPr>
          <w:bCs/>
          <w:szCs w:val="24"/>
        </w:rPr>
        <w:br/>
        <w:t>Responsabilul pentru Protecția Datelor are următoarele sarcini:</w:t>
      </w:r>
    </w:p>
    <w:p w14:paraId="4D050BCA" w14:textId="77777777" w:rsidR="00EE7ED3" w:rsidRPr="00CA18A1" w:rsidRDefault="00000000">
      <w:pPr>
        <w:numPr>
          <w:ilvl w:val="0"/>
          <w:numId w:val="16"/>
        </w:numPr>
        <w:spacing w:before="120" w:after="120" w:line="240" w:lineRule="auto"/>
        <w:jc w:val="both"/>
        <w:rPr>
          <w:bCs/>
          <w:szCs w:val="24"/>
        </w:rPr>
      </w:pPr>
      <w:r w:rsidRPr="00CA18A1">
        <w:rPr>
          <w:bCs/>
          <w:szCs w:val="24"/>
        </w:rPr>
        <w:t>primește solicitările din partea persoanelor vizate, după ce acestea sunt înregistrate în Registru de către Specialistul Cancelarie;</w:t>
      </w:r>
    </w:p>
    <w:p w14:paraId="55A224F7" w14:textId="77777777" w:rsidR="00EE7ED3" w:rsidRPr="00CA18A1" w:rsidRDefault="00000000">
      <w:pPr>
        <w:numPr>
          <w:ilvl w:val="0"/>
          <w:numId w:val="16"/>
        </w:numPr>
        <w:spacing w:before="120" w:after="120" w:line="240" w:lineRule="auto"/>
        <w:jc w:val="both"/>
        <w:rPr>
          <w:bCs/>
          <w:szCs w:val="24"/>
        </w:rPr>
      </w:pPr>
      <w:r w:rsidRPr="00CA18A1">
        <w:rPr>
          <w:bCs/>
          <w:szCs w:val="24"/>
        </w:rPr>
        <w:t>conlucrează cu celelalte servicii ale Primăriei în vederea analizării solicitării;</w:t>
      </w:r>
    </w:p>
    <w:p w14:paraId="4870F6BD" w14:textId="77777777" w:rsidR="00EE7ED3" w:rsidRPr="00CA18A1" w:rsidRDefault="00000000">
      <w:pPr>
        <w:numPr>
          <w:ilvl w:val="0"/>
          <w:numId w:val="16"/>
        </w:numPr>
        <w:spacing w:before="120" w:after="120" w:line="240" w:lineRule="auto"/>
        <w:jc w:val="both"/>
        <w:rPr>
          <w:bCs/>
          <w:szCs w:val="24"/>
        </w:rPr>
      </w:pPr>
      <w:r w:rsidRPr="00CA18A1">
        <w:rPr>
          <w:bCs/>
          <w:szCs w:val="24"/>
        </w:rPr>
        <w:t>constituie dosarele, efectuează inventarierea și predarea lor către Arhiva instituției.</w:t>
      </w:r>
    </w:p>
    <w:p w14:paraId="30B696CA" w14:textId="77777777" w:rsidR="00EE7ED3" w:rsidRPr="00CA18A1" w:rsidRDefault="00000000" w:rsidP="00D11397">
      <w:pPr>
        <w:spacing w:before="120" w:after="120" w:line="240" w:lineRule="auto"/>
        <w:jc w:val="both"/>
        <w:rPr>
          <w:bCs/>
          <w:szCs w:val="24"/>
        </w:rPr>
      </w:pPr>
      <w:r w:rsidRPr="00CA18A1">
        <w:rPr>
          <w:bCs/>
          <w:szCs w:val="24"/>
        </w:rPr>
        <w:t>În vederea analizării solicitărilor primite, Responsabilul pentru Protecția Datelor va obține informații de la Serviciul Impozite, Urbanism sau Asistență Socială (în funcție de obiectul cererii). Persoanele din servicii poartă răspunderea pentru acuratețea datelor livrate intern.</w:t>
      </w:r>
    </w:p>
    <w:p w14:paraId="67C38CF6" w14:textId="77777777" w:rsidR="00EE7ED3" w:rsidRPr="00CA18A1" w:rsidRDefault="00000000" w:rsidP="00D11397">
      <w:pPr>
        <w:spacing w:before="120" w:after="120" w:line="240" w:lineRule="auto"/>
        <w:jc w:val="both"/>
        <w:rPr>
          <w:bCs/>
          <w:szCs w:val="24"/>
        </w:rPr>
      </w:pPr>
      <w:r w:rsidRPr="00CA18A1">
        <w:rPr>
          <w:bCs/>
          <w:szCs w:val="24"/>
        </w:rPr>
        <w:t xml:space="preserve">Reguli generale privind </w:t>
      </w:r>
      <w:r>
        <w:rPr>
          <w:bCs/>
          <w:szCs w:val="24"/>
        </w:rPr>
        <w:t xml:space="preserve">Regulamentul cu privire la </w:t>
      </w:r>
      <w:r w:rsidRPr="00CA18A1">
        <w:rPr>
          <w:bCs/>
          <w:szCs w:val="24"/>
        </w:rPr>
        <w:t>procedura de răspuns la cererile persoanelor vizate:</w:t>
      </w:r>
    </w:p>
    <w:p w14:paraId="5403A171" w14:textId="77777777" w:rsidR="00EE7ED3" w:rsidRPr="00CA18A1" w:rsidRDefault="00000000">
      <w:pPr>
        <w:numPr>
          <w:ilvl w:val="0"/>
          <w:numId w:val="17"/>
        </w:numPr>
        <w:spacing w:before="120" w:after="120" w:line="240" w:lineRule="auto"/>
        <w:jc w:val="both"/>
        <w:rPr>
          <w:bCs/>
          <w:szCs w:val="24"/>
        </w:rPr>
      </w:pPr>
      <w:r w:rsidRPr="00CA18A1">
        <w:rPr>
          <w:bCs/>
          <w:szCs w:val="24"/>
        </w:rPr>
        <w:t>Informațiile vor fi furnizate persoanei vizate într-o formă concisă, transparentă, inteligibilă și ușor accesibilă.</w:t>
      </w:r>
    </w:p>
    <w:p w14:paraId="2A55515B" w14:textId="77777777" w:rsidR="00EE7ED3" w:rsidRPr="00CA18A1" w:rsidRDefault="00000000">
      <w:pPr>
        <w:numPr>
          <w:ilvl w:val="0"/>
          <w:numId w:val="17"/>
        </w:numPr>
        <w:spacing w:before="120" w:after="120" w:line="240" w:lineRule="auto"/>
        <w:jc w:val="both"/>
        <w:rPr>
          <w:bCs/>
          <w:szCs w:val="24"/>
        </w:rPr>
      </w:pPr>
      <w:r w:rsidRPr="00CA18A1">
        <w:rPr>
          <w:bCs/>
          <w:szCs w:val="24"/>
        </w:rPr>
        <w:t>Informațiile se furnizează în scris sau prin alte mijloace, inclusiv în format electronic;</w:t>
      </w:r>
    </w:p>
    <w:p w14:paraId="261ED9B7" w14:textId="77777777" w:rsidR="00EE7ED3" w:rsidRPr="00CA18A1" w:rsidRDefault="00000000">
      <w:pPr>
        <w:numPr>
          <w:ilvl w:val="0"/>
          <w:numId w:val="17"/>
        </w:numPr>
        <w:spacing w:before="120" w:after="120" w:line="240" w:lineRule="auto"/>
        <w:jc w:val="both"/>
        <w:rPr>
          <w:bCs/>
          <w:szCs w:val="24"/>
        </w:rPr>
      </w:pPr>
      <w:r w:rsidRPr="00CA18A1">
        <w:rPr>
          <w:bCs/>
          <w:szCs w:val="24"/>
        </w:rPr>
        <w:t>Persoana vizată poate solicita informațiile și verbal (în cadrul audiențelor), cu condiția dovedirii identității.</w:t>
      </w:r>
    </w:p>
    <w:p w14:paraId="08930A2A" w14:textId="77777777" w:rsidR="00EE7ED3" w:rsidRPr="00CA18A1" w:rsidRDefault="00000000">
      <w:pPr>
        <w:numPr>
          <w:ilvl w:val="0"/>
          <w:numId w:val="17"/>
        </w:numPr>
        <w:spacing w:before="120" w:after="120" w:line="240" w:lineRule="auto"/>
        <w:jc w:val="both"/>
        <w:rPr>
          <w:bCs/>
          <w:szCs w:val="24"/>
        </w:rPr>
      </w:pPr>
      <w:r w:rsidRPr="00CA18A1">
        <w:rPr>
          <w:bCs/>
          <w:szCs w:val="24"/>
        </w:rPr>
        <w:t>Dacă o cerere este făcută prin intermediul adresei de e-mail, răspunsul va fi expediat tot în mod electronic.</w:t>
      </w:r>
    </w:p>
    <w:p w14:paraId="0BF9A814" w14:textId="77777777" w:rsidR="00EE7ED3" w:rsidRPr="00CA18A1" w:rsidRDefault="00000000" w:rsidP="00BA5785">
      <w:pPr>
        <w:spacing w:before="120" w:after="120" w:line="240" w:lineRule="auto"/>
        <w:jc w:val="both"/>
        <w:rPr>
          <w:bCs/>
          <w:szCs w:val="24"/>
        </w:rPr>
      </w:pPr>
      <w:r w:rsidRPr="00CA18A1">
        <w:rPr>
          <w:bCs/>
          <w:szCs w:val="24"/>
        </w:rPr>
        <w:t>4.5.1. Dreptul de a fi informat: Se folosește modelul pus la dispoziție de Primărie (Anexa 1).</w:t>
      </w:r>
    </w:p>
    <w:p w14:paraId="03B1D14C" w14:textId="77777777" w:rsidR="00EE7ED3" w:rsidRPr="00CA18A1" w:rsidRDefault="00000000" w:rsidP="00BA5785">
      <w:pPr>
        <w:spacing w:before="120" w:after="120" w:line="240" w:lineRule="auto"/>
        <w:jc w:val="both"/>
        <w:rPr>
          <w:bCs/>
          <w:szCs w:val="24"/>
        </w:rPr>
      </w:pPr>
      <w:r w:rsidRPr="00CA18A1">
        <w:rPr>
          <w:bCs/>
          <w:szCs w:val="24"/>
        </w:rPr>
        <w:t>4.5.2. Dreptul de acces: Pentru confirmarea sau infirmarea prelucrării datelor se folosesc modelele de răspuns oficiale ale instituției.</w:t>
      </w:r>
    </w:p>
    <w:p w14:paraId="57B715C4" w14:textId="77777777" w:rsidR="00EE7ED3" w:rsidRPr="00CA18A1" w:rsidRDefault="00000000" w:rsidP="00BA5785">
      <w:pPr>
        <w:spacing w:before="120" w:after="120" w:line="240" w:lineRule="auto"/>
        <w:jc w:val="both"/>
        <w:rPr>
          <w:bCs/>
          <w:szCs w:val="24"/>
        </w:rPr>
      </w:pPr>
      <w:r w:rsidRPr="00CA18A1">
        <w:rPr>
          <w:bCs/>
          <w:szCs w:val="24"/>
        </w:rPr>
        <w:t>4.5.3. Dreptul la rectificarea și/sau completarea datelor: Pentru corectarea datelor eronate din registrele locale (baze fiscale, evidențe patrimoniale) se depune modelul de cerere aferent.</w:t>
      </w:r>
    </w:p>
    <w:p w14:paraId="25CAF325" w14:textId="77777777" w:rsidR="00EE7ED3" w:rsidRPr="00CA18A1" w:rsidRDefault="00000000" w:rsidP="00BA5785">
      <w:pPr>
        <w:spacing w:before="120" w:after="120" w:line="240" w:lineRule="auto"/>
        <w:jc w:val="both"/>
        <w:rPr>
          <w:bCs/>
          <w:szCs w:val="24"/>
        </w:rPr>
      </w:pPr>
      <w:r w:rsidRPr="00CA18A1">
        <w:rPr>
          <w:bCs/>
          <w:szCs w:val="24"/>
        </w:rPr>
        <w:t>4.5.4. Dreptul la ștergerea datelor cu caracter personal: Dacă Primăria este obligată să șteargă date (ex: eliminarea unor documente cu date personale publicate din greșeală pe site-ul oficial), va lua măsuri tehnice rezonabile pentru eliminarea linkurilor sau a copiilor. Trebuie comunicat terților cărora le-au fost dezvăluite datele despre această ștergere, cu excepția cazului în care acest lucru implică eforturi disproporționate.</w:t>
      </w:r>
    </w:p>
    <w:p w14:paraId="75DE9E57" w14:textId="77777777" w:rsidR="00EE7ED3" w:rsidRPr="00CA18A1" w:rsidRDefault="00000000" w:rsidP="00BA5785">
      <w:pPr>
        <w:spacing w:before="120" w:after="120" w:line="240" w:lineRule="auto"/>
        <w:jc w:val="both"/>
        <w:rPr>
          <w:bCs/>
          <w:szCs w:val="24"/>
        </w:rPr>
      </w:pPr>
      <w:r w:rsidRPr="00CA18A1">
        <w:rPr>
          <w:bCs/>
          <w:szCs w:val="24"/>
        </w:rPr>
        <w:t>4.5.5. Dreptul la restricționarea prelucrării: În caz de ridicare a restricției, Primăria va notifica persoana în prealabil. Metodele folosite: mutarea temporară a datelor în alt sistem, blocarea accesului utilizatorilor interni sau înlăturarea temporară a documentelor de pe site.</w:t>
      </w:r>
    </w:p>
    <w:p w14:paraId="786D6FE1" w14:textId="77777777" w:rsidR="00EE7ED3" w:rsidRPr="00CA18A1" w:rsidRDefault="00000000" w:rsidP="00BA5785">
      <w:pPr>
        <w:spacing w:before="120" w:after="120" w:line="240" w:lineRule="auto"/>
        <w:jc w:val="both"/>
        <w:rPr>
          <w:bCs/>
          <w:szCs w:val="24"/>
        </w:rPr>
      </w:pPr>
      <w:r w:rsidRPr="00CA18A1">
        <w:rPr>
          <w:bCs/>
          <w:szCs w:val="24"/>
        </w:rPr>
        <w:t>4.5.6. Dreptul la opoziție: Dacă scopul prelucrării este stabilit prin lege, Primăria va înceta prelucrarea doar dacă nu se demonstrează obligația legală strictă de a păstra acele date (ex: registre cadastrale sau de stare civilă). Opoziția la mesaje de informare edilitară/marketing se acceptă necondiționat.</w:t>
      </w:r>
    </w:p>
    <w:p w14:paraId="196A09BF" w14:textId="77777777" w:rsidR="00EE7ED3" w:rsidRPr="00CA18A1" w:rsidRDefault="00000000" w:rsidP="00BA5785">
      <w:pPr>
        <w:spacing w:before="120" w:after="120" w:line="240" w:lineRule="auto"/>
        <w:jc w:val="both"/>
        <w:rPr>
          <w:bCs/>
          <w:szCs w:val="24"/>
        </w:rPr>
      </w:pPr>
      <w:r w:rsidRPr="00CA18A1">
        <w:rPr>
          <w:bCs/>
          <w:szCs w:val="24"/>
        </w:rPr>
        <w:t>4.5.7. Dreptul de a nu face obiectul unei decizii bazate exclusiv pe prelucrarea automată: Cetățeanul este informat despre logica procesului și are dreptul de a obține intervenție umană din partea unui funcționar public.</w:t>
      </w:r>
    </w:p>
    <w:p w14:paraId="1404935F" w14:textId="77777777" w:rsidR="00EE7ED3" w:rsidRPr="00CA18A1" w:rsidRDefault="00EE7ED3" w:rsidP="00BA5785">
      <w:pPr>
        <w:spacing w:before="120" w:after="120" w:line="240" w:lineRule="auto"/>
        <w:jc w:val="both"/>
        <w:rPr>
          <w:bCs/>
          <w:szCs w:val="24"/>
        </w:rPr>
      </w:pPr>
    </w:p>
    <w:p w14:paraId="0E9652B8" w14:textId="77777777" w:rsidR="00EE7ED3" w:rsidRPr="00CA18A1" w:rsidRDefault="00000000" w:rsidP="00D11397">
      <w:pPr>
        <w:spacing w:before="120" w:after="120" w:line="240" w:lineRule="auto"/>
        <w:jc w:val="both"/>
        <w:rPr>
          <w:b/>
          <w:bCs/>
          <w:szCs w:val="24"/>
        </w:rPr>
      </w:pPr>
      <w:r w:rsidRPr="00CA18A1">
        <w:rPr>
          <w:b/>
          <w:bCs/>
          <w:szCs w:val="24"/>
        </w:rPr>
        <w:t>4.6. SEMNARE</w:t>
      </w:r>
    </w:p>
    <w:p w14:paraId="122D0EC1" w14:textId="4A14AB53" w:rsidR="00EE7ED3" w:rsidRPr="008B04D4" w:rsidRDefault="00000000" w:rsidP="00D11397">
      <w:pPr>
        <w:spacing w:before="120" w:after="120" w:line="240" w:lineRule="auto"/>
        <w:jc w:val="both"/>
        <w:rPr>
          <w:bCs/>
          <w:szCs w:val="24"/>
        </w:rPr>
      </w:pPr>
      <w:r w:rsidRPr="00CA18A1">
        <w:rPr>
          <w:bCs/>
          <w:szCs w:val="24"/>
        </w:rPr>
        <w:lastRenderedPageBreak/>
        <w:t xml:space="preserve">Toate documentele întocmite de </w:t>
      </w:r>
      <w:r w:rsidRPr="00375470">
        <w:rPr>
          <w:b/>
          <w:szCs w:val="24"/>
        </w:rPr>
        <w:t>Primă</w:t>
      </w:r>
      <w:r>
        <w:rPr>
          <w:b/>
          <w:szCs w:val="24"/>
        </w:rPr>
        <w:t>ria</w:t>
      </w:r>
      <w:r w:rsidRPr="00375470">
        <w:rPr>
          <w:b/>
          <w:szCs w:val="24"/>
        </w:rPr>
        <w:t xml:space="preserve"> SATULUI MERENI</w:t>
      </w:r>
      <w:r w:rsidRPr="00CA18A1">
        <w:rPr>
          <w:szCs w:val="24"/>
        </w:rPr>
        <w:t xml:space="preserve"> </w:t>
      </w:r>
      <w:r w:rsidRPr="00CA18A1">
        <w:rPr>
          <w:bCs/>
          <w:szCs w:val="24"/>
        </w:rPr>
        <w:t xml:space="preserve">cu privire la drepturile persoanelor vizate pentru a fi transmise în exteriorul instituției vor fi semnate electronic sau </w:t>
      </w:r>
      <w:proofErr w:type="spellStart"/>
      <w:r w:rsidRPr="00CA18A1">
        <w:rPr>
          <w:bCs/>
          <w:szCs w:val="24"/>
        </w:rPr>
        <w:t>olograf</w:t>
      </w:r>
      <w:proofErr w:type="spellEnd"/>
      <w:r w:rsidRPr="00CA18A1">
        <w:rPr>
          <w:bCs/>
          <w:szCs w:val="24"/>
        </w:rPr>
        <w:t xml:space="preserve"> </w:t>
      </w:r>
      <w:proofErr w:type="spellStart"/>
      <w:r w:rsidRPr="00CA18A1">
        <w:rPr>
          <w:bCs/>
          <w:szCs w:val="24"/>
        </w:rPr>
        <w:t>exclusiv</w:t>
      </w:r>
      <w:proofErr w:type="spellEnd"/>
      <w:r w:rsidRPr="00CA18A1">
        <w:rPr>
          <w:bCs/>
          <w:szCs w:val="24"/>
        </w:rPr>
        <w:t xml:space="preserve"> de </w:t>
      </w:r>
      <w:proofErr w:type="spellStart"/>
      <w:r w:rsidRPr="00CA18A1">
        <w:rPr>
          <w:bCs/>
          <w:szCs w:val="24"/>
        </w:rPr>
        <w:t>către</w:t>
      </w:r>
      <w:proofErr w:type="spellEnd"/>
      <w:r w:rsidRPr="00CA18A1">
        <w:rPr>
          <w:bCs/>
          <w:szCs w:val="24"/>
        </w:rPr>
        <w:t xml:space="preserve"> </w:t>
      </w:r>
      <w:proofErr w:type="spellStart"/>
      <w:r w:rsidRPr="00CA18A1">
        <w:rPr>
          <w:bCs/>
          <w:szCs w:val="24"/>
        </w:rPr>
        <w:t>Primarul</w:t>
      </w:r>
      <w:proofErr w:type="spellEnd"/>
      <w:r w:rsidRPr="00CA18A1">
        <w:rPr>
          <w:bCs/>
          <w:szCs w:val="24"/>
        </w:rPr>
        <w:t xml:space="preserve"> </w:t>
      </w:r>
      <w:r w:rsidRPr="00375470">
        <w:rPr>
          <w:b/>
          <w:szCs w:val="24"/>
        </w:rPr>
        <w:t>SATULUI MERENI</w:t>
      </w:r>
      <w:r w:rsidRPr="00CA18A1">
        <w:rPr>
          <w:bCs/>
          <w:szCs w:val="24"/>
        </w:rPr>
        <w:t>.</w:t>
      </w:r>
    </w:p>
    <w:p w14:paraId="659BBAFB" w14:textId="77777777" w:rsidR="00EE7ED3" w:rsidRPr="00CA18A1" w:rsidRDefault="00000000" w:rsidP="00D11397">
      <w:pPr>
        <w:spacing w:before="120" w:after="120" w:line="240" w:lineRule="auto"/>
        <w:jc w:val="both"/>
        <w:rPr>
          <w:b/>
          <w:bCs/>
          <w:szCs w:val="24"/>
        </w:rPr>
      </w:pPr>
      <w:r w:rsidRPr="00CA18A1">
        <w:rPr>
          <w:b/>
          <w:bCs/>
          <w:szCs w:val="24"/>
        </w:rPr>
        <w:t>4.7. RĂSPUNS</w:t>
      </w:r>
    </w:p>
    <w:p w14:paraId="049D6390" w14:textId="16EE2BD8" w:rsidR="00EE7ED3" w:rsidRPr="00CA18A1" w:rsidRDefault="00000000" w:rsidP="00D11397">
      <w:pPr>
        <w:spacing w:before="120" w:after="120" w:line="240" w:lineRule="auto"/>
        <w:jc w:val="both"/>
        <w:rPr>
          <w:bCs/>
          <w:szCs w:val="24"/>
        </w:rPr>
      </w:pPr>
      <w:r w:rsidRPr="00CA18A1">
        <w:rPr>
          <w:bCs/>
          <w:szCs w:val="24"/>
        </w:rPr>
        <w:t xml:space="preserve">Timpul maxim de răspuns este de 30 de zile. Atunci când este necesar, din motive legate de complexitatea și volumul cererilor primite simultan, această perioadă poate fi prelungită până la maximum trei luni. Persoana vizată trebuie să fie informată de această prelungire în intervalul de o lună de la primirea cererii. Răspunsul poate fi </w:t>
      </w:r>
      <w:proofErr w:type="spellStart"/>
      <w:r w:rsidRPr="00CA18A1">
        <w:rPr>
          <w:bCs/>
          <w:szCs w:val="24"/>
        </w:rPr>
        <w:t>însoțit</w:t>
      </w:r>
      <w:proofErr w:type="spellEnd"/>
      <w:r w:rsidRPr="00CA18A1">
        <w:rPr>
          <w:bCs/>
          <w:szCs w:val="24"/>
        </w:rPr>
        <w:t xml:space="preserve"> de </w:t>
      </w:r>
      <w:proofErr w:type="spellStart"/>
      <w:r w:rsidRPr="00CA18A1">
        <w:rPr>
          <w:bCs/>
          <w:szCs w:val="24"/>
        </w:rPr>
        <w:t>pictograme</w:t>
      </w:r>
      <w:proofErr w:type="spellEnd"/>
      <w:r w:rsidRPr="00CA18A1">
        <w:rPr>
          <w:bCs/>
          <w:szCs w:val="24"/>
        </w:rPr>
        <w:t xml:space="preserve"> </w:t>
      </w:r>
      <w:proofErr w:type="spellStart"/>
      <w:r w:rsidRPr="00CA18A1">
        <w:rPr>
          <w:bCs/>
          <w:szCs w:val="24"/>
        </w:rPr>
        <w:t>standardizate</w:t>
      </w:r>
      <w:proofErr w:type="spellEnd"/>
      <w:r w:rsidRPr="00CA18A1">
        <w:rPr>
          <w:bCs/>
          <w:szCs w:val="24"/>
        </w:rPr>
        <w:t xml:space="preserve"> </w:t>
      </w:r>
      <w:proofErr w:type="spellStart"/>
      <w:r w:rsidRPr="00CA18A1">
        <w:rPr>
          <w:bCs/>
          <w:szCs w:val="24"/>
        </w:rPr>
        <w:t>inteligibile</w:t>
      </w:r>
      <w:proofErr w:type="spellEnd"/>
      <w:r w:rsidRPr="00CA18A1">
        <w:rPr>
          <w:bCs/>
          <w:szCs w:val="24"/>
        </w:rPr>
        <w:t>.</w:t>
      </w:r>
    </w:p>
    <w:p w14:paraId="25014E27" w14:textId="77777777" w:rsidR="00EE7ED3" w:rsidRPr="00CA18A1" w:rsidRDefault="00000000" w:rsidP="00D11397">
      <w:pPr>
        <w:spacing w:before="120" w:after="120" w:line="240" w:lineRule="auto"/>
        <w:jc w:val="both"/>
        <w:rPr>
          <w:b/>
          <w:bCs/>
          <w:szCs w:val="24"/>
        </w:rPr>
      </w:pPr>
      <w:r w:rsidRPr="00CA18A1">
        <w:rPr>
          <w:b/>
          <w:bCs/>
          <w:szCs w:val="24"/>
        </w:rPr>
        <w:t>4.8. ÎNCHIDEREA SOLICITĂRII</w:t>
      </w:r>
    </w:p>
    <w:p w14:paraId="3E1FE28B" w14:textId="77777777" w:rsidR="00EE7ED3" w:rsidRPr="00CA6438" w:rsidRDefault="00000000" w:rsidP="00D11397">
      <w:pPr>
        <w:spacing w:before="120" w:after="120" w:line="240" w:lineRule="auto"/>
        <w:jc w:val="both"/>
        <w:rPr>
          <w:bCs/>
          <w:szCs w:val="24"/>
        </w:rPr>
      </w:pPr>
      <w:r w:rsidRPr="00CA18A1">
        <w:rPr>
          <w:bCs/>
          <w:szCs w:val="24"/>
        </w:rPr>
        <w:t xml:space="preserve">După transmiterea răspunsului către persoana vizată, solicitările, inclusiv dovezile de comunicare (recipisele poștale/electronice), se grupează și se predau la Arhiva </w:t>
      </w:r>
      <w:r w:rsidRPr="00375470">
        <w:rPr>
          <w:b/>
          <w:szCs w:val="24"/>
        </w:rPr>
        <w:t>Primări</w:t>
      </w:r>
      <w:r>
        <w:rPr>
          <w:b/>
          <w:szCs w:val="24"/>
        </w:rPr>
        <w:t>ei</w:t>
      </w:r>
      <w:r w:rsidRPr="00375470">
        <w:rPr>
          <w:b/>
          <w:szCs w:val="24"/>
        </w:rPr>
        <w:t xml:space="preserve"> SATULUI MERENI</w:t>
      </w:r>
      <w:r w:rsidRPr="00CA18A1">
        <w:rPr>
          <w:bCs/>
          <w:szCs w:val="24"/>
        </w:rPr>
        <w:t>. Predarea la arhivă se face pe bază de inventare (opis) întocmite în trei exemplare (un exemplar pentru cel care predă, un exemplar pentru dosarul din arhivă și un exemplar pentru dosarul de evidență a departamentului).</w:t>
      </w:r>
    </w:p>
    <w:p w14:paraId="6842C70F" w14:textId="77777777" w:rsidR="00EE7ED3" w:rsidRPr="00CA18A1" w:rsidRDefault="00000000" w:rsidP="00D11397">
      <w:pPr>
        <w:spacing w:before="120" w:after="120" w:line="240" w:lineRule="auto"/>
        <w:jc w:val="both"/>
        <w:rPr>
          <w:b/>
          <w:bCs/>
          <w:szCs w:val="24"/>
        </w:rPr>
      </w:pPr>
      <w:r w:rsidRPr="00CA18A1">
        <w:rPr>
          <w:b/>
          <w:bCs/>
          <w:szCs w:val="24"/>
        </w:rPr>
        <w:t>5. ANEXE</w:t>
      </w:r>
    </w:p>
    <w:p w14:paraId="64DB7F1C" w14:textId="77777777" w:rsidR="00EE7ED3" w:rsidRPr="00693F1B" w:rsidRDefault="00000000">
      <w:pPr>
        <w:numPr>
          <w:ilvl w:val="0"/>
          <w:numId w:val="18"/>
        </w:numPr>
        <w:spacing w:before="120" w:after="120" w:line="240" w:lineRule="auto"/>
        <w:jc w:val="both"/>
        <w:rPr>
          <w:i/>
          <w:iCs/>
          <w:szCs w:val="24"/>
        </w:rPr>
      </w:pPr>
      <w:proofErr w:type="spellStart"/>
      <w:r w:rsidRPr="00693F1B">
        <w:rPr>
          <w:b/>
          <w:bCs/>
          <w:i/>
          <w:iCs/>
          <w:szCs w:val="24"/>
        </w:rPr>
        <w:t>Anexa</w:t>
      </w:r>
      <w:proofErr w:type="spellEnd"/>
      <w:r w:rsidRPr="00693F1B">
        <w:rPr>
          <w:b/>
          <w:bCs/>
          <w:i/>
          <w:iCs/>
          <w:szCs w:val="24"/>
        </w:rPr>
        <w:t xml:space="preserve"> nr. 1</w:t>
      </w:r>
      <w:r w:rsidRPr="00693F1B">
        <w:rPr>
          <w:i/>
          <w:iCs/>
          <w:szCs w:val="24"/>
        </w:rPr>
        <w:t xml:space="preserve"> Model de </w:t>
      </w:r>
      <w:proofErr w:type="spellStart"/>
      <w:r w:rsidRPr="00693F1B">
        <w:rPr>
          <w:i/>
          <w:iCs/>
          <w:szCs w:val="24"/>
        </w:rPr>
        <w:t>cerere</w:t>
      </w:r>
      <w:proofErr w:type="spellEnd"/>
      <w:r w:rsidRPr="00693F1B">
        <w:rPr>
          <w:i/>
          <w:iCs/>
          <w:szCs w:val="24"/>
        </w:rPr>
        <w:t xml:space="preserve"> </w:t>
      </w:r>
      <w:proofErr w:type="spellStart"/>
      <w:r w:rsidRPr="00693F1B">
        <w:rPr>
          <w:i/>
          <w:iCs/>
          <w:szCs w:val="24"/>
        </w:rPr>
        <w:t>pentru</w:t>
      </w:r>
      <w:proofErr w:type="spellEnd"/>
      <w:r w:rsidRPr="00693F1B">
        <w:rPr>
          <w:i/>
          <w:iCs/>
          <w:szCs w:val="24"/>
        </w:rPr>
        <w:t xml:space="preserve"> </w:t>
      </w:r>
      <w:proofErr w:type="spellStart"/>
      <w:r w:rsidRPr="00693F1B">
        <w:rPr>
          <w:i/>
          <w:iCs/>
          <w:szCs w:val="24"/>
        </w:rPr>
        <w:t>exercitarea</w:t>
      </w:r>
      <w:proofErr w:type="spellEnd"/>
      <w:r w:rsidRPr="00693F1B">
        <w:rPr>
          <w:i/>
          <w:iCs/>
          <w:szCs w:val="24"/>
        </w:rPr>
        <w:t xml:space="preserve"> </w:t>
      </w:r>
      <w:proofErr w:type="spellStart"/>
      <w:r w:rsidRPr="00693F1B">
        <w:rPr>
          <w:i/>
          <w:iCs/>
          <w:szCs w:val="24"/>
        </w:rPr>
        <w:t>dreptului</w:t>
      </w:r>
      <w:proofErr w:type="spellEnd"/>
      <w:r w:rsidRPr="00693F1B">
        <w:rPr>
          <w:i/>
          <w:iCs/>
          <w:szCs w:val="24"/>
        </w:rPr>
        <w:t xml:space="preserve"> de </w:t>
      </w:r>
      <w:proofErr w:type="spellStart"/>
      <w:r w:rsidRPr="00693F1B">
        <w:rPr>
          <w:i/>
          <w:iCs/>
          <w:szCs w:val="24"/>
        </w:rPr>
        <w:t>acces</w:t>
      </w:r>
      <w:proofErr w:type="spellEnd"/>
      <w:r w:rsidRPr="00693F1B">
        <w:rPr>
          <w:i/>
          <w:iCs/>
          <w:szCs w:val="24"/>
        </w:rPr>
        <w:t xml:space="preserve"> </w:t>
      </w:r>
      <w:proofErr w:type="spellStart"/>
      <w:r w:rsidRPr="00693F1B">
        <w:rPr>
          <w:i/>
          <w:iCs/>
          <w:szCs w:val="24"/>
        </w:rPr>
        <w:t>și</w:t>
      </w:r>
      <w:proofErr w:type="spellEnd"/>
      <w:r w:rsidRPr="00693F1B">
        <w:rPr>
          <w:i/>
          <w:iCs/>
          <w:szCs w:val="24"/>
        </w:rPr>
        <w:t xml:space="preserve"> de a fi </w:t>
      </w:r>
      <w:proofErr w:type="spellStart"/>
      <w:r w:rsidRPr="00693F1B">
        <w:rPr>
          <w:i/>
          <w:iCs/>
          <w:szCs w:val="24"/>
        </w:rPr>
        <w:t>informat</w:t>
      </w:r>
      <w:proofErr w:type="spellEnd"/>
      <w:r w:rsidRPr="00693F1B">
        <w:rPr>
          <w:i/>
          <w:iCs/>
          <w:szCs w:val="24"/>
        </w:rPr>
        <w:t>.</w:t>
      </w:r>
    </w:p>
    <w:p w14:paraId="53A84E41" w14:textId="77777777" w:rsidR="00EE7ED3" w:rsidRPr="00693F1B" w:rsidRDefault="00000000">
      <w:pPr>
        <w:numPr>
          <w:ilvl w:val="0"/>
          <w:numId w:val="18"/>
        </w:numPr>
        <w:spacing w:before="120" w:after="120" w:line="240" w:lineRule="auto"/>
        <w:jc w:val="both"/>
        <w:rPr>
          <w:i/>
          <w:iCs/>
          <w:szCs w:val="24"/>
        </w:rPr>
      </w:pPr>
      <w:proofErr w:type="spellStart"/>
      <w:r w:rsidRPr="00693F1B">
        <w:rPr>
          <w:b/>
          <w:bCs/>
          <w:i/>
          <w:iCs/>
          <w:szCs w:val="24"/>
        </w:rPr>
        <w:t>Anexa</w:t>
      </w:r>
      <w:proofErr w:type="spellEnd"/>
      <w:r w:rsidRPr="00693F1B">
        <w:rPr>
          <w:b/>
          <w:bCs/>
          <w:i/>
          <w:iCs/>
          <w:szCs w:val="24"/>
        </w:rPr>
        <w:t xml:space="preserve"> nr. 2</w:t>
      </w:r>
      <w:r w:rsidRPr="00693F1B">
        <w:rPr>
          <w:i/>
          <w:iCs/>
          <w:szCs w:val="24"/>
        </w:rPr>
        <w:t xml:space="preserve"> Model de </w:t>
      </w:r>
      <w:proofErr w:type="spellStart"/>
      <w:r w:rsidRPr="00693F1B">
        <w:rPr>
          <w:i/>
          <w:iCs/>
          <w:szCs w:val="24"/>
        </w:rPr>
        <w:t>cerere</w:t>
      </w:r>
      <w:proofErr w:type="spellEnd"/>
      <w:r w:rsidRPr="00693F1B">
        <w:rPr>
          <w:i/>
          <w:iCs/>
          <w:szCs w:val="24"/>
        </w:rPr>
        <w:t xml:space="preserve"> </w:t>
      </w:r>
      <w:proofErr w:type="spellStart"/>
      <w:r w:rsidRPr="00693F1B">
        <w:rPr>
          <w:i/>
          <w:iCs/>
          <w:szCs w:val="24"/>
        </w:rPr>
        <w:t>pentru</w:t>
      </w:r>
      <w:proofErr w:type="spellEnd"/>
      <w:r w:rsidRPr="00693F1B">
        <w:rPr>
          <w:i/>
          <w:iCs/>
          <w:szCs w:val="24"/>
        </w:rPr>
        <w:t xml:space="preserve"> </w:t>
      </w:r>
      <w:proofErr w:type="spellStart"/>
      <w:r w:rsidRPr="00693F1B">
        <w:rPr>
          <w:i/>
          <w:iCs/>
          <w:szCs w:val="24"/>
        </w:rPr>
        <w:t>exercitarea</w:t>
      </w:r>
      <w:proofErr w:type="spellEnd"/>
      <w:r w:rsidRPr="00693F1B">
        <w:rPr>
          <w:i/>
          <w:iCs/>
          <w:szCs w:val="24"/>
        </w:rPr>
        <w:t xml:space="preserve"> </w:t>
      </w:r>
      <w:proofErr w:type="spellStart"/>
      <w:r w:rsidRPr="00693F1B">
        <w:rPr>
          <w:i/>
          <w:iCs/>
          <w:szCs w:val="24"/>
        </w:rPr>
        <w:t>dreptului</w:t>
      </w:r>
      <w:proofErr w:type="spellEnd"/>
      <w:r w:rsidRPr="00693F1B">
        <w:rPr>
          <w:i/>
          <w:iCs/>
          <w:szCs w:val="24"/>
        </w:rPr>
        <w:t xml:space="preserve"> de </w:t>
      </w:r>
      <w:proofErr w:type="spellStart"/>
      <w:r w:rsidRPr="00693F1B">
        <w:rPr>
          <w:i/>
          <w:iCs/>
          <w:szCs w:val="24"/>
        </w:rPr>
        <w:t>rectificare</w:t>
      </w:r>
      <w:proofErr w:type="spellEnd"/>
      <w:r w:rsidRPr="00693F1B">
        <w:rPr>
          <w:i/>
          <w:iCs/>
          <w:szCs w:val="24"/>
        </w:rPr>
        <w:t xml:space="preserve"> a </w:t>
      </w:r>
      <w:proofErr w:type="spellStart"/>
      <w:r w:rsidRPr="00693F1B">
        <w:rPr>
          <w:i/>
          <w:iCs/>
          <w:szCs w:val="24"/>
        </w:rPr>
        <w:t>datelor</w:t>
      </w:r>
      <w:proofErr w:type="spellEnd"/>
      <w:r w:rsidRPr="00693F1B">
        <w:rPr>
          <w:i/>
          <w:iCs/>
          <w:szCs w:val="24"/>
        </w:rPr>
        <w:t xml:space="preserve"> cu </w:t>
      </w:r>
      <w:proofErr w:type="spellStart"/>
      <w:r w:rsidRPr="00693F1B">
        <w:rPr>
          <w:i/>
          <w:iCs/>
          <w:szCs w:val="24"/>
        </w:rPr>
        <w:t>caracter</w:t>
      </w:r>
      <w:proofErr w:type="spellEnd"/>
      <w:r w:rsidRPr="00693F1B">
        <w:rPr>
          <w:i/>
          <w:iCs/>
          <w:szCs w:val="24"/>
        </w:rPr>
        <w:t xml:space="preserve"> personal.</w:t>
      </w:r>
    </w:p>
    <w:p w14:paraId="7ACF01D4" w14:textId="77777777" w:rsidR="00EE7ED3" w:rsidRPr="00693F1B" w:rsidRDefault="00000000">
      <w:pPr>
        <w:numPr>
          <w:ilvl w:val="0"/>
          <w:numId w:val="18"/>
        </w:numPr>
        <w:spacing w:before="120" w:after="120" w:line="240" w:lineRule="auto"/>
        <w:jc w:val="both"/>
        <w:rPr>
          <w:i/>
          <w:iCs/>
          <w:szCs w:val="24"/>
        </w:rPr>
      </w:pPr>
      <w:proofErr w:type="spellStart"/>
      <w:r w:rsidRPr="00693F1B">
        <w:rPr>
          <w:b/>
          <w:bCs/>
          <w:i/>
          <w:iCs/>
          <w:szCs w:val="24"/>
        </w:rPr>
        <w:t>Anexa</w:t>
      </w:r>
      <w:proofErr w:type="spellEnd"/>
      <w:r w:rsidRPr="00693F1B">
        <w:rPr>
          <w:b/>
          <w:bCs/>
          <w:i/>
          <w:iCs/>
          <w:szCs w:val="24"/>
        </w:rPr>
        <w:t xml:space="preserve"> nr. 3</w:t>
      </w:r>
      <w:r w:rsidRPr="00693F1B">
        <w:rPr>
          <w:i/>
          <w:iCs/>
          <w:szCs w:val="24"/>
        </w:rPr>
        <w:t xml:space="preserve"> Model de </w:t>
      </w:r>
      <w:proofErr w:type="spellStart"/>
      <w:r w:rsidRPr="00693F1B">
        <w:rPr>
          <w:i/>
          <w:iCs/>
          <w:szCs w:val="24"/>
        </w:rPr>
        <w:t>cerere</w:t>
      </w:r>
      <w:proofErr w:type="spellEnd"/>
      <w:r w:rsidRPr="00693F1B">
        <w:rPr>
          <w:i/>
          <w:iCs/>
          <w:szCs w:val="24"/>
        </w:rPr>
        <w:t xml:space="preserve"> </w:t>
      </w:r>
      <w:proofErr w:type="spellStart"/>
      <w:r w:rsidRPr="00693F1B">
        <w:rPr>
          <w:i/>
          <w:iCs/>
          <w:szCs w:val="24"/>
        </w:rPr>
        <w:t>pentru</w:t>
      </w:r>
      <w:proofErr w:type="spellEnd"/>
      <w:r w:rsidRPr="00693F1B">
        <w:rPr>
          <w:i/>
          <w:iCs/>
          <w:szCs w:val="24"/>
        </w:rPr>
        <w:t xml:space="preserve"> </w:t>
      </w:r>
      <w:proofErr w:type="spellStart"/>
      <w:r w:rsidRPr="00693F1B">
        <w:rPr>
          <w:i/>
          <w:iCs/>
          <w:szCs w:val="24"/>
        </w:rPr>
        <w:t>exercitarea</w:t>
      </w:r>
      <w:proofErr w:type="spellEnd"/>
      <w:r w:rsidRPr="00693F1B">
        <w:rPr>
          <w:i/>
          <w:iCs/>
          <w:szCs w:val="24"/>
        </w:rPr>
        <w:t xml:space="preserve"> </w:t>
      </w:r>
      <w:proofErr w:type="spellStart"/>
      <w:r w:rsidRPr="00693F1B">
        <w:rPr>
          <w:i/>
          <w:iCs/>
          <w:szCs w:val="24"/>
        </w:rPr>
        <w:t>dreptului</w:t>
      </w:r>
      <w:proofErr w:type="spellEnd"/>
      <w:r w:rsidRPr="00693F1B">
        <w:rPr>
          <w:i/>
          <w:iCs/>
          <w:szCs w:val="24"/>
        </w:rPr>
        <w:t xml:space="preserve"> de </w:t>
      </w:r>
      <w:proofErr w:type="spellStart"/>
      <w:r w:rsidRPr="00693F1B">
        <w:rPr>
          <w:i/>
          <w:iCs/>
          <w:szCs w:val="24"/>
        </w:rPr>
        <w:t>ștergere</w:t>
      </w:r>
      <w:proofErr w:type="spellEnd"/>
      <w:r w:rsidRPr="00693F1B">
        <w:rPr>
          <w:i/>
          <w:iCs/>
          <w:szCs w:val="24"/>
        </w:rPr>
        <w:t xml:space="preserve"> a </w:t>
      </w:r>
      <w:proofErr w:type="spellStart"/>
      <w:r w:rsidRPr="00693F1B">
        <w:rPr>
          <w:i/>
          <w:iCs/>
          <w:szCs w:val="24"/>
        </w:rPr>
        <w:t>datelor</w:t>
      </w:r>
      <w:proofErr w:type="spellEnd"/>
      <w:r w:rsidRPr="00693F1B">
        <w:rPr>
          <w:i/>
          <w:iCs/>
          <w:szCs w:val="24"/>
        </w:rPr>
        <w:t xml:space="preserve"> cu </w:t>
      </w:r>
      <w:proofErr w:type="spellStart"/>
      <w:r w:rsidRPr="00693F1B">
        <w:rPr>
          <w:i/>
          <w:iCs/>
          <w:szCs w:val="24"/>
        </w:rPr>
        <w:t>caracter</w:t>
      </w:r>
      <w:proofErr w:type="spellEnd"/>
      <w:r w:rsidRPr="00693F1B">
        <w:rPr>
          <w:i/>
          <w:iCs/>
          <w:szCs w:val="24"/>
        </w:rPr>
        <w:t xml:space="preserve"> personal.</w:t>
      </w:r>
    </w:p>
    <w:p w14:paraId="728629A2" w14:textId="77777777" w:rsidR="00EE7ED3" w:rsidRPr="00693F1B" w:rsidRDefault="00000000">
      <w:pPr>
        <w:numPr>
          <w:ilvl w:val="0"/>
          <w:numId w:val="18"/>
        </w:numPr>
        <w:spacing w:before="120" w:after="120" w:line="240" w:lineRule="auto"/>
        <w:jc w:val="both"/>
        <w:rPr>
          <w:i/>
          <w:iCs/>
          <w:szCs w:val="24"/>
        </w:rPr>
      </w:pPr>
      <w:proofErr w:type="spellStart"/>
      <w:r w:rsidRPr="00693F1B">
        <w:rPr>
          <w:b/>
          <w:bCs/>
          <w:i/>
          <w:iCs/>
          <w:szCs w:val="24"/>
        </w:rPr>
        <w:t>Anexa</w:t>
      </w:r>
      <w:proofErr w:type="spellEnd"/>
      <w:r w:rsidRPr="00693F1B">
        <w:rPr>
          <w:b/>
          <w:bCs/>
          <w:i/>
          <w:iCs/>
          <w:szCs w:val="24"/>
        </w:rPr>
        <w:t xml:space="preserve"> nr. 4</w:t>
      </w:r>
      <w:r w:rsidRPr="00693F1B">
        <w:rPr>
          <w:i/>
          <w:iCs/>
          <w:szCs w:val="24"/>
        </w:rPr>
        <w:t xml:space="preserve"> Model de </w:t>
      </w:r>
      <w:proofErr w:type="spellStart"/>
      <w:r w:rsidRPr="00693F1B">
        <w:rPr>
          <w:i/>
          <w:iCs/>
          <w:szCs w:val="24"/>
        </w:rPr>
        <w:t>cerere</w:t>
      </w:r>
      <w:proofErr w:type="spellEnd"/>
      <w:r w:rsidRPr="00693F1B">
        <w:rPr>
          <w:i/>
          <w:iCs/>
          <w:szCs w:val="24"/>
        </w:rPr>
        <w:t xml:space="preserve"> </w:t>
      </w:r>
      <w:proofErr w:type="spellStart"/>
      <w:r w:rsidRPr="00693F1B">
        <w:rPr>
          <w:i/>
          <w:iCs/>
          <w:szCs w:val="24"/>
        </w:rPr>
        <w:t>pentru</w:t>
      </w:r>
      <w:proofErr w:type="spellEnd"/>
      <w:r w:rsidRPr="00693F1B">
        <w:rPr>
          <w:i/>
          <w:iCs/>
          <w:szCs w:val="24"/>
        </w:rPr>
        <w:t xml:space="preserve"> </w:t>
      </w:r>
      <w:proofErr w:type="spellStart"/>
      <w:r w:rsidRPr="00693F1B">
        <w:rPr>
          <w:i/>
          <w:iCs/>
          <w:szCs w:val="24"/>
        </w:rPr>
        <w:t>exercitarea</w:t>
      </w:r>
      <w:proofErr w:type="spellEnd"/>
      <w:r w:rsidRPr="00693F1B">
        <w:rPr>
          <w:i/>
          <w:iCs/>
          <w:szCs w:val="24"/>
        </w:rPr>
        <w:t xml:space="preserve"> </w:t>
      </w:r>
      <w:proofErr w:type="spellStart"/>
      <w:r w:rsidRPr="00693F1B">
        <w:rPr>
          <w:i/>
          <w:iCs/>
          <w:szCs w:val="24"/>
        </w:rPr>
        <w:t>dreptului</w:t>
      </w:r>
      <w:proofErr w:type="spellEnd"/>
      <w:r w:rsidRPr="00693F1B">
        <w:rPr>
          <w:i/>
          <w:iCs/>
          <w:szCs w:val="24"/>
        </w:rPr>
        <w:t xml:space="preserve"> de </w:t>
      </w:r>
      <w:proofErr w:type="spellStart"/>
      <w:r w:rsidRPr="00693F1B">
        <w:rPr>
          <w:i/>
          <w:iCs/>
          <w:szCs w:val="24"/>
        </w:rPr>
        <w:t>restricționare</w:t>
      </w:r>
      <w:proofErr w:type="spellEnd"/>
      <w:r w:rsidRPr="00693F1B">
        <w:rPr>
          <w:i/>
          <w:iCs/>
          <w:szCs w:val="24"/>
        </w:rPr>
        <w:t xml:space="preserve"> a </w:t>
      </w:r>
      <w:proofErr w:type="spellStart"/>
      <w:r w:rsidRPr="00693F1B">
        <w:rPr>
          <w:i/>
          <w:iCs/>
          <w:szCs w:val="24"/>
        </w:rPr>
        <w:t>prelucrării</w:t>
      </w:r>
      <w:proofErr w:type="spellEnd"/>
      <w:r w:rsidRPr="00693F1B">
        <w:rPr>
          <w:i/>
          <w:iCs/>
          <w:szCs w:val="24"/>
        </w:rPr>
        <w:t xml:space="preserve"> </w:t>
      </w:r>
      <w:proofErr w:type="spellStart"/>
      <w:r w:rsidRPr="00693F1B">
        <w:rPr>
          <w:i/>
          <w:iCs/>
          <w:szCs w:val="24"/>
        </w:rPr>
        <w:t>datelor</w:t>
      </w:r>
      <w:proofErr w:type="spellEnd"/>
      <w:r w:rsidRPr="00693F1B">
        <w:rPr>
          <w:i/>
          <w:iCs/>
          <w:szCs w:val="24"/>
        </w:rPr>
        <w:t xml:space="preserve"> cu </w:t>
      </w:r>
      <w:proofErr w:type="spellStart"/>
      <w:r w:rsidRPr="00693F1B">
        <w:rPr>
          <w:i/>
          <w:iCs/>
          <w:szCs w:val="24"/>
        </w:rPr>
        <w:t>caracter</w:t>
      </w:r>
      <w:proofErr w:type="spellEnd"/>
      <w:r w:rsidRPr="00693F1B">
        <w:rPr>
          <w:i/>
          <w:iCs/>
          <w:szCs w:val="24"/>
        </w:rPr>
        <w:t xml:space="preserve"> personal.</w:t>
      </w:r>
    </w:p>
    <w:p w14:paraId="1FF8235D" w14:textId="77777777" w:rsidR="00EE7ED3" w:rsidRPr="00693F1B" w:rsidRDefault="00000000">
      <w:pPr>
        <w:numPr>
          <w:ilvl w:val="0"/>
          <w:numId w:val="18"/>
        </w:numPr>
        <w:spacing w:before="120" w:after="120" w:line="240" w:lineRule="auto"/>
        <w:jc w:val="both"/>
        <w:rPr>
          <w:i/>
          <w:iCs/>
          <w:szCs w:val="24"/>
        </w:rPr>
      </w:pPr>
      <w:proofErr w:type="spellStart"/>
      <w:r w:rsidRPr="00693F1B">
        <w:rPr>
          <w:b/>
          <w:bCs/>
          <w:i/>
          <w:iCs/>
          <w:szCs w:val="24"/>
        </w:rPr>
        <w:t>Anexa</w:t>
      </w:r>
      <w:proofErr w:type="spellEnd"/>
      <w:r w:rsidRPr="00693F1B">
        <w:rPr>
          <w:b/>
          <w:bCs/>
          <w:i/>
          <w:iCs/>
          <w:szCs w:val="24"/>
        </w:rPr>
        <w:t xml:space="preserve"> nr. 5</w:t>
      </w:r>
      <w:r w:rsidRPr="00693F1B">
        <w:rPr>
          <w:i/>
          <w:iCs/>
          <w:szCs w:val="24"/>
        </w:rPr>
        <w:t xml:space="preserve"> Model de </w:t>
      </w:r>
      <w:proofErr w:type="spellStart"/>
      <w:r w:rsidRPr="00693F1B">
        <w:rPr>
          <w:i/>
          <w:iCs/>
          <w:szCs w:val="24"/>
        </w:rPr>
        <w:t>cerere</w:t>
      </w:r>
      <w:proofErr w:type="spellEnd"/>
      <w:r w:rsidRPr="00693F1B">
        <w:rPr>
          <w:i/>
          <w:iCs/>
          <w:szCs w:val="24"/>
        </w:rPr>
        <w:t xml:space="preserve"> </w:t>
      </w:r>
      <w:proofErr w:type="spellStart"/>
      <w:r w:rsidRPr="00693F1B">
        <w:rPr>
          <w:i/>
          <w:iCs/>
          <w:szCs w:val="24"/>
        </w:rPr>
        <w:t>pentru</w:t>
      </w:r>
      <w:proofErr w:type="spellEnd"/>
      <w:r w:rsidRPr="00693F1B">
        <w:rPr>
          <w:i/>
          <w:iCs/>
          <w:szCs w:val="24"/>
        </w:rPr>
        <w:t xml:space="preserve"> </w:t>
      </w:r>
      <w:proofErr w:type="spellStart"/>
      <w:r w:rsidRPr="00693F1B">
        <w:rPr>
          <w:i/>
          <w:iCs/>
          <w:szCs w:val="24"/>
        </w:rPr>
        <w:t>exercitarea</w:t>
      </w:r>
      <w:proofErr w:type="spellEnd"/>
      <w:r w:rsidRPr="00693F1B">
        <w:rPr>
          <w:i/>
          <w:iCs/>
          <w:szCs w:val="24"/>
        </w:rPr>
        <w:t xml:space="preserve"> </w:t>
      </w:r>
      <w:proofErr w:type="spellStart"/>
      <w:r w:rsidRPr="00693F1B">
        <w:rPr>
          <w:i/>
          <w:iCs/>
          <w:szCs w:val="24"/>
        </w:rPr>
        <w:t>dreptului</w:t>
      </w:r>
      <w:proofErr w:type="spellEnd"/>
      <w:r w:rsidRPr="00693F1B">
        <w:rPr>
          <w:i/>
          <w:iCs/>
          <w:szCs w:val="24"/>
        </w:rPr>
        <w:t xml:space="preserve"> de </w:t>
      </w:r>
      <w:proofErr w:type="spellStart"/>
      <w:r w:rsidRPr="00693F1B">
        <w:rPr>
          <w:i/>
          <w:iCs/>
          <w:szCs w:val="24"/>
        </w:rPr>
        <w:t>opoziție</w:t>
      </w:r>
      <w:proofErr w:type="spellEnd"/>
      <w:r w:rsidRPr="00693F1B">
        <w:rPr>
          <w:i/>
          <w:iCs/>
          <w:szCs w:val="24"/>
        </w:rPr>
        <w:t>.</w:t>
      </w:r>
    </w:p>
    <w:p w14:paraId="2BD36D25" w14:textId="3789D903" w:rsidR="00EE7ED3" w:rsidRPr="008B04D4" w:rsidRDefault="00000000" w:rsidP="0045649C">
      <w:pPr>
        <w:numPr>
          <w:ilvl w:val="0"/>
          <w:numId w:val="18"/>
        </w:numPr>
        <w:spacing w:before="120" w:after="120" w:line="240" w:lineRule="auto"/>
        <w:jc w:val="both"/>
        <w:rPr>
          <w:i/>
          <w:iCs/>
          <w:szCs w:val="24"/>
        </w:rPr>
      </w:pPr>
      <w:proofErr w:type="spellStart"/>
      <w:r w:rsidRPr="00693F1B">
        <w:rPr>
          <w:b/>
          <w:bCs/>
          <w:i/>
          <w:iCs/>
          <w:szCs w:val="24"/>
        </w:rPr>
        <w:t>Anexa</w:t>
      </w:r>
      <w:proofErr w:type="spellEnd"/>
      <w:r w:rsidRPr="00693F1B">
        <w:rPr>
          <w:b/>
          <w:bCs/>
          <w:i/>
          <w:iCs/>
          <w:szCs w:val="24"/>
        </w:rPr>
        <w:t xml:space="preserve"> nr. 6</w:t>
      </w:r>
      <w:r w:rsidRPr="00693F1B">
        <w:rPr>
          <w:i/>
          <w:iCs/>
          <w:szCs w:val="24"/>
        </w:rPr>
        <w:t xml:space="preserve"> Model de </w:t>
      </w:r>
      <w:proofErr w:type="spellStart"/>
      <w:r w:rsidRPr="00693F1B">
        <w:rPr>
          <w:i/>
          <w:iCs/>
          <w:szCs w:val="24"/>
        </w:rPr>
        <w:t>cerere</w:t>
      </w:r>
      <w:proofErr w:type="spellEnd"/>
      <w:r w:rsidRPr="00693F1B">
        <w:rPr>
          <w:i/>
          <w:iCs/>
          <w:szCs w:val="24"/>
        </w:rPr>
        <w:t xml:space="preserve"> </w:t>
      </w:r>
      <w:proofErr w:type="spellStart"/>
      <w:r w:rsidRPr="00693F1B">
        <w:rPr>
          <w:i/>
          <w:iCs/>
          <w:szCs w:val="24"/>
        </w:rPr>
        <w:t>privind</w:t>
      </w:r>
      <w:proofErr w:type="spellEnd"/>
      <w:r w:rsidRPr="00693F1B">
        <w:rPr>
          <w:i/>
          <w:iCs/>
          <w:szCs w:val="24"/>
        </w:rPr>
        <w:t xml:space="preserve"> </w:t>
      </w:r>
      <w:proofErr w:type="spellStart"/>
      <w:r w:rsidRPr="00693F1B">
        <w:rPr>
          <w:i/>
          <w:iCs/>
          <w:szCs w:val="24"/>
        </w:rPr>
        <w:t>deciziile</w:t>
      </w:r>
      <w:proofErr w:type="spellEnd"/>
      <w:r w:rsidRPr="00693F1B">
        <w:rPr>
          <w:i/>
          <w:iCs/>
          <w:szCs w:val="24"/>
        </w:rPr>
        <w:t xml:space="preserve"> </w:t>
      </w:r>
      <w:proofErr w:type="spellStart"/>
      <w:r w:rsidRPr="00693F1B">
        <w:rPr>
          <w:i/>
          <w:iCs/>
          <w:szCs w:val="24"/>
        </w:rPr>
        <w:t>automatizate</w:t>
      </w:r>
      <w:proofErr w:type="spellEnd"/>
      <w:r w:rsidRPr="00693F1B">
        <w:rPr>
          <w:i/>
          <w:iCs/>
          <w:szCs w:val="24"/>
        </w:rPr>
        <w:t xml:space="preserve"> </w:t>
      </w:r>
      <w:proofErr w:type="spellStart"/>
      <w:r w:rsidRPr="00693F1B">
        <w:rPr>
          <w:i/>
          <w:iCs/>
          <w:szCs w:val="24"/>
        </w:rPr>
        <w:t>și</w:t>
      </w:r>
      <w:proofErr w:type="spellEnd"/>
      <w:r w:rsidRPr="00693F1B">
        <w:rPr>
          <w:i/>
          <w:iCs/>
          <w:szCs w:val="24"/>
        </w:rPr>
        <w:t xml:space="preserve"> </w:t>
      </w:r>
      <w:proofErr w:type="spellStart"/>
      <w:r w:rsidRPr="00693F1B">
        <w:rPr>
          <w:i/>
          <w:iCs/>
          <w:szCs w:val="24"/>
        </w:rPr>
        <w:t>profilarea</w:t>
      </w:r>
      <w:proofErr w:type="spellEnd"/>
    </w:p>
    <w:p w14:paraId="690EF789" w14:textId="77777777" w:rsidR="00EE7ED3" w:rsidRPr="00CA18A1" w:rsidRDefault="00000000" w:rsidP="0045649C">
      <w:pPr>
        <w:jc w:val="both"/>
        <w:rPr>
          <w:b/>
          <w:bCs/>
          <w:i/>
          <w:iCs/>
        </w:rPr>
      </w:pPr>
      <w:r w:rsidRPr="00CA18A1">
        <w:rPr>
          <w:b/>
          <w:bCs/>
          <w:i/>
          <w:iCs/>
        </w:rPr>
        <w:t>Anexa nr. 1: Model de cerere pentru exercitarea dreptului de acces și de a fi informat</w:t>
      </w:r>
    </w:p>
    <w:p w14:paraId="7E3B2D77" w14:textId="77777777" w:rsidR="00EE7ED3" w:rsidRPr="00CA18A1" w:rsidRDefault="00000000" w:rsidP="0041390B">
      <w:pPr>
        <w:rPr>
          <w:i/>
          <w:iCs/>
        </w:rPr>
      </w:pPr>
      <w:r w:rsidRPr="00CA18A1">
        <w:rPr>
          <w:i/>
          <w:iCs/>
        </w:rPr>
        <w:t>Către:</w:t>
      </w:r>
      <w:r w:rsidRPr="00CA18A1">
        <w:rPr>
          <w:i/>
          <w:iCs/>
        </w:rPr>
        <w:br/>
      </w:r>
      <w:r w:rsidRPr="00083E1A">
        <w:rPr>
          <w:b/>
          <w:i/>
          <w:iCs/>
        </w:rPr>
        <w:t>Primăria SATULUI MERENI</w:t>
      </w:r>
      <w:r w:rsidRPr="00CA18A1">
        <w:rPr>
          <w:i/>
          <w:iCs/>
        </w:rPr>
        <w:br/>
        <w:t>În atenția Responsabilului pentru Protecția Datelor</w:t>
      </w:r>
      <w:r w:rsidRPr="00CA18A1">
        <w:rPr>
          <w:i/>
          <w:iCs/>
        </w:rPr>
        <w:br/>
        <w:t xml:space="preserve">Adresa: </w:t>
      </w:r>
      <w:r w:rsidRPr="00083E1A">
        <w:rPr>
          <w:i/>
          <w:iCs/>
        </w:rPr>
        <w:t>str. Ștefan cel Mare, 96, s. Mereni, r. Anenii Noi, Republica Moldova</w:t>
      </w:r>
    </w:p>
    <w:p w14:paraId="3F4C213F" w14:textId="77777777" w:rsidR="00EE7ED3" w:rsidRPr="00CA18A1" w:rsidRDefault="00000000" w:rsidP="00BE1922">
      <w:pPr>
        <w:spacing w:after="0"/>
        <w:rPr>
          <w:i/>
          <w:iCs/>
        </w:rPr>
      </w:pPr>
      <w:r w:rsidRPr="00CA18A1">
        <w:rPr>
          <w:i/>
          <w:iCs/>
        </w:rPr>
        <w:t>Subsemnatul/Subsemnata ........................................................................... (numele/prenumele),</w:t>
      </w:r>
      <w:r w:rsidRPr="00CA18A1">
        <w:rPr>
          <w:i/>
          <w:iCs/>
        </w:rPr>
        <w:br/>
        <w:t>IDNP* ..................................., cu domiciliul în ...............................................................................,</w:t>
      </w:r>
      <w:r w:rsidRPr="00CA18A1">
        <w:rPr>
          <w:i/>
          <w:iCs/>
        </w:rPr>
        <w:br/>
        <w:t>telefon ...................... (opțional), adresa de e-mail .................... (opțional),</w:t>
      </w:r>
    </w:p>
    <w:p w14:paraId="66A440D5" w14:textId="77777777" w:rsidR="00EE7ED3" w:rsidRPr="00CA18A1" w:rsidRDefault="00000000" w:rsidP="00BE1922">
      <w:pPr>
        <w:spacing w:after="0"/>
        <w:jc w:val="both"/>
        <w:rPr>
          <w:i/>
          <w:iCs/>
        </w:rPr>
      </w:pPr>
      <w:r w:rsidRPr="00CA18A1">
        <w:rPr>
          <w:i/>
          <w:iCs/>
        </w:rPr>
        <w:t>în temeiul prevederilor Articolului 15 (Dreptul de acces al persoanei vizate) coroborat cu Articolele 13 și 14 (Informații care se furnizează persoanei vizate) din Legea nr. 195/2024 privind protecția datelor cu caracter personal, vă rog să-mi comunicați dacă datele cu caracter personal care mă privesc</w:t>
      </w:r>
      <w:r w:rsidRPr="00CA18A1">
        <w:rPr>
          <w:b/>
          <w:bCs/>
          <w:i/>
          <w:iCs/>
        </w:rPr>
        <w:t xml:space="preserve"> ........................................................................................................................................................................... </w:t>
      </w:r>
      <w:r w:rsidRPr="00CA18A1">
        <w:rPr>
          <w:i/>
          <w:iCs/>
        </w:rPr>
        <w:t>(se enumeră serviciul, registrul sau dosarul vizat, ex: evidențe fiscale, urbanism, dosar asistență socială etc.), au fost sau nu prelucrate de către dumneavoastră.</w:t>
      </w:r>
    </w:p>
    <w:p w14:paraId="46580824" w14:textId="77777777" w:rsidR="00EE7ED3" w:rsidRPr="00CA18A1" w:rsidRDefault="00000000" w:rsidP="0045649C">
      <w:pPr>
        <w:jc w:val="both"/>
        <w:rPr>
          <w:i/>
          <w:iCs/>
        </w:rPr>
      </w:pPr>
      <w:r w:rsidRPr="00CA18A1">
        <w:rPr>
          <w:i/>
          <w:iCs/>
        </w:rPr>
        <w:t>Dacă datele sunt prelucrate, solicit să îmi fie pusă la dispoziție o copie a acestora, alături de confirmarea celor de mai sus și de următoarele informații standard:</w:t>
      </w:r>
    </w:p>
    <w:p w14:paraId="3A3D21F9" w14:textId="77777777" w:rsidR="00EE7ED3" w:rsidRPr="00CA18A1" w:rsidRDefault="00000000">
      <w:pPr>
        <w:numPr>
          <w:ilvl w:val="0"/>
          <w:numId w:val="19"/>
        </w:numPr>
        <w:jc w:val="both"/>
        <w:rPr>
          <w:i/>
          <w:iCs/>
        </w:rPr>
      </w:pPr>
      <w:r w:rsidRPr="00CA18A1">
        <w:rPr>
          <w:i/>
          <w:iCs/>
        </w:rPr>
        <w:t>Scopurile prelucrării și temeiul juridic aplicabil.</w:t>
      </w:r>
    </w:p>
    <w:p w14:paraId="564D1F94" w14:textId="77777777" w:rsidR="00EE7ED3" w:rsidRPr="00CA18A1" w:rsidRDefault="00000000">
      <w:pPr>
        <w:numPr>
          <w:ilvl w:val="0"/>
          <w:numId w:val="19"/>
        </w:numPr>
        <w:jc w:val="both"/>
        <w:rPr>
          <w:i/>
          <w:iCs/>
        </w:rPr>
      </w:pPr>
      <w:r w:rsidRPr="00CA18A1">
        <w:rPr>
          <w:i/>
          <w:iCs/>
        </w:rPr>
        <w:lastRenderedPageBreak/>
        <w:t>Categoriile de date cu caracter personal vizate.</w:t>
      </w:r>
    </w:p>
    <w:p w14:paraId="67C14D9A" w14:textId="77777777" w:rsidR="00EE7ED3" w:rsidRPr="00CA18A1" w:rsidRDefault="00000000">
      <w:pPr>
        <w:numPr>
          <w:ilvl w:val="0"/>
          <w:numId w:val="19"/>
        </w:numPr>
        <w:jc w:val="both"/>
        <w:rPr>
          <w:i/>
          <w:iCs/>
        </w:rPr>
      </w:pPr>
      <w:r w:rsidRPr="00CA18A1">
        <w:rPr>
          <w:i/>
          <w:iCs/>
        </w:rPr>
        <w:t>Destinatarii sau categoriile de destinatari cărora le-au fost sau le vor fi divulgate datele.</w:t>
      </w:r>
    </w:p>
    <w:p w14:paraId="7DCAE8CE" w14:textId="77777777" w:rsidR="00EE7ED3" w:rsidRPr="00CA18A1" w:rsidRDefault="00000000">
      <w:pPr>
        <w:numPr>
          <w:ilvl w:val="0"/>
          <w:numId w:val="19"/>
        </w:numPr>
        <w:jc w:val="both"/>
        <w:rPr>
          <w:i/>
          <w:iCs/>
        </w:rPr>
      </w:pPr>
      <w:r w:rsidRPr="00CA18A1">
        <w:rPr>
          <w:i/>
          <w:iCs/>
        </w:rPr>
        <w:t>Perioada pentru care se preconizează că vor fi stocate datele cu caracter personal.</w:t>
      </w:r>
    </w:p>
    <w:p w14:paraId="6C521B32" w14:textId="77777777" w:rsidR="00EE7ED3" w:rsidRPr="00CA18A1" w:rsidRDefault="00000000">
      <w:pPr>
        <w:numPr>
          <w:ilvl w:val="0"/>
          <w:numId w:val="19"/>
        </w:numPr>
        <w:jc w:val="both"/>
        <w:rPr>
          <w:i/>
          <w:iCs/>
        </w:rPr>
      </w:pPr>
      <w:r w:rsidRPr="00CA18A1">
        <w:rPr>
          <w:i/>
          <w:iCs/>
        </w:rPr>
        <w:t>Existența dreptului de a solicita rectificarea sau ștergerea datelor, restricționarea prelucrării sau a dreptului de a se opune prelucrării.</w:t>
      </w:r>
    </w:p>
    <w:p w14:paraId="24EA50D1" w14:textId="77777777" w:rsidR="00EE7ED3" w:rsidRPr="00CA18A1" w:rsidRDefault="00000000">
      <w:pPr>
        <w:numPr>
          <w:ilvl w:val="0"/>
          <w:numId w:val="19"/>
        </w:numPr>
        <w:jc w:val="both"/>
        <w:rPr>
          <w:i/>
          <w:iCs/>
        </w:rPr>
      </w:pPr>
      <w:r w:rsidRPr="00CA18A1">
        <w:rPr>
          <w:i/>
          <w:iCs/>
        </w:rPr>
        <w:t>Dreptul de a depune o plângere în fața Centrului Național pentru Protecția Datelor cu Caracter Personal (CNPDCP).</w:t>
      </w:r>
    </w:p>
    <w:p w14:paraId="4C2B1AF2" w14:textId="77777777" w:rsidR="00EE7ED3" w:rsidRPr="00CA18A1" w:rsidRDefault="00000000">
      <w:pPr>
        <w:numPr>
          <w:ilvl w:val="0"/>
          <w:numId w:val="19"/>
        </w:numPr>
        <w:jc w:val="both"/>
        <w:rPr>
          <w:i/>
          <w:iCs/>
        </w:rPr>
      </w:pPr>
      <w:r w:rsidRPr="00CA18A1">
        <w:rPr>
          <w:i/>
          <w:iCs/>
        </w:rPr>
        <w:t>Orice informații disponibile privind sursa acestora (originea datelor), dacă nu sunt colectate direct de la mine.</w:t>
      </w:r>
    </w:p>
    <w:p w14:paraId="2CB59885" w14:textId="77777777" w:rsidR="00EE7ED3" w:rsidRPr="00CA18A1" w:rsidRDefault="00000000" w:rsidP="0045649C">
      <w:pPr>
        <w:jc w:val="both"/>
        <w:rPr>
          <w:b/>
          <w:bCs/>
          <w:i/>
          <w:iCs/>
        </w:rPr>
      </w:pPr>
      <w:r w:rsidRPr="00CA18A1">
        <w:rPr>
          <w:b/>
          <w:bCs/>
          <w:i/>
          <w:iCs/>
        </w:rPr>
        <w:t>Precizări suplimentare ................................................................................................... (opțional)</w:t>
      </w:r>
    </w:p>
    <w:p w14:paraId="4DA901A7" w14:textId="77777777" w:rsidR="00EE7ED3" w:rsidRPr="00CA18A1" w:rsidRDefault="00000000" w:rsidP="0045649C">
      <w:pPr>
        <w:jc w:val="both"/>
        <w:rPr>
          <w:i/>
          <w:iCs/>
        </w:rPr>
      </w:pPr>
      <w:r w:rsidRPr="00CA18A1">
        <w:rPr>
          <w:i/>
          <w:iCs/>
        </w:rPr>
        <w:t>Față de cele de mai sus, vă rog să dispuneți măsurile legale pentru a primi informațiile solicitate în baza Legii nr. 195/2024:</w:t>
      </w:r>
    </w:p>
    <w:p w14:paraId="67B14D9D" w14:textId="77777777" w:rsidR="00EE7ED3" w:rsidRPr="00CA18A1" w:rsidRDefault="00000000">
      <w:pPr>
        <w:numPr>
          <w:ilvl w:val="0"/>
          <w:numId w:val="20"/>
        </w:numPr>
        <w:rPr>
          <w:i/>
          <w:iCs/>
        </w:rPr>
      </w:pPr>
      <w:r w:rsidRPr="00CA18A1">
        <w:rPr>
          <w:i/>
          <w:iCs/>
        </w:rPr>
        <w:t>la următoarea adresă de corespondență fizică** .................................................. (opțional)</w:t>
      </w:r>
    </w:p>
    <w:p w14:paraId="17FB7A19" w14:textId="77777777" w:rsidR="00EE7ED3" w:rsidRPr="00CA18A1" w:rsidRDefault="00000000">
      <w:pPr>
        <w:numPr>
          <w:ilvl w:val="0"/>
          <w:numId w:val="20"/>
        </w:numPr>
        <w:rPr>
          <w:i/>
          <w:iCs/>
        </w:rPr>
      </w:pPr>
      <w:r w:rsidRPr="00CA18A1">
        <w:rPr>
          <w:i/>
          <w:iCs/>
        </w:rPr>
        <w:t>în format electronic, la următoarea adresă de e-mail ....................................................... (opțional)</w:t>
      </w:r>
    </w:p>
    <w:p w14:paraId="2587C070" w14:textId="77777777" w:rsidR="00EE7ED3" w:rsidRPr="00CA18A1" w:rsidRDefault="00000000">
      <w:pPr>
        <w:numPr>
          <w:ilvl w:val="0"/>
          <w:numId w:val="20"/>
        </w:numPr>
        <w:rPr>
          <w:i/>
          <w:iCs/>
        </w:rPr>
      </w:pPr>
      <w:r w:rsidRPr="00CA18A1">
        <w:rPr>
          <w:i/>
          <w:iCs/>
        </w:rPr>
        <w:t xml:space="preserve">prin ridicare personală de la Ghișeul Unic / Cancelaria Primăriei </w:t>
      </w:r>
      <w:r>
        <w:rPr>
          <w:i/>
          <w:iCs/>
        </w:rPr>
        <w:t>Mereni</w:t>
      </w:r>
      <w:r w:rsidRPr="00CA18A1">
        <w:rPr>
          <w:i/>
          <w:iCs/>
        </w:rPr>
        <w:t>.</w:t>
      </w:r>
    </w:p>
    <w:p w14:paraId="63EE5ABB" w14:textId="77777777" w:rsidR="00EE7ED3" w:rsidRPr="00CA18A1" w:rsidRDefault="00000000" w:rsidP="0045649C">
      <w:pPr>
        <w:jc w:val="both"/>
        <w:rPr>
          <w:b/>
          <w:bCs/>
          <w:i/>
          <w:iCs/>
        </w:rPr>
      </w:pPr>
      <w:r w:rsidRPr="00CA18A1">
        <w:rPr>
          <w:b/>
          <w:bCs/>
          <w:i/>
          <w:iCs/>
        </w:rPr>
        <w:t>Data: _______________ Semnătura: ............................</w:t>
      </w:r>
    </w:p>
    <w:p w14:paraId="4A1BB42A" w14:textId="77777777" w:rsidR="00EE7ED3" w:rsidRDefault="00EE7ED3" w:rsidP="00BE1922">
      <w:pPr>
        <w:spacing w:after="0"/>
        <w:jc w:val="both"/>
        <w:rPr>
          <w:i/>
          <w:iCs/>
          <w:sz w:val="20"/>
          <w:szCs w:val="20"/>
        </w:rPr>
      </w:pPr>
    </w:p>
    <w:p w14:paraId="23DB8F3E" w14:textId="77777777" w:rsidR="00EE7ED3" w:rsidRDefault="00EE7ED3" w:rsidP="00BE1922">
      <w:pPr>
        <w:spacing w:after="0"/>
        <w:jc w:val="both"/>
        <w:rPr>
          <w:i/>
          <w:iCs/>
          <w:sz w:val="20"/>
          <w:szCs w:val="20"/>
        </w:rPr>
      </w:pPr>
    </w:p>
    <w:p w14:paraId="39130B26" w14:textId="77777777" w:rsidR="00EE7ED3" w:rsidRDefault="00EE7ED3" w:rsidP="00BE1922">
      <w:pPr>
        <w:spacing w:after="0"/>
        <w:jc w:val="both"/>
        <w:rPr>
          <w:i/>
          <w:iCs/>
          <w:sz w:val="20"/>
          <w:szCs w:val="20"/>
        </w:rPr>
      </w:pPr>
    </w:p>
    <w:p w14:paraId="2A9F918A" w14:textId="77777777" w:rsidR="00EE7ED3" w:rsidRDefault="00EE7ED3" w:rsidP="00BE1922">
      <w:pPr>
        <w:spacing w:after="0"/>
        <w:jc w:val="both"/>
        <w:rPr>
          <w:i/>
          <w:iCs/>
          <w:sz w:val="20"/>
          <w:szCs w:val="20"/>
        </w:rPr>
      </w:pPr>
    </w:p>
    <w:p w14:paraId="469F21B7" w14:textId="77777777" w:rsidR="00EE7ED3" w:rsidRDefault="00EE7ED3" w:rsidP="00BE1922">
      <w:pPr>
        <w:spacing w:after="0"/>
        <w:jc w:val="both"/>
        <w:rPr>
          <w:i/>
          <w:iCs/>
          <w:sz w:val="20"/>
          <w:szCs w:val="20"/>
        </w:rPr>
      </w:pPr>
    </w:p>
    <w:p w14:paraId="61DD475D" w14:textId="77777777" w:rsidR="00EE7ED3" w:rsidRPr="00BE1922" w:rsidRDefault="00000000" w:rsidP="00BE1922">
      <w:pPr>
        <w:spacing w:after="0"/>
        <w:jc w:val="both"/>
        <w:rPr>
          <w:i/>
          <w:iCs/>
          <w:sz w:val="20"/>
          <w:szCs w:val="20"/>
        </w:rPr>
      </w:pPr>
      <w:r w:rsidRPr="00BE1922">
        <w:rPr>
          <w:i/>
          <w:iCs/>
          <w:sz w:val="20"/>
          <w:szCs w:val="20"/>
        </w:rPr>
        <w:t xml:space="preserve">* Indicarea numărului de identificare personal (IDNP) este obligatorie pentru a permite identificarea dumneavoastră exactă și securizată în bazele de date și registrele publice gestionate la nivelul Primăriei </w:t>
      </w:r>
      <w:r>
        <w:rPr>
          <w:i/>
          <w:iCs/>
          <w:sz w:val="20"/>
          <w:szCs w:val="20"/>
        </w:rPr>
        <w:t>Mereni</w:t>
      </w:r>
      <w:r w:rsidRPr="00BE1922">
        <w:rPr>
          <w:i/>
          <w:iCs/>
          <w:sz w:val="20"/>
          <w:szCs w:val="20"/>
        </w:rPr>
        <w:t>.</w:t>
      </w:r>
    </w:p>
    <w:p w14:paraId="0107AB7B" w14:textId="77777777" w:rsidR="00EE7ED3" w:rsidRPr="00BE1922" w:rsidRDefault="00000000" w:rsidP="00BE1922">
      <w:pPr>
        <w:spacing w:after="0"/>
        <w:jc w:val="both"/>
        <w:rPr>
          <w:i/>
          <w:iCs/>
          <w:sz w:val="20"/>
          <w:szCs w:val="20"/>
        </w:rPr>
      </w:pPr>
      <w:r w:rsidRPr="00BE1922">
        <w:rPr>
          <w:i/>
          <w:iCs/>
          <w:sz w:val="20"/>
          <w:szCs w:val="20"/>
        </w:rPr>
        <w:t>** Este necesară menționarea unei adrese valide în vederea comunicării oficiale a modalității de soluționare a cererii dumneavoastră.</w:t>
      </w:r>
    </w:p>
    <w:p w14:paraId="1E4A485B" w14:textId="77777777" w:rsidR="00EE7ED3" w:rsidRPr="00BE1922" w:rsidRDefault="00000000" w:rsidP="00BE1922">
      <w:pPr>
        <w:spacing w:after="0"/>
        <w:jc w:val="both"/>
        <w:rPr>
          <w:b/>
          <w:bCs/>
          <w:i/>
          <w:iCs/>
          <w:sz w:val="20"/>
          <w:szCs w:val="20"/>
        </w:rPr>
      </w:pPr>
      <w:r w:rsidRPr="00BE1922">
        <w:rPr>
          <w:b/>
          <w:bCs/>
          <w:i/>
          <w:iCs/>
          <w:sz w:val="20"/>
          <w:szCs w:val="20"/>
        </w:rPr>
        <w:t>Document administrativ ce conține date cu caracter personal protejate de prevederile Legii nr. 195/2024.</w:t>
      </w:r>
    </w:p>
    <w:p w14:paraId="22C68728" w14:textId="77777777" w:rsidR="00EE7ED3" w:rsidRPr="00693F1B" w:rsidRDefault="00000000" w:rsidP="00013F7D">
      <w:pPr>
        <w:jc w:val="both"/>
        <w:rPr>
          <w:b/>
          <w:bCs/>
          <w:i/>
          <w:iCs/>
        </w:rPr>
      </w:pPr>
      <w:proofErr w:type="spellStart"/>
      <w:r w:rsidRPr="00693F1B">
        <w:rPr>
          <w:b/>
          <w:bCs/>
          <w:i/>
          <w:iCs/>
        </w:rPr>
        <w:t>Anexa</w:t>
      </w:r>
      <w:proofErr w:type="spellEnd"/>
      <w:r w:rsidRPr="00693F1B">
        <w:rPr>
          <w:b/>
          <w:bCs/>
          <w:i/>
          <w:iCs/>
        </w:rPr>
        <w:t xml:space="preserve"> nr. 2: Model de </w:t>
      </w:r>
      <w:proofErr w:type="spellStart"/>
      <w:r w:rsidRPr="00693F1B">
        <w:rPr>
          <w:b/>
          <w:bCs/>
          <w:i/>
          <w:iCs/>
        </w:rPr>
        <w:t>cerere</w:t>
      </w:r>
      <w:proofErr w:type="spellEnd"/>
      <w:r w:rsidRPr="00693F1B">
        <w:rPr>
          <w:b/>
          <w:bCs/>
          <w:i/>
          <w:iCs/>
        </w:rPr>
        <w:t xml:space="preserve"> </w:t>
      </w:r>
      <w:proofErr w:type="spellStart"/>
      <w:r w:rsidRPr="00693F1B">
        <w:rPr>
          <w:b/>
          <w:bCs/>
          <w:i/>
          <w:iCs/>
        </w:rPr>
        <w:t>pentru</w:t>
      </w:r>
      <w:proofErr w:type="spellEnd"/>
      <w:r w:rsidRPr="00693F1B">
        <w:rPr>
          <w:b/>
          <w:bCs/>
          <w:i/>
          <w:iCs/>
        </w:rPr>
        <w:t xml:space="preserve"> </w:t>
      </w:r>
      <w:proofErr w:type="spellStart"/>
      <w:r w:rsidRPr="00693F1B">
        <w:rPr>
          <w:b/>
          <w:bCs/>
          <w:i/>
          <w:iCs/>
        </w:rPr>
        <w:t>exercitarea</w:t>
      </w:r>
      <w:proofErr w:type="spellEnd"/>
      <w:r w:rsidRPr="00693F1B">
        <w:rPr>
          <w:b/>
          <w:bCs/>
          <w:i/>
          <w:iCs/>
        </w:rPr>
        <w:t xml:space="preserve"> </w:t>
      </w:r>
      <w:proofErr w:type="spellStart"/>
      <w:r w:rsidRPr="00693F1B">
        <w:rPr>
          <w:b/>
          <w:bCs/>
          <w:i/>
          <w:iCs/>
        </w:rPr>
        <w:t>dreptului</w:t>
      </w:r>
      <w:proofErr w:type="spellEnd"/>
      <w:r w:rsidRPr="00693F1B">
        <w:rPr>
          <w:b/>
          <w:bCs/>
          <w:i/>
          <w:iCs/>
        </w:rPr>
        <w:t xml:space="preserve"> de </w:t>
      </w:r>
      <w:proofErr w:type="spellStart"/>
      <w:r w:rsidRPr="00693F1B">
        <w:rPr>
          <w:b/>
          <w:bCs/>
          <w:i/>
          <w:iCs/>
        </w:rPr>
        <w:t>rectificare</w:t>
      </w:r>
      <w:proofErr w:type="spellEnd"/>
      <w:r w:rsidRPr="00693F1B">
        <w:rPr>
          <w:b/>
          <w:bCs/>
          <w:i/>
          <w:iCs/>
        </w:rPr>
        <w:t xml:space="preserve"> a </w:t>
      </w:r>
      <w:proofErr w:type="spellStart"/>
      <w:r w:rsidRPr="00693F1B">
        <w:rPr>
          <w:b/>
          <w:bCs/>
          <w:i/>
          <w:iCs/>
        </w:rPr>
        <w:t>datelor</w:t>
      </w:r>
      <w:proofErr w:type="spellEnd"/>
      <w:r w:rsidRPr="00693F1B">
        <w:rPr>
          <w:b/>
          <w:bCs/>
          <w:i/>
          <w:iCs/>
        </w:rPr>
        <w:t xml:space="preserve"> cu </w:t>
      </w:r>
      <w:proofErr w:type="spellStart"/>
      <w:r w:rsidRPr="00693F1B">
        <w:rPr>
          <w:b/>
          <w:bCs/>
          <w:i/>
          <w:iCs/>
        </w:rPr>
        <w:t>caracter</w:t>
      </w:r>
      <w:proofErr w:type="spellEnd"/>
      <w:r w:rsidRPr="00693F1B">
        <w:rPr>
          <w:b/>
          <w:bCs/>
          <w:i/>
          <w:iCs/>
        </w:rPr>
        <w:t xml:space="preserve"> personal</w:t>
      </w:r>
    </w:p>
    <w:p w14:paraId="353BBC12" w14:textId="77777777" w:rsidR="00EE7ED3" w:rsidRPr="00CA18A1" w:rsidRDefault="00000000" w:rsidP="00083E1A">
      <w:pPr>
        <w:rPr>
          <w:i/>
          <w:iCs/>
        </w:rPr>
      </w:pPr>
      <w:proofErr w:type="spellStart"/>
      <w:r w:rsidRPr="00CA18A1">
        <w:rPr>
          <w:i/>
          <w:iCs/>
        </w:rPr>
        <w:t>Către</w:t>
      </w:r>
      <w:proofErr w:type="spellEnd"/>
      <w:r w:rsidRPr="00CA18A1">
        <w:rPr>
          <w:i/>
          <w:iCs/>
        </w:rPr>
        <w:t>:</w:t>
      </w:r>
      <w:r w:rsidRPr="00CA18A1">
        <w:rPr>
          <w:i/>
          <w:iCs/>
        </w:rPr>
        <w:br/>
      </w:r>
      <w:proofErr w:type="spellStart"/>
      <w:r w:rsidRPr="00083E1A">
        <w:rPr>
          <w:b/>
          <w:i/>
          <w:iCs/>
        </w:rPr>
        <w:t>Primăria</w:t>
      </w:r>
      <w:proofErr w:type="spellEnd"/>
      <w:r w:rsidRPr="00083E1A">
        <w:rPr>
          <w:b/>
          <w:i/>
          <w:iCs/>
        </w:rPr>
        <w:t xml:space="preserve"> SATULUI MERENI</w:t>
      </w:r>
      <w:r w:rsidRPr="00CA18A1">
        <w:rPr>
          <w:i/>
          <w:iCs/>
        </w:rPr>
        <w:br/>
        <w:t>În atenția Responsabilului pentru Protecția Datelor</w:t>
      </w:r>
      <w:r w:rsidRPr="00CA18A1">
        <w:rPr>
          <w:i/>
          <w:iCs/>
        </w:rPr>
        <w:br/>
        <w:t xml:space="preserve">Adresa: </w:t>
      </w:r>
      <w:r w:rsidRPr="00083E1A">
        <w:rPr>
          <w:i/>
          <w:iCs/>
        </w:rPr>
        <w:t>str. Ștefan cel Mare, 96, s. Mereni, r. Anenii Noi, Republica Moldova</w:t>
      </w:r>
    </w:p>
    <w:p w14:paraId="4FAAD904" w14:textId="77777777" w:rsidR="00EE7ED3" w:rsidRPr="00693F1B" w:rsidRDefault="00000000" w:rsidP="000F1D3D">
      <w:pPr>
        <w:rPr>
          <w:i/>
          <w:iCs/>
        </w:rPr>
      </w:pPr>
      <w:r w:rsidRPr="00693F1B">
        <w:rPr>
          <w:i/>
          <w:iCs/>
        </w:rPr>
        <w:t>Subsemnatul/</w:t>
      </w:r>
      <w:proofErr w:type="spellStart"/>
      <w:r w:rsidRPr="00693F1B">
        <w:rPr>
          <w:i/>
          <w:iCs/>
        </w:rPr>
        <w:t>Subsemnata</w:t>
      </w:r>
      <w:proofErr w:type="spellEnd"/>
      <w:r w:rsidRPr="00693F1B">
        <w:rPr>
          <w:i/>
          <w:iCs/>
        </w:rPr>
        <w:t xml:space="preserve"> ........................................................................... (</w:t>
      </w:r>
      <w:proofErr w:type="spellStart"/>
      <w:r w:rsidRPr="00693F1B">
        <w:rPr>
          <w:i/>
          <w:iCs/>
        </w:rPr>
        <w:t>numele</w:t>
      </w:r>
      <w:proofErr w:type="spellEnd"/>
      <w:r w:rsidRPr="00693F1B">
        <w:rPr>
          <w:i/>
          <w:iCs/>
        </w:rPr>
        <w:t>/</w:t>
      </w:r>
      <w:proofErr w:type="spellStart"/>
      <w:r w:rsidRPr="00693F1B">
        <w:rPr>
          <w:i/>
          <w:iCs/>
        </w:rPr>
        <w:t>prenumele</w:t>
      </w:r>
      <w:proofErr w:type="spellEnd"/>
      <w:r w:rsidRPr="00693F1B">
        <w:rPr>
          <w:i/>
          <w:iCs/>
        </w:rPr>
        <w:t>),</w:t>
      </w:r>
      <w:r w:rsidRPr="00693F1B">
        <w:rPr>
          <w:i/>
          <w:iCs/>
        </w:rPr>
        <w:br/>
        <w:t xml:space="preserve">IDNP* ..................................., cu </w:t>
      </w:r>
      <w:proofErr w:type="spellStart"/>
      <w:r w:rsidRPr="00693F1B">
        <w:rPr>
          <w:i/>
          <w:iCs/>
        </w:rPr>
        <w:t>domiciliul</w:t>
      </w:r>
      <w:proofErr w:type="spellEnd"/>
      <w:r w:rsidRPr="00693F1B">
        <w:rPr>
          <w:i/>
          <w:iCs/>
        </w:rPr>
        <w:t xml:space="preserve"> în ...............................................................................,</w:t>
      </w:r>
      <w:r w:rsidRPr="00693F1B">
        <w:rPr>
          <w:i/>
          <w:iCs/>
        </w:rPr>
        <w:br/>
      </w:r>
      <w:proofErr w:type="spellStart"/>
      <w:r w:rsidRPr="00693F1B">
        <w:rPr>
          <w:i/>
          <w:iCs/>
        </w:rPr>
        <w:t>telefon</w:t>
      </w:r>
      <w:proofErr w:type="spellEnd"/>
      <w:r w:rsidRPr="00693F1B">
        <w:rPr>
          <w:i/>
          <w:iCs/>
        </w:rPr>
        <w:t xml:space="preserve"> ...................... (</w:t>
      </w:r>
      <w:proofErr w:type="spellStart"/>
      <w:r w:rsidRPr="00693F1B">
        <w:rPr>
          <w:i/>
          <w:iCs/>
        </w:rPr>
        <w:t>opțional</w:t>
      </w:r>
      <w:proofErr w:type="spellEnd"/>
      <w:r w:rsidRPr="00693F1B">
        <w:rPr>
          <w:i/>
          <w:iCs/>
        </w:rPr>
        <w:t xml:space="preserve">), </w:t>
      </w:r>
      <w:proofErr w:type="spellStart"/>
      <w:r w:rsidRPr="00693F1B">
        <w:rPr>
          <w:i/>
          <w:iCs/>
        </w:rPr>
        <w:t>adresa</w:t>
      </w:r>
      <w:proofErr w:type="spellEnd"/>
      <w:r w:rsidRPr="00693F1B">
        <w:rPr>
          <w:i/>
          <w:iCs/>
        </w:rPr>
        <w:t xml:space="preserve"> de e-mail .................... (</w:t>
      </w:r>
      <w:proofErr w:type="spellStart"/>
      <w:r w:rsidRPr="00693F1B">
        <w:rPr>
          <w:i/>
          <w:iCs/>
        </w:rPr>
        <w:t>opțional</w:t>
      </w:r>
      <w:proofErr w:type="spellEnd"/>
      <w:r w:rsidRPr="00693F1B">
        <w:rPr>
          <w:i/>
          <w:iCs/>
        </w:rPr>
        <w:t>),</w:t>
      </w:r>
    </w:p>
    <w:p w14:paraId="685441CF" w14:textId="77777777" w:rsidR="00EE7ED3" w:rsidRPr="00CA18A1" w:rsidRDefault="00000000" w:rsidP="00013F7D">
      <w:pPr>
        <w:jc w:val="both"/>
        <w:rPr>
          <w:b/>
          <w:bCs/>
          <w:i/>
          <w:iCs/>
        </w:rPr>
      </w:pPr>
      <w:proofErr w:type="spellStart"/>
      <w:r w:rsidRPr="00693F1B">
        <w:rPr>
          <w:i/>
          <w:iCs/>
        </w:rPr>
        <w:lastRenderedPageBreak/>
        <w:t>în</w:t>
      </w:r>
      <w:proofErr w:type="spellEnd"/>
      <w:r w:rsidRPr="00693F1B">
        <w:rPr>
          <w:i/>
          <w:iCs/>
        </w:rPr>
        <w:t xml:space="preserve"> </w:t>
      </w:r>
      <w:proofErr w:type="spellStart"/>
      <w:r w:rsidRPr="00693F1B">
        <w:rPr>
          <w:i/>
          <w:iCs/>
        </w:rPr>
        <w:t>temeiul</w:t>
      </w:r>
      <w:proofErr w:type="spellEnd"/>
      <w:r w:rsidRPr="00693F1B">
        <w:rPr>
          <w:i/>
          <w:iCs/>
        </w:rPr>
        <w:t xml:space="preserve"> </w:t>
      </w:r>
      <w:proofErr w:type="spellStart"/>
      <w:r w:rsidRPr="00693F1B">
        <w:rPr>
          <w:i/>
          <w:iCs/>
        </w:rPr>
        <w:t>prevederilor</w:t>
      </w:r>
      <w:proofErr w:type="spellEnd"/>
      <w:r w:rsidRPr="00693F1B">
        <w:rPr>
          <w:i/>
          <w:iCs/>
        </w:rPr>
        <w:t xml:space="preserve"> </w:t>
      </w:r>
      <w:proofErr w:type="spellStart"/>
      <w:r w:rsidRPr="00693F1B">
        <w:rPr>
          <w:i/>
          <w:iCs/>
        </w:rPr>
        <w:t>Articolului</w:t>
      </w:r>
      <w:proofErr w:type="spellEnd"/>
      <w:r w:rsidRPr="00693F1B">
        <w:rPr>
          <w:i/>
          <w:iCs/>
        </w:rPr>
        <w:t xml:space="preserve"> 16 (</w:t>
      </w:r>
      <w:proofErr w:type="spellStart"/>
      <w:r w:rsidRPr="00693F1B">
        <w:rPr>
          <w:i/>
          <w:iCs/>
        </w:rPr>
        <w:t>Dreptul</w:t>
      </w:r>
      <w:proofErr w:type="spellEnd"/>
      <w:r w:rsidRPr="00693F1B">
        <w:rPr>
          <w:i/>
          <w:iCs/>
        </w:rPr>
        <w:t xml:space="preserve"> la </w:t>
      </w:r>
      <w:proofErr w:type="spellStart"/>
      <w:r w:rsidRPr="00693F1B">
        <w:rPr>
          <w:i/>
          <w:iCs/>
        </w:rPr>
        <w:t>rectificare</w:t>
      </w:r>
      <w:proofErr w:type="spellEnd"/>
      <w:r w:rsidRPr="00693F1B">
        <w:rPr>
          <w:i/>
          <w:iCs/>
        </w:rPr>
        <w:t xml:space="preserve">) din </w:t>
      </w:r>
      <w:proofErr w:type="spellStart"/>
      <w:r w:rsidRPr="00693F1B">
        <w:rPr>
          <w:i/>
          <w:iCs/>
        </w:rPr>
        <w:t>Legea</w:t>
      </w:r>
      <w:proofErr w:type="spellEnd"/>
      <w:r w:rsidRPr="00693F1B">
        <w:rPr>
          <w:i/>
          <w:iCs/>
        </w:rPr>
        <w:t xml:space="preserve"> nr. 195/2024 </w:t>
      </w:r>
      <w:proofErr w:type="spellStart"/>
      <w:r w:rsidRPr="00693F1B">
        <w:rPr>
          <w:i/>
          <w:iCs/>
        </w:rPr>
        <w:t>privind</w:t>
      </w:r>
      <w:proofErr w:type="spellEnd"/>
      <w:r w:rsidRPr="00693F1B">
        <w:rPr>
          <w:i/>
          <w:iCs/>
        </w:rPr>
        <w:t xml:space="preserve"> </w:t>
      </w:r>
      <w:proofErr w:type="spellStart"/>
      <w:r w:rsidRPr="00693F1B">
        <w:rPr>
          <w:i/>
          <w:iCs/>
        </w:rPr>
        <w:t>protecția</w:t>
      </w:r>
      <w:proofErr w:type="spellEnd"/>
      <w:r w:rsidRPr="00693F1B">
        <w:rPr>
          <w:i/>
          <w:iCs/>
        </w:rPr>
        <w:t xml:space="preserve"> </w:t>
      </w:r>
      <w:proofErr w:type="spellStart"/>
      <w:r w:rsidRPr="00693F1B">
        <w:rPr>
          <w:i/>
          <w:iCs/>
        </w:rPr>
        <w:t>datelor</w:t>
      </w:r>
      <w:proofErr w:type="spellEnd"/>
      <w:r w:rsidRPr="00693F1B">
        <w:rPr>
          <w:i/>
          <w:iCs/>
        </w:rPr>
        <w:t xml:space="preserve"> cu </w:t>
      </w:r>
      <w:proofErr w:type="spellStart"/>
      <w:r w:rsidRPr="00693F1B">
        <w:rPr>
          <w:i/>
          <w:iCs/>
        </w:rPr>
        <w:t>caracter</w:t>
      </w:r>
      <w:proofErr w:type="spellEnd"/>
      <w:r w:rsidRPr="00693F1B">
        <w:rPr>
          <w:i/>
          <w:iCs/>
        </w:rPr>
        <w:t xml:space="preserve"> personal, </w:t>
      </w:r>
      <w:proofErr w:type="spellStart"/>
      <w:r w:rsidRPr="00693F1B">
        <w:rPr>
          <w:i/>
          <w:iCs/>
        </w:rPr>
        <w:t>vă</w:t>
      </w:r>
      <w:proofErr w:type="spellEnd"/>
      <w:r w:rsidRPr="00693F1B">
        <w:rPr>
          <w:i/>
          <w:iCs/>
        </w:rPr>
        <w:t xml:space="preserve"> rog </w:t>
      </w:r>
      <w:proofErr w:type="spellStart"/>
      <w:r w:rsidRPr="00693F1B">
        <w:rPr>
          <w:i/>
          <w:iCs/>
        </w:rPr>
        <w:t>să</w:t>
      </w:r>
      <w:proofErr w:type="spellEnd"/>
      <w:r w:rsidRPr="00693F1B">
        <w:rPr>
          <w:i/>
          <w:iCs/>
        </w:rPr>
        <w:t xml:space="preserve"> </w:t>
      </w:r>
      <w:proofErr w:type="spellStart"/>
      <w:r w:rsidRPr="00693F1B">
        <w:rPr>
          <w:i/>
          <w:iCs/>
        </w:rPr>
        <w:t>dispuneți</w:t>
      </w:r>
      <w:proofErr w:type="spellEnd"/>
      <w:r w:rsidRPr="00693F1B">
        <w:rPr>
          <w:i/>
          <w:iCs/>
        </w:rPr>
        <w:t xml:space="preserve"> </w:t>
      </w:r>
      <w:proofErr w:type="spellStart"/>
      <w:r w:rsidRPr="00693F1B">
        <w:rPr>
          <w:i/>
          <w:iCs/>
        </w:rPr>
        <w:t>măsurile</w:t>
      </w:r>
      <w:proofErr w:type="spellEnd"/>
      <w:r w:rsidRPr="00693F1B">
        <w:rPr>
          <w:i/>
          <w:iCs/>
        </w:rPr>
        <w:t xml:space="preserve"> </w:t>
      </w:r>
      <w:proofErr w:type="spellStart"/>
      <w:r w:rsidRPr="00693F1B">
        <w:rPr>
          <w:i/>
          <w:iCs/>
        </w:rPr>
        <w:t>necesare</w:t>
      </w:r>
      <w:proofErr w:type="spellEnd"/>
      <w:r w:rsidRPr="00693F1B">
        <w:rPr>
          <w:i/>
          <w:iCs/>
        </w:rPr>
        <w:t xml:space="preserve"> </w:t>
      </w:r>
      <w:proofErr w:type="spellStart"/>
      <w:r w:rsidRPr="00693F1B">
        <w:rPr>
          <w:i/>
          <w:iCs/>
        </w:rPr>
        <w:t>pentru</w:t>
      </w:r>
      <w:proofErr w:type="spellEnd"/>
      <w:r w:rsidRPr="00693F1B">
        <w:rPr>
          <w:i/>
          <w:iCs/>
        </w:rPr>
        <w:t xml:space="preserve"> ca </w:t>
      </w:r>
      <w:proofErr w:type="spellStart"/>
      <w:r w:rsidRPr="00693F1B">
        <w:rPr>
          <w:i/>
          <w:iCs/>
        </w:rPr>
        <w:t>datele</w:t>
      </w:r>
      <w:proofErr w:type="spellEnd"/>
      <w:r w:rsidRPr="00693F1B">
        <w:rPr>
          <w:i/>
          <w:iCs/>
        </w:rPr>
        <w:t xml:space="preserve"> cu </w:t>
      </w:r>
      <w:proofErr w:type="spellStart"/>
      <w:r w:rsidRPr="00693F1B">
        <w:rPr>
          <w:i/>
          <w:iCs/>
        </w:rPr>
        <w:t>caracter</w:t>
      </w:r>
      <w:proofErr w:type="spellEnd"/>
      <w:r w:rsidRPr="00693F1B">
        <w:rPr>
          <w:i/>
          <w:iCs/>
        </w:rPr>
        <w:t xml:space="preserve"> personal </w:t>
      </w:r>
      <w:proofErr w:type="spellStart"/>
      <w:r w:rsidRPr="00693F1B">
        <w:rPr>
          <w:i/>
          <w:iCs/>
        </w:rPr>
        <w:t>inexacte</w:t>
      </w:r>
      <w:proofErr w:type="spellEnd"/>
      <w:r w:rsidRPr="00693F1B">
        <w:rPr>
          <w:i/>
          <w:iCs/>
        </w:rPr>
        <w:t xml:space="preserve"> care </w:t>
      </w:r>
      <w:proofErr w:type="spellStart"/>
      <w:r w:rsidRPr="00693F1B">
        <w:rPr>
          <w:i/>
          <w:iCs/>
        </w:rPr>
        <w:t>mă</w:t>
      </w:r>
      <w:proofErr w:type="spellEnd"/>
      <w:r w:rsidRPr="00693F1B">
        <w:rPr>
          <w:i/>
          <w:iCs/>
        </w:rPr>
        <w:t xml:space="preserve"> privesc</w:t>
      </w:r>
    </w:p>
    <w:p w14:paraId="036D9225" w14:textId="77777777" w:rsidR="00EE7ED3" w:rsidRPr="00CA18A1" w:rsidRDefault="00000000" w:rsidP="00013F7D">
      <w:pPr>
        <w:jc w:val="both"/>
        <w:rPr>
          <w:i/>
          <w:iCs/>
        </w:rPr>
      </w:pPr>
      <w:r w:rsidRPr="00693F1B">
        <w:rPr>
          <w:i/>
          <w:iCs/>
        </w:rPr>
        <w:t xml:space="preserve"> ...............................................................................................................................................</w:t>
      </w:r>
      <w:r w:rsidRPr="00CA18A1">
        <w:rPr>
          <w:i/>
          <w:iCs/>
        </w:rPr>
        <w:t>.........................</w:t>
      </w:r>
      <w:r w:rsidRPr="00693F1B">
        <w:rPr>
          <w:i/>
          <w:iCs/>
        </w:rPr>
        <w:t xml:space="preserve">.. </w:t>
      </w:r>
    </w:p>
    <w:p w14:paraId="1D8C5728" w14:textId="77777777" w:rsidR="00EE7ED3" w:rsidRPr="00693F1B" w:rsidRDefault="00000000" w:rsidP="00013F7D">
      <w:pPr>
        <w:jc w:val="both"/>
        <w:rPr>
          <w:i/>
          <w:iCs/>
        </w:rPr>
      </w:pPr>
      <w:r w:rsidRPr="00693F1B">
        <w:rPr>
          <w:i/>
          <w:iCs/>
        </w:rPr>
        <w:t xml:space="preserve">(se </w:t>
      </w:r>
      <w:proofErr w:type="spellStart"/>
      <w:r w:rsidRPr="00693F1B">
        <w:rPr>
          <w:i/>
          <w:iCs/>
        </w:rPr>
        <w:t>enumeră</w:t>
      </w:r>
      <w:proofErr w:type="spellEnd"/>
      <w:r w:rsidRPr="00693F1B">
        <w:rPr>
          <w:i/>
          <w:iCs/>
        </w:rPr>
        <w:t xml:space="preserve"> </w:t>
      </w:r>
      <w:proofErr w:type="spellStart"/>
      <w:r w:rsidRPr="00693F1B">
        <w:rPr>
          <w:i/>
          <w:iCs/>
        </w:rPr>
        <w:t>datele</w:t>
      </w:r>
      <w:proofErr w:type="spellEnd"/>
      <w:r w:rsidRPr="00693F1B">
        <w:rPr>
          <w:i/>
          <w:iCs/>
        </w:rPr>
        <w:t xml:space="preserve"> </w:t>
      </w:r>
      <w:proofErr w:type="spellStart"/>
      <w:r w:rsidRPr="00693F1B">
        <w:rPr>
          <w:i/>
          <w:iCs/>
        </w:rPr>
        <w:t>eronate</w:t>
      </w:r>
      <w:proofErr w:type="spellEnd"/>
      <w:r w:rsidRPr="00693F1B">
        <w:rPr>
          <w:i/>
          <w:iCs/>
        </w:rPr>
        <w:t xml:space="preserve"> din </w:t>
      </w:r>
      <w:proofErr w:type="spellStart"/>
      <w:r w:rsidRPr="00693F1B">
        <w:rPr>
          <w:i/>
          <w:iCs/>
        </w:rPr>
        <w:t>actele</w:t>
      </w:r>
      <w:proofErr w:type="spellEnd"/>
      <w:r w:rsidRPr="00693F1B">
        <w:rPr>
          <w:i/>
          <w:iCs/>
        </w:rPr>
        <w:t xml:space="preserve"> administrative, </w:t>
      </w:r>
      <w:proofErr w:type="spellStart"/>
      <w:r w:rsidRPr="00693F1B">
        <w:rPr>
          <w:i/>
          <w:iCs/>
        </w:rPr>
        <w:t>decizii</w:t>
      </w:r>
      <w:proofErr w:type="spellEnd"/>
      <w:r w:rsidRPr="00693F1B">
        <w:rPr>
          <w:i/>
          <w:iCs/>
        </w:rPr>
        <w:t xml:space="preserve"> </w:t>
      </w:r>
      <w:proofErr w:type="spellStart"/>
      <w:r w:rsidRPr="00693F1B">
        <w:rPr>
          <w:i/>
          <w:iCs/>
        </w:rPr>
        <w:t>sau</w:t>
      </w:r>
      <w:proofErr w:type="spellEnd"/>
      <w:r w:rsidRPr="00693F1B">
        <w:rPr>
          <w:i/>
          <w:iCs/>
        </w:rPr>
        <w:t xml:space="preserve"> </w:t>
      </w:r>
      <w:proofErr w:type="spellStart"/>
      <w:r w:rsidRPr="00693F1B">
        <w:rPr>
          <w:i/>
          <w:iCs/>
        </w:rPr>
        <w:t>registre</w:t>
      </w:r>
      <w:proofErr w:type="spellEnd"/>
      <w:r w:rsidRPr="00693F1B">
        <w:rPr>
          <w:i/>
          <w:iCs/>
        </w:rPr>
        <w:t xml:space="preserve"> </w:t>
      </w:r>
      <w:proofErr w:type="spellStart"/>
      <w:r w:rsidRPr="00693F1B">
        <w:rPr>
          <w:i/>
          <w:iCs/>
        </w:rPr>
        <w:t>fiscale</w:t>
      </w:r>
      <w:proofErr w:type="spellEnd"/>
      <w:r w:rsidRPr="00693F1B">
        <w:rPr>
          <w:i/>
          <w:iCs/>
        </w:rPr>
        <w:t xml:space="preserve">) </w:t>
      </w:r>
      <w:proofErr w:type="spellStart"/>
      <w:r w:rsidRPr="00693F1B">
        <w:rPr>
          <w:i/>
          <w:iCs/>
        </w:rPr>
        <w:t>să</w:t>
      </w:r>
      <w:proofErr w:type="spellEnd"/>
      <w:r w:rsidRPr="00693F1B">
        <w:rPr>
          <w:i/>
          <w:iCs/>
        </w:rPr>
        <w:t xml:space="preserve"> fie </w:t>
      </w:r>
      <w:proofErr w:type="spellStart"/>
      <w:r w:rsidRPr="00693F1B">
        <w:rPr>
          <w:i/>
          <w:iCs/>
        </w:rPr>
        <w:t>rectificate</w:t>
      </w:r>
      <w:proofErr w:type="spellEnd"/>
      <w:r w:rsidRPr="00693F1B">
        <w:rPr>
          <w:i/>
          <w:iCs/>
        </w:rPr>
        <w:t xml:space="preserve"> / </w:t>
      </w:r>
      <w:proofErr w:type="spellStart"/>
      <w:r w:rsidRPr="00693F1B">
        <w:rPr>
          <w:i/>
          <w:iCs/>
        </w:rPr>
        <w:t>completate</w:t>
      </w:r>
      <w:proofErr w:type="spellEnd"/>
      <w:r w:rsidRPr="00693F1B">
        <w:rPr>
          <w:i/>
          <w:iCs/>
        </w:rPr>
        <w:t xml:space="preserve">, </w:t>
      </w:r>
      <w:proofErr w:type="spellStart"/>
      <w:r w:rsidRPr="00693F1B">
        <w:rPr>
          <w:i/>
          <w:iCs/>
        </w:rPr>
        <w:t>deoarece</w:t>
      </w:r>
      <w:proofErr w:type="spellEnd"/>
      <w:r w:rsidRPr="00693F1B">
        <w:rPr>
          <w:i/>
          <w:iCs/>
        </w:rPr>
        <w:t xml:space="preserve"> sunt </w:t>
      </w:r>
      <w:proofErr w:type="spellStart"/>
      <w:r w:rsidRPr="00693F1B">
        <w:rPr>
          <w:i/>
          <w:iCs/>
        </w:rPr>
        <w:t>inexacte</w:t>
      </w:r>
      <w:proofErr w:type="spellEnd"/>
      <w:r w:rsidRPr="00693F1B">
        <w:rPr>
          <w:i/>
          <w:iCs/>
        </w:rPr>
        <w:t xml:space="preserve"> </w:t>
      </w:r>
      <w:proofErr w:type="spellStart"/>
      <w:r w:rsidRPr="00693F1B">
        <w:rPr>
          <w:i/>
          <w:iCs/>
        </w:rPr>
        <w:t>sau</w:t>
      </w:r>
      <w:proofErr w:type="spellEnd"/>
      <w:r w:rsidRPr="00693F1B">
        <w:rPr>
          <w:i/>
          <w:iCs/>
        </w:rPr>
        <w:t xml:space="preserve"> incomplete.</w:t>
      </w:r>
    </w:p>
    <w:p w14:paraId="2BF85879" w14:textId="77777777" w:rsidR="00EE7ED3" w:rsidRPr="00693F1B" w:rsidRDefault="00000000" w:rsidP="00013F7D">
      <w:pPr>
        <w:jc w:val="both"/>
        <w:rPr>
          <w:i/>
          <w:iCs/>
        </w:rPr>
      </w:pPr>
      <w:proofErr w:type="spellStart"/>
      <w:r w:rsidRPr="00693F1B">
        <w:rPr>
          <w:i/>
          <w:iCs/>
        </w:rPr>
        <w:t>Datele</w:t>
      </w:r>
      <w:proofErr w:type="spellEnd"/>
      <w:r w:rsidRPr="00693F1B">
        <w:rPr>
          <w:i/>
          <w:iCs/>
        </w:rPr>
        <w:t xml:space="preserve"> </w:t>
      </w:r>
      <w:proofErr w:type="spellStart"/>
      <w:r w:rsidRPr="00693F1B">
        <w:rPr>
          <w:i/>
          <w:iCs/>
        </w:rPr>
        <w:t>corecte</w:t>
      </w:r>
      <w:proofErr w:type="spellEnd"/>
      <w:r w:rsidRPr="00693F1B">
        <w:rPr>
          <w:i/>
          <w:iCs/>
        </w:rPr>
        <w:t xml:space="preserve"> care </w:t>
      </w:r>
      <w:proofErr w:type="spellStart"/>
      <w:r w:rsidRPr="00693F1B">
        <w:rPr>
          <w:i/>
          <w:iCs/>
        </w:rPr>
        <w:t>urmează</w:t>
      </w:r>
      <w:proofErr w:type="spellEnd"/>
      <w:r w:rsidRPr="00693F1B">
        <w:rPr>
          <w:i/>
          <w:iCs/>
        </w:rPr>
        <w:t xml:space="preserve"> a fi </w:t>
      </w:r>
      <w:proofErr w:type="spellStart"/>
      <w:r w:rsidRPr="00693F1B">
        <w:rPr>
          <w:i/>
          <w:iCs/>
        </w:rPr>
        <w:t>introduse</w:t>
      </w:r>
      <w:proofErr w:type="spellEnd"/>
      <w:r w:rsidRPr="00693F1B">
        <w:rPr>
          <w:i/>
          <w:iCs/>
        </w:rPr>
        <w:t xml:space="preserve"> </w:t>
      </w:r>
      <w:proofErr w:type="spellStart"/>
      <w:r w:rsidRPr="00693F1B">
        <w:rPr>
          <w:i/>
          <w:iCs/>
        </w:rPr>
        <w:t>în</w:t>
      </w:r>
      <w:proofErr w:type="spellEnd"/>
      <w:r w:rsidRPr="00693F1B">
        <w:rPr>
          <w:i/>
          <w:iCs/>
        </w:rPr>
        <w:t xml:space="preserve"> </w:t>
      </w:r>
      <w:proofErr w:type="spellStart"/>
      <w:r w:rsidRPr="00693F1B">
        <w:rPr>
          <w:i/>
          <w:iCs/>
        </w:rPr>
        <w:t>evidențele</w:t>
      </w:r>
      <w:proofErr w:type="spellEnd"/>
      <w:r w:rsidRPr="00693F1B">
        <w:rPr>
          <w:i/>
          <w:iCs/>
        </w:rPr>
        <w:t xml:space="preserve"> </w:t>
      </w:r>
      <w:proofErr w:type="spellStart"/>
      <w:r w:rsidRPr="00693F1B">
        <w:rPr>
          <w:i/>
          <w:iCs/>
        </w:rPr>
        <w:t>Primăriei</w:t>
      </w:r>
      <w:proofErr w:type="spellEnd"/>
      <w:r w:rsidRPr="00693F1B">
        <w:rPr>
          <w:i/>
          <w:iCs/>
        </w:rPr>
        <w:t xml:space="preserve"> sunt: ..............................................................................................................................</w:t>
      </w:r>
      <w:r w:rsidRPr="00CA18A1">
        <w:rPr>
          <w:i/>
          <w:iCs/>
        </w:rPr>
        <w:t>..............................................</w:t>
      </w:r>
      <w:r w:rsidRPr="00693F1B">
        <w:rPr>
          <w:i/>
          <w:iCs/>
        </w:rPr>
        <w:t xml:space="preserve">(se </w:t>
      </w:r>
      <w:proofErr w:type="spellStart"/>
      <w:r w:rsidRPr="00693F1B">
        <w:rPr>
          <w:i/>
          <w:iCs/>
        </w:rPr>
        <w:t>indică</w:t>
      </w:r>
      <w:proofErr w:type="spellEnd"/>
      <w:r w:rsidRPr="00693F1B">
        <w:rPr>
          <w:i/>
          <w:iCs/>
        </w:rPr>
        <w:t xml:space="preserve"> </w:t>
      </w:r>
      <w:proofErr w:type="spellStart"/>
      <w:r w:rsidRPr="00693F1B">
        <w:rPr>
          <w:i/>
          <w:iCs/>
        </w:rPr>
        <w:t>informațiile</w:t>
      </w:r>
      <w:proofErr w:type="spellEnd"/>
      <w:r w:rsidRPr="00693F1B">
        <w:rPr>
          <w:i/>
          <w:iCs/>
        </w:rPr>
        <w:t xml:space="preserve"> </w:t>
      </w:r>
      <w:proofErr w:type="spellStart"/>
      <w:r w:rsidRPr="00693F1B">
        <w:rPr>
          <w:i/>
          <w:iCs/>
        </w:rPr>
        <w:t>corecte</w:t>
      </w:r>
      <w:proofErr w:type="spellEnd"/>
      <w:r w:rsidRPr="00693F1B">
        <w:rPr>
          <w:i/>
          <w:iCs/>
        </w:rPr>
        <w:t>).</w:t>
      </w:r>
    </w:p>
    <w:p w14:paraId="7166E39C" w14:textId="77777777" w:rsidR="00EE7ED3" w:rsidRPr="00CA18A1" w:rsidRDefault="00000000" w:rsidP="00013F7D">
      <w:pPr>
        <w:jc w:val="both"/>
        <w:rPr>
          <w:i/>
          <w:iCs/>
        </w:rPr>
      </w:pPr>
      <w:proofErr w:type="spellStart"/>
      <w:r w:rsidRPr="00693F1B">
        <w:rPr>
          <w:i/>
          <w:iCs/>
        </w:rPr>
        <w:t>Anexez</w:t>
      </w:r>
      <w:proofErr w:type="spellEnd"/>
      <w:r w:rsidRPr="00693F1B">
        <w:rPr>
          <w:i/>
          <w:iCs/>
        </w:rPr>
        <w:t xml:space="preserve"> </w:t>
      </w:r>
      <w:proofErr w:type="spellStart"/>
      <w:r w:rsidRPr="00693F1B">
        <w:rPr>
          <w:i/>
          <w:iCs/>
        </w:rPr>
        <w:t>în</w:t>
      </w:r>
      <w:proofErr w:type="spellEnd"/>
      <w:r w:rsidRPr="00693F1B">
        <w:rPr>
          <w:i/>
          <w:iCs/>
        </w:rPr>
        <w:t xml:space="preserve"> original / </w:t>
      </w:r>
      <w:proofErr w:type="spellStart"/>
      <w:r w:rsidRPr="00693F1B">
        <w:rPr>
          <w:i/>
          <w:iCs/>
        </w:rPr>
        <w:t>copie</w:t>
      </w:r>
      <w:proofErr w:type="spellEnd"/>
      <w:r w:rsidRPr="00693F1B">
        <w:rPr>
          <w:i/>
          <w:iCs/>
        </w:rPr>
        <w:t xml:space="preserve"> </w:t>
      </w:r>
      <w:proofErr w:type="spellStart"/>
      <w:r w:rsidRPr="00693F1B">
        <w:rPr>
          <w:i/>
          <w:iCs/>
        </w:rPr>
        <w:t>următoarele</w:t>
      </w:r>
      <w:proofErr w:type="spellEnd"/>
      <w:r w:rsidRPr="00693F1B">
        <w:rPr>
          <w:i/>
          <w:iCs/>
        </w:rPr>
        <w:t xml:space="preserve"> </w:t>
      </w:r>
      <w:proofErr w:type="spellStart"/>
      <w:r w:rsidRPr="00693F1B">
        <w:rPr>
          <w:i/>
          <w:iCs/>
        </w:rPr>
        <w:t>acte</w:t>
      </w:r>
      <w:proofErr w:type="spellEnd"/>
      <w:r w:rsidRPr="00693F1B">
        <w:rPr>
          <w:i/>
          <w:iCs/>
        </w:rPr>
        <w:t xml:space="preserve"> justificative </w:t>
      </w:r>
      <w:proofErr w:type="spellStart"/>
      <w:r w:rsidRPr="00693F1B">
        <w:rPr>
          <w:i/>
          <w:iCs/>
        </w:rPr>
        <w:t>ce</w:t>
      </w:r>
      <w:proofErr w:type="spellEnd"/>
      <w:r w:rsidRPr="00693F1B">
        <w:rPr>
          <w:i/>
          <w:iCs/>
        </w:rPr>
        <w:t xml:space="preserve"> </w:t>
      </w:r>
      <w:proofErr w:type="spellStart"/>
      <w:r w:rsidRPr="00693F1B">
        <w:rPr>
          <w:i/>
          <w:iCs/>
        </w:rPr>
        <w:t>constituie</w:t>
      </w:r>
      <w:proofErr w:type="spellEnd"/>
      <w:r w:rsidRPr="00693F1B">
        <w:rPr>
          <w:i/>
          <w:iCs/>
        </w:rPr>
        <w:t xml:space="preserve"> </w:t>
      </w:r>
      <w:proofErr w:type="spellStart"/>
      <w:r w:rsidRPr="00693F1B">
        <w:rPr>
          <w:i/>
          <w:iCs/>
        </w:rPr>
        <w:t>temeiul</w:t>
      </w:r>
      <w:proofErr w:type="spellEnd"/>
      <w:r w:rsidRPr="00693F1B">
        <w:rPr>
          <w:i/>
          <w:iCs/>
        </w:rPr>
        <w:t xml:space="preserve"> legal al </w:t>
      </w:r>
      <w:proofErr w:type="spellStart"/>
      <w:r w:rsidRPr="00693F1B">
        <w:rPr>
          <w:i/>
          <w:iCs/>
        </w:rPr>
        <w:t>cererii</w:t>
      </w:r>
      <w:proofErr w:type="spellEnd"/>
      <w:r w:rsidRPr="00693F1B">
        <w:rPr>
          <w:i/>
          <w:iCs/>
        </w:rPr>
        <w:t xml:space="preserve"> mele (ex: extras de stare </w:t>
      </w:r>
      <w:proofErr w:type="spellStart"/>
      <w:r w:rsidRPr="00693F1B">
        <w:rPr>
          <w:i/>
          <w:iCs/>
        </w:rPr>
        <w:t>civilă</w:t>
      </w:r>
      <w:proofErr w:type="spellEnd"/>
      <w:r w:rsidRPr="00693F1B">
        <w:rPr>
          <w:i/>
          <w:iCs/>
        </w:rPr>
        <w:t xml:space="preserve">, </w:t>
      </w:r>
      <w:proofErr w:type="spellStart"/>
      <w:r w:rsidRPr="00693F1B">
        <w:rPr>
          <w:i/>
          <w:iCs/>
        </w:rPr>
        <w:t>titlu</w:t>
      </w:r>
      <w:proofErr w:type="spellEnd"/>
      <w:r w:rsidRPr="00693F1B">
        <w:rPr>
          <w:i/>
          <w:iCs/>
        </w:rPr>
        <w:t xml:space="preserve"> de </w:t>
      </w:r>
      <w:proofErr w:type="spellStart"/>
      <w:r w:rsidRPr="00693F1B">
        <w:rPr>
          <w:i/>
          <w:iCs/>
        </w:rPr>
        <w:t>proprietate</w:t>
      </w:r>
      <w:proofErr w:type="spellEnd"/>
      <w:r w:rsidRPr="00693F1B">
        <w:rPr>
          <w:i/>
          <w:iCs/>
        </w:rPr>
        <w:t xml:space="preserve">, </w:t>
      </w:r>
      <w:proofErr w:type="spellStart"/>
      <w:r w:rsidRPr="00693F1B">
        <w:rPr>
          <w:i/>
          <w:iCs/>
        </w:rPr>
        <w:t>buletin</w:t>
      </w:r>
      <w:proofErr w:type="spellEnd"/>
      <w:r w:rsidRPr="00693F1B">
        <w:rPr>
          <w:i/>
          <w:iCs/>
        </w:rPr>
        <w:t xml:space="preserve"> corectat etc.):</w:t>
      </w:r>
    </w:p>
    <w:p w14:paraId="1336C6B8" w14:textId="77777777" w:rsidR="00EE7ED3" w:rsidRPr="00693F1B" w:rsidRDefault="00000000" w:rsidP="00013F7D">
      <w:pPr>
        <w:jc w:val="both"/>
        <w:rPr>
          <w:i/>
          <w:iCs/>
        </w:rPr>
      </w:pPr>
      <w:r w:rsidRPr="00693F1B">
        <w:rPr>
          <w:i/>
          <w:iCs/>
        </w:rPr>
        <w:t xml:space="preserve"> ..........................................................................................................................................................</w:t>
      </w:r>
    </w:p>
    <w:p w14:paraId="37723BD0" w14:textId="77777777" w:rsidR="00EE7ED3" w:rsidRPr="00693F1B" w:rsidRDefault="00000000" w:rsidP="00013F7D">
      <w:pPr>
        <w:jc w:val="both"/>
        <w:rPr>
          <w:i/>
          <w:iCs/>
        </w:rPr>
      </w:pPr>
      <w:proofErr w:type="spellStart"/>
      <w:r w:rsidRPr="00693F1B">
        <w:rPr>
          <w:i/>
          <w:iCs/>
        </w:rPr>
        <w:t>Față</w:t>
      </w:r>
      <w:proofErr w:type="spellEnd"/>
      <w:r w:rsidRPr="00693F1B">
        <w:rPr>
          <w:i/>
          <w:iCs/>
        </w:rPr>
        <w:t xml:space="preserve"> de </w:t>
      </w:r>
      <w:proofErr w:type="spellStart"/>
      <w:r w:rsidRPr="00693F1B">
        <w:rPr>
          <w:i/>
          <w:iCs/>
        </w:rPr>
        <w:t>cele</w:t>
      </w:r>
      <w:proofErr w:type="spellEnd"/>
      <w:r w:rsidRPr="00693F1B">
        <w:rPr>
          <w:i/>
          <w:iCs/>
        </w:rPr>
        <w:t xml:space="preserve"> de </w:t>
      </w:r>
      <w:proofErr w:type="spellStart"/>
      <w:r w:rsidRPr="00693F1B">
        <w:rPr>
          <w:i/>
          <w:iCs/>
        </w:rPr>
        <w:t>mai</w:t>
      </w:r>
      <w:proofErr w:type="spellEnd"/>
      <w:r w:rsidRPr="00693F1B">
        <w:rPr>
          <w:i/>
          <w:iCs/>
        </w:rPr>
        <w:t xml:space="preserve"> sus, </w:t>
      </w:r>
      <w:proofErr w:type="spellStart"/>
      <w:r w:rsidRPr="00693F1B">
        <w:rPr>
          <w:i/>
          <w:iCs/>
        </w:rPr>
        <w:t>vă</w:t>
      </w:r>
      <w:proofErr w:type="spellEnd"/>
      <w:r w:rsidRPr="00693F1B">
        <w:rPr>
          <w:i/>
          <w:iCs/>
        </w:rPr>
        <w:t xml:space="preserve"> rog </w:t>
      </w:r>
      <w:proofErr w:type="spellStart"/>
      <w:r w:rsidRPr="00693F1B">
        <w:rPr>
          <w:i/>
          <w:iCs/>
        </w:rPr>
        <w:t>să</w:t>
      </w:r>
      <w:proofErr w:type="spellEnd"/>
      <w:r w:rsidRPr="00693F1B">
        <w:rPr>
          <w:i/>
          <w:iCs/>
        </w:rPr>
        <w:t xml:space="preserve"> </w:t>
      </w:r>
      <w:proofErr w:type="spellStart"/>
      <w:r w:rsidRPr="00693F1B">
        <w:rPr>
          <w:i/>
          <w:iCs/>
        </w:rPr>
        <w:t>dispuneți</w:t>
      </w:r>
      <w:proofErr w:type="spellEnd"/>
      <w:r w:rsidRPr="00693F1B">
        <w:rPr>
          <w:i/>
          <w:iCs/>
        </w:rPr>
        <w:t xml:space="preserve"> </w:t>
      </w:r>
      <w:proofErr w:type="spellStart"/>
      <w:r w:rsidRPr="00693F1B">
        <w:rPr>
          <w:i/>
          <w:iCs/>
        </w:rPr>
        <w:t>măsurile</w:t>
      </w:r>
      <w:proofErr w:type="spellEnd"/>
      <w:r w:rsidRPr="00693F1B">
        <w:rPr>
          <w:i/>
          <w:iCs/>
        </w:rPr>
        <w:t xml:space="preserve"> </w:t>
      </w:r>
      <w:proofErr w:type="spellStart"/>
      <w:r w:rsidRPr="00693F1B">
        <w:rPr>
          <w:i/>
          <w:iCs/>
        </w:rPr>
        <w:t>legale</w:t>
      </w:r>
      <w:proofErr w:type="spellEnd"/>
      <w:r w:rsidRPr="00693F1B">
        <w:rPr>
          <w:i/>
          <w:iCs/>
        </w:rPr>
        <w:t xml:space="preserve"> </w:t>
      </w:r>
      <w:proofErr w:type="spellStart"/>
      <w:r w:rsidRPr="00693F1B">
        <w:rPr>
          <w:i/>
          <w:iCs/>
        </w:rPr>
        <w:t>pentru</w:t>
      </w:r>
      <w:proofErr w:type="spellEnd"/>
      <w:r w:rsidRPr="00693F1B">
        <w:rPr>
          <w:i/>
          <w:iCs/>
        </w:rPr>
        <w:t xml:space="preserve"> a </w:t>
      </w:r>
      <w:proofErr w:type="spellStart"/>
      <w:r w:rsidRPr="00693F1B">
        <w:rPr>
          <w:i/>
          <w:iCs/>
        </w:rPr>
        <w:t>mă</w:t>
      </w:r>
      <w:proofErr w:type="spellEnd"/>
      <w:r w:rsidRPr="00693F1B">
        <w:rPr>
          <w:i/>
          <w:iCs/>
        </w:rPr>
        <w:t xml:space="preserve"> </w:t>
      </w:r>
      <w:proofErr w:type="spellStart"/>
      <w:r w:rsidRPr="00693F1B">
        <w:rPr>
          <w:i/>
          <w:iCs/>
        </w:rPr>
        <w:t>informa</w:t>
      </w:r>
      <w:proofErr w:type="spellEnd"/>
      <w:r w:rsidRPr="00693F1B">
        <w:rPr>
          <w:i/>
          <w:iCs/>
        </w:rPr>
        <w:t xml:space="preserve"> </w:t>
      </w:r>
      <w:proofErr w:type="spellStart"/>
      <w:r w:rsidRPr="00693F1B">
        <w:rPr>
          <w:i/>
          <w:iCs/>
        </w:rPr>
        <w:t>referitor</w:t>
      </w:r>
      <w:proofErr w:type="spellEnd"/>
      <w:r w:rsidRPr="00693F1B">
        <w:rPr>
          <w:i/>
          <w:iCs/>
        </w:rPr>
        <w:t xml:space="preserve"> la </w:t>
      </w:r>
      <w:proofErr w:type="spellStart"/>
      <w:r w:rsidRPr="00693F1B">
        <w:rPr>
          <w:i/>
          <w:iCs/>
        </w:rPr>
        <w:t>corecțiile</w:t>
      </w:r>
      <w:proofErr w:type="spellEnd"/>
      <w:r w:rsidRPr="00693F1B">
        <w:rPr>
          <w:i/>
          <w:iCs/>
        </w:rPr>
        <w:t xml:space="preserve"> operate </w:t>
      </w:r>
      <w:proofErr w:type="spellStart"/>
      <w:r w:rsidRPr="00693F1B">
        <w:rPr>
          <w:i/>
          <w:iCs/>
        </w:rPr>
        <w:t>în</w:t>
      </w:r>
      <w:proofErr w:type="spellEnd"/>
      <w:r w:rsidRPr="00693F1B">
        <w:rPr>
          <w:i/>
          <w:iCs/>
        </w:rPr>
        <w:t xml:space="preserve"> </w:t>
      </w:r>
      <w:proofErr w:type="spellStart"/>
      <w:r w:rsidRPr="00693F1B">
        <w:rPr>
          <w:i/>
          <w:iCs/>
        </w:rPr>
        <w:t>evidențele</w:t>
      </w:r>
      <w:proofErr w:type="spellEnd"/>
      <w:r w:rsidRPr="00693F1B">
        <w:rPr>
          <w:i/>
          <w:iCs/>
        </w:rPr>
        <w:t xml:space="preserve"> </w:t>
      </w:r>
      <w:proofErr w:type="spellStart"/>
      <w:r w:rsidRPr="00693F1B">
        <w:rPr>
          <w:i/>
          <w:iCs/>
        </w:rPr>
        <w:t>instituției</w:t>
      </w:r>
      <w:proofErr w:type="spellEnd"/>
      <w:r w:rsidRPr="00693F1B">
        <w:rPr>
          <w:i/>
          <w:iCs/>
        </w:rPr>
        <w:t xml:space="preserve">, </w:t>
      </w:r>
      <w:proofErr w:type="spellStart"/>
      <w:r w:rsidRPr="00693F1B">
        <w:rPr>
          <w:i/>
          <w:iCs/>
        </w:rPr>
        <w:t>în</w:t>
      </w:r>
      <w:proofErr w:type="spellEnd"/>
      <w:r w:rsidRPr="00693F1B">
        <w:rPr>
          <w:i/>
          <w:iCs/>
        </w:rPr>
        <w:t xml:space="preserve"> </w:t>
      </w:r>
      <w:proofErr w:type="spellStart"/>
      <w:r w:rsidRPr="00693F1B">
        <w:rPr>
          <w:i/>
          <w:iCs/>
        </w:rPr>
        <w:t>baza</w:t>
      </w:r>
      <w:proofErr w:type="spellEnd"/>
      <w:r w:rsidRPr="00693F1B">
        <w:rPr>
          <w:i/>
          <w:iCs/>
        </w:rPr>
        <w:t xml:space="preserve"> </w:t>
      </w:r>
      <w:proofErr w:type="spellStart"/>
      <w:r w:rsidRPr="00693F1B">
        <w:rPr>
          <w:i/>
          <w:iCs/>
        </w:rPr>
        <w:t>Legii</w:t>
      </w:r>
      <w:proofErr w:type="spellEnd"/>
      <w:r w:rsidRPr="00693F1B">
        <w:rPr>
          <w:i/>
          <w:iCs/>
        </w:rPr>
        <w:t xml:space="preserve"> nr. 195/2024:</w:t>
      </w:r>
    </w:p>
    <w:p w14:paraId="346D7288" w14:textId="77777777" w:rsidR="00EE7ED3" w:rsidRPr="00CA18A1" w:rsidRDefault="00000000">
      <w:pPr>
        <w:numPr>
          <w:ilvl w:val="0"/>
          <w:numId w:val="21"/>
        </w:numPr>
        <w:jc w:val="both"/>
        <w:rPr>
          <w:i/>
          <w:iCs/>
          <w:lang w:val="ru-MD"/>
        </w:rPr>
      </w:pPr>
      <w:r w:rsidRPr="00693F1B">
        <w:rPr>
          <w:i/>
          <w:iCs/>
        </w:rPr>
        <w:t xml:space="preserve">la </w:t>
      </w:r>
      <w:proofErr w:type="spellStart"/>
      <w:r w:rsidRPr="00693F1B">
        <w:rPr>
          <w:i/>
          <w:iCs/>
        </w:rPr>
        <w:t>următoarea</w:t>
      </w:r>
      <w:proofErr w:type="spellEnd"/>
      <w:r w:rsidRPr="00693F1B">
        <w:rPr>
          <w:i/>
          <w:iCs/>
        </w:rPr>
        <w:t xml:space="preserve"> </w:t>
      </w:r>
      <w:proofErr w:type="spellStart"/>
      <w:r w:rsidRPr="00693F1B">
        <w:rPr>
          <w:i/>
          <w:iCs/>
        </w:rPr>
        <w:t>adresă</w:t>
      </w:r>
      <w:proofErr w:type="spellEnd"/>
      <w:r w:rsidRPr="00693F1B">
        <w:rPr>
          <w:i/>
          <w:iCs/>
        </w:rPr>
        <w:t xml:space="preserve"> de </w:t>
      </w:r>
      <w:proofErr w:type="spellStart"/>
      <w:r w:rsidRPr="00693F1B">
        <w:rPr>
          <w:i/>
          <w:iCs/>
        </w:rPr>
        <w:t>corespondență</w:t>
      </w:r>
      <w:proofErr w:type="spellEnd"/>
      <w:r w:rsidRPr="00693F1B">
        <w:rPr>
          <w:i/>
          <w:iCs/>
        </w:rPr>
        <w:t xml:space="preserve"> </w:t>
      </w:r>
      <w:proofErr w:type="spellStart"/>
      <w:r w:rsidRPr="00693F1B">
        <w:rPr>
          <w:i/>
          <w:iCs/>
        </w:rPr>
        <w:t>fizică</w:t>
      </w:r>
      <w:proofErr w:type="spellEnd"/>
      <w:r w:rsidRPr="00693F1B">
        <w:rPr>
          <w:i/>
          <w:iCs/>
        </w:rPr>
        <w:t xml:space="preserve">** .......................................................................... </w:t>
      </w:r>
      <w:r w:rsidRPr="00CA18A1">
        <w:rPr>
          <w:i/>
          <w:iCs/>
          <w:lang w:val="ru-MD"/>
        </w:rPr>
        <w:t>(</w:t>
      </w:r>
      <w:proofErr w:type="spellStart"/>
      <w:r w:rsidRPr="00CA18A1">
        <w:rPr>
          <w:i/>
          <w:iCs/>
          <w:lang w:val="ru-MD"/>
        </w:rPr>
        <w:t>opțional</w:t>
      </w:r>
      <w:proofErr w:type="spellEnd"/>
      <w:r w:rsidRPr="00CA18A1">
        <w:rPr>
          <w:i/>
          <w:iCs/>
          <w:lang w:val="ru-MD"/>
        </w:rPr>
        <w:t>)</w:t>
      </w:r>
    </w:p>
    <w:p w14:paraId="65CF8852" w14:textId="77777777" w:rsidR="00EE7ED3" w:rsidRPr="00CA18A1" w:rsidRDefault="00000000">
      <w:pPr>
        <w:numPr>
          <w:ilvl w:val="0"/>
          <w:numId w:val="21"/>
        </w:numPr>
        <w:jc w:val="both"/>
        <w:rPr>
          <w:i/>
          <w:iCs/>
          <w:lang w:val="ru-MD"/>
        </w:rPr>
      </w:pPr>
      <w:proofErr w:type="spellStart"/>
      <w:r w:rsidRPr="00693F1B">
        <w:rPr>
          <w:i/>
          <w:iCs/>
        </w:rPr>
        <w:t>în</w:t>
      </w:r>
      <w:proofErr w:type="spellEnd"/>
      <w:r w:rsidRPr="00693F1B">
        <w:rPr>
          <w:i/>
          <w:iCs/>
        </w:rPr>
        <w:t xml:space="preserve"> format electronic, la </w:t>
      </w:r>
      <w:proofErr w:type="spellStart"/>
      <w:r w:rsidRPr="00693F1B">
        <w:rPr>
          <w:i/>
          <w:iCs/>
        </w:rPr>
        <w:t>următoarea</w:t>
      </w:r>
      <w:proofErr w:type="spellEnd"/>
      <w:r w:rsidRPr="00693F1B">
        <w:rPr>
          <w:i/>
          <w:iCs/>
        </w:rPr>
        <w:t xml:space="preserve"> adresă de e-mail ....................................................................... </w:t>
      </w:r>
      <w:r w:rsidRPr="00CA18A1">
        <w:rPr>
          <w:i/>
          <w:iCs/>
          <w:lang w:val="ru-MD"/>
        </w:rPr>
        <w:t>(</w:t>
      </w:r>
      <w:proofErr w:type="spellStart"/>
      <w:r w:rsidRPr="00CA18A1">
        <w:rPr>
          <w:i/>
          <w:iCs/>
          <w:lang w:val="ru-MD"/>
        </w:rPr>
        <w:t>opțional</w:t>
      </w:r>
      <w:proofErr w:type="spellEnd"/>
      <w:r w:rsidRPr="00CA18A1">
        <w:rPr>
          <w:i/>
          <w:iCs/>
          <w:lang w:val="ru-MD"/>
        </w:rPr>
        <w:t>)</w:t>
      </w:r>
    </w:p>
    <w:p w14:paraId="65ADA57A" w14:textId="77777777" w:rsidR="00EE7ED3" w:rsidRPr="005F643C" w:rsidRDefault="00000000" w:rsidP="00013F7D">
      <w:pPr>
        <w:jc w:val="both"/>
        <w:rPr>
          <w:b/>
          <w:bCs/>
          <w:i/>
          <w:iCs/>
        </w:rPr>
      </w:pPr>
      <w:r w:rsidRPr="00CA18A1">
        <w:rPr>
          <w:b/>
          <w:bCs/>
          <w:i/>
          <w:iCs/>
          <w:lang w:val="ru-MD"/>
        </w:rPr>
        <w:t xml:space="preserve">Data: _______________ </w:t>
      </w:r>
      <w:proofErr w:type="spellStart"/>
      <w:r w:rsidRPr="00CA18A1">
        <w:rPr>
          <w:b/>
          <w:bCs/>
          <w:i/>
          <w:iCs/>
          <w:lang w:val="ru-MD"/>
        </w:rPr>
        <w:t>Semnătura</w:t>
      </w:r>
      <w:proofErr w:type="spellEnd"/>
      <w:r w:rsidRPr="00CA18A1">
        <w:rPr>
          <w:b/>
          <w:bCs/>
          <w:i/>
          <w:iCs/>
          <w:lang w:val="ru-MD"/>
        </w:rPr>
        <w:t>: ...........................</w:t>
      </w:r>
    </w:p>
    <w:p w14:paraId="51B2248B" w14:textId="77777777" w:rsidR="00EE7ED3" w:rsidRPr="00BE1922" w:rsidRDefault="00000000" w:rsidP="005220AE">
      <w:pPr>
        <w:spacing w:after="0"/>
        <w:jc w:val="both"/>
        <w:rPr>
          <w:i/>
          <w:iCs/>
          <w:sz w:val="20"/>
          <w:szCs w:val="20"/>
        </w:rPr>
      </w:pPr>
      <w:r w:rsidRPr="00BE1922">
        <w:rPr>
          <w:i/>
          <w:iCs/>
          <w:sz w:val="20"/>
          <w:szCs w:val="20"/>
        </w:rPr>
        <w:t xml:space="preserve">* Indicarea numărului de identificare personal (IDNP) este obligatorie pentru a permite identificarea dumneavoastră exactă și securizată în bazele de date și registrele publice gestionate la nivelul Primăriei </w:t>
      </w:r>
      <w:r>
        <w:rPr>
          <w:i/>
          <w:iCs/>
          <w:sz w:val="20"/>
          <w:szCs w:val="20"/>
        </w:rPr>
        <w:t>Mereni</w:t>
      </w:r>
      <w:r w:rsidRPr="00BE1922">
        <w:rPr>
          <w:i/>
          <w:iCs/>
          <w:sz w:val="20"/>
          <w:szCs w:val="20"/>
        </w:rPr>
        <w:t>.</w:t>
      </w:r>
    </w:p>
    <w:p w14:paraId="3A30BF90" w14:textId="77777777" w:rsidR="00EE7ED3" w:rsidRPr="00BE1922" w:rsidRDefault="00000000" w:rsidP="005220AE">
      <w:pPr>
        <w:spacing w:after="0"/>
        <w:jc w:val="both"/>
        <w:rPr>
          <w:i/>
          <w:iCs/>
          <w:sz w:val="20"/>
          <w:szCs w:val="20"/>
        </w:rPr>
      </w:pPr>
      <w:r w:rsidRPr="00BE1922">
        <w:rPr>
          <w:i/>
          <w:iCs/>
          <w:sz w:val="20"/>
          <w:szCs w:val="20"/>
        </w:rPr>
        <w:t>** Este necesară menționarea unei adrese valide în vederea comunicării oficiale a modalității de soluționare a cererii dumneavoastră.</w:t>
      </w:r>
    </w:p>
    <w:p w14:paraId="7B31D3B2" w14:textId="77777777" w:rsidR="00EE7ED3" w:rsidRDefault="00000000" w:rsidP="005220AE">
      <w:pPr>
        <w:jc w:val="both"/>
        <w:rPr>
          <w:b/>
          <w:bCs/>
          <w:i/>
          <w:iCs/>
          <w:sz w:val="20"/>
          <w:szCs w:val="20"/>
        </w:rPr>
      </w:pPr>
      <w:r w:rsidRPr="00BE1922">
        <w:rPr>
          <w:b/>
          <w:bCs/>
          <w:i/>
          <w:iCs/>
          <w:sz w:val="20"/>
          <w:szCs w:val="20"/>
        </w:rPr>
        <w:t>Document administrativ ce conține date cu caracter personal protejate de prevederile Legii nr. 195/2024</w:t>
      </w:r>
    </w:p>
    <w:p w14:paraId="41935271" w14:textId="77777777" w:rsidR="00EE7ED3" w:rsidRPr="00693F1B" w:rsidRDefault="00000000" w:rsidP="005220AE">
      <w:pPr>
        <w:jc w:val="both"/>
        <w:rPr>
          <w:b/>
          <w:bCs/>
          <w:i/>
          <w:iCs/>
        </w:rPr>
      </w:pPr>
      <w:proofErr w:type="spellStart"/>
      <w:r w:rsidRPr="00693F1B">
        <w:rPr>
          <w:b/>
          <w:bCs/>
          <w:i/>
          <w:iCs/>
        </w:rPr>
        <w:t>Anexa</w:t>
      </w:r>
      <w:proofErr w:type="spellEnd"/>
      <w:r w:rsidRPr="00693F1B">
        <w:rPr>
          <w:b/>
          <w:bCs/>
          <w:i/>
          <w:iCs/>
        </w:rPr>
        <w:t xml:space="preserve"> nr. 3: Model de </w:t>
      </w:r>
      <w:proofErr w:type="spellStart"/>
      <w:r w:rsidRPr="00693F1B">
        <w:rPr>
          <w:b/>
          <w:bCs/>
          <w:i/>
          <w:iCs/>
        </w:rPr>
        <w:t>cerere</w:t>
      </w:r>
      <w:proofErr w:type="spellEnd"/>
      <w:r w:rsidRPr="00693F1B">
        <w:rPr>
          <w:b/>
          <w:bCs/>
          <w:i/>
          <w:iCs/>
        </w:rPr>
        <w:t xml:space="preserve"> </w:t>
      </w:r>
      <w:proofErr w:type="spellStart"/>
      <w:r w:rsidRPr="00693F1B">
        <w:rPr>
          <w:b/>
          <w:bCs/>
          <w:i/>
          <w:iCs/>
        </w:rPr>
        <w:t>pentru</w:t>
      </w:r>
      <w:proofErr w:type="spellEnd"/>
      <w:r w:rsidRPr="00693F1B">
        <w:rPr>
          <w:b/>
          <w:bCs/>
          <w:i/>
          <w:iCs/>
        </w:rPr>
        <w:t xml:space="preserve"> </w:t>
      </w:r>
      <w:proofErr w:type="spellStart"/>
      <w:r w:rsidRPr="00693F1B">
        <w:rPr>
          <w:b/>
          <w:bCs/>
          <w:i/>
          <w:iCs/>
        </w:rPr>
        <w:t>exercitarea</w:t>
      </w:r>
      <w:proofErr w:type="spellEnd"/>
      <w:r w:rsidRPr="00693F1B">
        <w:rPr>
          <w:b/>
          <w:bCs/>
          <w:i/>
          <w:iCs/>
        </w:rPr>
        <w:t xml:space="preserve"> </w:t>
      </w:r>
      <w:proofErr w:type="spellStart"/>
      <w:r w:rsidRPr="00693F1B">
        <w:rPr>
          <w:b/>
          <w:bCs/>
          <w:i/>
          <w:iCs/>
        </w:rPr>
        <w:t>dreptului</w:t>
      </w:r>
      <w:proofErr w:type="spellEnd"/>
      <w:r w:rsidRPr="00693F1B">
        <w:rPr>
          <w:b/>
          <w:bCs/>
          <w:i/>
          <w:iCs/>
        </w:rPr>
        <w:t xml:space="preserve"> de </w:t>
      </w:r>
      <w:proofErr w:type="spellStart"/>
      <w:r w:rsidRPr="00693F1B">
        <w:rPr>
          <w:b/>
          <w:bCs/>
          <w:i/>
          <w:iCs/>
        </w:rPr>
        <w:t>ștergere</w:t>
      </w:r>
      <w:proofErr w:type="spellEnd"/>
      <w:r w:rsidRPr="00693F1B">
        <w:rPr>
          <w:b/>
          <w:bCs/>
          <w:i/>
          <w:iCs/>
        </w:rPr>
        <w:t xml:space="preserve"> a </w:t>
      </w:r>
      <w:proofErr w:type="spellStart"/>
      <w:r w:rsidRPr="00693F1B">
        <w:rPr>
          <w:b/>
          <w:bCs/>
          <w:i/>
          <w:iCs/>
        </w:rPr>
        <w:t>datelor</w:t>
      </w:r>
      <w:proofErr w:type="spellEnd"/>
      <w:r w:rsidRPr="00693F1B">
        <w:rPr>
          <w:b/>
          <w:bCs/>
          <w:i/>
          <w:iCs/>
        </w:rPr>
        <w:t xml:space="preserve"> cu </w:t>
      </w:r>
      <w:proofErr w:type="spellStart"/>
      <w:r w:rsidRPr="00693F1B">
        <w:rPr>
          <w:b/>
          <w:bCs/>
          <w:i/>
          <w:iCs/>
        </w:rPr>
        <w:t>caracter</w:t>
      </w:r>
      <w:proofErr w:type="spellEnd"/>
      <w:r w:rsidRPr="00693F1B">
        <w:rPr>
          <w:b/>
          <w:bCs/>
          <w:i/>
          <w:iCs/>
        </w:rPr>
        <w:t xml:space="preserve"> personal</w:t>
      </w:r>
    </w:p>
    <w:p w14:paraId="4BCE9FC7" w14:textId="77777777" w:rsidR="00EE7ED3" w:rsidRPr="00CA18A1" w:rsidRDefault="00000000" w:rsidP="00083E1A">
      <w:pPr>
        <w:rPr>
          <w:i/>
          <w:iCs/>
        </w:rPr>
      </w:pPr>
      <w:proofErr w:type="spellStart"/>
      <w:r w:rsidRPr="00CA18A1">
        <w:rPr>
          <w:i/>
          <w:iCs/>
        </w:rPr>
        <w:t>Către</w:t>
      </w:r>
      <w:proofErr w:type="spellEnd"/>
      <w:r w:rsidRPr="00CA18A1">
        <w:rPr>
          <w:i/>
          <w:iCs/>
        </w:rPr>
        <w:t>:</w:t>
      </w:r>
      <w:r w:rsidRPr="00CA18A1">
        <w:rPr>
          <w:i/>
          <w:iCs/>
        </w:rPr>
        <w:br/>
      </w:r>
      <w:proofErr w:type="spellStart"/>
      <w:r w:rsidRPr="00083E1A">
        <w:rPr>
          <w:b/>
          <w:i/>
          <w:iCs/>
        </w:rPr>
        <w:t>Primăria</w:t>
      </w:r>
      <w:proofErr w:type="spellEnd"/>
      <w:r w:rsidRPr="00083E1A">
        <w:rPr>
          <w:b/>
          <w:i/>
          <w:iCs/>
        </w:rPr>
        <w:t xml:space="preserve"> SATULUI MERENI</w:t>
      </w:r>
      <w:r w:rsidRPr="00CA18A1">
        <w:rPr>
          <w:i/>
          <w:iCs/>
        </w:rPr>
        <w:br/>
        <w:t>În atenția Responsabilului pentru Protecția Datelor</w:t>
      </w:r>
      <w:r w:rsidRPr="00CA18A1">
        <w:rPr>
          <w:i/>
          <w:iCs/>
        </w:rPr>
        <w:br/>
        <w:t xml:space="preserve">Adresa: </w:t>
      </w:r>
      <w:r w:rsidRPr="00083E1A">
        <w:rPr>
          <w:i/>
          <w:iCs/>
        </w:rPr>
        <w:t>str. Ștefan cel Mare, 96, s. Mereni, r. Anenii Noi, Republica Moldova</w:t>
      </w:r>
    </w:p>
    <w:p w14:paraId="50D47041" w14:textId="77777777" w:rsidR="00EE7ED3" w:rsidRPr="00693F1B" w:rsidRDefault="00000000" w:rsidP="00A01FB4">
      <w:pPr>
        <w:rPr>
          <w:i/>
          <w:iCs/>
        </w:rPr>
      </w:pPr>
      <w:r w:rsidRPr="00693F1B">
        <w:rPr>
          <w:i/>
          <w:iCs/>
        </w:rPr>
        <w:t>Subsemnatul/</w:t>
      </w:r>
      <w:proofErr w:type="spellStart"/>
      <w:r w:rsidRPr="00693F1B">
        <w:rPr>
          <w:i/>
          <w:iCs/>
        </w:rPr>
        <w:t>Subsemnata</w:t>
      </w:r>
      <w:proofErr w:type="spellEnd"/>
      <w:r w:rsidRPr="00693F1B">
        <w:rPr>
          <w:i/>
          <w:iCs/>
        </w:rPr>
        <w:t xml:space="preserve"> ........................................................................... (</w:t>
      </w:r>
      <w:proofErr w:type="spellStart"/>
      <w:r w:rsidRPr="00693F1B">
        <w:rPr>
          <w:i/>
          <w:iCs/>
        </w:rPr>
        <w:t>numele</w:t>
      </w:r>
      <w:proofErr w:type="spellEnd"/>
      <w:r w:rsidRPr="00693F1B">
        <w:rPr>
          <w:i/>
          <w:iCs/>
        </w:rPr>
        <w:t>/</w:t>
      </w:r>
      <w:proofErr w:type="spellStart"/>
      <w:r w:rsidRPr="00693F1B">
        <w:rPr>
          <w:i/>
          <w:iCs/>
        </w:rPr>
        <w:t>prenumele</w:t>
      </w:r>
      <w:proofErr w:type="spellEnd"/>
      <w:r w:rsidRPr="00693F1B">
        <w:rPr>
          <w:i/>
          <w:iCs/>
        </w:rPr>
        <w:t>),</w:t>
      </w:r>
      <w:r w:rsidRPr="00693F1B">
        <w:rPr>
          <w:i/>
          <w:iCs/>
        </w:rPr>
        <w:br/>
        <w:t xml:space="preserve">IDNP* ..................................., cu </w:t>
      </w:r>
      <w:proofErr w:type="spellStart"/>
      <w:r w:rsidRPr="00693F1B">
        <w:rPr>
          <w:i/>
          <w:iCs/>
        </w:rPr>
        <w:t>domiciliul</w:t>
      </w:r>
      <w:proofErr w:type="spellEnd"/>
      <w:r w:rsidRPr="00693F1B">
        <w:rPr>
          <w:i/>
          <w:iCs/>
        </w:rPr>
        <w:t xml:space="preserve"> în ...............................................................................,</w:t>
      </w:r>
      <w:r w:rsidRPr="00693F1B">
        <w:rPr>
          <w:i/>
          <w:iCs/>
        </w:rPr>
        <w:br/>
      </w:r>
      <w:proofErr w:type="spellStart"/>
      <w:r w:rsidRPr="00693F1B">
        <w:rPr>
          <w:i/>
          <w:iCs/>
        </w:rPr>
        <w:t>telefon</w:t>
      </w:r>
      <w:proofErr w:type="spellEnd"/>
      <w:r w:rsidRPr="00693F1B">
        <w:rPr>
          <w:i/>
          <w:iCs/>
        </w:rPr>
        <w:t xml:space="preserve"> ...................... (</w:t>
      </w:r>
      <w:proofErr w:type="spellStart"/>
      <w:r w:rsidRPr="00693F1B">
        <w:rPr>
          <w:i/>
          <w:iCs/>
        </w:rPr>
        <w:t>opțional</w:t>
      </w:r>
      <w:proofErr w:type="spellEnd"/>
      <w:r w:rsidRPr="00693F1B">
        <w:rPr>
          <w:i/>
          <w:iCs/>
        </w:rPr>
        <w:t xml:space="preserve">), </w:t>
      </w:r>
      <w:proofErr w:type="spellStart"/>
      <w:r w:rsidRPr="00693F1B">
        <w:rPr>
          <w:i/>
          <w:iCs/>
        </w:rPr>
        <w:t>adresa</w:t>
      </w:r>
      <w:proofErr w:type="spellEnd"/>
      <w:r w:rsidRPr="00693F1B">
        <w:rPr>
          <w:i/>
          <w:iCs/>
        </w:rPr>
        <w:t xml:space="preserve"> de e-mail .................... (</w:t>
      </w:r>
      <w:proofErr w:type="spellStart"/>
      <w:r w:rsidRPr="00693F1B">
        <w:rPr>
          <w:i/>
          <w:iCs/>
        </w:rPr>
        <w:t>opțional</w:t>
      </w:r>
      <w:proofErr w:type="spellEnd"/>
      <w:r w:rsidRPr="00693F1B">
        <w:rPr>
          <w:i/>
          <w:iCs/>
        </w:rPr>
        <w:t>),</w:t>
      </w:r>
    </w:p>
    <w:p w14:paraId="00E35B16" w14:textId="77777777" w:rsidR="00EE7ED3" w:rsidRPr="00CA18A1" w:rsidRDefault="00000000" w:rsidP="00F50344">
      <w:pPr>
        <w:jc w:val="both"/>
        <w:rPr>
          <w:i/>
          <w:iCs/>
        </w:rPr>
      </w:pPr>
      <w:proofErr w:type="spellStart"/>
      <w:r w:rsidRPr="00693F1B">
        <w:rPr>
          <w:i/>
          <w:iCs/>
        </w:rPr>
        <w:lastRenderedPageBreak/>
        <w:t>în</w:t>
      </w:r>
      <w:proofErr w:type="spellEnd"/>
      <w:r w:rsidRPr="00693F1B">
        <w:rPr>
          <w:i/>
          <w:iCs/>
        </w:rPr>
        <w:t xml:space="preserve"> </w:t>
      </w:r>
      <w:proofErr w:type="spellStart"/>
      <w:r w:rsidRPr="00693F1B">
        <w:rPr>
          <w:i/>
          <w:iCs/>
        </w:rPr>
        <w:t>temeiul</w:t>
      </w:r>
      <w:proofErr w:type="spellEnd"/>
      <w:r w:rsidRPr="00693F1B">
        <w:rPr>
          <w:i/>
          <w:iCs/>
        </w:rPr>
        <w:t xml:space="preserve"> </w:t>
      </w:r>
      <w:proofErr w:type="spellStart"/>
      <w:r w:rsidRPr="00693F1B">
        <w:rPr>
          <w:i/>
          <w:iCs/>
        </w:rPr>
        <w:t>prevederilor</w:t>
      </w:r>
      <w:proofErr w:type="spellEnd"/>
      <w:r w:rsidRPr="00693F1B">
        <w:rPr>
          <w:i/>
          <w:iCs/>
        </w:rPr>
        <w:t xml:space="preserve"> </w:t>
      </w:r>
      <w:proofErr w:type="spellStart"/>
      <w:r w:rsidRPr="00693F1B">
        <w:rPr>
          <w:i/>
          <w:iCs/>
        </w:rPr>
        <w:t>Articolului</w:t>
      </w:r>
      <w:proofErr w:type="spellEnd"/>
      <w:r w:rsidRPr="00693F1B">
        <w:rPr>
          <w:i/>
          <w:iCs/>
        </w:rPr>
        <w:t xml:space="preserve"> 17 (</w:t>
      </w:r>
      <w:proofErr w:type="spellStart"/>
      <w:r w:rsidRPr="00693F1B">
        <w:rPr>
          <w:i/>
          <w:iCs/>
        </w:rPr>
        <w:t>Dreptul</w:t>
      </w:r>
      <w:proofErr w:type="spellEnd"/>
      <w:r w:rsidRPr="00693F1B">
        <w:rPr>
          <w:i/>
          <w:iCs/>
        </w:rPr>
        <w:t xml:space="preserve"> la </w:t>
      </w:r>
      <w:proofErr w:type="spellStart"/>
      <w:r w:rsidRPr="00693F1B">
        <w:rPr>
          <w:i/>
          <w:iCs/>
        </w:rPr>
        <w:t>ștergerea</w:t>
      </w:r>
      <w:proofErr w:type="spellEnd"/>
      <w:r w:rsidRPr="00693F1B">
        <w:rPr>
          <w:i/>
          <w:iCs/>
        </w:rPr>
        <w:t xml:space="preserve"> </w:t>
      </w:r>
      <w:proofErr w:type="spellStart"/>
      <w:r w:rsidRPr="00693F1B">
        <w:rPr>
          <w:i/>
          <w:iCs/>
        </w:rPr>
        <w:t>datelor</w:t>
      </w:r>
      <w:proofErr w:type="spellEnd"/>
      <w:r w:rsidRPr="00693F1B">
        <w:rPr>
          <w:i/>
          <w:iCs/>
        </w:rPr>
        <w:t xml:space="preserve"> - „</w:t>
      </w:r>
      <w:proofErr w:type="spellStart"/>
      <w:r w:rsidRPr="00693F1B">
        <w:rPr>
          <w:i/>
          <w:iCs/>
        </w:rPr>
        <w:t>dreptul</w:t>
      </w:r>
      <w:proofErr w:type="spellEnd"/>
      <w:r w:rsidRPr="00693F1B">
        <w:rPr>
          <w:i/>
          <w:iCs/>
        </w:rPr>
        <w:t xml:space="preserve"> de a fi </w:t>
      </w:r>
      <w:proofErr w:type="spellStart"/>
      <w:r w:rsidRPr="00693F1B">
        <w:rPr>
          <w:i/>
          <w:iCs/>
        </w:rPr>
        <w:t>uitat</w:t>
      </w:r>
      <w:proofErr w:type="spellEnd"/>
      <w:r w:rsidRPr="00693F1B">
        <w:rPr>
          <w:i/>
          <w:iCs/>
        </w:rPr>
        <w:t xml:space="preserve">”) din </w:t>
      </w:r>
      <w:proofErr w:type="spellStart"/>
      <w:r w:rsidRPr="00693F1B">
        <w:rPr>
          <w:i/>
          <w:iCs/>
        </w:rPr>
        <w:t>Legea</w:t>
      </w:r>
      <w:proofErr w:type="spellEnd"/>
      <w:r w:rsidRPr="00693F1B">
        <w:rPr>
          <w:i/>
          <w:iCs/>
        </w:rPr>
        <w:t xml:space="preserve"> nr. 195/2024 </w:t>
      </w:r>
      <w:proofErr w:type="spellStart"/>
      <w:r w:rsidRPr="00693F1B">
        <w:rPr>
          <w:i/>
          <w:iCs/>
        </w:rPr>
        <w:t>privind</w:t>
      </w:r>
      <w:proofErr w:type="spellEnd"/>
      <w:r w:rsidRPr="00693F1B">
        <w:rPr>
          <w:i/>
          <w:iCs/>
        </w:rPr>
        <w:t xml:space="preserve"> </w:t>
      </w:r>
      <w:proofErr w:type="spellStart"/>
      <w:r w:rsidRPr="00693F1B">
        <w:rPr>
          <w:i/>
          <w:iCs/>
        </w:rPr>
        <w:t>protecția</w:t>
      </w:r>
      <w:proofErr w:type="spellEnd"/>
      <w:r w:rsidRPr="00693F1B">
        <w:rPr>
          <w:i/>
          <w:iCs/>
        </w:rPr>
        <w:t xml:space="preserve"> </w:t>
      </w:r>
      <w:proofErr w:type="spellStart"/>
      <w:r w:rsidRPr="00693F1B">
        <w:rPr>
          <w:i/>
          <w:iCs/>
        </w:rPr>
        <w:t>datelor</w:t>
      </w:r>
      <w:proofErr w:type="spellEnd"/>
      <w:r w:rsidRPr="00693F1B">
        <w:rPr>
          <w:i/>
          <w:iCs/>
        </w:rPr>
        <w:t xml:space="preserve"> cu </w:t>
      </w:r>
      <w:proofErr w:type="spellStart"/>
      <w:r w:rsidRPr="00693F1B">
        <w:rPr>
          <w:i/>
          <w:iCs/>
        </w:rPr>
        <w:t>caracter</w:t>
      </w:r>
      <w:proofErr w:type="spellEnd"/>
      <w:r w:rsidRPr="00693F1B">
        <w:rPr>
          <w:i/>
          <w:iCs/>
        </w:rPr>
        <w:t xml:space="preserve"> personal, </w:t>
      </w:r>
      <w:proofErr w:type="spellStart"/>
      <w:r w:rsidRPr="00693F1B">
        <w:rPr>
          <w:i/>
          <w:iCs/>
        </w:rPr>
        <w:t>vă</w:t>
      </w:r>
      <w:proofErr w:type="spellEnd"/>
      <w:r w:rsidRPr="00693F1B">
        <w:rPr>
          <w:i/>
          <w:iCs/>
        </w:rPr>
        <w:t xml:space="preserve"> rog </w:t>
      </w:r>
      <w:proofErr w:type="spellStart"/>
      <w:r w:rsidRPr="00693F1B">
        <w:rPr>
          <w:i/>
          <w:iCs/>
        </w:rPr>
        <w:t>să</w:t>
      </w:r>
      <w:proofErr w:type="spellEnd"/>
      <w:r w:rsidRPr="00693F1B">
        <w:rPr>
          <w:i/>
          <w:iCs/>
        </w:rPr>
        <w:t xml:space="preserve"> </w:t>
      </w:r>
      <w:proofErr w:type="spellStart"/>
      <w:r w:rsidRPr="00693F1B">
        <w:rPr>
          <w:i/>
          <w:iCs/>
        </w:rPr>
        <w:t>dispuneți</w:t>
      </w:r>
      <w:proofErr w:type="spellEnd"/>
      <w:r w:rsidRPr="00693F1B">
        <w:rPr>
          <w:i/>
          <w:iCs/>
        </w:rPr>
        <w:t xml:space="preserve"> </w:t>
      </w:r>
      <w:proofErr w:type="spellStart"/>
      <w:r w:rsidRPr="00693F1B">
        <w:rPr>
          <w:i/>
          <w:iCs/>
        </w:rPr>
        <w:t>măsurile</w:t>
      </w:r>
      <w:proofErr w:type="spellEnd"/>
      <w:r w:rsidRPr="00693F1B">
        <w:rPr>
          <w:i/>
          <w:iCs/>
        </w:rPr>
        <w:t xml:space="preserve"> </w:t>
      </w:r>
      <w:proofErr w:type="spellStart"/>
      <w:r w:rsidRPr="00693F1B">
        <w:rPr>
          <w:i/>
          <w:iCs/>
        </w:rPr>
        <w:t>legale</w:t>
      </w:r>
      <w:proofErr w:type="spellEnd"/>
      <w:r w:rsidRPr="00693F1B">
        <w:rPr>
          <w:i/>
          <w:iCs/>
        </w:rPr>
        <w:t xml:space="preserve"> </w:t>
      </w:r>
      <w:proofErr w:type="spellStart"/>
      <w:r w:rsidRPr="00693F1B">
        <w:rPr>
          <w:i/>
          <w:iCs/>
        </w:rPr>
        <w:t>pentru</w:t>
      </w:r>
      <w:proofErr w:type="spellEnd"/>
      <w:r w:rsidRPr="00693F1B">
        <w:rPr>
          <w:i/>
          <w:iCs/>
        </w:rPr>
        <w:t xml:space="preserve"> ca </w:t>
      </w:r>
      <w:proofErr w:type="spellStart"/>
      <w:r w:rsidRPr="00693F1B">
        <w:rPr>
          <w:i/>
          <w:iCs/>
        </w:rPr>
        <w:t>datele</w:t>
      </w:r>
      <w:proofErr w:type="spellEnd"/>
      <w:r w:rsidRPr="00693F1B">
        <w:rPr>
          <w:i/>
          <w:iCs/>
        </w:rPr>
        <w:t xml:space="preserve"> cu </w:t>
      </w:r>
      <w:proofErr w:type="spellStart"/>
      <w:r w:rsidRPr="00693F1B">
        <w:rPr>
          <w:i/>
          <w:iCs/>
        </w:rPr>
        <w:t>caracter</w:t>
      </w:r>
      <w:proofErr w:type="spellEnd"/>
      <w:r w:rsidRPr="00693F1B">
        <w:rPr>
          <w:i/>
          <w:iCs/>
        </w:rPr>
        <w:t xml:space="preserve"> personal care </w:t>
      </w:r>
      <w:proofErr w:type="spellStart"/>
      <w:r w:rsidRPr="00693F1B">
        <w:rPr>
          <w:i/>
          <w:iCs/>
        </w:rPr>
        <w:t>mă</w:t>
      </w:r>
      <w:proofErr w:type="spellEnd"/>
      <w:r w:rsidRPr="00693F1B">
        <w:rPr>
          <w:i/>
          <w:iCs/>
        </w:rPr>
        <w:t xml:space="preserve"> </w:t>
      </w:r>
      <w:proofErr w:type="spellStart"/>
      <w:r w:rsidRPr="00693F1B">
        <w:rPr>
          <w:i/>
          <w:iCs/>
        </w:rPr>
        <w:t>privesc</w:t>
      </w:r>
      <w:proofErr w:type="spellEnd"/>
      <w:r w:rsidRPr="00693F1B">
        <w:rPr>
          <w:i/>
          <w:iCs/>
        </w:rPr>
        <w:t xml:space="preserve"> </w:t>
      </w:r>
    </w:p>
    <w:p w14:paraId="2D2A1CEE" w14:textId="77777777" w:rsidR="00EE7ED3" w:rsidRPr="00CA18A1" w:rsidRDefault="00000000" w:rsidP="00A01FB4">
      <w:pPr>
        <w:spacing w:after="0"/>
        <w:jc w:val="both"/>
        <w:rPr>
          <w:i/>
          <w:iCs/>
        </w:rPr>
      </w:pPr>
      <w:r w:rsidRPr="00693F1B">
        <w:rPr>
          <w:i/>
          <w:iCs/>
        </w:rPr>
        <w:t>................................................................................................................................................</w:t>
      </w:r>
      <w:r w:rsidRPr="00CA18A1">
        <w:rPr>
          <w:i/>
          <w:iCs/>
        </w:rPr>
        <w:t>...........................</w:t>
      </w:r>
      <w:r w:rsidRPr="00693F1B">
        <w:rPr>
          <w:i/>
          <w:iCs/>
        </w:rPr>
        <w:t xml:space="preserve">. </w:t>
      </w:r>
    </w:p>
    <w:p w14:paraId="43A4AA4F" w14:textId="77777777" w:rsidR="00EE7ED3" w:rsidRPr="00CA18A1" w:rsidRDefault="00000000" w:rsidP="00A01FB4">
      <w:pPr>
        <w:spacing w:after="0"/>
        <w:jc w:val="both"/>
        <w:rPr>
          <w:i/>
          <w:iCs/>
        </w:rPr>
      </w:pPr>
      <w:r w:rsidRPr="00693F1B">
        <w:rPr>
          <w:i/>
          <w:iCs/>
        </w:rPr>
        <w:t xml:space="preserve">(se </w:t>
      </w:r>
      <w:proofErr w:type="spellStart"/>
      <w:r w:rsidRPr="00693F1B">
        <w:rPr>
          <w:i/>
          <w:iCs/>
        </w:rPr>
        <w:t>enumeră</w:t>
      </w:r>
      <w:proofErr w:type="spellEnd"/>
      <w:r w:rsidRPr="00693F1B">
        <w:rPr>
          <w:i/>
          <w:iCs/>
        </w:rPr>
        <w:t xml:space="preserve"> </w:t>
      </w:r>
      <w:proofErr w:type="spellStart"/>
      <w:r w:rsidRPr="00693F1B">
        <w:rPr>
          <w:i/>
          <w:iCs/>
        </w:rPr>
        <w:t>datele</w:t>
      </w:r>
      <w:proofErr w:type="spellEnd"/>
      <w:r w:rsidRPr="00693F1B">
        <w:rPr>
          <w:i/>
          <w:iCs/>
        </w:rPr>
        <w:t xml:space="preserve"> solicitate </w:t>
      </w:r>
      <w:proofErr w:type="spellStart"/>
      <w:r w:rsidRPr="00693F1B">
        <w:rPr>
          <w:i/>
          <w:iCs/>
        </w:rPr>
        <w:t>spre</w:t>
      </w:r>
      <w:proofErr w:type="spellEnd"/>
      <w:r w:rsidRPr="00693F1B">
        <w:rPr>
          <w:i/>
          <w:iCs/>
        </w:rPr>
        <w:t xml:space="preserve"> </w:t>
      </w:r>
      <w:proofErr w:type="spellStart"/>
      <w:r w:rsidRPr="00693F1B">
        <w:rPr>
          <w:i/>
          <w:iCs/>
        </w:rPr>
        <w:t>eliminare</w:t>
      </w:r>
      <w:proofErr w:type="spellEnd"/>
      <w:r w:rsidRPr="00693F1B">
        <w:rPr>
          <w:i/>
          <w:iCs/>
        </w:rPr>
        <w:t xml:space="preserve">, ex: </w:t>
      </w:r>
      <w:proofErr w:type="spellStart"/>
      <w:r w:rsidRPr="00693F1B">
        <w:rPr>
          <w:i/>
          <w:iCs/>
        </w:rPr>
        <w:t>înregistrări</w:t>
      </w:r>
      <w:proofErr w:type="spellEnd"/>
      <w:r w:rsidRPr="00693F1B">
        <w:rPr>
          <w:i/>
          <w:iCs/>
        </w:rPr>
        <w:t xml:space="preserve"> video CCTV de pe </w:t>
      </w:r>
      <w:proofErr w:type="spellStart"/>
      <w:r w:rsidRPr="00693F1B">
        <w:rPr>
          <w:i/>
          <w:iCs/>
        </w:rPr>
        <w:t>spațiul</w:t>
      </w:r>
      <w:proofErr w:type="spellEnd"/>
      <w:r w:rsidRPr="00693F1B">
        <w:rPr>
          <w:i/>
          <w:iCs/>
        </w:rPr>
        <w:t xml:space="preserve"> public </w:t>
      </w:r>
      <w:proofErr w:type="spellStart"/>
      <w:r w:rsidRPr="00693F1B">
        <w:rPr>
          <w:i/>
          <w:iCs/>
        </w:rPr>
        <w:t>edilitar</w:t>
      </w:r>
      <w:proofErr w:type="spellEnd"/>
      <w:r w:rsidRPr="00693F1B">
        <w:rPr>
          <w:i/>
          <w:iCs/>
        </w:rPr>
        <w:t xml:space="preserve">, date din </w:t>
      </w:r>
      <w:proofErr w:type="spellStart"/>
      <w:r w:rsidRPr="00693F1B">
        <w:rPr>
          <w:i/>
          <w:iCs/>
        </w:rPr>
        <w:t>formulare</w:t>
      </w:r>
      <w:proofErr w:type="spellEnd"/>
      <w:r w:rsidRPr="00693F1B">
        <w:rPr>
          <w:i/>
          <w:iCs/>
        </w:rPr>
        <w:t xml:space="preserve"> facultative etc.) </w:t>
      </w:r>
    </w:p>
    <w:p w14:paraId="1F26617F" w14:textId="77777777" w:rsidR="00EE7ED3" w:rsidRPr="00693F1B" w:rsidRDefault="00000000" w:rsidP="00F50344">
      <w:pPr>
        <w:jc w:val="both"/>
        <w:rPr>
          <w:i/>
          <w:iCs/>
        </w:rPr>
      </w:pPr>
      <w:proofErr w:type="spellStart"/>
      <w:r w:rsidRPr="00693F1B">
        <w:rPr>
          <w:i/>
          <w:iCs/>
        </w:rPr>
        <w:t>să</w:t>
      </w:r>
      <w:proofErr w:type="spellEnd"/>
      <w:r w:rsidRPr="00693F1B">
        <w:rPr>
          <w:i/>
          <w:iCs/>
        </w:rPr>
        <w:t xml:space="preserve"> fie </w:t>
      </w:r>
      <w:proofErr w:type="spellStart"/>
      <w:r w:rsidRPr="00693F1B">
        <w:rPr>
          <w:i/>
          <w:iCs/>
        </w:rPr>
        <w:t>șterse</w:t>
      </w:r>
      <w:proofErr w:type="spellEnd"/>
      <w:r w:rsidRPr="00693F1B">
        <w:rPr>
          <w:i/>
          <w:iCs/>
        </w:rPr>
        <w:t xml:space="preserve">, </w:t>
      </w:r>
      <w:proofErr w:type="spellStart"/>
      <w:r w:rsidRPr="00693F1B">
        <w:rPr>
          <w:i/>
          <w:iCs/>
        </w:rPr>
        <w:t>fără</w:t>
      </w:r>
      <w:proofErr w:type="spellEnd"/>
      <w:r w:rsidRPr="00693F1B">
        <w:rPr>
          <w:i/>
          <w:iCs/>
        </w:rPr>
        <w:t xml:space="preserve"> </w:t>
      </w:r>
      <w:proofErr w:type="spellStart"/>
      <w:r w:rsidRPr="00693F1B">
        <w:rPr>
          <w:i/>
          <w:iCs/>
        </w:rPr>
        <w:t>întârzieri</w:t>
      </w:r>
      <w:proofErr w:type="spellEnd"/>
      <w:r w:rsidRPr="00693F1B">
        <w:rPr>
          <w:i/>
          <w:iCs/>
        </w:rPr>
        <w:t xml:space="preserve"> </w:t>
      </w:r>
      <w:proofErr w:type="spellStart"/>
      <w:r w:rsidRPr="00693F1B">
        <w:rPr>
          <w:i/>
          <w:iCs/>
        </w:rPr>
        <w:t>nejustificate</w:t>
      </w:r>
      <w:proofErr w:type="spellEnd"/>
      <w:r w:rsidRPr="00693F1B">
        <w:rPr>
          <w:i/>
          <w:iCs/>
        </w:rPr>
        <w:t xml:space="preserve">, din </w:t>
      </w:r>
      <w:proofErr w:type="spellStart"/>
      <w:r w:rsidRPr="00693F1B">
        <w:rPr>
          <w:i/>
          <w:iCs/>
        </w:rPr>
        <w:t>următoarele</w:t>
      </w:r>
      <w:proofErr w:type="spellEnd"/>
      <w:r w:rsidRPr="00693F1B">
        <w:rPr>
          <w:i/>
          <w:iCs/>
        </w:rPr>
        <w:t xml:space="preserve"> motive (se </w:t>
      </w:r>
      <w:proofErr w:type="spellStart"/>
      <w:r w:rsidRPr="00693F1B">
        <w:rPr>
          <w:i/>
          <w:iCs/>
        </w:rPr>
        <w:t>bifează</w:t>
      </w:r>
      <w:proofErr w:type="spellEnd"/>
      <w:r w:rsidRPr="00693F1B">
        <w:rPr>
          <w:i/>
          <w:iCs/>
        </w:rPr>
        <w:t xml:space="preserve"> </w:t>
      </w:r>
      <w:proofErr w:type="spellStart"/>
      <w:r w:rsidRPr="00693F1B">
        <w:rPr>
          <w:i/>
          <w:iCs/>
        </w:rPr>
        <w:t>situația</w:t>
      </w:r>
      <w:proofErr w:type="spellEnd"/>
      <w:r w:rsidRPr="00693F1B">
        <w:rPr>
          <w:i/>
          <w:iCs/>
        </w:rPr>
        <w:t xml:space="preserve"> </w:t>
      </w:r>
      <w:proofErr w:type="spellStart"/>
      <w:r w:rsidRPr="00693F1B">
        <w:rPr>
          <w:i/>
          <w:iCs/>
        </w:rPr>
        <w:t>corespunzătoare</w:t>
      </w:r>
      <w:proofErr w:type="spellEnd"/>
      <w:r w:rsidRPr="00693F1B">
        <w:rPr>
          <w:i/>
          <w:iCs/>
        </w:rPr>
        <w:t>):</w:t>
      </w:r>
    </w:p>
    <w:p w14:paraId="1E76F731" w14:textId="77777777" w:rsidR="00EE7ED3" w:rsidRPr="00693F1B" w:rsidRDefault="00000000">
      <w:pPr>
        <w:numPr>
          <w:ilvl w:val="0"/>
          <w:numId w:val="22"/>
        </w:numPr>
        <w:jc w:val="both"/>
        <w:rPr>
          <w:i/>
          <w:iCs/>
        </w:rPr>
      </w:pPr>
      <w:proofErr w:type="spellStart"/>
      <w:r w:rsidRPr="00693F1B">
        <w:rPr>
          <w:i/>
          <w:iCs/>
        </w:rPr>
        <w:t>datele</w:t>
      </w:r>
      <w:proofErr w:type="spellEnd"/>
      <w:r w:rsidRPr="00693F1B">
        <w:rPr>
          <w:i/>
          <w:iCs/>
        </w:rPr>
        <w:t xml:space="preserve"> cu </w:t>
      </w:r>
      <w:proofErr w:type="spellStart"/>
      <w:r w:rsidRPr="00693F1B">
        <w:rPr>
          <w:i/>
          <w:iCs/>
        </w:rPr>
        <w:t>caracter</w:t>
      </w:r>
      <w:proofErr w:type="spellEnd"/>
      <w:r w:rsidRPr="00693F1B">
        <w:rPr>
          <w:i/>
          <w:iCs/>
        </w:rPr>
        <w:t xml:space="preserve"> personal nu </w:t>
      </w:r>
      <w:proofErr w:type="spellStart"/>
      <w:r w:rsidRPr="00693F1B">
        <w:rPr>
          <w:i/>
          <w:iCs/>
        </w:rPr>
        <w:t>mai</w:t>
      </w:r>
      <w:proofErr w:type="spellEnd"/>
      <w:r w:rsidRPr="00693F1B">
        <w:rPr>
          <w:i/>
          <w:iCs/>
        </w:rPr>
        <w:t xml:space="preserve"> sunt </w:t>
      </w:r>
      <w:proofErr w:type="spellStart"/>
      <w:r w:rsidRPr="00693F1B">
        <w:rPr>
          <w:i/>
          <w:iCs/>
        </w:rPr>
        <w:t>necesare</w:t>
      </w:r>
      <w:proofErr w:type="spellEnd"/>
      <w:r w:rsidRPr="00693F1B">
        <w:rPr>
          <w:i/>
          <w:iCs/>
        </w:rPr>
        <w:t xml:space="preserve"> </w:t>
      </w:r>
      <w:proofErr w:type="spellStart"/>
      <w:r w:rsidRPr="00693F1B">
        <w:rPr>
          <w:i/>
          <w:iCs/>
        </w:rPr>
        <w:t>pentru</w:t>
      </w:r>
      <w:proofErr w:type="spellEnd"/>
      <w:r w:rsidRPr="00693F1B">
        <w:rPr>
          <w:i/>
          <w:iCs/>
        </w:rPr>
        <w:t xml:space="preserve"> </w:t>
      </w:r>
      <w:proofErr w:type="spellStart"/>
      <w:r w:rsidRPr="00693F1B">
        <w:rPr>
          <w:i/>
          <w:iCs/>
        </w:rPr>
        <w:t>îndeplinirea</w:t>
      </w:r>
      <w:proofErr w:type="spellEnd"/>
      <w:r w:rsidRPr="00693F1B">
        <w:rPr>
          <w:i/>
          <w:iCs/>
        </w:rPr>
        <w:t xml:space="preserve"> </w:t>
      </w:r>
      <w:proofErr w:type="spellStart"/>
      <w:r w:rsidRPr="00693F1B">
        <w:rPr>
          <w:i/>
          <w:iCs/>
        </w:rPr>
        <w:t>scopurilor</w:t>
      </w:r>
      <w:proofErr w:type="spellEnd"/>
      <w:r w:rsidRPr="00693F1B">
        <w:rPr>
          <w:i/>
          <w:iCs/>
        </w:rPr>
        <w:t xml:space="preserve"> administrative </w:t>
      </w:r>
      <w:proofErr w:type="spellStart"/>
      <w:r w:rsidRPr="00693F1B">
        <w:rPr>
          <w:i/>
          <w:iCs/>
        </w:rPr>
        <w:t>pentru</w:t>
      </w:r>
      <w:proofErr w:type="spellEnd"/>
      <w:r w:rsidRPr="00693F1B">
        <w:rPr>
          <w:i/>
          <w:iCs/>
        </w:rPr>
        <w:t xml:space="preserve"> care au </w:t>
      </w:r>
      <w:proofErr w:type="spellStart"/>
      <w:r w:rsidRPr="00693F1B">
        <w:rPr>
          <w:i/>
          <w:iCs/>
        </w:rPr>
        <w:t>fost</w:t>
      </w:r>
      <w:proofErr w:type="spellEnd"/>
      <w:r w:rsidRPr="00693F1B">
        <w:rPr>
          <w:i/>
          <w:iCs/>
        </w:rPr>
        <w:t xml:space="preserve"> </w:t>
      </w:r>
      <w:proofErr w:type="spellStart"/>
      <w:r w:rsidRPr="00693F1B">
        <w:rPr>
          <w:i/>
          <w:iCs/>
        </w:rPr>
        <w:t>colectate</w:t>
      </w:r>
      <w:proofErr w:type="spellEnd"/>
      <w:r w:rsidRPr="00693F1B">
        <w:rPr>
          <w:i/>
          <w:iCs/>
        </w:rPr>
        <w:t xml:space="preserve"> </w:t>
      </w:r>
      <w:proofErr w:type="spellStart"/>
      <w:r w:rsidRPr="00693F1B">
        <w:rPr>
          <w:i/>
          <w:iCs/>
        </w:rPr>
        <w:t>sau</w:t>
      </w:r>
      <w:proofErr w:type="spellEnd"/>
      <w:r w:rsidRPr="00693F1B">
        <w:rPr>
          <w:i/>
          <w:iCs/>
        </w:rPr>
        <w:t xml:space="preserve"> </w:t>
      </w:r>
      <w:proofErr w:type="spellStart"/>
      <w:r w:rsidRPr="00693F1B">
        <w:rPr>
          <w:i/>
          <w:iCs/>
        </w:rPr>
        <w:t>prelucrate</w:t>
      </w:r>
      <w:proofErr w:type="spellEnd"/>
      <w:r w:rsidRPr="00693F1B">
        <w:rPr>
          <w:i/>
          <w:iCs/>
        </w:rPr>
        <w:t>;</w:t>
      </w:r>
    </w:p>
    <w:p w14:paraId="54F5D32A" w14:textId="77777777" w:rsidR="00EE7ED3" w:rsidRPr="00693F1B" w:rsidRDefault="00000000">
      <w:pPr>
        <w:numPr>
          <w:ilvl w:val="0"/>
          <w:numId w:val="22"/>
        </w:numPr>
        <w:jc w:val="both"/>
        <w:rPr>
          <w:i/>
          <w:iCs/>
        </w:rPr>
      </w:pPr>
      <w:proofErr w:type="spellStart"/>
      <w:r w:rsidRPr="00693F1B">
        <w:rPr>
          <w:i/>
          <w:iCs/>
        </w:rPr>
        <w:t>îmi</w:t>
      </w:r>
      <w:proofErr w:type="spellEnd"/>
      <w:r w:rsidRPr="00693F1B">
        <w:rPr>
          <w:i/>
          <w:iCs/>
        </w:rPr>
        <w:t xml:space="preserve"> </w:t>
      </w:r>
      <w:proofErr w:type="spellStart"/>
      <w:r w:rsidRPr="00693F1B">
        <w:rPr>
          <w:i/>
          <w:iCs/>
        </w:rPr>
        <w:t>retrag</w:t>
      </w:r>
      <w:proofErr w:type="spellEnd"/>
      <w:r w:rsidRPr="00693F1B">
        <w:rPr>
          <w:i/>
          <w:iCs/>
        </w:rPr>
        <w:t xml:space="preserve"> </w:t>
      </w:r>
      <w:proofErr w:type="spellStart"/>
      <w:r w:rsidRPr="00693F1B">
        <w:rPr>
          <w:i/>
          <w:iCs/>
        </w:rPr>
        <w:t>consimțământul</w:t>
      </w:r>
      <w:proofErr w:type="spellEnd"/>
      <w:r w:rsidRPr="00693F1B">
        <w:rPr>
          <w:i/>
          <w:iCs/>
        </w:rPr>
        <w:t xml:space="preserve"> pe </w:t>
      </w:r>
      <w:proofErr w:type="spellStart"/>
      <w:r w:rsidRPr="00693F1B">
        <w:rPr>
          <w:i/>
          <w:iCs/>
        </w:rPr>
        <w:t>baza</w:t>
      </w:r>
      <w:proofErr w:type="spellEnd"/>
      <w:r w:rsidRPr="00693F1B">
        <w:rPr>
          <w:i/>
          <w:iCs/>
        </w:rPr>
        <w:t xml:space="preserve"> </w:t>
      </w:r>
      <w:proofErr w:type="spellStart"/>
      <w:r w:rsidRPr="00693F1B">
        <w:rPr>
          <w:i/>
          <w:iCs/>
        </w:rPr>
        <w:t>căruia</w:t>
      </w:r>
      <w:proofErr w:type="spellEnd"/>
      <w:r w:rsidRPr="00693F1B">
        <w:rPr>
          <w:i/>
          <w:iCs/>
        </w:rPr>
        <w:t xml:space="preserve"> </w:t>
      </w:r>
      <w:proofErr w:type="gramStart"/>
      <w:r w:rsidRPr="00693F1B">
        <w:rPr>
          <w:i/>
          <w:iCs/>
        </w:rPr>
        <w:t>a</w:t>
      </w:r>
      <w:proofErr w:type="gramEnd"/>
      <w:r w:rsidRPr="00693F1B">
        <w:rPr>
          <w:i/>
          <w:iCs/>
        </w:rPr>
        <w:t xml:space="preserve"> </w:t>
      </w:r>
      <w:proofErr w:type="spellStart"/>
      <w:r w:rsidRPr="00693F1B">
        <w:rPr>
          <w:i/>
          <w:iCs/>
        </w:rPr>
        <w:t>avut</w:t>
      </w:r>
      <w:proofErr w:type="spellEnd"/>
      <w:r w:rsidRPr="00693F1B">
        <w:rPr>
          <w:i/>
          <w:iCs/>
        </w:rPr>
        <w:t xml:space="preserve"> loc </w:t>
      </w:r>
      <w:proofErr w:type="spellStart"/>
      <w:r w:rsidRPr="00693F1B">
        <w:rPr>
          <w:i/>
          <w:iCs/>
        </w:rPr>
        <w:t>prelucrarea</w:t>
      </w:r>
      <w:proofErr w:type="spellEnd"/>
      <w:r w:rsidRPr="00693F1B">
        <w:rPr>
          <w:i/>
          <w:iCs/>
        </w:rPr>
        <w:t xml:space="preserve"> (</w:t>
      </w:r>
      <w:proofErr w:type="spellStart"/>
      <w:r w:rsidRPr="00693F1B">
        <w:rPr>
          <w:i/>
          <w:iCs/>
        </w:rPr>
        <w:t>aplicabil</w:t>
      </w:r>
      <w:proofErr w:type="spellEnd"/>
      <w:r w:rsidRPr="00693F1B">
        <w:rPr>
          <w:i/>
          <w:iCs/>
        </w:rPr>
        <w:t xml:space="preserve"> </w:t>
      </w:r>
      <w:proofErr w:type="spellStart"/>
      <w:r w:rsidRPr="00693F1B">
        <w:rPr>
          <w:i/>
          <w:iCs/>
        </w:rPr>
        <w:t>doar</w:t>
      </w:r>
      <w:proofErr w:type="spellEnd"/>
      <w:r w:rsidRPr="00693F1B">
        <w:rPr>
          <w:i/>
          <w:iCs/>
        </w:rPr>
        <w:t xml:space="preserve"> </w:t>
      </w:r>
      <w:proofErr w:type="spellStart"/>
      <w:r w:rsidRPr="00693F1B">
        <w:rPr>
          <w:i/>
          <w:iCs/>
        </w:rPr>
        <w:t>pentru</w:t>
      </w:r>
      <w:proofErr w:type="spellEnd"/>
      <w:r w:rsidRPr="00693F1B">
        <w:rPr>
          <w:i/>
          <w:iCs/>
        </w:rPr>
        <w:t xml:space="preserve"> </w:t>
      </w:r>
      <w:proofErr w:type="spellStart"/>
      <w:r w:rsidRPr="00693F1B">
        <w:rPr>
          <w:i/>
          <w:iCs/>
        </w:rPr>
        <w:t>servicii</w:t>
      </w:r>
      <w:proofErr w:type="spellEnd"/>
      <w:r w:rsidRPr="00693F1B">
        <w:rPr>
          <w:i/>
          <w:iCs/>
        </w:rPr>
        <w:t xml:space="preserve"> </w:t>
      </w:r>
      <w:proofErr w:type="spellStart"/>
      <w:r w:rsidRPr="00693F1B">
        <w:rPr>
          <w:i/>
          <w:iCs/>
        </w:rPr>
        <w:t>publice</w:t>
      </w:r>
      <w:proofErr w:type="spellEnd"/>
      <w:r w:rsidRPr="00693F1B">
        <w:rPr>
          <w:i/>
          <w:iCs/>
        </w:rPr>
        <w:t xml:space="preserve"> </w:t>
      </w:r>
      <w:proofErr w:type="spellStart"/>
      <w:r w:rsidRPr="00693F1B">
        <w:rPr>
          <w:i/>
          <w:iCs/>
        </w:rPr>
        <w:t>opționale</w:t>
      </w:r>
      <w:proofErr w:type="spellEnd"/>
      <w:r w:rsidRPr="00693F1B">
        <w:rPr>
          <w:i/>
          <w:iCs/>
        </w:rPr>
        <w:t>/</w:t>
      </w:r>
      <w:proofErr w:type="spellStart"/>
      <w:r w:rsidRPr="00693F1B">
        <w:rPr>
          <w:i/>
          <w:iCs/>
        </w:rPr>
        <w:t>comunitare</w:t>
      </w:r>
      <w:proofErr w:type="spellEnd"/>
      <w:r w:rsidRPr="00693F1B">
        <w:rPr>
          <w:i/>
          <w:iCs/>
        </w:rPr>
        <w:t xml:space="preserve"> </w:t>
      </w:r>
      <w:proofErr w:type="spellStart"/>
      <w:r w:rsidRPr="00693F1B">
        <w:rPr>
          <w:i/>
          <w:iCs/>
        </w:rPr>
        <w:t>bazate</w:t>
      </w:r>
      <w:proofErr w:type="spellEnd"/>
      <w:r w:rsidRPr="00693F1B">
        <w:rPr>
          <w:i/>
          <w:iCs/>
        </w:rPr>
        <w:t xml:space="preserve"> pe </w:t>
      </w:r>
      <w:proofErr w:type="spellStart"/>
      <w:r w:rsidRPr="00693F1B">
        <w:rPr>
          <w:i/>
          <w:iCs/>
        </w:rPr>
        <w:t>acord</w:t>
      </w:r>
      <w:proofErr w:type="spellEnd"/>
      <w:r w:rsidRPr="00693F1B">
        <w:rPr>
          <w:i/>
          <w:iCs/>
        </w:rPr>
        <w:t xml:space="preserve">) </w:t>
      </w:r>
      <w:proofErr w:type="spellStart"/>
      <w:r w:rsidRPr="00693F1B">
        <w:rPr>
          <w:i/>
          <w:iCs/>
        </w:rPr>
        <w:t>și</w:t>
      </w:r>
      <w:proofErr w:type="spellEnd"/>
      <w:r w:rsidRPr="00693F1B">
        <w:rPr>
          <w:i/>
          <w:iCs/>
        </w:rPr>
        <w:t xml:space="preserve"> nu </w:t>
      </w:r>
      <w:proofErr w:type="spellStart"/>
      <w:r w:rsidRPr="00693F1B">
        <w:rPr>
          <w:i/>
          <w:iCs/>
        </w:rPr>
        <w:t>există</w:t>
      </w:r>
      <w:proofErr w:type="spellEnd"/>
      <w:r w:rsidRPr="00693F1B">
        <w:rPr>
          <w:i/>
          <w:iCs/>
        </w:rPr>
        <w:t xml:space="preserve"> </w:t>
      </w:r>
      <w:proofErr w:type="spellStart"/>
      <w:r w:rsidRPr="00693F1B">
        <w:rPr>
          <w:i/>
          <w:iCs/>
        </w:rPr>
        <w:t>niciun</w:t>
      </w:r>
      <w:proofErr w:type="spellEnd"/>
      <w:r w:rsidRPr="00693F1B">
        <w:rPr>
          <w:i/>
          <w:iCs/>
        </w:rPr>
        <w:t xml:space="preserve"> alt </w:t>
      </w:r>
      <w:proofErr w:type="spellStart"/>
      <w:r w:rsidRPr="00693F1B">
        <w:rPr>
          <w:i/>
          <w:iCs/>
        </w:rPr>
        <w:t>temei</w:t>
      </w:r>
      <w:proofErr w:type="spellEnd"/>
      <w:r w:rsidRPr="00693F1B">
        <w:rPr>
          <w:i/>
          <w:iCs/>
        </w:rPr>
        <w:t xml:space="preserve"> juridic </w:t>
      </w:r>
      <w:proofErr w:type="spellStart"/>
      <w:r w:rsidRPr="00693F1B">
        <w:rPr>
          <w:i/>
          <w:iCs/>
        </w:rPr>
        <w:t>pentru</w:t>
      </w:r>
      <w:proofErr w:type="spellEnd"/>
      <w:r w:rsidRPr="00693F1B">
        <w:rPr>
          <w:i/>
          <w:iCs/>
        </w:rPr>
        <w:t xml:space="preserve"> </w:t>
      </w:r>
      <w:proofErr w:type="spellStart"/>
      <w:r w:rsidRPr="00693F1B">
        <w:rPr>
          <w:i/>
          <w:iCs/>
        </w:rPr>
        <w:t>prelucrare</w:t>
      </w:r>
      <w:proofErr w:type="spellEnd"/>
      <w:r w:rsidRPr="00693F1B">
        <w:rPr>
          <w:i/>
          <w:iCs/>
        </w:rPr>
        <w:t>;</w:t>
      </w:r>
    </w:p>
    <w:p w14:paraId="75B2CD38" w14:textId="77777777" w:rsidR="00EE7ED3" w:rsidRPr="00693F1B" w:rsidRDefault="00000000">
      <w:pPr>
        <w:numPr>
          <w:ilvl w:val="0"/>
          <w:numId w:val="22"/>
        </w:numPr>
        <w:jc w:val="both"/>
        <w:rPr>
          <w:i/>
          <w:iCs/>
        </w:rPr>
      </w:pPr>
      <w:proofErr w:type="spellStart"/>
      <w:r w:rsidRPr="00693F1B">
        <w:rPr>
          <w:i/>
          <w:iCs/>
        </w:rPr>
        <w:t>mă</w:t>
      </w:r>
      <w:proofErr w:type="spellEnd"/>
      <w:r w:rsidRPr="00693F1B">
        <w:rPr>
          <w:i/>
          <w:iCs/>
        </w:rPr>
        <w:t xml:space="preserve"> </w:t>
      </w:r>
      <w:proofErr w:type="spellStart"/>
      <w:r w:rsidRPr="00693F1B">
        <w:rPr>
          <w:i/>
          <w:iCs/>
        </w:rPr>
        <w:t>opun</w:t>
      </w:r>
      <w:proofErr w:type="spellEnd"/>
      <w:r w:rsidRPr="00693F1B">
        <w:rPr>
          <w:i/>
          <w:iCs/>
        </w:rPr>
        <w:t xml:space="preserve"> </w:t>
      </w:r>
      <w:proofErr w:type="spellStart"/>
      <w:r w:rsidRPr="00693F1B">
        <w:rPr>
          <w:i/>
          <w:iCs/>
        </w:rPr>
        <w:t>prelucrării</w:t>
      </w:r>
      <w:proofErr w:type="spellEnd"/>
      <w:r w:rsidRPr="00693F1B">
        <w:rPr>
          <w:i/>
          <w:iCs/>
        </w:rPr>
        <w:t xml:space="preserve"> </w:t>
      </w:r>
      <w:proofErr w:type="spellStart"/>
      <w:r w:rsidRPr="00693F1B">
        <w:rPr>
          <w:i/>
          <w:iCs/>
        </w:rPr>
        <w:t>în</w:t>
      </w:r>
      <w:proofErr w:type="spellEnd"/>
      <w:r w:rsidRPr="00693F1B">
        <w:rPr>
          <w:i/>
          <w:iCs/>
        </w:rPr>
        <w:t xml:space="preserve"> </w:t>
      </w:r>
      <w:proofErr w:type="spellStart"/>
      <w:r w:rsidRPr="00693F1B">
        <w:rPr>
          <w:i/>
          <w:iCs/>
        </w:rPr>
        <w:t>temeiul</w:t>
      </w:r>
      <w:proofErr w:type="spellEnd"/>
      <w:r w:rsidRPr="00693F1B">
        <w:rPr>
          <w:i/>
          <w:iCs/>
        </w:rPr>
        <w:t xml:space="preserve"> </w:t>
      </w:r>
      <w:proofErr w:type="spellStart"/>
      <w:r w:rsidRPr="00693F1B">
        <w:rPr>
          <w:i/>
          <w:iCs/>
        </w:rPr>
        <w:t>Articolului</w:t>
      </w:r>
      <w:proofErr w:type="spellEnd"/>
      <w:r w:rsidRPr="00693F1B">
        <w:rPr>
          <w:i/>
          <w:iCs/>
        </w:rPr>
        <w:t xml:space="preserve"> 21 din </w:t>
      </w:r>
      <w:proofErr w:type="spellStart"/>
      <w:r w:rsidRPr="00693F1B">
        <w:rPr>
          <w:i/>
          <w:iCs/>
        </w:rPr>
        <w:t>Legea</w:t>
      </w:r>
      <w:proofErr w:type="spellEnd"/>
      <w:r w:rsidRPr="00693F1B">
        <w:rPr>
          <w:i/>
          <w:iCs/>
        </w:rPr>
        <w:t xml:space="preserve"> nr. 195/2024 </w:t>
      </w:r>
      <w:proofErr w:type="spellStart"/>
      <w:r w:rsidRPr="00693F1B">
        <w:rPr>
          <w:i/>
          <w:iCs/>
        </w:rPr>
        <w:t>și</w:t>
      </w:r>
      <w:proofErr w:type="spellEnd"/>
      <w:r w:rsidRPr="00693F1B">
        <w:rPr>
          <w:i/>
          <w:iCs/>
        </w:rPr>
        <w:t xml:space="preserve"> nu </w:t>
      </w:r>
      <w:proofErr w:type="spellStart"/>
      <w:r w:rsidRPr="00693F1B">
        <w:rPr>
          <w:i/>
          <w:iCs/>
        </w:rPr>
        <w:t>există</w:t>
      </w:r>
      <w:proofErr w:type="spellEnd"/>
      <w:r w:rsidRPr="00693F1B">
        <w:rPr>
          <w:i/>
          <w:iCs/>
        </w:rPr>
        <w:t xml:space="preserve"> motive legitime administrative </w:t>
      </w:r>
      <w:proofErr w:type="spellStart"/>
      <w:r w:rsidRPr="00693F1B">
        <w:rPr>
          <w:i/>
          <w:iCs/>
        </w:rPr>
        <w:t>superioare</w:t>
      </w:r>
      <w:proofErr w:type="spellEnd"/>
      <w:r w:rsidRPr="00693F1B">
        <w:rPr>
          <w:i/>
          <w:iCs/>
        </w:rPr>
        <w:t xml:space="preserve"> care </w:t>
      </w:r>
      <w:proofErr w:type="spellStart"/>
      <w:r w:rsidRPr="00693F1B">
        <w:rPr>
          <w:i/>
          <w:iCs/>
        </w:rPr>
        <w:t>să</w:t>
      </w:r>
      <w:proofErr w:type="spellEnd"/>
      <w:r w:rsidRPr="00693F1B">
        <w:rPr>
          <w:i/>
          <w:iCs/>
        </w:rPr>
        <w:t xml:space="preserve"> </w:t>
      </w:r>
      <w:proofErr w:type="spellStart"/>
      <w:r w:rsidRPr="00693F1B">
        <w:rPr>
          <w:i/>
          <w:iCs/>
        </w:rPr>
        <w:t>prevaleze</w:t>
      </w:r>
      <w:proofErr w:type="spellEnd"/>
      <w:r w:rsidRPr="00693F1B">
        <w:rPr>
          <w:i/>
          <w:iCs/>
        </w:rPr>
        <w:t>;</w:t>
      </w:r>
    </w:p>
    <w:p w14:paraId="6777CAD0" w14:textId="77777777" w:rsidR="00EE7ED3" w:rsidRPr="00693F1B" w:rsidRDefault="00000000">
      <w:pPr>
        <w:numPr>
          <w:ilvl w:val="0"/>
          <w:numId w:val="22"/>
        </w:numPr>
        <w:jc w:val="both"/>
        <w:rPr>
          <w:i/>
          <w:iCs/>
        </w:rPr>
      </w:pPr>
      <w:proofErr w:type="spellStart"/>
      <w:r w:rsidRPr="00693F1B">
        <w:rPr>
          <w:i/>
          <w:iCs/>
        </w:rPr>
        <w:t>datele</w:t>
      </w:r>
      <w:proofErr w:type="spellEnd"/>
      <w:r w:rsidRPr="00693F1B">
        <w:rPr>
          <w:i/>
          <w:iCs/>
        </w:rPr>
        <w:t xml:space="preserve"> cu </w:t>
      </w:r>
      <w:proofErr w:type="spellStart"/>
      <w:r w:rsidRPr="00693F1B">
        <w:rPr>
          <w:i/>
          <w:iCs/>
        </w:rPr>
        <w:t>caracter</w:t>
      </w:r>
      <w:proofErr w:type="spellEnd"/>
      <w:r w:rsidRPr="00693F1B">
        <w:rPr>
          <w:i/>
          <w:iCs/>
        </w:rPr>
        <w:t xml:space="preserve"> personal au </w:t>
      </w:r>
      <w:proofErr w:type="spellStart"/>
      <w:r w:rsidRPr="00693F1B">
        <w:rPr>
          <w:i/>
          <w:iCs/>
        </w:rPr>
        <w:t>fost</w:t>
      </w:r>
      <w:proofErr w:type="spellEnd"/>
      <w:r w:rsidRPr="00693F1B">
        <w:rPr>
          <w:i/>
          <w:iCs/>
        </w:rPr>
        <w:t xml:space="preserve"> </w:t>
      </w:r>
      <w:proofErr w:type="spellStart"/>
      <w:r w:rsidRPr="00693F1B">
        <w:rPr>
          <w:i/>
          <w:iCs/>
        </w:rPr>
        <w:t>prelucrate</w:t>
      </w:r>
      <w:proofErr w:type="spellEnd"/>
      <w:r w:rsidRPr="00693F1B">
        <w:rPr>
          <w:i/>
          <w:iCs/>
        </w:rPr>
        <w:t xml:space="preserve"> </w:t>
      </w:r>
      <w:proofErr w:type="spellStart"/>
      <w:r w:rsidRPr="00693F1B">
        <w:rPr>
          <w:i/>
          <w:iCs/>
        </w:rPr>
        <w:t>ilegal</w:t>
      </w:r>
      <w:proofErr w:type="spellEnd"/>
      <w:r w:rsidRPr="00693F1B">
        <w:rPr>
          <w:i/>
          <w:iCs/>
        </w:rPr>
        <w:t xml:space="preserve"> de </w:t>
      </w:r>
      <w:proofErr w:type="spellStart"/>
      <w:r w:rsidRPr="00693F1B">
        <w:rPr>
          <w:i/>
          <w:iCs/>
        </w:rPr>
        <w:t>către</w:t>
      </w:r>
      <w:proofErr w:type="spellEnd"/>
      <w:r w:rsidRPr="00693F1B">
        <w:rPr>
          <w:i/>
          <w:iCs/>
        </w:rPr>
        <w:t xml:space="preserve"> </w:t>
      </w:r>
      <w:proofErr w:type="spellStart"/>
      <w:r w:rsidRPr="00693F1B">
        <w:rPr>
          <w:i/>
          <w:iCs/>
        </w:rPr>
        <w:t>instituție</w:t>
      </w:r>
      <w:proofErr w:type="spellEnd"/>
      <w:r w:rsidRPr="00693F1B">
        <w:rPr>
          <w:i/>
          <w:iCs/>
        </w:rPr>
        <w:t>;</w:t>
      </w:r>
    </w:p>
    <w:p w14:paraId="79AC75EF" w14:textId="77777777" w:rsidR="00EE7ED3" w:rsidRPr="00693F1B" w:rsidRDefault="00000000">
      <w:pPr>
        <w:numPr>
          <w:ilvl w:val="0"/>
          <w:numId w:val="22"/>
        </w:numPr>
        <w:jc w:val="both"/>
        <w:rPr>
          <w:i/>
          <w:iCs/>
        </w:rPr>
      </w:pPr>
      <w:proofErr w:type="spellStart"/>
      <w:r w:rsidRPr="00693F1B">
        <w:rPr>
          <w:i/>
          <w:iCs/>
        </w:rPr>
        <w:t>datele</w:t>
      </w:r>
      <w:proofErr w:type="spellEnd"/>
      <w:r w:rsidRPr="00693F1B">
        <w:rPr>
          <w:i/>
          <w:iCs/>
        </w:rPr>
        <w:t xml:space="preserve"> cu </w:t>
      </w:r>
      <w:proofErr w:type="spellStart"/>
      <w:r w:rsidRPr="00693F1B">
        <w:rPr>
          <w:i/>
          <w:iCs/>
        </w:rPr>
        <w:t>caracter</w:t>
      </w:r>
      <w:proofErr w:type="spellEnd"/>
      <w:r w:rsidRPr="00693F1B">
        <w:rPr>
          <w:i/>
          <w:iCs/>
        </w:rPr>
        <w:t xml:space="preserve"> personal </w:t>
      </w:r>
      <w:proofErr w:type="spellStart"/>
      <w:r w:rsidRPr="00693F1B">
        <w:rPr>
          <w:i/>
          <w:iCs/>
        </w:rPr>
        <w:t>trebuie</w:t>
      </w:r>
      <w:proofErr w:type="spellEnd"/>
      <w:r w:rsidRPr="00693F1B">
        <w:rPr>
          <w:i/>
          <w:iCs/>
        </w:rPr>
        <w:t xml:space="preserve"> </w:t>
      </w:r>
      <w:proofErr w:type="spellStart"/>
      <w:r w:rsidRPr="00693F1B">
        <w:rPr>
          <w:i/>
          <w:iCs/>
        </w:rPr>
        <w:t>șterse</w:t>
      </w:r>
      <w:proofErr w:type="spellEnd"/>
      <w:r w:rsidRPr="00693F1B">
        <w:rPr>
          <w:i/>
          <w:iCs/>
        </w:rPr>
        <w:t xml:space="preserve"> </w:t>
      </w:r>
      <w:proofErr w:type="spellStart"/>
      <w:r w:rsidRPr="00693F1B">
        <w:rPr>
          <w:i/>
          <w:iCs/>
        </w:rPr>
        <w:t>pentru</w:t>
      </w:r>
      <w:proofErr w:type="spellEnd"/>
      <w:r w:rsidRPr="00693F1B">
        <w:rPr>
          <w:i/>
          <w:iCs/>
        </w:rPr>
        <w:t xml:space="preserve"> </w:t>
      </w:r>
      <w:proofErr w:type="spellStart"/>
      <w:r w:rsidRPr="00693F1B">
        <w:rPr>
          <w:i/>
          <w:iCs/>
        </w:rPr>
        <w:t>respectarea</w:t>
      </w:r>
      <w:proofErr w:type="spellEnd"/>
      <w:r w:rsidRPr="00693F1B">
        <w:rPr>
          <w:i/>
          <w:iCs/>
        </w:rPr>
        <w:t xml:space="preserve"> </w:t>
      </w:r>
      <w:proofErr w:type="spellStart"/>
      <w:r w:rsidRPr="00693F1B">
        <w:rPr>
          <w:i/>
          <w:iCs/>
        </w:rPr>
        <w:t>unei</w:t>
      </w:r>
      <w:proofErr w:type="spellEnd"/>
      <w:r w:rsidRPr="00693F1B">
        <w:rPr>
          <w:i/>
          <w:iCs/>
        </w:rPr>
        <w:t xml:space="preserve"> </w:t>
      </w:r>
      <w:proofErr w:type="spellStart"/>
      <w:r w:rsidRPr="00693F1B">
        <w:rPr>
          <w:i/>
          <w:iCs/>
        </w:rPr>
        <w:t>obligații</w:t>
      </w:r>
      <w:proofErr w:type="spellEnd"/>
      <w:r w:rsidRPr="00693F1B">
        <w:rPr>
          <w:i/>
          <w:iCs/>
        </w:rPr>
        <w:t xml:space="preserve"> </w:t>
      </w:r>
      <w:proofErr w:type="spellStart"/>
      <w:r w:rsidRPr="00693F1B">
        <w:rPr>
          <w:i/>
          <w:iCs/>
        </w:rPr>
        <w:t>legale</w:t>
      </w:r>
      <w:proofErr w:type="spellEnd"/>
      <w:r w:rsidRPr="00693F1B">
        <w:rPr>
          <w:i/>
          <w:iCs/>
        </w:rPr>
        <w:t xml:space="preserve"> </w:t>
      </w:r>
      <w:proofErr w:type="spellStart"/>
      <w:r w:rsidRPr="00693F1B">
        <w:rPr>
          <w:i/>
          <w:iCs/>
        </w:rPr>
        <w:t>exprese</w:t>
      </w:r>
      <w:proofErr w:type="spellEnd"/>
      <w:r w:rsidRPr="00693F1B">
        <w:rPr>
          <w:i/>
          <w:iCs/>
        </w:rPr>
        <w:t xml:space="preserve"> care </w:t>
      </w:r>
      <w:proofErr w:type="spellStart"/>
      <w:r w:rsidRPr="00693F1B">
        <w:rPr>
          <w:i/>
          <w:iCs/>
        </w:rPr>
        <w:t>îi</w:t>
      </w:r>
      <w:proofErr w:type="spellEnd"/>
      <w:r w:rsidRPr="00693F1B">
        <w:rPr>
          <w:i/>
          <w:iCs/>
        </w:rPr>
        <w:t xml:space="preserve"> </w:t>
      </w:r>
      <w:proofErr w:type="spellStart"/>
      <w:r w:rsidRPr="00693F1B">
        <w:rPr>
          <w:i/>
          <w:iCs/>
        </w:rPr>
        <w:t>revine</w:t>
      </w:r>
      <w:proofErr w:type="spellEnd"/>
      <w:r w:rsidRPr="00693F1B">
        <w:rPr>
          <w:i/>
          <w:iCs/>
        </w:rPr>
        <w:t xml:space="preserve"> </w:t>
      </w:r>
      <w:proofErr w:type="spellStart"/>
      <w:r w:rsidRPr="00693F1B">
        <w:rPr>
          <w:i/>
          <w:iCs/>
        </w:rPr>
        <w:t>Primăriei</w:t>
      </w:r>
      <w:proofErr w:type="spellEnd"/>
      <w:r w:rsidRPr="00693F1B">
        <w:rPr>
          <w:i/>
          <w:iCs/>
        </w:rPr>
        <w:t>.</w:t>
      </w:r>
    </w:p>
    <w:p w14:paraId="68355300" w14:textId="77777777" w:rsidR="00EE7ED3" w:rsidRPr="00CA18A1" w:rsidRDefault="00000000" w:rsidP="00483C2B">
      <w:pPr>
        <w:spacing w:after="0"/>
        <w:jc w:val="both"/>
        <w:rPr>
          <w:i/>
          <w:iCs/>
        </w:rPr>
      </w:pPr>
      <w:proofErr w:type="spellStart"/>
      <w:r w:rsidRPr="00693F1B">
        <w:rPr>
          <w:i/>
          <w:iCs/>
        </w:rPr>
        <w:t>Anexez</w:t>
      </w:r>
      <w:proofErr w:type="spellEnd"/>
      <w:r w:rsidRPr="00693F1B">
        <w:rPr>
          <w:i/>
          <w:iCs/>
        </w:rPr>
        <w:t xml:space="preserve"> </w:t>
      </w:r>
      <w:proofErr w:type="spellStart"/>
      <w:r w:rsidRPr="00693F1B">
        <w:rPr>
          <w:i/>
          <w:iCs/>
        </w:rPr>
        <w:t>în</w:t>
      </w:r>
      <w:proofErr w:type="spellEnd"/>
      <w:r w:rsidRPr="00693F1B">
        <w:rPr>
          <w:i/>
          <w:iCs/>
        </w:rPr>
        <w:t xml:space="preserve"> original / </w:t>
      </w:r>
      <w:proofErr w:type="spellStart"/>
      <w:r w:rsidRPr="00693F1B">
        <w:rPr>
          <w:i/>
          <w:iCs/>
        </w:rPr>
        <w:t>copie</w:t>
      </w:r>
      <w:proofErr w:type="spellEnd"/>
      <w:r w:rsidRPr="00693F1B">
        <w:rPr>
          <w:i/>
          <w:iCs/>
        </w:rPr>
        <w:t xml:space="preserve"> </w:t>
      </w:r>
      <w:proofErr w:type="spellStart"/>
      <w:r w:rsidRPr="00693F1B">
        <w:rPr>
          <w:i/>
          <w:iCs/>
        </w:rPr>
        <w:t>următoarele</w:t>
      </w:r>
      <w:proofErr w:type="spellEnd"/>
      <w:r w:rsidRPr="00693F1B">
        <w:rPr>
          <w:i/>
          <w:iCs/>
        </w:rPr>
        <w:t xml:space="preserve"> </w:t>
      </w:r>
      <w:proofErr w:type="spellStart"/>
      <w:r w:rsidRPr="00693F1B">
        <w:rPr>
          <w:i/>
          <w:iCs/>
        </w:rPr>
        <w:t>acte</w:t>
      </w:r>
      <w:proofErr w:type="spellEnd"/>
      <w:r w:rsidRPr="00693F1B">
        <w:rPr>
          <w:i/>
          <w:iCs/>
        </w:rPr>
        <w:t xml:space="preserve"> </w:t>
      </w:r>
      <w:proofErr w:type="spellStart"/>
      <w:r w:rsidRPr="00693F1B">
        <w:rPr>
          <w:i/>
          <w:iCs/>
        </w:rPr>
        <w:t>ce</w:t>
      </w:r>
      <w:proofErr w:type="spellEnd"/>
      <w:r w:rsidRPr="00693F1B">
        <w:rPr>
          <w:i/>
          <w:iCs/>
        </w:rPr>
        <w:t xml:space="preserve"> </w:t>
      </w:r>
      <w:proofErr w:type="spellStart"/>
      <w:r w:rsidRPr="00693F1B">
        <w:rPr>
          <w:i/>
          <w:iCs/>
        </w:rPr>
        <w:t>constituie</w:t>
      </w:r>
      <w:proofErr w:type="spellEnd"/>
      <w:r w:rsidRPr="00693F1B">
        <w:rPr>
          <w:i/>
          <w:iCs/>
        </w:rPr>
        <w:t xml:space="preserve"> </w:t>
      </w:r>
      <w:proofErr w:type="spellStart"/>
      <w:r w:rsidRPr="00693F1B">
        <w:rPr>
          <w:i/>
          <w:iCs/>
        </w:rPr>
        <w:t>temeiul</w:t>
      </w:r>
      <w:proofErr w:type="spellEnd"/>
      <w:r w:rsidRPr="00693F1B">
        <w:rPr>
          <w:i/>
          <w:iCs/>
        </w:rPr>
        <w:t xml:space="preserve"> </w:t>
      </w:r>
      <w:proofErr w:type="spellStart"/>
      <w:r w:rsidRPr="00693F1B">
        <w:rPr>
          <w:i/>
          <w:iCs/>
        </w:rPr>
        <w:t>cererii</w:t>
      </w:r>
      <w:proofErr w:type="spellEnd"/>
      <w:r w:rsidRPr="00693F1B">
        <w:rPr>
          <w:i/>
          <w:iCs/>
        </w:rPr>
        <w:t xml:space="preserve"> mele: </w:t>
      </w:r>
    </w:p>
    <w:p w14:paraId="60BE0688" w14:textId="77777777" w:rsidR="00EE7ED3" w:rsidRPr="00693F1B" w:rsidRDefault="00000000" w:rsidP="00483C2B">
      <w:pPr>
        <w:spacing w:after="0"/>
        <w:jc w:val="both"/>
        <w:rPr>
          <w:i/>
          <w:iCs/>
        </w:rPr>
      </w:pPr>
      <w:r w:rsidRPr="00CA18A1">
        <w:rPr>
          <w:i/>
          <w:iCs/>
        </w:rPr>
        <w:t>...................</w:t>
      </w:r>
      <w:r w:rsidRPr="00693F1B">
        <w:rPr>
          <w:i/>
          <w:iCs/>
        </w:rPr>
        <w:t>.........................................................................................................................................................</w:t>
      </w:r>
    </w:p>
    <w:p w14:paraId="750D7FF2" w14:textId="77777777" w:rsidR="00EE7ED3" w:rsidRPr="00693F1B" w:rsidRDefault="00000000" w:rsidP="00483C2B">
      <w:pPr>
        <w:spacing w:after="0"/>
        <w:jc w:val="both"/>
        <w:rPr>
          <w:i/>
          <w:iCs/>
        </w:rPr>
      </w:pPr>
      <w:proofErr w:type="spellStart"/>
      <w:r w:rsidRPr="00693F1B">
        <w:rPr>
          <w:i/>
          <w:iCs/>
        </w:rPr>
        <w:t>Față</w:t>
      </w:r>
      <w:proofErr w:type="spellEnd"/>
      <w:r w:rsidRPr="00693F1B">
        <w:rPr>
          <w:i/>
          <w:iCs/>
        </w:rPr>
        <w:t xml:space="preserve"> de </w:t>
      </w:r>
      <w:proofErr w:type="spellStart"/>
      <w:r w:rsidRPr="00693F1B">
        <w:rPr>
          <w:i/>
          <w:iCs/>
        </w:rPr>
        <w:t>cele</w:t>
      </w:r>
      <w:proofErr w:type="spellEnd"/>
      <w:r w:rsidRPr="00693F1B">
        <w:rPr>
          <w:i/>
          <w:iCs/>
        </w:rPr>
        <w:t xml:space="preserve"> de </w:t>
      </w:r>
      <w:proofErr w:type="spellStart"/>
      <w:r w:rsidRPr="00693F1B">
        <w:rPr>
          <w:i/>
          <w:iCs/>
        </w:rPr>
        <w:t>mai</w:t>
      </w:r>
      <w:proofErr w:type="spellEnd"/>
      <w:r w:rsidRPr="00693F1B">
        <w:rPr>
          <w:i/>
          <w:iCs/>
        </w:rPr>
        <w:t xml:space="preserve"> sus, </w:t>
      </w:r>
      <w:proofErr w:type="spellStart"/>
      <w:r w:rsidRPr="00693F1B">
        <w:rPr>
          <w:i/>
          <w:iCs/>
        </w:rPr>
        <w:t>vă</w:t>
      </w:r>
      <w:proofErr w:type="spellEnd"/>
      <w:r w:rsidRPr="00693F1B">
        <w:rPr>
          <w:i/>
          <w:iCs/>
        </w:rPr>
        <w:t xml:space="preserve"> rog </w:t>
      </w:r>
      <w:proofErr w:type="spellStart"/>
      <w:r w:rsidRPr="00693F1B">
        <w:rPr>
          <w:i/>
          <w:iCs/>
        </w:rPr>
        <w:t>să</w:t>
      </w:r>
      <w:proofErr w:type="spellEnd"/>
      <w:r w:rsidRPr="00693F1B">
        <w:rPr>
          <w:i/>
          <w:iCs/>
        </w:rPr>
        <w:t xml:space="preserve"> </w:t>
      </w:r>
      <w:proofErr w:type="spellStart"/>
      <w:r w:rsidRPr="00693F1B">
        <w:rPr>
          <w:i/>
          <w:iCs/>
        </w:rPr>
        <w:t>dispuneți</w:t>
      </w:r>
      <w:proofErr w:type="spellEnd"/>
      <w:r w:rsidRPr="00693F1B">
        <w:rPr>
          <w:i/>
          <w:iCs/>
        </w:rPr>
        <w:t xml:space="preserve"> </w:t>
      </w:r>
      <w:proofErr w:type="spellStart"/>
      <w:r w:rsidRPr="00693F1B">
        <w:rPr>
          <w:i/>
          <w:iCs/>
        </w:rPr>
        <w:t>măsurile</w:t>
      </w:r>
      <w:proofErr w:type="spellEnd"/>
      <w:r w:rsidRPr="00693F1B">
        <w:rPr>
          <w:i/>
          <w:iCs/>
        </w:rPr>
        <w:t xml:space="preserve"> </w:t>
      </w:r>
      <w:proofErr w:type="spellStart"/>
      <w:r w:rsidRPr="00693F1B">
        <w:rPr>
          <w:i/>
          <w:iCs/>
        </w:rPr>
        <w:t>legale</w:t>
      </w:r>
      <w:proofErr w:type="spellEnd"/>
      <w:r w:rsidRPr="00693F1B">
        <w:rPr>
          <w:i/>
          <w:iCs/>
        </w:rPr>
        <w:t xml:space="preserve"> </w:t>
      </w:r>
      <w:proofErr w:type="spellStart"/>
      <w:r w:rsidRPr="00693F1B">
        <w:rPr>
          <w:i/>
          <w:iCs/>
        </w:rPr>
        <w:t>pentru</w:t>
      </w:r>
      <w:proofErr w:type="spellEnd"/>
      <w:r w:rsidRPr="00693F1B">
        <w:rPr>
          <w:i/>
          <w:iCs/>
        </w:rPr>
        <w:t xml:space="preserve"> a </w:t>
      </w:r>
      <w:proofErr w:type="spellStart"/>
      <w:r w:rsidRPr="00693F1B">
        <w:rPr>
          <w:i/>
          <w:iCs/>
        </w:rPr>
        <w:t>mă</w:t>
      </w:r>
      <w:proofErr w:type="spellEnd"/>
      <w:r w:rsidRPr="00693F1B">
        <w:rPr>
          <w:i/>
          <w:iCs/>
        </w:rPr>
        <w:t xml:space="preserve"> </w:t>
      </w:r>
      <w:proofErr w:type="spellStart"/>
      <w:r w:rsidRPr="00693F1B">
        <w:rPr>
          <w:i/>
          <w:iCs/>
        </w:rPr>
        <w:t>informa</w:t>
      </w:r>
      <w:proofErr w:type="spellEnd"/>
      <w:r w:rsidRPr="00693F1B">
        <w:rPr>
          <w:i/>
          <w:iCs/>
        </w:rPr>
        <w:t xml:space="preserve"> </w:t>
      </w:r>
      <w:proofErr w:type="spellStart"/>
      <w:r w:rsidRPr="00693F1B">
        <w:rPr>
          <w:i/>
          <w:iCs/>
        </w:rPr>
        <w:t>referitor</w:t>
      </w:r>
      <w:proofErr w:type="spellEnd"/>
      <w:r w:rsidRPr="00693F1B">
        <w:rPr>
          <w:i/>
          <w:iCs/>
        </w:rPr>
        <w:t xml:space="preserve"> la </w:t>
      </w:r>
      <w:proofErr w:type="spellStart"/>
      <w:r w:rsidRPr="00693F1B">
        <w:rPr>
          <w:i/>
          <w:iCs/>
        </w:rPr>
        <w:t>soluționarea</w:t>
      </w:r>
      <w:proofErr w:type="spellEnd"/>
      <w:r w:rsidRPr="00693F1B">
        <w:rPr>
          <w:i/>
          <w:iCs/>
        </w:rPr>
        <w:t xml:space="preserve"> </w:t>
      </w:r>
      <w:proofErr w:type="spellStart"/>
      <w:r w:rsidRPr="00693F1B">
        <w:rPr>
          <w:i/>
          <w:iCs/>
        </w:rPr>
        <w:t>cererii</w:t>
      </w:r>
      <w:proofErr w:type="spellEnd"/>
      <w:r w:rsidRPr="00693F1B">
        <w:rPr>
          <w:i/>
          <w:iCs/>
        </w:rPr>
        <w:t xml:space="preserve"> mele:</w:t>
      </w:r>
    </w:p>
    <w:p w14:paraId="21F26060" w14:textId="77777777" w:rsidR="00EE7ED3" w:rsidRPr="00CA18A1" w:rsidRDefault="00000000">
      <w:pPr>
        <w:numPr>
          <w:ilvl w:val="0"/>
          <w:numId w:val="23"/>
        </w:numPr>
        <w:spacing w:after="0"/>
        <w:jc w:val="both"/>
        <w:rPr>
          <w:i/>
          <w:iCs/>
          <w:lang w:val="ru-MD"/>
        </w:rPr>
      </w:pPr>
      <w:r w:rsidRPr="00693F1B">
        <w:rPr>
          <w:i/>
          <w:iCs/>
        </w:rPr>
        <w:t xml:space="preserve">la </w:t>
      </w:r>
      <w:proofErr w:type="spellStart"/>
      <w:r w:rsidRPr="00693F1B">
        <w:rPr>
          <w:i/>
          <w:iCs/>
        </w:rPr>
        <w:t>următoarea</w:t>
      </w:r>
      <w:proofErr w:type="spellEnd"/>
      <w:r w:rsidRPr="00693F1B">
        <w:rPr>
          <w:i/>
          <w:iCs/>
        </w:rPr>
        <w:t xml:space="preserve"> </w:t>
      </w:r>
      <w:proofErr w:type="spellStart"/>
      <w:r w:rsidRPr="00693F1B">
        <w:rPr>
          <w:i/>
          <w:iCs/>
        </w:rPr>
        <w:t>adresă</w:t>
      </w:r>
      <w:proofErr w:type="spellEnd"/>
      <w:r w:rsidRPr="00693F1B">
        <w:rPr>
          <w:i/>
          <w:iCs/>
        </w:rPr>
        <w:t xml:space="preserve"> de </w:t>
      </w:r>
      <w:proofErr w:type="spellStart"/>
      <w:r w:rsidRPr="00693F1B">
        <w:rPr>
          <w:i/>
          <w:iCs/>
        </w:rPr>
        <w:t>corespondență</w:t>
      </w:r>
      <w:proofErr w:type="spellEnd"/>
      <w:r w:rsidRPr="00693F1B">
        <w:rPr>
          <w:i/>
          <w:iCs/>
        </w:rPr>
        <w:t xml:space="preserve"> </w:t>
      </w:r>
      <w:proofErr w:type="spellStart"/>
      <w:r w:rsidRPr="00693F1B">
        <w:rPr>
          <w:i/>
          <w:iCs/>
        </w:rPr>
        <w:t>fizică</w:t>
      </w:r>
      <w:proofErr w:type="spellEnd"/>
      <w:r w:rsidRPr="00693F1B">
        <w:rPr>
          <w:i/>
          <w:iCs/>
        </w:rPr>
        <w:t xml:space="preserve">** .......................................................................... </w:t>
      </w:r>
      <w:r w:rsidRPr="00CA18A1">
        <w:rPr>
          <w:i/>
          <w:iCs/>
          <w:lang w:val="ru-MD"/>
        </w:rPr>
        <w:t>(</w:t>
      </w:r>
      <w:proofErr w:type="spellStart"/>
      <w:r w:rsidRPr="00CA18A1">
        <w:rPr>
          <w:i/>
          <w:iCs/>
          <w:lang w:val="ru-MD"/>
        </w:rPr>
        <w:t>opțional</w:t>
      </w:r>
      <w:proofErr w:type="spellEnd"/>
      <w:r w:rsidRPr="00CA18A1">
        <w:rPr>
          <w:i/>
          <w:iCs/>
          <w:lang w:val="ru-MD"/>
        </w:rPr>
        <w:t>)</w:t>
      </w:r>
    </w:p>
    <w:p w14:paraId="6A680748" w14:textId="77777777" w:rsidR="00EE7ED3" w:rsidRPr="00CA18A1" w:rsidRDefault="00000000">
      <w:pPr>
        <w:numPr>
          <w:ilvl w:val="0"/>
          <w:numId w:val="23"/>
        </w:numPr>
        <w:spacing w:after="0"/>
        <w:jc w:val="both"/>
        <w:rPr>
          <w:i/>
          <w:iCs/>
          <w:lang w:val="ru-MD"/>
        </w:rPr>
      </w:pPr>
      <w:proofErr w:type="spellStart"/>
      <w:r w:rsidRPr="00693F1B">
        <w:rPr>
          <w:i/>
          <w:iCs/>
        </w:rPr>
        <w:t>în</w:t>
      </w:r>
      <w:proofErr w:type="spellEnd"/>
      <w:r w:rsidRPr="00693F1B">
        <w:rPr>
          <w:i/>
          <w:iCs/>
        </w:rPr>
        <w:t xml:space="preserve"> format electronic, la </w:t>
      </w:r>
      <w:proofErr w:type="spellStart"/>
      <w:r w:rsidRPr="00693F1B">
        <w:rPr>
          <w:i/>
          <w:iCs/>
        </w:rPr>
        <w:t>următoarea</w:t>
      </w:r>
      <w:proofErr w:type="spellEnd"/>
      <w:r w:rsidRPr="00693F1B">
        <w:rPr>
          <w:i/>
          <w:iCs/>
        </w:rPr>
        <w:t xml:space="preserve"> </w:t>
      </w:r>
      <w:proofErr w:type="spellStart"/>
      <w:r w:rsidRPr="00693F1B">
        <w:rPr>
          <w:i/>
          <w:iCs/>
        </w:rPr>
        <w:t>adresă</w:t>
      </w:r>
      <w:proofErr w:type="spellEnd"/>
      <w:r w:rsidRPr="00693F1B">
        <w:rPr>
          <w:i/>
          <w:iCs/>
        </w:rPr>
        <w:t xml:space="preserve"> de e-mail ....................................................................... </w:t>
      </w:r>
      <w:r w:rsidRPr="00CA18A1">
        <w:rPr>
          <w:i/>
          <w:iCs/>
          <w:lang w:val="ru-MD"/>
        </w:rPr>
        <w:t>(</w:t>
      </w:r>
      <w:proofErr w:type="spellStart"/>
      <w:r w:rsidRPr="00CA18A1">
        <w:rPr>
          <w:i/>
          <w:iCs/>
          <w:lang w:val="ru-MD"/>
        </w:rPr>
        <w:t>opțional</w:t>
      </w:r>
      <w:proofErr w:type="spellEnd"/>
      <w:r w:rsidRPr="00CA18A1">
        <w:rPr>
          <w:i/>
          <w:iCs/>
          <w:lang w:val="ru-MD"/>
        </w:rPr>
        <w:t>)</w:t>
      </w:r>
    </w:p>
    <w:p w14:paraId="33EC4F24" w14:textId="77777777" w:rsidR="00EE7ED3" w:rsidRPr="00CA18A1" w:rsidRDefault="00000000" w:rsidP="00483C2B">
      <w:pPr>
        <w:spacing w:after="0"/>
        <w:jc w:val="both"/>
        <w:rPr>
          <w:b/>
          <w:bCs/>
          <w:i/>
          <w:iCs/>
        </w:rPr>
      </w:pPr>
      <w:r w:rsidRPr="00CA18A1">
        <w:rPr>
          <w:b/>
          <w:bCs/>
          <w:i/>
          <w:iCs/>
          <w:lang w:val="ru-MD"/>
        </w:rPr>
        <w:t xml:space="preserve">Data: _______________ </w:t>
      </w:r>
      <w:proofErr w:type="spellStart"/>
      <w:r w:rsidRPr="00CA18A1">
        <w:rPr>
          <w:b/>
          <w:bCs/>
          <w:i/>
          <w:iCs/>
          <w:lang w:val="ru-MD"/>
        </w:rPr>
        <w:t>Semnătura</w:t>
      </w:r>
      <w:proofErr w:type="spellEnd"/>
      <w:r w:rsidRPr="00CA18A1">
        <w:rPr>
          <w:b/>
          <w:bCs/>
          <w:i/>
          <w:iCs/>
          <w:lang w:val="ru-MD"/>
        </w:rPr>
        <w:t>: ............................</w:t>
      </w:r>
    </w:p>
    <w:p w14:paraId="0BA4E6D5" w14:textId="77777777" w:rsidR="00EE7ED3" w:rsidRPr="00BE1922" w:rsidRDefault="00000000" w:rsidP="005220AE">
      <w:pPr>
        <w:spacing w:after="0"/>
        <w:jc w:val="both"/>
        <w:rPr>
          <w:i/>
          <w:iCs/>
          <w:sz w:val="20"/>
          <w:szCs w:val="20"/>
        </w:rPr>
      </w:pPr>
      <w:r w:rsidRPr="00BE1922">
        <w:rPr>
          <w:i/>
          <w:iCs/>
          <w:sz w:val="20"/>
          <w:szCs w:val="20"/>
        </w:rPr>
        <w:t xml:space="preserve">* Indicarea numărului de identificare personal (IDNP) este obligatorie pentru a permite identificarea dumneavoastră exactă și securizată în bazele de date și registrele publice gestionate la nivelul Primăriei </w:t>
      </w:r>
      <w:r>
        <w:rPr>
          <w:i/>
          <w:iCs/>
          <w:sz w:val="20"/>
          <w:szCs w:val="20"/>
        </w:rPr>
        <w:t>Mereni</w:t>
      </w:r>
      <w:r w:rsidRPr="00BE1922">
        <w:rPr>
          <w:i/>
          <w:iCs/>
          <w:sz w:val="20"/>
          <w:szCs w:val="20"/>
        </w:rPr>
        <w:t>.</w:t>
      </w:r>
    </w:p>
    <w:p w14:paraId="5038292F" w14:textId="77777777" w:rsidR="00EE7ED3" w:rsidRPr="00BE1922" w:rsidRDefault="00000000" w:rsidP="005220AE">
      <w:pPr>
        <w:spacing w:after="0"/>
        <w:jc w:val="both"/>
        <w:rPr>
          <w:i/>
          <w:iCs/>
          <w:sz w:val="20"/>
          <w:szCs w:val="20"/>
        </w:rPr>
      </w:pPr>
      <w:r w:rsidRPr="00BE1922">
        <w:rPr>
          <w:i/>
          <w:iCs/>
          <w:sz w:val="20"/>
          <w:szCs w:val="20"/>
        </w:rPr>
        <w:t>** Este necesară menționarea unei adrese valide în vederea comunicării oficiale a modalității de soluționare a cererii dumneavoastră.</w:t>
      </w:r>
    </w:p>
    <w:p w14:paraId="1590C592" w14:textId="77777777" w:rsidR="00EE7ED3" w:rsidRDefault="00000000" w:rsidP="005220AE">
      <w:pPr>
        <w:jc w:val="both"/>
        <w:rPr>
          <w:b/>
          <w:bCs/>
          <w:i/>
          <w:iCs/>
          <w:sz w:val="20"/>
          <w:szCs w:val="20"/>
        </w:rPr>
      </w:pPr>
      <w:r w:rsidRPr="00BE1922">
        <w:rPr>
          <w:b/>
          <w:bCs/>
          <w:i/>
          <w:iCs/>
          <w:sz w:val="20"/>
          <w:szCs w:val="20"/>
        </w:rPr>
        <w:t>Document administrativ ce conține date cu caracter personal protejate de prevederile Legii nr. 195/2024</w:t>
      </w:r>
    </w:p>
    <w:p w14:paraId="6DF82F2E" w14:textId="77777777" w:rsidR="00EE7ED3" w:rsidRPr="00693F1B" w:rsidRDefault="00000000" w:rsidP="005220AE">
      <w:pPr>
        <w:jc w:val="both"/>
        <w:rPr>
          <w:b/>
          <w:bCs/>
          <w:i/>
          <w:iCs/>
        </w:rPr>
      </w:pPr>
      <w:proofErr w:type="spellStart"/>
      <w:r w:rsidRPr="00693F1B">
        <w:rPr>
          <w:b/>
          <w:bCs/>
          <w:i/>
          <w:iCs/>
        </w:rPr>
        <w:t>Anexa</w:t>
      </w:r>
      <w:proofErr w:type="spellEnd"/>
      <w:r w:rsidRPr="00693F1B">
        <w:rPr>
          <w:b/>
          <w:bCs/>
          <w:i/>
          <w:iCs/>
        </w:rPr>
        <w:t xml:space="preserve"> nr. 4: Model de </w:t>
      </w:r>
      <w:proofErr w:type="spellStart"/>
      <w:r w:rsidRPr="00693F1B">
        <w:rPr>
          <w:b/>
          <w:bCs/>
          <w:i/>
          <w:iCs/>
        </w:rPr>
        <w:t>cerere</w:t>
      </w:r>
      <w:proofErr w:type="spellEnd"/>
      <w:r w:rsidRPr="00693F1B">
        <w:rPr>
          <w:b/>
          <w:bCs/>
          <w:i/>
          <w:iCs/>
        </w:rPr>
        <w:t xml:space="preserve"> </w:t>
      </w:r>
      <w:proofErr w:type="spellStart"/>
      <w:r w:rsidRPr="00693F1B">
        <w:rPr>
          <w:b/>
          <w:bCs/>
          <w:i/>
          <w:iCs/>
        </w:rPr>
        <w:t>pentru</w:t>
      </w:r>
      <w:proofErr w:type="spellEnd"/>
      <w:r w:rsidRPr="00693F1B">
        <w:rPr>
          <w:b/>
          <w:bCs/>
          <w:i/>
          <w:iCs/>
        </w:rPr>
        <w:t xml:space="preserve"> </w:t>
      </w:r>
      <w:proofErr w:type="spellStart"/>
      <w:r w:rsidRPr="00693F1B">
        <w:rPr>
          <w:b/>
          <w:bCs/>
          <w:i/>
          <w:iCs/>
        </w:rPr>
        <w:t>exercitarea</w:t>
      </w:r>
      <w:proofErr w:type="spellEnd"/>
      <w:r w:rsidRPr="00693F1B">
        <w:rPr>
          <w:b/>
          <w:bCs/>
          <w:i/>
          <w:iCs/>
        </w:rPr>
        <w:t xml:space="preserve"> </w:t>
      </w:r>
      <w:proofErr w:type="spellStart"/>
      <w:r w:rsidRPr="00693F1B">
        <w:rPr>
          <w:b/>
          <w:bCs/>
          <w:i/>
          <w:iCs/>
        </w:rPr>
        <w:t>dreptului</w:t>
      </w:r>
      <w:proofErr w:type="spellEnd"/>
      <w:r w:rsidRPr="00693F1B">
        <w:rPr>
          <w:b/>
          <w:bCs/>
          <w:i/>
          <w:iCs/>
        </w:rPr>
        <w:t xml:space="preserve"> de </w:t>
      </w:r>
      <w:proofErr w:type="spellStart"/>
      <w:r w:rsidRPr="00693F1B">
        <w:rPr>
          <w:b/>
          <w:bCs/>
          <w:i/>
          <w:iCs/>
        </w:rPr>
        <w:t>restricționare</w:t>
      </w:r>
      <w:proofErr w:type="spellEnd"/>
      <w:r w:rsidRPr="00693F1B">
        <w:rPr>
          <w:b/>
          <w:bCs/>
          <w:i/>
          <w:iCs/>
        </w:rPr>
        <w:t xml:space="preserve"> a </w:t>
      </w:r>
      <w:proofErr w:type="spellStart"/>
      <w:r w:rsidRPr="00693F1B">
        <w:rPr>
          <w:b/>
          <w:bCs/>
          <w:i/>
          <w:iCs/>
        </w:rPr>
        <w:t>prelucrării</w:t>
      </w:r>
      <w:proofErr w:type="spellEnd"/>
      <w:r w:rsidRPr="00693F1B">
        <w:rPr>
          <w:b/>
          <w:bCs/>
          <w:i/>
          <w:iCs/>
        </w:rPr>
        <w:t xml:space="preserve"> </w:t>
      </w:r>
      <w:proofErr w:type="spellStart"/>
      <w:r w:rsidRPr="00693F1B">
        <w:rPr>
          <w:b/>
          <w:bCs/>
          <w:i/>
          <w:iCs/>
        </w:rPr>
        <w:t>datelor</w:t>
      </w:r>
      <w:proofErr w:type="spellEnd"/>
      <w:r w:rsidRPr="00693F1B">
        <w:rPr>
          <w:b/>
          <w:bCs/>
          <w:i/>
          <w:iCs/>
        </w:rPr>
        <w:t xml:space="preserve"> cu </w:t>
      </w:r>
      <w:proofErr w:type="spellStart"/>
      <w:r w:rsidRPr="00693F1B">
        <w:rPr>
          <w:b/>
          <w:bCs/>
          <w:i/>
          <w:iCs/>
        </w:rPr>
        <w:t>caracter</w:t>
      </w:r>
      <w:proofErr w:type="spellEnd"/>
      <w:r w:rsidRPr="00693F1B">
        <w:rPr>
          <w:b/>
          <w:bCs/>
          <w:i/>
          <w:iCs/>
        </w:rPr>
        <w:t xml:space="preserve"> personal</w:t>
      </w:r>
    </w:p>
    <w:p w14:paraId="6536D9F1" w14:textId="77777777" w:rsidR="00EE7ED3" w:rsidRPr="00CA18A1" w:rsidRDefault="00000000" w:rsidP="00083E1A">
      <w:pPr>
        <w:rPr>
          <w:i/>
          <w:iCs/>
        </w:rPr>
      </w:pPr>
      <w:proofErr w:type="spellStart"/>
      <w:r w:rsidRPr="00CA18A1">
        <w:rPr>
          <w:i/>
          <w:iCs/>
        </w:rPr>
        <w:t>Către</w:t>
      </w:r>
      <w:proofErr w:type="spellEnd"/>
      <w:r w:rsidRPr="00CA18A1">
        <w:rPr>
          <w:i/>
          <w:iCs/>
        </w:rPr>
        <w:t>:</w:t>
      </w:r>
      <w:r w:rsidRPr="00CA18A1">
        <w:rPr>
          <w:i/>
          <w:iCs/>
        </w:rPr>
        <w:br/>
      </w:r>
      <w:proofErr w:type="spellStart"/>
      <w:r w:rsidRPr="00083E1A">
        <w:rPr>
          <w:b/>
          <w:i/>
          <w:iCs/>
        </w:rPr>
        <w:t>Primăria</w:t>
      </w:r>
      <w:proofErr w:type="spellEnd"/>
      <w:r w:rsidRPr="00083E1A">
        <w:rPr>
          <w:b/>
          <w:i/>
          <w:iCs/>
        </w:rPr>
        <w:t xml:space="preserve"> SATULUI MERENI</w:t>
      </w:r>
      <w:r w:rsidRPr="00CA18A1">
        <w:rPr>
          <w:i/>
          <w:iCs/>
        </w:rPr>
        <w:br/>
        <w:t>În atenția Responsabilului pentru Protecția Datelor</w:t>
      </w:r>
      <w:r w:rsidRPr="00CA18A1">
        <w:rPr>
          <w:i/>
          <w:iCs/>
        </w:rPr>
        <w:br/>
        <w:t xml:space="preserve">Adresa: </w:t>
      </w:r>
      <w:r w:rsidRPr="00083E1A">
        <w:rPr>
          <w:i/>
          <w:iCs/>
        </w:rPr>
        <w:t>str. Ștefan cel Mare, 96, s. Mereni, r. Anenii Noi, Republica Moldova</w:t>
      </w:r>
    </w:p>
    <w:p w14:paraId="0453D17D" w14:textId="77777777" w:rsidR="00EE7ED3" w:rsidRPr="00693F1B" w:rsidRDefault="00000000" w:rsidP="00ED4F6F">
      <w:pPr>
        <w:rPr>
          <w:i/>
          <w:iCs/>
        </w:rPr>
      </w:pPr>
      <w:r w:rsidRPr="00693F1B">
        <w:rPr>
          <w:i/>
          <w:iCs/>
        </w:rPr>
        <w:lastRenderedPageBreak/>
        <w:t>Subsemnatul/</w:t>
      </w:r>
      <w:proofErr w:type="spellStart"/>
      <w:r w:rsidRPr="00693F1B">
        <w:rPr>
          <w:i/>
          <w:iCs/>
        </w:rPr>
        <w:t>Subsemnata</w:t>
      </w:r>
      <w:proofErr w:type="spellEnd"/>
      <w:r w:rsidRPr="00693F1B">
        <w:rPr>
          <w:i/>
          <w:iCs/>
        </w:rPr>
        <w:t xml:space="preserve"> ........................................................................... (</w:t>
      </w:r>
      <w:proofErr w:type="spellStart"/>
      <w:r w:rsidRPr="00693F1B">
        <w:rPr>
          <w:i/>
          <w:iCs/>
        </w:rPr>
        <w:t>numele</w:t>
      </w:r>
      <w:proofErr w:type="spellEnd"/>
      <w:r w:rsidRPr="00693F1B">
        <w:rPr>
          <w:i/>
          <w:iCs/>
        </w:rPr>
        <w:t>/</w:t>
      </w:r>
      <w:proofErr w:type="spellStart"/>
      <w:r w:rsidRPr="00693F1B">
        <w:rPr>
          <w:i/>
          <w:iCs/>
        </w:rPr>
        <w:t>prenumele</w:t>
      </w:r>
      <w:proofErr w:type="spellEnd"/>
      <w:r w:rsidRPr="00693F1B">
        <w:rPr>
          <w:i/>
          <w:iCs/>
        </w:rPr>
        <w:t>),</w:t>
      </w:r>
      <w:r w:rsidRPr="00693F1B">
        <w:rPr>
          <w:i/>
          <w:iCs/>
        </w:rPr>
        <w:br/>
        <w:t xml:space="preserve">IDNP* ..................................., cu </w:t>
      </w:r>
      <w:proofErr w:type="spellStart"/>
      <w:r w:rsidRPr="00693F1B">
        <w:rPr>
          <w:i/>
          <w:iCs/>
        </w:rPr>
        <w:t>domiciliul</w:t>
      </w:r>
      <w:proofErr w:type="spellEnd"/>
      <w:r w:rsidRPr="00693F1B">
        <w:rPr>
          <w:i/>
          <w:iCs/>
        </w:rPr>
        <w:t xml:space="preserve"> în ...............................................................................,</w:t>
      </w:r>
      <w:r w:rsidRPr="00693F1B">
        <w:rPr>
          <w:i/>
          <w:iCs/>
        </w:rPr>
        <w:br/>
      </w:r>
      <w:proofErr w:type="spellStart"/>
      <w:r w:rsidRPr="00693F1B">
        <w:rPr>
          <w:i/>
          <w:iCs/>
        </w:rPr>
        <w:t>telefon</w:t>
      </w:r>
      <w:proofErr w:type="spellEnd"/>
      <w:r w:rsidRPr="00693F1B">
        <w:rPr>
          <w:i/>
          <w:iCs/>
        </w:rPr>
        <w:t xml:space="preserve"> ...................... (</w:t>
      </w:r>
      <w:proofErr w:type="spellStart"/>
      <w:r w:rsidRPr="00693F1B">
        <w:rPr>
          <w:i/>
          <w:iCs/>
        </w:rPr>
        <w:t>opțional</w:t>
      </w:r>
      <w:proofErr w:type="spellEnd"/>
      <w:r w:rsidRPr="00693F1B">
        <w:rPr>
          <w:i/>
          <w:iCs/>
        </w:rPr>
        <w:t xml:space="preserve">), </w:t>
      </w:r>
      <w:proofErr w:type="spellStart"/>
      <w:r w:rsidRPr="00693F1B">
        <w:rPr>
          <w:i/>
          <w:iCs/>
        </w:rPr>
        <w:t>adresa</w:t>
      </w:r>
      <w:proofErr w:type="spellEnd"/>
      <w:r w:rsidRPr="00693F1B">
        <w:rPr>
          <w:i/>
          <w:iCs/>
        </w:rPr>
        <w:t xml:space="preserve"> de e-mail .................... (</w:t>
      </w:r>
      <w:proofErr w:type="spellStart"/>
      <w:r w:rsidRPr="00693F1B">
        <w:rPr>
          <w:i/>
          <w:iCs/>
        </w:rPr>
        <w:t>opțional</w:t>
      </w:r>
      <w:proofErr w:type="spellEnd"/>
      <w:r w:rsidRPr="00693F1B">
        <w:rPr>
          <w:i/>
          <w:iCs/>
        </w:rPr>
        <w:t>),</w:t>
      </w:r>
    </w:p>
    <w:p w14:paraId="1E986135" w14:textId="77777777" w:rsidR="00EE7ED3" w:rsidRPr="00693F1B" w:rsidRDefault="00000000" w:rsidP="00F50344">
      <w:pPr>
        <w:jc w:val="both"/>
        <w:rPr>
          <w:i/>
          <w:iCs/>
        </w:rPr>
      </w:pPr>
      <w:proofErr w:type="spellStart"/>
      <w:r w:rsidRPr="00693F1B">
        <w:rPr>
          <w:i/>
          <w:iCs/>
        </w:rPr>
        <w:t>în</w:t>
      </w:r>
      <w:proofErr w:type="spellEnd"/>
      <w:r w:rsidRPr="00693F1B">
        <w:rPr>
          <w:i/>
          <w:iCs/>
        </w:rPr>
        <w:t xml:space="preserve"> </w:t>
      </w:r>
      <w:proofErr w:type="spellStart"/>
      <w:r w:rsidRPr="00693F1B">
        <w:rPr>
          <w:i/>
          <w:iCs/>
        </w:rPr>
        <w:t>temeiul</w:t>
      </w:r>
      <w:proofErr w:type="spellEnd"/>
      <w:r w:rsidRPr="00693F1B">
        <w:rPr>
          <w:i/>
          <w:iCs/>
        </w:rPr>
        <w:t xml:space="preserve"> </w:t>
      </w:r>
      <w:proofErr w:type="spellStart"/>
      <w:r w:rsidRPr="00693F1B">
        <w:rPr>
          <w:i/>
          <w:iCs/>
        </w:rPr>
        <w:t>prevederilor</w:t>
      </w:r>
      <w:proofErr w:type="spellEnd"/>
      <w:r w:rsidRPr="00693F1B">
        <w:rPr>
          <w:i/>
          <w:iCs/>
        </w:rPr>
        <w:t xml:space="preserve"> </w:t>
      </w:r>
      <w:proofErr w:type="spellStart"/>
      <w:r w:rsidRPr="00693F1B">
        <w:rPr>
          <w:i/>
          <w:iCs/>
        </w:rPr>
        <w:t>Articolului</w:t>
      </w:r>
      <w:proofErr w:type="spellEnd"/>
      <w:r w:rsidRPr="00693F1B">
        <w:rPr>
          <w:i/>
          <w:iCs/>
        </w:rPr>
        <w:t xml:space="preserve"> 18 (</w:t>
      </w:r>
      <w:proofErr w:type="spellStart"/>
      <w:r w:rsidRPr="00693F1B">
        <w:rPr>
          <w:i/>
          <w:iCs/>
        </w:rPr>
        <w:t>Dreptul</w:t>
      </w:r>
      <w:proofErr w:type="spellEnd"/>
      <w:r w:rsidRPr="00693F1B">
        <w:rPr>
          <w:i/>
          <w:iCs/>
        </w:rPr>
        <w:t xml:space="preserve"> la </w:t>
      </w:r>
      <w:proofErr w:type="spellStart"/>
      <w:r w:rsidRPr="00693F1B">
        <w:rPr>
          <w:i/>
          <w:iCs/>
        </w:rPr>
        <w:t>restricționarea</w:t>
      </w:r>
      <w:proofErr w:type="spellEnd"/>
      <w:r w:rsidRPr="00693F1B">
        <w:rPr>
          <w:i/>
          <w:iCs/>
        </w:rPr>
        <w:t xml:space="preserve"> </w:t>
      </w:r>
      <w:proofErr w:type="spellStart"/>
      <w:r w:rsidRPr="00693F1B">
        <w:rPr>
          <w:i/>
          <w:iCs/>
        </w:rPr>
        <w:t>prelucrării</w:t>
      </w:r>
      <w:proofErr w:type="spellEnd"/>
      <w:r w:rsidRPr="00693F1B">
        <w:rPr>
          <w:i/>
          <w:iCs/>
        </w:rPr>
        <w:t xml:space="preserve">) din </w:t>
      </w:r>
      <w:proofErr w:type="spellStart"/>
      <w:r w:rsidRPr="00693F1B">
        <w:rPr>
          <w:i/>
          <w:iCs/>
        </w:rPr>
        <w:t>Legea</w:t>
      </w:r>
      <w:proofErr w:type="spellEnd"/>
      <w:r w:rsidRPr="00693F1B">
        <w:rPr>
          <w:i/>
          <w:iCs/>
        </w:rPr>
        <w:t xml:space="preserve"> nr. 195/2024 </w:t>
      </w:r>
      <w:proofErr w:type="spellStart"/>
      <w:r w:rsidRPr="00693F1B">
        <w:rPr>
          <w:i/>
          <w:iCs/>
        </w:rPr>
        <w:t>privind</w:t>
      </w:r>
      <w:proofErr w:type="spellEnd"/>
      <w:r w:rsidRPr="00693F1B">
        <w:rPr>
          <w:i/>
          <w:iCs/>
        </w:rPr>
        <w:t xml:space="preserve"> </w:t>
      </w:r>
      <w:proofErr w:type="spellStart"/>
      <w:r w:rsidRPr="00693F1B">
        <w:rPr>
          <w:i/>
          <w:iCs/>
        </w:rPr>
        <w:t>protecția</w:t>
      </w:r>
      <w:proofErr w:type="spellEnd"/>
      <w:r w:rsidRPr="00693F1B">
        <w:rPr>
          <w:i/>
          <w:iCs/>
        </w:rPr>
        <w:t xml:space="preserve"> </w:t>
      </w:r>
      <w:proofErr w:type="spellStart"/>
      <w:r w:rsidRPr="00693F1B">
        <w:rPr>
          <w:i/>
          <w:iCs/>
        </w:rPr>
        <w:t>datelor</w:t>
      </w:r>
      <w:proofErr w:type="spellEnd"/>
      <w:r w:rsidRPr="00693F1B">
        <w:rPr>
          <w:i/>
          <w:iCs/>
        </w:rPr>
        <w:t xml:space="preserve"> cu </w:t>
      </w:r>
      <w:proofErr w:type="spellStart"/>
      <w:r w:rsidRPr="00693F1B">
        <w:rPr>
          <w:i/>
          <w:iCs/>
        </w:rPr>
        <w:t>caracter</w:t>
      </w:r>
      <w:proofErr w:type="spellEnd"/>
      <w:r w:rsidRPr="00693F1B">
        <w:rPr>
          <w:i/>
          <w:iCs/>
        </w:rPr>
        <w:t xml:space="preserve"> personal, </w:t>
      </w:r>
      <w:proofErr w:type="spellStart"/>
      <w:r w:rsidRPr="00693F1B">
        <w:rPr>
          <w:i/>
          <w:iCs/>
        </w:rPr>
        <w:t>vă</w:t>
      </w:r>
      <w:proofErr w:type="spellEnd"/>
      <w:r w:rsidRPr="00693F1B">
        <w:rPr>
          <w:i/>
          <w:iCs/>
        </w:rPr>
        <w:t xml:space="preserve"> rog </w:t>
      </w:r>
      <w:proofErr w:type="spellStart"/>
      <w:r w:rsidRPr="00693F1B">
        <w:rPr>
          <w:i/>
          <w:iCs/>
        </w:rPr>
        <w:t>să</w:t>
      </w:r>
      <w:proofErr w:type="spellEnd"/>
      <w:r w:rsidRPr="00693F1B">
        <w:rPr>
          <w:i/>
          <w:iCs/>
        </w:rPr>
        <w:t xml:space="preserve"> </w:t>
      </w:r>
      <w:proofErr w:type="spellStart"/>
      <w:r w:rsidRPr="00693F1B">
        <w:rPr>
          <w:i/>
          <w:iCs/>
        </w:rPr>
        <w:t>dispuneți</w:t>
      </w:r>
      <w:proofErr w:type="spellEnd"/>
      <w:r w:rsidRPr="00693F1B">
        <w:rPr>
          <w:i/>
          <w:iCs/>
        </w:rPr>
        <w:t xml:space="preserve"> </w:t>
      </w:r>
      <w:proofErr w:type="spellStart"/>
      <w:r w:rsidRPr="00693F1B">
        <w:rPr>
          <w:i/>
          <w:iCs/>
        </w:rPr>
        <w:t>măsurile</w:t>
      </w:r>
      <w:proofErr w:type="spellEnd"/>
      <w:r w:rsidRPr="00693F1B">
        <w:rPr>
          <w:i/>
          <w:iCs/>
        </w:rPr>
        <w:t xml:space="preserve"> </w:t>
      </w:r>
      <w:proofErr w:type="spellStart"/>
      <w:r w:rsidRPr="00693F1B">
        <w:rPr>
          <w:i/>
          <w:iCs/>
        </w:rPr>
        <w:t>tehnice</w:t>
      </w:r>
      <w:proofErr w:type="spellEnd"/>
      <w:r w:rsidRPr="00693F1B">
        <w:rPr>
          <w:i/>
          <w:iCs/>
        </w:rPr>
        <w:t xml:space="preserve"> </w:t>
      </w:r>
      <w:proofErr w:type="spellStart"/>
      <w:r w:rsidRPr="00693F1B">
        <w:rPr>
          <w:i/>
          <w:iCs/>
        </w:rPr>
        <w:t>și</w:t>
      </w:r>
      <w:proofErr w:type="spellEnd"/>
      <w:r w:rsidRPr="00693F1B">
        <w:rPr>
          <w:i/>
          <w:iCs/>
        </w:rPr>
        <w:t xml:space="preserve"> </w:t>
      </w:r>
      <w:proofErr w:type="spellStart"/>
      <w:r w:rsidRPr="00693F1B">
        <w:rPr>
          <w:i/>
          <w:iCs/>
        </w:rPr>
        <w:t>organizatorice</w:t>
      </w:r>
      <w:proofErr w:type="spellEnd"/>
      <w:r w:rsidRPr="00693F1B">
        <w:rPr>
          <w:i/>
          <w:iCs/>
        </w:rPr>
        <w:t xml:space="preserve"> </w:t>
      </w:r>
      <w:proofErr w:type="spellStart"/>
      <w:r w:rsidRPr="00693F1B">
        <w:rPr>
          <w:i/>
          <w:iCs/>
        </w:rPr>
        <w:t>necesare</w:t>
      </w:r>
      <w:proofErr w:type="spellEnd"/>
      <w:r w:rsidRPr="00693F1B">
        <w:rPr>
          <w:i/>
          <w:iCs/>
        </w:rPr>
        <w:t xml:space="preserve"> </w:t>
      </w:r>
      <w:proofErr w:type="spellStart"/>
      <w:r w:rsidRPr="00693F1B">
        <w:rPr>
          <w:i/>
          <w:iCs/>
        </w:rPr>
        <w:t>pentru</w:t>
      </w:r>
      <w:proofErr w:type="spellEnd"/>
      <w:r w:rsidRPr="00693F1B">
        <w:rPr>
          <w:i/>
          <w:iCs/>
        </w:rPr>
        <w:t xml:space="preserve"> ca </w:t>
      </w:r>
      <w:proofErr w:type="spellStart"/>
      <w:r w:rsidRPr="00693F1B">
        <w:rPr>
          <w:i/>
          <w:iCs/>
        </w:rPr>
        <w:t>prelucrarea</w:t>
      </w:r>
      <w:proofErr w:type="spellEnd"/>
      <w:r w:rsidRPr="00693F1B">
        <w:rPr>
          <w:i/>
          <w:iCs/>
        </w:rPr>
        <w:t xml:space="preserve"> </w:t>
      </w:r>
      <w:proofErr w:type="spellStart"/>
      <w:r w:rsidRPr="00693F1B">
        <w:rPr>
          <w:i/>
          <w:iCs/>
        </w:rPr>
        <w:t>datelor</w:t>
      </w:r>
      <w:proofErr w:type="spellEnd"/>
      <w:r w:rsidRPr="00693F1B">
        <w:rPr>
          <w:i/>
          <w:iCs/>
        </w:rPr>
        <w:t xml:space="preserve"> cu </w:t>
      </w:r>
      <w:proofErr w:type="spellStart"/>
      <w:r w:rsidRPr="00693F1B">
        <w:rPr>
          <w:i/>
          <w:iCs/>
        </w:rPr>
        <w:t>caracter</w:t>
      </w:r>
      <w:proofErr w:type="spellEnd"/>
      <w:r w:rsidRPr="00693F1B">
        <w:rPr>
          <w:i/>
          <w:iCs/>
        </w:rPr>
        <w:t xml:space="preserve"> personal care </w:t>
      </w:r>
      <w:proofErr w:type="spellStart"/>
      <w:r w:rsidRPr="00693F1B">
        <w:rPr>
          <w:i/>
          <w:iCs/>
        </w:rPr>
        <w:t>mă</w:t>
      </w:r>
      <w:proofErr w:type="spellEnd"/>
      <w:r w:rsidRPr="00693F1B">
        <w:rPr>
          <w:i/>
          <w:iCs/>
        </w:rPr>
        <w:t xml:space="preserve"> </w:t>
      </w:r>
      <w:proofErr w:type="spellStart"/>
      <w:r w:rsidRPr="00693F1B">
        <w:rPr>
          <w:i/>
          <w:iCs/>
        </w:rPr>
        <w:t>privesc</w:t>
      </w:r>
      <w:proofErr w:type="spellEnd"/>
      <w:r w:rsidRPr="00693F1B">
        <w:rPr>
          <w:i/>
          <w:iCs/>
        </w:rPr>
        <w:t xml:space="preserve"> ................................................................................................................................................</w:t>
      </w:r>
      <w:r w:rsidRPr="00CA18A1">
        <w:rPr>
          <w:i/>
          <w:iCs/>
        </w:rPr>
        <w:t>...........................</w:t>
      </w:r>
      <w:r w:rsidRPr="00693F1B">
        <w:rPr>
          <w:i/>
          <w:iCs/>
        </w:rPr>
        <w:t xml:space="preserve">. (se </w:t>
      </w:r>
      <w:proofErr w:type="spellStart"/>
      <w:r w:rsidRPr="00693F1B">
        <w:rPr>
          <w:i/>
          <w:iCs/>
        </w:rPr>
        <w:t>enumeră</w:t>
      </w:r>
      <w:proofErr w:type="spellEnd"/>
      <w:r w:rsidRPr="00693F1B">
        <w:rPr>
          <w:i/>
          <w:iCs/>
        </w:rPr>
        <w:t xml:space="preserve"> </w:t>
      </w:r>
      <w:proofErr w:type="spellStart"/>
      <w:r w:rsidRPr="00693F1B">
        <w:rPr>
          <w:i/>
          <w:iCs/>
        </w:rPr>
        <w:t>setul</w:t>
      </w:r>
      <w:proofErr w:type="spellEnd"/>
      <w:r w:rsidRPr="00693F1B">
        <w:rPr>
          <w:i/>
          <w:iCs/>
        </w:rPr>
        <w:t xml:space="preserve"> de date </w:t>
      </w:r>
      <w:proofErr w:type="spellStart"/>
      <w:r w:rsidRPr="00693F1B">
        <w:rPr>
          <w:i/>
          <w:iCs/>
        </w:rPr>
        <w:t>sau</w:t>
      </w:r>
      <w:proofErr w:type="spellEnd"/>
      <w:r w:rsidRPr="00693F1B">
        <w:rPr>
          <w:i/>
          <w:iCs/>
        </w:rPr>
        <w:t xml:space="preserve"> </w:t>
      </w:r>
      <w:proofErr w:type="spellStart"/>
      <w:r w:rsidRPr="00693F1B">
        <w:rPr>
          <w:i/>
          <w:iCs/>
        </w:rPr>
        <w:t>dosarul</w:t>
      </w:r>
      <w:proofErr w:type="spellEnd"/>
      <w:r w:rsidRPr="00693F1B">
        <w:rPr>
          <w:i/>
          <w:iCs/>
        </w:rPr>
        <w:t xml:space="preserve"> </w:t>
      </w:r>
      <w:proofErr w:type="spellStart"/>
      <w:r w:rsidRPr="00693F1B">
        <w:rPr>
          <w:i/>
          <w:iCs/>
        </w:rPr>
        <w:t>vizat</w:t>
      </w:r>
      <w:proofErr w:type="spellEnd"/>
      <w:r w:rsidRPr="00693F1B">
        <w:rPr>
          <w:i/>
          <w:iCs/>
        </w:rPr>
        <w:t xml:space="preserve">) </w:t>
      </w:r>
      <w:proofErr w:type="spellStart"/>
      <w:r w:rsidRPr="00693F1B">
        <w:rPr>
          <w:i/>
          <w:iCs/>
        </w:rPr>
        <w:t>să</w:t>
      </w:r>
      <w:proofErr w:type="spellEnd"/>
      <w:r w:rsidRPr="00693F1B">
        <w:rPr>
          <w:i/>
          <w:iCs/>
        </w:rPr>
        <w:t xml:space="preserve"> fie </w:t>
      </w:r>
      <w:proofErr w:type="spellStart"/>
      <w:r w:rsidRPr="00693F1B">
        <w:rPr>
          <w:i/>
          <w:iCs/>
        </w:rPr>
        <w:t>restricționată</w:t>
      </w:r>
      <w:proofErr w:type="spellEnd"/>
      <w:r w:rsidRPr="00693F1B">
        <w:rPr>
          <w:i/>
          <w:iCs/>
        </w:rPr>
        <w:t xml:space="preserve"> </w:t>
      </w:r>
      <w:proofErr w:type="spellStart"/>
      <w:r w:rsidRPr="00693F1B">
        <w:rPr>
          <w:i/>
          <w:iCs/>
        </w:rPr>
        <w:t>deoarece</w:t>
      </w:r>
      <w:proofErr w:type="spellEnd"/>
      <w:r w:rsidRPr="00693F1B">
        <w:rPr>
          <w:i/>
          <w:iCs/>
        </w:rPr>
        <w:t xml:space="preserve"> (se </w:t>
      </w:r>
      <w:proofErr w:type="spellStart"/>
      <w:r w:rsidRPr="00693F1B">
        <w:rPr>
          <w:i/>
          <w:iCs/>
        </w:rPr>
        <w:t>bifează</w:t>
      </w:r>
      <w:proofErr w:type="spellEnd"/>
      <w:r w:rsidRPr="00693F1B">
        <w:rPr>
          <w:i/>
          <w:iCs/>
        </w:rPr>
        <w:t xml:space="preserve"> </w:t>
      </w:r>
      <w:proofErr w:type="spellStart"/>
      <w:r w:rsidRPr="00693F1B">
        <w:rPr>
          <w:i/>
          <w:iCs/>
        </w:rPr>
        <w:t>situația</w:t>
      </w:r>
      <w:proofErr w:type="spellEnd"/>
      <w:r w:rsidRPr="00693F1B">
        <w:rPr>
          <w:i/>
          <w:iCs/>
        </w:rPr>
        <w:t xml:space="preserve"> </w:t>
      </w:r>
      <w:proofErr w:type="spellStart"/>
      <w:r w:rsidRPr="00693F1B">
        <w:rPr>
          <w:i/>
          <w:iCs/>
        </w:rPr>
        <w:t>aplicabilă</w:t>
      </w:r>
      <w:proofErr w:type="spellEnd"/>
      <w:r w:rsidRPr="00693F1B">
        <w:rPr>
          <w:i/>
          <w:iCs/>
        </w:rPr>
        <w:t>):</w:t>
      </w:r>
    </w:p>
    <w:p w14:paraId="56D5FBF4" w14:textId="77777777" w:rsidR="00EE7ED3" w:rsidRPr="00693F1B" w:rsidRDefault="00000000">
      <w:pPr>
        <w:numPr>
          <w:ilvl w:val="0"/>
          <w:numId w:val="24"/>
        </w:numPr>
        <w:jc w:val="both"/>
        <w:rPr>
          <w:i/>
          <w:iCs/>
        </w:rPr>
      </w:pPr>
      <w:r w:rsidRPr="00693F1B">
        <w:rPr>
          <w:i/>
          <w:iCs/>
        </w:rPr>
        <w:t xml:space="preserve">contest </w:t>
      </w:r>
      <w:proofErr w:type="spellStart"/>
      <w:r w:rsidRPr="00693F1B">
        <w:rPr>
          <w:i/>
          <w:iCs/>
        </w:rPr>
        <w:t>exactitatea</w:t>
      </w:r>
      <w:proofErr w:type="spellEnd"/>
      <w:r w:rsidRPr="00693F1B">
        <w:rPr>
          <w:i/>
          <w:iCs/>
        </w:rPr>
        <w:t xml:space="preserve"> </w:t>
      </w:r>
      <w:proofErr w:type="spellStart"/>
      <w:r w:rsidRPr="00693F1B">
        <w:rPr>
          <w:i/>
          <w:iCs/>
        </w:rPr>
        <w:t>datelor</w:t>
      </w:r>
      <w:proofErr w:type="spellEnd"/>
      <w:r w:rsidRPr="00693F1B">
        <w:rPr>
          <w:i/>
          <w:iCs/>
        </w:rPr>
        <w:t xml:space="preserve">, </w:t>
      </w:r>
      <w:proofErr w:type="spellStart"/>
      <w:r w:rsidRPr="00693F1B">
        <w:rPr>
          <w:i/>
          <w:iCs/>
        </w:rPr>
        <w:t>solicitând</w:t>
      </w:r>
      <w:proofErr w:type="spellEnd"/>
      <w:r w:rsidRPr="00693F1B">
        <w:rPr>
          <w:i/>
          <w:iCs/>
        </w:rPr>
        <w:t xml:space="preserve"> </w:t>
      </w:r>
      <w:proofErr w:type="spellStart"/>
      <w:r w:rsidRPr="00693F1B">
        <w:rPr>
          <w:i/>
          <w:iCs/>
        </w:rPr>
        <w:t>restricționarea</w:t>
      </w:r>
      <w:proofErr w:type="spellEnd"/>
      <w:r w:rsidRPr="00693F1B">
        <w:rPr>
          <w:i/>
          <w:iCs/>
        </w:rPr>
        <w:t xml:space="preserve"> pe o </w:t>
      </w:r>
      <w:proofErr w:type="spellStart"/>
      <w:r w:rsidRPr="00693F1B">
        <w:rPr>
          <w:i/>
          <w:iCs/>
        </w:rPr>
        <w:t>perioadă</w:t>
      </w:r>
      <w:proofErr w:type="spellEnd"/>
      <w:r w:rsidRPr="00693F1B">
        <w:rPr>
          <w:i/>
          <w:iCs/>
        </w:rPr>
        <w:t xml:space="preserve"> care </w:t>
      </w:r>
      <w:proofErr w:type="spellStart"/>
      <w:r w:rsidRPr="00693F1B">
        <w:rPr>
          <w:i/>
          <w:iCs/>
        </w:rPr>
        <w:t>să</w:t>
      </w:r>
      <w:proofErr w:type="spellEnd"/>
      <w:r w:rsidRPr="00693F1B">
        <w:rPr>
          <w:i/>
          <w:iCs/>
        </w:rPr>
        <w:t xml:space="preserve"> </w:t>
      </w:r>
      <w:proofErr w:type="spellStart"/>
      <w:r w:rsidRPr="00693F1B">
        <w:rPr>
          <w:i/>
          <w:iCs/>
        </w:rPr>
        <w:t>permită</w:t>
      </w:r>
      <w:proofErr w:type="spellEnd"/>
      <w:r w:rsidRPr="00693F1B">
        <w:rPr>
          <w:i/>
          <w:iCs/>
        </w:rPr>
        <w:t xml:space="preserve"> </w:t>
      </w:r>
      <w:proofErr w:type="spellStart"/>
      <w:r w:rsidRPr="00693F1B">
        <w:rPr>
          <w:i/>
          <w:iCs/>
        </w:rPr>
        <w:t>Primări</w:t>
      </w:r>
      <w:r>
        <w:rPr>
          <w:i/>
          <w:iCs/>
        </w:rPr>
        <w:t>e</w:t>
      </w:r>
      <w:r w:rsidRPr="00693F1B">
        <w:rPr>
          <w:i/>
          <w:iCs/>
        </w:rPr>
        <w:t>i</w:t>
      </w:r>
      <w:proofErr w:type="spellEnd"/>
      <w:r w:rsidRPr="00693F1B">
        <w:rPr>
          <w:i/>
          <w:iCs/>
        </w:rPr>
        <w:t xml:space="preserve"> </w:t>
      </w:r>
      <w:proofErr w:type="spellStart"/>
      <w:r>
        <w:rPr>
          <w:i/>
          <w:iCs/>
        </w:rPr>
        <w:t>Mereni</w:t>
      </w:r>
      <w:proofErr w:type="spellEnd"/>
      <w:r w:rsidRPr="00693F1B">
        <w:rPr>
          <w:i/>
          <w:iCs/>
        </w:rPr>
        <w:t xml:space="preserve"> </w:t>
      </w:r>
      <w:proofErr w:type="spellStart"/>
      <w:r w:rsidRPr="00693F1B">
        <w:rPr>
          <w:i/>
          <w:iCs/>
        </w:rPr>
        <w:t>să</w:t>
      </w:r>
      <w:proofErr w:type="spellEnd"/>
      <w:r w:rsidRPr="00693F1B">
        <w:rPr>
          <w:i/>
          <w:iCs/>
        </w:rPr>
        <w:t xml:space="preserve"> </w:t>
      </w:r>
      <w:proofErr w:type="spellStart"/>
      <w:r w:rsidRPr="00693F1B">
        <w:rPr>
          <w:i/>
          <w:iCs/>
        </w:rPr>
        <w:t>verifice</w:t>
      </w:r>
      <w:proofErr w:type="spellEnd"/>
      <w:r w:rsidRPr="00693F1B">
        <w:rPr>
          <w:i/>
          <w:iCs/>
        </w:rPr>
        <w:t xml:space="preserve"> </w:t>
      </w:r>
      <w:proofErr w:type="spellStart"/>
      <w:r w:rsidRPr="00693F1B">
        <w:rPr>
          <w:i/>
          <w:iCs/>
        </w:rPr>
        <w:t>exactitatea</w:t>
      </w:r>
      <w:proofErr w:type="spellEnd"/>
      <w:r w:rsidRPr="00693F1B">
        <w:rPr>
          <w:i/>
          <w:iCs/>
        </w:rPr>
        <w:t xml:space="preserve"> </w:t>
      </w:r>
      <w:proofErr w:type="spellStart"/>
      <w:r w:rsidRPr="00693F1B">
        <w:rPr>
          <w:i/>
          <w:iCs/>
        </w:rPr>
        <w:t>și</w:t>
      </w:r>
      <w:proofErr w:type="spellEnd"/>
      <w:r w:rsidRPr="00693F1B">
        <w:rPr>
          <w:i/>
          <w:iCs/>
        </w:rPr>
        <w:t xml:space="preserve"> </w:t>
      </w:r>
      <w:proofErr w:type="spellStart"/>
      <w:r w:rsidRPr="00693F1B">
        <w:rPr>
          <w:i/>
          <w:iCs/>
        </w:rPr>
        <w:t>corectitudinea</w:t>
      </w:r>
      <w:proofErr w:type="spellEnd"/>
      <w:r w:rsidRPr="00693F1B">
        <w:rPr>
          <w:i/>
          <w:iCs/>
        </w:rPr>
        <w:t xml:space="preserve"> </w:t>
      </w:r>
      <w:proofErr w:type="spellStart"/>
      <w:r w:rsidRPr="00693F1B">
        <w:rPr>
          <w:i/>
          <w:iCs/>
        </w:rPr>
        <w:t>datelor</w:t>
      </w:r>
      <w:proofErr w:type="spellEnd"/>
      <w:r w:rsidRPr="00693F1B">
        <w:rPr>
          <w:i/>
          <w:iCs/>
        </w:rPr>
        <w:t xml:space="preserve"> </w:t>
      </w:r>
      <w:proofErr w:type="spellStart"/>
      <w:r w:rsidRPr="00693F1B">
        <w:rPr>
          <w:i/>
          <w:iCs/>
        </w:rPr>
        <w:t>în</w:t>
      </w:r>
      <w:proofErr w:type="spellEnd"/>
      <w:r w:rsidRPr="00693F1B">
        <w:rPr>
          <w:i/>
          <w:iCs/>
        </w:rPr>
        <w:t xml:space="preserve"> </w:t>
      </w:r>
      <w:proofErr w:type="spellStart"/>
      <w:r w:rsidRPr="00693F1B">
        <w:rPr>
          <w:i/>
          <w:iCs/>
        </w:rPr>
        <w:t>cauză</w:t>
      </w:r>
      <w:proofErr w:type="spellEnd"/>
      <w:r w:rsidRPr="00693F1B">
        <w:rPr>
          <w:i/>
          <w:iCs/>
        </w:rPr>
        <w:t>;</w:t>
      </w:r>
    </w:p>
    <w:p w14:paraId="6A2FA757" w14:textId="77777777" w:rsidR="00EE7ED3" w:rsidRPr="00693F1B" w:rsidRDefault="00000000">
      <w:pPr>
        <w:numPr>
          <w:ilvl w:val="0"/>
          <w:numId w:val="24"/>
        </w:numPr>
        <w:jc w:val="both"/>
        <w:rPr>
          <w:i/>
          <w:iCs/>
        </w:rPr>
      </w:pPr>
      <w:proofErr w:type="spellStart"/>
      <w:r w:rsidRPr="00693F1B">
        <w:rPr>
          <w:i/>
          <w:iCs/>
        </w:rPr>
        <w:t>prelucrarea</w:t>
      </w:r>
      <w:proofErr w:type="spellEnd"/>
      <w:r w:rsidRPr="00693F1B">
        <w:rPr>
          <w:i/>
          <w:iCs/>
        </w:rPr>
        <w:t xml:space="preserve"> </w:t>
      </w:r>
      <w:proofErr w:type="spellStart"/>
      <w:r w:rsidRPr="00693F1B">
        <w:rPr>
          <w:i/>
          <w:iCs/>
        </w:rPr>
        <w:t>este</w:t>
      </w:r>
      <w:proofErr w:type="spellEnd"/>
      <w:r w:rsidRPr="00693F1B">
        <w:rPr>
          <w:i/>
          <w:iCs/>
        </w:rPr>
        <w:t xml:space="preserve"> </w:t>
      </w:r>
      <w:proofErr w:type="spellStart"/>
      <w:r w:rsidRPr="00693F1B">
        <w:rPr>
          <w:i/>
          <w:iCs/>
        </w:rPr>
        <w:t>nelegală</w:t>
      </w:r>
      <w:proofErr w:type="spellEnd"/>
      <w:r w:rsidRPr="00693F1B">
        <w:rPr>
          <w:i/>
          <w:iCs/>
        </w:rPr>
        <w:t xml:space="preserve">, </w:t>
      </w:r>
      <w:proofErr w:type="spellStart"/>
      <w:r w:rsidRPr="00693F1B">
        <w:rPr>
          <w:i/>
          <w:iCs/>
        </w:rPr>
        <w:t>dar</w:t>
      </w:r>
      <w:proofErr w:type="spellEnd"/>
      <w:r w:rsidRPr="00693F1B">
        <w:rPr>
          <w:i/>
          <w:iCs/>
        </w:rPr>
        <w:t xml:space="preserve"> </w:t>
      </w:r>
      <w:proofErr w:type="spellStart"/>
      <w:r w:rsidRPr="00693F1B">
        <w:rPr>
          <w:i/>
          <w:iCs/>
        </w:rPr>
        <w:t>mă</w:t>
      </w:r>
      <w:proofErr w:type="spellEnd"/>
      <w:r w:rsidRPr="00693F1B">
        <w:rPr>
          <w:i/>
          <w:iCs/>
        </w:rPr>
        <w:t xml:space="preserve"> </w:t>
      </w:r>
      <w:proofErr w:type="spellStart"/>
      <w:r w:rsidRPr="00693F1B">
        <w:rPr>
          <w:i/>
          <w:iCs/>
        </w:rPr>
        <w:t>opun</w:t>
      </w:r>
      <w:proofErr w:type="spellEnd"/>
      <w:r w:rsidRPr="00693F1B">
        <w:rPr>
          <w:i/>
          <w:iCs/>
        </w:rPr>
        <w:t xml:space="preserve"> </w:t>
      </w:r>
      <w:proofErr w:type="spellStart"/>
      <w:r w:rsidRPr="00693F1B">
        <w:rPr>
          <w:i/>
          <w:iCs/>
        </w:rPr>
        <w:t>ștergerii</w:t>
      </w:r>
      <w:proofErr w:type="spellEnd"/>
      <w:r w:rsidRPr="00693F1B">
        <w:rPr>
          <w:i/>
          <w:iCs/>
        </w:rPr>
        <w:t xml:space="preserve"> definitive a </w:t>
      </w:r>
      <w:proofErr w:type="spellStart"/>
      <w:r w:rsidRPr="00693F1B">
        <w:rPr>
          <w:i/>
          <w:iCs/>
        </w:rPr>
        <w:t>datelor</w:t>
      </w:r>
      <w:proofErr w:type="spellEnd"/>
      <w:r w:rsidRPr="00693F1B">
        <w:rPr>
          <w:i/>
          <w:iCs/>
        </w:rPr>
        <w:t xml:space="preserve"> cu </w:t>
      </w:r>
      <w:proofErr w:type="spellStart"/>
      <w:r w:rsidRPr="00693F1B">
        <w:rPr>
          <w:i/>
          <w:iCs/>
        </w:rPr>
        <w:t>caracter</w:t>
      </w:r>
      <w:proofErr w:type="spellEnd"/>
      <w:r w:rsidRPr="00693F1B">
        <w:rPr>
          <w:i/>
          <w:iCs/>
        </w:rPr>
        <w:t xml:space="preserve"> personal, </w:t>
      </w:r>
      <w:proofErr w:type="spellStart"/>
      <w:r w:rsidRPr="00693F1B">
        <w:rPr>
          <w:i/>
          <w:iCs/>
        </w:rPr>
        <w:t>solicitând</w:t>
      </w:r>
      <w:proofErr w:type="spellEnd"/>
      <w:r w:rsidRPr="00693F1B">
        <w:rPr>
          <w:i/>
          <w:iCs/>
        </w:rPr>
        <w:t xml:space="preserve"> </w:t>
      </w:r>
      <w:proofErr w:type="spellStart"/>
      <w:r w:rsidRPr="00693F1B">
        <w:rPr>
          <w:i/>
          <w:iCs/>
        </w:rPr>
        <w:t>în</w:t>
      </w:r>
      <w:proofErr w:type="spellEnd"/>
      <w:r w:rsidRPr="00693F1B">
        <w:rPr>
          <w:i/>
          <w:iCs/>
        </w:rPr>
        <w:t xml:space="preserve"> </w:t>
      </w:r>
      <w:proofErr w:type="spellStart"/>
      <w:r w:rsidRPr="00693F1B">
        <w:rPr>
          <w:i/>
          <w:iCs/>
        </w:rPr>
        <w:t>schimb</w:t>
      </w:r>
      <w:proofErr w:type="spellEnd"/>
      <w:r w:rsidRPr="00693F1B">
        <w:rPr>
          <w:i/>
          <w:iCs/>
        </w:rPr>
        <w:t xml:space="preserve"> </w:t>
      </w:r>
      <w:proofErr w:type="spellStart"/>
      <w:r w:rsidRPr="00693F1B">
        <w:rPr>
          <w:i/>
          <w:iCs/>
        </w:rPr>
        <w:t>restricționarea</w:t>
      </w:r>
      <w:proofErr w:type="spellEnd"/>
      <w:r w:rsidRPr="00693F1B">
        <w:rPr>
          <w:i/>
          <w:iCs/>
        </w:rPr>
        <w:t xml:space="preserve"> </w:t>
      </w:r>
      <w:proofErr w:type="spellStart"/>
      <w:r w:rsidRPr="00693F1B">
        <w:rPr>
          <w:i/>
          <w:iCs/>
        </w:rPr>
        <w:t>utilizării</w:t>
      </w:r>
      <w:proofErr w:type="spellEnd"/>
      <w:r w:rsidRPr="00693F1B">
        <w:rPr>
          <w:i/>
          <w:iCs/>
        </w:rPr>
        <w:t xml:space="preserve"> lor </w:t>
      </w:r>
      <w:proofErr w:type="spellStart"/>
      <w:r w:rsidRPr="00693F1B">
        <w:rPr>
          <w:i/>
          <w:iCs/>
        </w:rPr>
        <w:t>în</w:t>
      </w:r>
      <w:proofErr w:type="spellEnd"/>
      <w:r w:rsidRPr="00693F1B">
        <w:rPr>
          <w:i/>
          <w:iCs/>
        </w:rPr>
        <w:t xml:space="preserve"> </w:t>
      </w:r>
      <w:proofErr w:type="spellStart"/>
      <w:r w:rsidRPr="00693F1B">
        <w:rPr>
          <w:i/>
          <w:iCs/>
        </w:rPr>
        <w:t>sistemele</w:t>
      </w:r>
      <w:proofErr w:type="spellEnd"/>
      <w:r w:rsidRPr="00693F1B">
        <w:rPr>
          <w:i/>
          <w:iCs/>
        </w:rPr>
        <w:t xml:space="preserve"> interne;</w:t>
      </w:r>
    </w:p>
    <w:p w14:paraId="41339D6E" w14:textId="77777777" w:rsidR="00EE7ED3" w:rsidRPr="00693F1B" w:rsidRDefault="00000000">
      <w:pPr>
        <w:numPr>
          <w:ilvl w:val="0"/>
          <w:numId w:val="24"/>
        </w:numPr>
        <w:jc w:val="both"/>
        <w:rPr>
          <w:i/>
          <w:iCs/>
        </w:rPr>
      </w:pPr>
      <w:proofErr w:type="spellStart"/>
      <w:r w:rsidRPr="00693F1B">
        <w:rPr>
          <w:i/>
          <w:iCs/>
        </w:rPr>
        <w:t>Primăria</w:t>
      </w:r>
      <w:proofErr w:type="spellEnd"/>
      <w:r w:rsidRPr="00693F1B">
        <w:rPr>
          <w:i/>
          <w:iCs/>
        </w:rPr>
        <w:t xml:space="preserve"> </w:t>
      </w:r>
      <w:proofErr w:type="spellStart"/>
      <w:r>
        <w:rPr>
          <w:i/>
          <w:iCs/>
        </w:rPr>
        <w:t>Mereni</w:t>
      </w:r>
      <w:proofErr w:type="spellEnd"/>
      <w:r w:rsidRPr="00693F1B">
        <w:rPr>
          <w:i/>
          <w:iCs/>
        </w:rPr>
        <w:t xml:space="preserve"> nu </w:t>
      </w:r>
      <w:proofErr w:type="spellStart"/>
      <w:r w:rsidRPr="00693F1B">
        <w:rPr>
          <w:i/>
          <w:iCs/>
        </w:rPr>
        <w:t>mai</w:t>
      </w:r>
      <w:proofErr w:type="spellEnd"/>
      <w:r w:rsidRPr="00693F1B">
        <w:rPr>
          <w:i/>
          <w:iCs/>
        </w:rPr>
        <w:t xml:space="preserve"> are </w:t>
      </w:r>
      <w:proofErr w:type="spellStart"/>
      <w:r w:rsidRPr="00693F1B">
        <w:rPr>
          <w:i/>
          <w:iCs/>
        </w:rPr>
        <w:t>nevoie</w:t>
      </w:r>
      <w:proofErr w:type="spellEnd"/>
      <w:r w:rsidRPr="00693F1B">
        <w:rPr>
          <w:i/>
          <w:iCs/>
        </w:rPr>
        <w:t xml:space="preserve"> de </w:t>
      </w:r>
      <w:proofErr w:type="spellStart"/>
      <w:r w:rsidRPr="00693F1B">
        <w:rPr>
          <w:i/>
          <w:iCs/>
        </w:rPr>
        <w:t>aceste</w:t>
      </w:r>
      <w:proofErr w:type="spellEnd"/>
      <w:r w:rsidRPr="00693F1B">
        <w:rPr>
          <w:i/>
          <w:iCs/>
        </w:rPr>
        <w:t xml:space="preserve"> date </w:t>
      </w:r>
      <w:proofErr w:type="spellStart"/>
      <w:r w:rsidRPr="00693F1B">
        <w:rPr>
          <w:i/>
          <w:iCs/>
        </w:rPr>
        <w:t>în</w:t>
      </w:r>
      <w:proofErr w:type="spellEnd"/>
      <w:r w:rsidRPr="00693F1B">
        <w:rPr>
          <w:i/>
          <w:iCs/>
        </w:rPr>
        <w:t xml:space="preserve"> </w:t>
      </w:r>
      <w:proofErr w:type="spellStart"/>
      <w:r w:rsidRPr="00693F1B">
        <w:rPr>
          <w:i/>
          <w:iCs/>
        </w:rPr>
        <w:t>scopul</w:t>
      </w:r>
      <w:proofErr w:type="spellEnd"/>
      <w:r w:rsidRPr="00693F1B">
        <w:rPr>
          <w:i/>
          <w:iCs/>
        </w:rPr>
        <w:t xml:space="preserve"> de fond al </w:t>
      </w:r>
      <w:proofErr w:type="spellStart"/>
      <w:r w:rsidRPr="00693F1B">
        <w:rPr>
          <w:i/>
          <w:iCs/>
        </w:rPr>
        <w:t>instituției</w:t>
      </w:r>
      <w:proofErr w:type="spellEnd"/>
      <w:r w:rsidRPr="00693F1B">
        <w:rPr>
          <w:i/>
          <w:iCs/>
        </w:rPr>
        <w:t xml:space="preserve">, </w:t>
      </w:r>
      <w:proofErr w:type="spellStart"/>
      <w:r w:rsidRPr="00693F1B">
        <w:rPr>
          <w:i/>
          <w:iCs/>
        </w:rPr>
        <w:t>dar</w:t>
      </w:r>
      <w:proofErr w:type="spellEnd"/>
      <w:r w:rsidRPr="00693F1B">
        <w:rPr>
          <w:i/>
          <w:iCs/>
        </w:rPr>
        <w:t xml:space="preserve"> </w:t>
      </w:r>
      <w:proofErr w:type="spellStart"/>
      <w:r w:rsidRPr="00693F1B">
        <w:rPr>
          <w:i/>
          <w:iCs/>
        </w:rPr>
        <w:t>eu</w:t>
      </w:r>
      <w:proofErr w:type="spellEnd"/>
      <w:r w:rsidRPr="00693F1B">
        <w:rPr>
          <w:i/>
          <w:iCs/>
        </w:rPr>
        <w:t xml:space="preserve"> le solicit </w:t>
      </w:r>
      <w:proofErr w:type="spellStart"/>
      <w:r w:rsidRPr="00693F1B">
        <w:rPr>
          <w:i/>
          <w:iCs/>
        </w:rPr>
        <w:t>expres</w:t>
      </w:r>
      <w:proofErr w:type="spellEnd"/>
      <w:r w:rsidRPr="00693F1B">
        <w:rPr>
          <w:i/>
          <w:iCs/>
        </w:rPr>
        <w:t xml:space="preserve"> </w:t>
      </w:r>
      <w:proofErr w:type="spellStart"/>
      <w:r w:rsidRPr="00693F1B">
        <w:rPr>
          <w:i/>
          <w:iCs/>
        </w:rPr>
        <w:t>pentru</w:t>
      </w:r>
      <w:proofErr w:type="spellEnd"/>
      <w:r w:rsidRPr="00693F1B">
        <w:rPr>
          <w:i/>
          <w:iCs/>
        </w:rPr>
        <w:t xml:space="preserve"> </w:t>
      </w:r>
      <w:proofErr w:type="spellStart"/>
      <w:r w:rsidRPr="00693F1B">
        <w:rPr>
          <w:i/>
          <w:iCs/>
        </w:rPr>
        <w:t>constatarea</w:t>
      </w:r>
      <w:proofErr w:type="spellEnd"/>
      <w:r w:rsidRPr="00693F1B">
        <w:rPr>
          <w:i/>
          <w:iCs/>
        </w:rPr>
        <w:t xml:space="preserve">, </w:t>
      </w:r>
      <w:proofErr w:type="spellStart"/>
      <w:r w:rsidRPr="00693F1B">
        <w:rPr>
          <w:i/>
          <w:iCs/>
        </w:rPr>
        <w:t>exercitarea</w:t>
      </w:r>
      <w:proofErr w:type="spellEnd"/>
      <w:r w:rsidRPr="00693F1B">
        <w:rPr>
          <w:i/>
          <w:iCs/>
        </w:rPr>
        <w:t xml:space="preserve"> </w:t>
      </w:r>
      <w:proofErr w:type="spellStart"/>
      <w:r w:rsidRPr="00693F1B">
        <w:rPr>
          <w:i/>
          <w:iCs/>
        </w:rPr>
        <w:t>sau</w:t>
      </w:r>
      <w:proofErr w:type="spellEnd"/>
      <w:r w:rsidRPr="00693F1B">
        <w:rPr>
          <w:i/>
          <w:iCs/>
        </w:rPr>
        <w:t xml:space="preserve"> </w:t>
      </w:r>
      <w:proofErr w:type="spellStart"/>
      <w:r w:rsidRPr="00693F1B">
        <w:rPr>
          <w:i/>
          <w:iCs/>
        </w:rPr>
        <w:t>apărarea</w:t>
      </w:r>
      <w:proofErr w:type="spellEnd"/>
      <w:r w:rsidRPr="00693F1B">
        <w:rPr>
          <w:i/>
          <w:iCs/>
        </w:rPr>
        <w:t xml:space="preserve"> </w:t>
      </w:r>
      <w:proofErr w:type="spellStart"/>
      <w:r w:rsidRPr="00693F1B">
        <w:rPr>
          <w:i/>
          <w:iCs/>
        </w:rPr>
        <w:t>unui</w:t>
      </w:r>
      <w:proofErr w:type="spellEnd"/>
      <w:r w:rsidRPr="00693F1B">
        <w:rPr>
          <w:i/>
          <w:iCs/>
        </w:rPr>
        <w:t xml:space="preserve"> </w:t>
      </w:r>
      <w:proofErr w:type="spellStart"/>
      <w:r w:rsidRPr="00693F1B">
        <w:rPr>
          <w:i/>
          <w:iCs/>
        </w:rPr>
        <w:t>drept</w:t>
      </w:r>
      <w:proofErr w:type="spellEnd"/>
      <w:r w:rsidRPr="00693F1B">
        <w:rPr>
          <w:i/>
          <w:iCs/>
        </w:rPr>
        <w:t xml:space="preserve"> </w:t>
      </w:r>
      <w:proofErr w:type="spellStart"/>
      <w:r w:rsidRPr="00693F1B">
        <w:rPr>
          <w:i/>
          <w:iCs/>
        </w:rPr>
        <w:t>în</w:t>
      </w:r>
      <w:proofErr w:type="spellEnd"/>
      <w:r w:rsidRPr="00693F1B">
        <w:rPr>
          <w:i/>
          <w:iCs/>
        </w:rPr>
        <w:t xml:space="preserve"> </w:t>
      </w:r>
      <w:proofErr w:type="spellStart"/>
      <w:r w:rsidRPr="00693F1B">
        <w:rPr>
          <w:i/>
          <w:iCs/>
        </w:rPr>
        <w:t>instanță</w:t>
      </w:r>
      <w:proofErr w:type="spellEnd"/>
      <w:r w:rsidRPr="00693F1B">
        <w:rPr>
          <w:i/>
          <w:iCs/>
        </w:rPr>
        <w:t>;</w:t>
      </w:r>
    </w:p>
    <w:p w14:paraId="742B6338" w14:textId="77777777" w:rsidR="00EE7ED3" w:rsidRPr="00693F1B" w:rsidRDefault="00000000">
      <w:pPr>
        <w:numPr>
          <w:ilvl w:val="0"/>
          <w:numId w:val="24"/>
        </w:numPr>
        <w:jc w:val="both"/>
        <w:rPr>
          <w:i/>
          <w:iCs/>
        </w:rPr>
      </w:pPr>
      <w:r w:rsidRPr="00693F1B">
        <w:rPr>
          <w:i/>
          <w:iCs/>
        </w:rPr>
        <w:t xml:space="preserve">m-am opus </w:t>
      </w:r>
      <w:proofErr w:type="spellStart"/>
      <w:r w:rsidRPr="00693F1B">
        <w:rPr>
          <w:i/>
          <w:iCs/>
        </w:rPr>
        <w:t>prelucrării</w:t>
      </w:r>
      <w:proofErr w:type="spellEnd"/>
      <w:r w:rsidRPr="00693F1B">
        <w:rPr>
          <w:i/>
          <w:iCs/>
        </w:rPr>
        <w:t xml:space="preserve"> </w:t>
      </w:r>
      <w:proofErr w:type="spellStart"/>
      <w:r w:rsidRPr="00693F1B">
        <w:rPr>
          <w:i/>
          <w:iCs/>
        </w:rPr>
        <w:t>în</w:t>
      </w:r>
      <w:proofErr w:type="spellEnd"/>
      <w:r w:rsidRPr="00693F1B">
        <w:rPr>
          <w:i/>
          <w:iCs/>
        </w:rPr>
        <w:t xml:space="preserve"> </w:t>
      </w:r>
      <w:proofErr w:type="spellStart"/>
      <w:r w:rsidRPr="00693F1B">
        <w:rPr>
          <w:i/>
          <w:iCs/>
        </w:rPr>
        <w:t>temeiul</w:t>
      </w:r>
      <w:proofErr w:type="spellEnd"/>
      <w:r w:rsidRPr="00693F1B">
        <w:rPr>
          <w:i/>
          <w:iCs/>
        </w:rPr>
        <w:t xml:space="preserve"> </w:t>
      </w:r>
      <w:proofErr w:type="spellStart"/>
      <w:r w:rsidRPr="00693F1B">
        <w:rPr>
          <w:i/>
          <w:iCs/>
        </w:rPr>
        <w:t>Articolului</w:t>
      </w:r>
      <w:proofErr w:type="spellEnd"/>
      <w:r w:rsidRPr="00693F1B">
        <w:rPr>
          <w:i/>
          <w:iCs/>
        </w:rPr>
        <w:t xml:space="preserve"> 21 din </w:t>
      </w:r>
      <w:proofErr w:type="spellStart"/>
      <w:r w:rsidRPr="00693F1B">
        <w:rPr>
          <w:i/>
          <w:iCs/>
        </w:rPr>
        <w:t>Legea</w:t>
      </w:r>
      <w:proofErr w:type="spellEnd"/>
      <w:r w:rsidRPr="00693F1B">
        <w:rPr>
          <w:i/>
          <w:iCs/>
        </w:rPr>
        <w:t xml:space="preserve"> nr. 195/2024, </w:t>
      </w:r>
      <w:proofErr w:type="spellStart"/>
      <w:r w:rsidRPr="00693F1B">
        <w:rPr>
          <w:i/>
          <w:iCs/>
        </w:rPr>
        <w:t>pentru</w:t>
      </w:r>
      <w:proofErr w:type="spellEnd"/>
      <w:r w:rsidRPr="00693F1B">
        <w:rPr>
          <w:i/>
          <w:iCs/>
        </w:rPr>
        <w:t xml:space="preserve"> </w:t>
      </w:r>
      <w:proofErr w:type="spellStart"/>
      <w:r w:rsidRPr="00693F1B">
        <w:rPr>
          <w:i/>
          <w:iCs/>
        </w:rPr>
        <w:t>intervalul</w:t>
      </w:r>
      <w:proofErr w:type="spellEnd"/>
      <w:r w:rsidRPr="00693F1B">
        <w:rPr>
          <w:i/>
          <w:iCs/>
        </w:rPr>
        <w:t xml:space="preserve"> de </w:t>
      </w:r>
      <w:proofErr w:type="spellStart"/>
      <w:r w:rsidRPr="00693F1B">
        <w:rPr>
          <w:i/>
          <w:iCs/>
        </w:rPr>
        <w:t>timp</w:t>
      </w:r>
      <w:proofErr w:type="spellEnd"/>
      <w:r w:rsidRPr="00693F1B">
        <w:rPr>
          <w:i/>
          <w:iCs/>
        </w:rPr>
        <w:t xml:space="preserve"> </w:t>
      </w:r>
      <w:proofErr w:type="spellStart"/>
      <w:r w:rsidRPr="00693F1B">
        <w:rPr>
          <w:i/>
          <w:iCs/>
        </w:rPr>
        <w:t>în</w:t>
      </w:r>
      <w:proofErr w:type="spellEnd"/>
      <w:r w:rsidRPr="00693F1B">
        <w:rPr>
          <w:i/>
          <w:iCs/>
        </w:rPr>
        <w:t xml:space="preserve"> care se </w:t>
      </w:r>
      <w:proofErr w:type="spellStart"/>
      <w:r w:rsidRPr="00693F1B">
        <w:rPr>
          <w:i/>
          <w:iCs/>
        </w:rPr>
        <w:t>verifică</w:t>
      </w:r>
      <w:proofErr w:type="spellEnd"/>
      <w:r w:rsidRPr="00693F1B">
        <w:rPr>
          <w:i/>
          <w:iCs/>
        </w:rPr>
        <w:t xml:space="preserve"> </w:t>
      </w:r>
      <w:proofErr w:type="spellStart"/>
      <w:r w:rsidRPr="00693F1B">
        <w:rPr>
          <w:i/>
          <w:iCs/>
        </w:rPr>
        <w:t>dacă</w:t>
      </w:r>
      <w:proofErr w:type="spellEnd"/>
      <w:r w:rsidRPr="00693F1B">
        <w:rPr>
          <w:i/>
          <w:iCs/>
        </w:rPr>
        <w:t xml:space="preserve"> </w:t>
      </w:r>
      <w:proofErr w:type="spellStart"/>
      <w:r w:rsidRPr="00693F1B">
        <w:rPr>
          <w:i/>
          <w:iCs/>
        </w:rPr>
        <w:t>drepturile</w:t>
      </w:r>
      <w:proofErr w:type="spellEnd"/>
      <w:r w:rsidRPr="00693F1B">
        <w:rPr>
          <w:i/>
          <w:iCs/>
        </w:rPr>
        <w:t xml:space="preserve"> </w:t>
      </w:r>
      <w:proofErr w:type="spellStart"/>
      <w:r w:rsidRPr="00693F1B">
        <w:rPr>
          <w:i/>
          <w:iCs/>
        </w:rPr>
        <w:t>și</w:t>
      </w:r>
      <w:proofErr w:type="spellEnd"/>
      <w:r w:rsidRPr="00693F1B">
        <w:rPr>
          <w:i/>
          <w:iCs/>
        </w:rPr>
        <w:t xml:space="preserve"> </w:t>
      </w:r>
      <w:proofErr w:type="spellStart"/>
      <w:r w:rsidRPr="00693F1B">
        <w:rPr>
          <w:i/>
          <w:iCs/>
        </w:rPr>
        <w:t>temeiurile</w:t>
      </w:r>
      <w:proofErr w:type="spellEnd"/>
      <w:r w:rsidRPr="00693F1B">
        <w:rPr>
          <w:i/>
          <w:iCs/>
        </w:rPr>
        <w:t xml:space="preserve"> administrative legitime ale </w:t>
      </w:r>
      <w:proofErr w:type="spellStart"/>
      <w:r w:rsidRPr="00693F1B">
        <w:rPr>
          <w:i/>
          <w:iCs/>
        </w:rPr>
        <w:t>Primăriei</w:t>
      </w:r>
      <w:proofErr w:type="spellEnd"/>
      <w:r w:rsidRPr="00693F1B">
        <w:rPr>
          <w:i/>
          <w:iCs/>
        </w:rPr>
        <w:t xml:space="preserve"> </w:t>
      </w:r>
      <w:proofErr w:type="spellStart"/>
      <w:r w:rsidRPr="00693F1B">
        <w:rPr>
          <w:i/>
          <w:iCs/>
        </w:rPr>
        <w:t>prevalează</w:t>
      </w:r>
      <w:proofErr w:type="spellEnd"/>
      <w:r w:rsidRPr="00693F1B">
        <w:rPr>
          <w:i/>
          <w:iCs/>
        </w:rPr>
        <w:t xml:space="preserve"> </w:t>
      </w:r>
      <w:proofErr w:type="spellStart"/>
      <w:r w:rsidRPr="00693F1B">
        <w:rPr>
          <w:i/>
          <w:iCs/>
        </w:rPr>
        <w:t>asupra</w:t>
      </w:r>
      <w:proofErr w:type="spellEnd"/>
      <w:r w:rsidRPr="00693F1B">
        <w:rPr>
          <w:i/>
          <w:iCs/>
        </w:rPr>
        <w:t xml:space="preserve"> </w:t>
      </w:r>
      <w:proofErr w:type="spellStart"/>
      <w:r w:rsidRPr="00693F1B">
        <w:rPr>
          <w:i/>
          <w:iCs/>
        </w:rPr>
        <w:t>drepturilor</w:t>
      </w:r>
      <w:proofErr w:type="spellEnd"/>
      <w:r w:rsidRPr="00693F1B">
        <w:rPr>
          <w:i/>
          <w:iCs/>
        </w:rPr>
        <w:t xml:space="preserve"> mele.</w:t>
      </w:r>
    </w:p>
    <w:p w14:paraId="3F8A4884" w14:textId="77777777" w:rsidR="00EE7ED3" w:rsidRPr="00CA18A1" w:rsidRDefault="00000000" w:rsidP="0031260F">
      <w:pPr>
        <w:rPr>
          <w:i/>
          <w:iCs/>
        </w:rPr>
      </w:pPr>
      <w:proofErr w:type="spellStart"/>
      <w:r w:rsidRPr="00693F1B">
        <w:rPr>
          <w:i/>
          <w:iCs/>
        </w:rPr>
        <w:t>Anexez</w:t>
      </w:r>
      <w:proofErr w:type="spellEnd"/>
      <w:r w:rsidRPr="00693F1B">
        <w:rPr>
          <w:i/>
          <w:iCs/>
        </w:rPr>
        <w:t xml:space="preserve"> </w:t>
      </w:r>
      <w:proofErr w:type="spellStart"/>
      <w:r w:rsidRPr="00693F1B">
        <w:rPr>
          <w:i/>
          <w:iCs/>
        </w:rPr>
        <w:t>în</w:t>
      </w:r>
      <w:proofErr w:type="spellEnd"/>
      <w:r w:rsidRPr="00693F1B">
        <w:rPr>
          <w:i/>
          <w:iCs/>
        </w:rPr>
        <w:t xml:space="preserve"> original / </w:t>
      </w:r>
      <w:proofErr w:type="spellStart"/>
      <w:r w:rsidRPr="00693F1B">
        <w:rPr>
          <w:i/>
          <w:iCs/>
        </w:rPr>
        <w:t>copie</w:t>
      </w:r>
      <w:proofErr w:type="spellEnd"/>
      <w:r w:rsidRPr="00693F1B">
        <w:rPr>
          <w:i/>
          <w:iCs/>
        </w:rPr>
        <w:t xml:space="preserve"> </w:t>
      </w:r>
      <w:proofErr w:type="spellStart"/>
      <w:r w:rsidRPr="00693F1B">
        <w:rPr>
          <w:i/>
          <w:iCs/>
        </w:rPr>
        <w:t>următoarele</w:t>
      </w:r>
      <w:proofErr w:type="spellEnd"/>
      <w:r w:rsidRPr="00693F1B">
        <w:rPr>
          <w:i/>
          <w:iCs/>
        </w:rPr>
        <w:t xml:space="preserve"> </w:t>
      </w:r>
      <w:proofErr w:type="spellStart"/>
      <w:r w:rsidRPr="00693F1B">
        <w:rPr>
          <w:i/>
          <w:iCs/>
        </w:rPr>
        <w:t>documente</w:t>
      </w:r>
      <w:proofErr w:type="spellEnd"/>
      <w:r w:rsidRPr="00693F1B">
        <w:rPr>
          <w:i/>
          <w:iCs/>
        </w:rPr>
        <w:t xml:space="preserve"> </w:t>
      </w:r>
      <w:proofErr w:type="spellStart"/>
      <w:r w:rsidRPr="00693F1B">
        <w:rPr>
          <w:i/>
          <w:iCs/>
        </w:rPr>
        <w:t>ce</w:t>
      </w:r>
      <w:proofErr w:type="spellEnd"/>
      <w:r w:rsidRPr="00693F1B">
        <w:rPr>
          <w:i/>
          <w:iCs/>
        </w:rPr>
        <w:t xml:space="preserve"> </w:t>
      </w:r>
      <w:proofErr w:type="spellStart"/>
      <w:r w:rsidRPr="00693F1B">
        <w:rPr>
          <w:i/>
          <w:iCs/>
        </w:rPr>
        <w:t>susțin</w:t>
      </w:r>
      <w:proofErr w:type="spellEnd"/>
      <w:r w:rsidRPr="00693F1B">
        <w:rPr>
          <w:i/>
          <w:iCs/>
        </w:rPr>
        <w:t xml:space="preserve"> </w:t>
      </w:r>
      <w:proofErr w:type="spellStart"/>
      <w:r w:rsidRPr="00693F1B">
        <w:rPr>
          <w:i/>
          <w:iCs/>
        </w:rPr>
        <w:t>cererea</w:t>
      </w:r>
      <w:proofErr w:type="spellEnd"/>
      <w:r w:rsidRPr="00693F1B">
        <w:rPr>
          <w:i/>
          <w:iCs/>
        </w:rPr>
        <w:t>: ..........................................................................................................................................................</w:t>
      </w:r>
      <w:r w:rsidRPr="00CA18A1">
        <w:rPr>
          <w:i/>
          <w:iCs/>
        </w:rPr>
        <w:t>..................</w:t>
      </w:r>
    </w:p>
    <w:p w14:paraId="370CBC75" w14:textId="77777777" w:rsidR="00EE7ED3" w:rsidRPr="00693F1B" w:rsidRDefault="00000000" w:rsidP="00F50344">
      <w:pPr>
        <w:jc w:val="both"/>
        <w:rPr>
          <w:i/>
          <w:iCs/>
        </w:rPr>
      </w:pPr>
      <w:proofErr w:type="spellStart"/>
      <w:r w:rsidRPr="00693F1B">
        <w:rPr>
          <w:i/>
          <w:iCs/>
        </w:rPr>
        <w:t>Față</w:t>
      </w:r>
      <w:proofErr w:type="spellEnd"/>
      <w:r w:rsidRPr="00693F1B">
        <w:rPr>
          <w:i/>
          <w:iCs/>
        </w:rPr>
        <w:t xml:space="preserve"> de </w:t>
      </w:r>
      <w:proofErr w:type="spellStart"/>
      <w:r w:rsidRPr="00693F1B">
        <w:rPr>
          <w:i/>
          <w:iCs/>
        </w:rPr>
        <w:t>cele</w:t>
      </w:r>
      <w:proofErr w:type="spellEnd"/>
      <w:r w:rsidRPr="00693F1B">
        <w:rPr>
          <w:i/>
          <w:iCs/>
        </w:rPr>
        <w:t xml:space="preserve"> de </w:t>
      </w:r>
      <w:proofErr w:type="spellStart"/>
      <w:r w:rsidRPr="00693F1B">
        <w:rPr>
          <w:i/>
          <w:iCs/>
        </w:rPr>
        <w:t>mai</w:t>
      </w:r>
      <w:proofErr w:type="spellEnd"/>
      <w:r w:rsidRPr="00693F1B">
        <w:rPr>
          <w:i/>
          <w:iCs/>
        </w:rPr>
        <w:t xml:space="preserve"> sus, </w:t>
      </w:r>
      <w:proofErr w:type="spellStart"/>
      <w:r w:rsidRPr="00693F1B">
        <w:rPr>
          <w:i/>
          <w:iCs/>
        </w:rPr>
        <w:t>vă</w:t>
      </w:r>
      <w:proofErr w:type="spellEnd"/>
      <w:r w:rsidRPr="00693F1B">
        <w:rPr>
          <w:i/>
          <w:iCs/>
        </w:rPr>
        <w:t xml:space="preserve"> rog </w:t>
      </w:r>
      <w:proofErr w:type="spellStart"/>
      <w:r w:rsidRPr="00693F1B">
        <w:rPr>
          <w:i/>
          <w:iCs/>
        </w:rPr>
        <w:t>să</w:t>
      </w:r>
      <w:proofErr w:type="spellEnd"/>
      <w:r w:rsidRPr="00693F1B">
        <w:rPr>
          <w:i/>
          <w:iCs/>
        </w:rPr>
        <w:t xml:space="preserve"> </w:t>
      </w:r>
      <w:proofErr w:type="spellStart"/>
      <w:r w:rsidRPr="00693F1B">
        <w:rPr>
          <w:i/>
          <w:iCs/>
        </w:rPr>
        <w:t>dispuneți</w:t>
      </w:r>
      <w:proofErr w:type="spellEnd"/>
      <w:r w:rsidRPr="00693F1B">
        <w:rPr>
          <w:i/>
          <w:iCs/>
        </w:rPr>
        <w:t xml:space="preserve"> </w:t>
      </w:r>
      <w:proofErr w:type="spellStart"/>
      <w:r w:rsidRPr="00693F1B">
        <w:rPr>
          <w:i/>
          <w:iCs/>
        </w:rPr>
        <w:t>blocarea</w:t>
      </w:r>
      <w:proofErr w:type="spellEnd"/>
      <w:r w:rsidRPr="00693F1B">
        <w:rPr>
          <w:i/>
          <w:iCs/>
        </w:rPr>
        <w:t xml:space="preserve"> </w:t>
      </w:r>
      <w:proofErr w:type="spellStart"/>
      <w:r w:rsidRPr="00693F1B">
        <w:rPr>
          <w:i/>
          <w:iCs/>
        </w:rPr>
        <w:t>temporară</w:t>
      </w:r>
      <w:proofErr w:type="spellEnd"/>
      <w:r w:rsidRPr="00693F1B">
        <w:rPr>
          <w:i/>
          <w:iCs/>
        </w:rPr>
        <w:t xml:space="preserve"> a </w:t>
      </w:r>
      <w:proofErr w:type="spellStart"/>
      <w:r w:rsidRPr="00693F1B">
        <w:rPr>
          <w:i/>
          <w:iCs/>
        </w:rPr>
        <w:t>prelucrării</w:t>
      </w:r>
      <w:proofErr w:type="spellEnd"/>
      <w:r w:rsidRPr="00693F1B">
        <w:rPr>
          <w:i/>
          <w:iCs/>
        </w:rPr>
        <w:t xml:space="preserve"> </w:t>
      </w:r>
      <w:proofErr w:type="spellStart"/>
      <w:r w:rsidRPr="00693F1B">
        <w:rPr>
          <w:i/>
          <w:iCs/>
        </w:rPr>
        <w:t>acestor</w:t>
      </w:r>
      <w:proofErr w:type="spellEnd"/>
      <w:r w:rsidRPr="00693F1B">
        <w:rPr>
          <w:i/>
          <w:iCs/>
        </w:rPr>
        <w:t xml:space="preserve"> date </w:t>
      </w:r>
      <w:proofErr w:type="spellStart"/>
      <w:r w:rsidRPr="00693F1B">
        <w:rPr>
          <w:i/>
          <w:iCs/>
        </w:rPr>
        <w:t>și</w:t>
      </w:r>
      <w:proofErr w:type="spellEnd"/>
      <w:r w:rsidRPr="00693F1B">
        <w:rPr>
          <w:i/>
          <w:iCs/>
        </w:rPr>
        <w:t xml:space="preserve"> </w:t>
      </w:r>
      <w:proofErr w:type="spellStart"/>
      <w:r w:rsidRPr="00693F1B">
        <w:rPr>
          <w:i/>
          <w:iCs/>
        </w:rPr>
        <w:t>să</w:t>
      </w:r>
      <w:proofErr w:type="spellEnd"/>
      <w:r w:rsidRPr="00693F1B">
        <w:rPr>
          <w:i/>
          <w:iCs/>
        </w:rPr>
        <w:t xml:space="preserve"> </w:t>
      </w:r>
      <w:proofErr w:type="spellStart"/>
      <w:r w:rsidRPr="00693F1B">
        <w:rPr>
          <w:i/>
          <w:iCs/>
        </w:rPr>
        <w:t>mă</w:t>
      </w:r>
      <w:proofErr w:type="spellEnd"/>
      <w:r w:rsidRPr="00693F1B">
        <w:rPr>
          <w:i/>
          <w:iCs/>
        </w:rPr>
        <w:t xml:space="preserve"> </w:t>
      </w:r>
      <w:proofErr w:type="spellStart"/>
      <w:r w:rsidRPr="00693F1B">
        <w:rPr>
          <w:i/>
          <w:iCs/>
        </w:rPr>
        <w:t>informați</w:t>
      </w:r>
      <w:proofErr w:type="spellEnd"/>
      <w:r w:rsidRPr="00693F1B">
        <w:rPr>
          <w:i/>
          <w:iCs/>
        </w:rPr>
        <w:t xml:space="preserve"> </w:t>
      </w:r>
      <w:proofErr w:type="spellStart"/>
      <w:r w:rsidRPr="00693F1B">
        <w:rPr>
          <w:i/>
          <w:iCs/>
        </w:rPr>
        <w:t>înainte</w:t>
      </w:r>
      <w:proofErr w:type="spellEnd"/>
      <w:r w:rsidRPr="00693F1B">
        <w:rPr>
          <w:i/>
          <w:iCs/>
        </w:rPr>
        <w:t xml:space="preserve"> de </w:t>
      </w:r>
      <w:proofErr w:type="spellStart"/>
      <w:r w:rsidRPr="00693F1B">
        <w:rPr>
          <w:i/>
          <w:iCs/>
        </w:rPr>
        <w:t>eventuala</w:t>
      </w:r>
      <w:proofErr w:type="spellEnd"/>
      <w:r w:rsidRPr="00693F1B">
        <w:rPr>
          <w:i/>
          <w:iCs/>
        </w:rPr>
        <w:t xml:space="preserve"> </w:t>
      </w:r>
      <w:proofErr w:type="spellStart"/>
      <w:r w:rsidRPr="00693F1B">
        <w:rPr>
          <w:i/>
          <w:iCs/>
        </w:rPr>
        <w:t>ridicare</w:t>
      </w:r>
      <w:proofErr w:type="spellEnd"/>
      <w:r w:rsidRPr="00693F1B">
        <w:rPr>
          <w:i/>
          <w:iCs/>
        </w:rPr>
        <w:t xml:space="preserve"> a </w:t>
      </w:r>
      <w:proofErr w:type="spellStart"/>
      <w:r w:rsidRPr="00693F1B">
        <w:rPr>
          <w:i/>
          <w:iCs/>
        </w:rPr>
        <w:t>restricției</w:t>
      </w:r>
      <w:proofErr w:type="spellEnd"/>
      <w:r w:rsidRPr="00693F1B">
        <w:rPr>
          <w:i/>
          <w:iCs/>
        </w:rPr>
        <w:t xml:space="preserve"> de </w:t>
      </w:r>
      <w:proofErr w:type="spellStart"/>
      <w:r w:rsidRPr="00693F1B">
        <w:rPr>
          <w:i/>
          <w:iCs/>
        </w:rPr>
        <w:t>prelucrare</w:t>
      </w:r>
      <w:proofErr w:type="spellEnd"/>
      <w:r w:rsidRPr="00693F1B">
        <w:rPr>
          <w:i/>
          <w:iCs/>
        </w:rPr>
        <w:t xml:space="preserve"> (conform </w:t>
      </w:r>
      <w:proofErr w:type="spellStart"/>
      <w:r w:rsidRPr="00693F1B">
        <w:rPr>
          <w:i/>
          <w:iCs/>
        </w:rPr>
        <w:t>legii</w:t>
      </w:r>
      <w:proofErr w:type="spellEnd"/>
      <w:r w:rsidRPr="00693F1B">
        <w:rPr>
          <w:i/>
          <w:iCs/>
        </w:rPr>
        <w:t>):</w:t>
      </w:r>
    </w:p>
    <w:p w14:paraId="7EA6996F" w14:textId="77777777" w:rsidR="00EE7ED3" w:rsidRPr="00CA18A1" w:rsidRDefault="00000000">
      <w:pPr>
        <w:numPr>
          <w:ilvl w:val="0"/>
          <w:numId w:val="25"/>
        </w:numPr>
        <w:jc w:val="both"/>
        <w:rPr>
          <w:i/>
          <w:iCs/>
          <w:lang w:val="ru-MD"/>
        </w:rPr>
      </w:pPr>
      <w:r w:rsidRPr="00693F1B">
        <w:rPr>
          <w:i/>
          <w:iCs/>
        </w:rPr>
        <w:t xml:space="preserve">la </w:t>
      </w:r>
      <w:proofErr w:type="spellStart"/>
      <w:r w:rsidRPr="00693F1B">
        <w:rPr>
          <w:i/>
          <w:iCs/>
        </w:rPr>
        <w:t>următoarea</w:t>
      </w:r>
      <w:proofErr w:type="spellEnd"/>
      <w:r w:rsidRPr="00693F1B">
        <w:rPr>
          <w:i/>
          <w:iCs/>
        </w:rPr>
        <w:t xml:space="preserve"> </w:t>
      </w:r>
      <w:proofErr w:type="spellStart"/>
      <w:r w:rsidRPr="00693F1B">
        <w:rPr>
          <w:i/>
          <w:iCs/>
        </w:rPr>
        <w:t>adresă</w:t>
      </w:r>
      <w:proofErr w:type="spellEnd"/>
      <w:r w:rsidRPr="00693F1B">
        <w:rPr>
          <w:i/>
          <w:iCs/>
        </w:rPr>
        <w:t xml:space="preserve"> de </w:t>
      </w:r>
      <w:proofErr w:type="spellStart"/>
      <w:r w:rsidRPr="00693F1B">
        <w:rPr>
          <w:i/>
          <w:iCs/>
        </w:rPr>
        <w:t>corespondență</w:t>
      </w:r>
      <w:proofErr w:type="spellEnd"/>
      <w:r w:rsidRPr="00693F1B">
        <w:rPr>
          <w:i/>
          <w:iCs/>
        </w:rPr>
        <w:t xml:space="preserve"> </w:t>
      </w:r>
      <w:proofErr w:type="spellStart"/>
      <w:r w:rsidRPr="00693F1B">
        <w:rPr>
          <w:i/>
          <w:iCs/>
        </w:rPr>
        <w:t>fizică</w:t>
      </w:r>
      <w:proofErr w:type="spellEnd"/>
      <w:r w:rsidRPr="00693F1B">
        <w:rPr>
          <w:i/>
          <w:iCs/>
        </w:rPr>
        <w:t xml:space="preserve">** .......................................................................... </w:t>
      </w:r>
      <w:r w:rsidRPr="00CA18A1">
        <w:rPr>
          <w:i/>
          <w:iCs/>
          <w:lang w:val="ru-MD"/>
        </w:rPr>
        <w:t>(</w:t>
      </w:r>
      <w:proofErr w:type="spellStart"/>
      <w:r w:rsidRPr="00CA18A1">
        <w:rPr>
          <w:i/>
          <w:iCs/>
          <w:lang w:val="ru-MD"/>
        </w:rPr>
        <w:t>opțional</w:t>
      </w:r>
      <w:proofErr w:type="spellEnd"/>
      <w:r w:rsidRPr="00CA18A1">
        <w:rPr>
          <w:i/>
          <w:iCs/>
          <w:lang w:val="ru-MD"/>
        </w:rPr>
        <w:t>)</w:t>
      </w:r>
    </w:p>
    <w:p w14:paraId="58593BB9" w14:textId="77777777" w:rsidR="00EE7ED3" w:rsidRPr="00CA18A1" w:rsidRDefault="00000000">
      <w:pPr>
        <w:numPr>
          <w:ilvl w:val="0"/>
          <w:numId w:val="25"/>
        </w:numPr>
        <w:jc w:val="both"/>
        <w:rPr>
          <w:i/>
          <w:iCs/>
          <w:lang w:val="ru-MD"/>
        </w:rPr>
      </w:pPr>
      <w:proofErr w:type="spellStart"/>
      <w:r w:rsidRPr="00693F1B">
        <w:rPr>
          <w:i/>
          <w:iCs/>
        </w:rPr>
        <w:t>în</w:t>
      </w:r>
      <w:proofErr w:type="spellEnd"/>
      <w:r w:rsidRPr="00693F1B">
        <w:rPr>
          <w:i/>
          <w:iCs/>
        </w:rPr>
        <w:t xml:space="preserve"> format electronic, la </w:t>
      </w:r>
      <w:proofErr w:type="spellStart"/>
      <w:r w:rsidRPr="00693F1B">
        <w:rPr>
          <w:i/>
          <w:iCs/>
        </w:rPr>
        <w:t>următoarea</w:t>
      </w:r>
      <w:proofErr w:type="spellEnd"/>
      <w:r w:rsidRPr="00693F1B">
        <w:rPr>
          <w:i/>
          <w:iCs/>
        </w:rPr>
        <w:t xml:space="preserve"> adresă de e-mail ....................................................................... </w:t>
      </w:r>
      <w:r w:rsidRPr="00CA18A1">
        <w:rPr>
          <w:i/>
          <w:iCs/>
          <w:lang w:val="ru-MD"/>
        </w:rPr>
        <w:t>(</w:t>
      </w:r>
      <w:proofErr w:type="spellStart"/>
      <w:r w:rsidRPr="00CA18A1">
        <w:rPr>
          <w:i/>
          <w:iCs/>
          <w:lang w:val="ru-MD"/>
        </w:rPr>
        <w:t>opțional</w:t>
      </w:r>
      <w:proofErr w:type="spellEnd"/>
      <w:r w:rsidRPr="00CA18A1">
        <w:rPr>
          <w:i/>
          <w:iCs/>
          <w:lang w:val="ru-MD"/>
        </w:rPr>
        <w:t>)</w:t>
      </w:r>
    </w:p>
    <w:p w14:paraId="0289BEA3" w14:textId="36A31F15" w:rsidR="00EE7ED3" w:rsidRPr="008B04D4" w:rsidRDefault="00000000" w:rsidP="0031260F">
      <w:pPr>
        <w:jc w:val="both"/>
        <w:rPr>
          <w:b/>
          <w:bCs/>
          <w:i/>
          <w:iCs/>
          <w:lang w:val="ro-RO"/>
        </w:rPr>
      </w:pPr>
      <w:r w:rsidRPr="00CA18A1">
        <w:rPr>
          <w:b/>
          <w:bCs/>
          <w:i/>
          <w:iCs/>
          <w:lang w:val="ru-MD"/>
        </w:rPr>
        <w:t xml:space="preserve">Data: _______________ </w:t>
      </w:r>
      <w:proofErr w:type="spellStart"/>
      <w:r w:rsidRPr="00CA18A1">
        <w:rPr>
          <w:b/>
          <w:bCs/>
          <w:i/>
          <w:iCs/>
          <w:lang w:val="ru-MD"/>
        </w:rPr>
        <w:t>Semnătura</w:t>
      </w:r>
      <w:proofErr w:type="spellEnd"/>
      <w:r w:rsidRPr="00CA18A1">
        <w:rPr>
          <w:b/>
          <w:bCs/>
          <w:i/>
          <w:iCs/>
          <w:lang w:val="ru-MD"/>
        </w:rPr>
        <w:t>: ...........................</w:t>
      </w:r>
    </w:p>
    <w:p w14:paraId="79632184" w14:textId="77777777" w:rsidR="00EE7ED3" w:rsidRPr="00BE1922" w:rsidRDefault="00000000" w:rsidP="005220AE">
      <w:pPr>
        <w:spacing w:after="0"/>
        <w:jc w:val="both"/>
        <w:rPr>
          <w:i/>
          <w:iCs/>
          <w:sz w:val="20"/>
          <w:szCs w:val="20"/>
        </w:rPr>
      </w:pPr>
      <w:r w:rsidRPr="00BE1922">
        <w:rPr>
          <w:i/>
          <w:iCs/>
          <w:sz w:val="20"/>
          <w:szCs w:val="20"/>
        </w:rPr>
        <w:t xml:space="preserve">* Indicarea numărului de identificare personal (IDNP) este obligatorie pentru a permite identificarea dumneavoastră exactă și securizată în bazele de date și registrele publice gestionate la nivelul Primăriei </w:t>
      </w:r>
      <w:r>
        <w:rPr>
          <w:i/>
          <w:iCs/>
          <w:sz w:val="20"/>
          <w:szCs w:val="20"/>
        </w:rPr>
        <w:t>Mereni</w:t>
      </w:r>
      <w:r w:rsidRPr="00BE1922">
        <w:rPr>
          <w:i/>
          <w:iCs/>
          <w:sz w:val="20"/>
          <w:szCs w:val="20"/>
        </w:rPr>
        <w:t>.</w:t>
      </w:r>
    </w:p>
    <w:p w14:paraId="6B09CEE5" w14:textId="77777777" w:rsidR="00EE7ED3" w:rsidRPr="00BE1922" w:rsidRDefault="00000000" w:rsidP="005220AE">
      <w:pPr>
        <w:spacing w:after="0"/>
        <w:jc w:val="both"/>
        <w:rPr>
          <w:i/>
          <w:iCs/>
          <w:sz w:val="20"/>
          <w:szCs w:val="20"/>
        </w:rPr>
      </w:pPr>
      <w:r w:rsidRPr="00BE1922">
        <w:rPr>
          <w:i/>
          <w:iCs/>
          <w:sz w:val="20"/>
          <w:szCs w:val="20"/>
        </w:rPr>
        <w:t>** Este necesară menționarea unei adrese valide în vederea comunicării oficiale a modalității de soluționare a cererii dumneavoastră.</w:t>
      </w:r>
    </w:p>
    <w:p w14:paraId="72532764" w14:textId="77777777" w:rsidR="00EE7ED3" w:rsidRDefault="00000000" w:rsidP="005220AE">
      <w:pPr>
        <w:rPr>
          <w:b/>
          <w:bCs/>
          <w:i/>
          <w:iCs/>
          <w:sz w:val="20"/>
          <w:szCs w:val="20"/>
        </w:rPr>
      </w:pPr>
      <w:r w:rsidRPr="00BE1922">
        <w:rPr>
          <w:b/>
          <w:bCs/>
          <w:i/>
          <w:iCs/>
          <w:sz w:val="20"/>
          <w:szCs w:val="20"/>
        </w:rPr>
        <w:t>Document administrativ ce conține date cu caracter personal protejate de prevederile Legii nr. 195/2024</w:t>
      </w:r>
    </w:p>
    <w:p w14:paraId="7B1B1F6F" w14:textId="77777777" w:rsidR="00EE7ED3" w:rsidRDefault="00000000" w:rsidP="005220AE">
      <w:pPr>
        <w:rPr>
          <w:b/>
          <w:bCs/>
        </w:rPr>
      </w:pPr>
      <w:proofErr w:type="spellStart"/>
      <w:r w:rsidRPr="00693F1B">
        <w:rPr>
          <w:b/>
          <w:bCs/>
        </w:rPr>
        <w:t>Anexa</w:t>
      </w:r>
      <w:proofErr w:type="spellEnd"/>
      <w:r w:rsidRPr="00693F1B">
        <w:rPr>
          <w:b/>
          <w:bCs/>
        </w:rPr>
        <w:t xml:space="preserve"> nr. 5: </w:t>
      </w:r>
    </w:p>
    <w:p w14:paraId="5A91EC1E" w14:textId="77777777" w:rsidR="00EE7ED3" w:rsidRPr="00693F1B" w:rsidRDefault="00000000" w:rsidP="005220AE">
      <w:pPr>
        <w:rPr>
          <w:b/>
          <w:bCs/>
        </w:rPr>
      </w:pPr>
      <w:r w:rsidRPr="00693F1B">
        <w:rPr>
          <w:b/>
          <w:bCs/>
        </w:rPr>
        <w:t xml:space="preserve">Model de </w:t>
      </w:r>
      <w:proofErr w:type="spellStart"/>
      <w:r w:rsidRPr="00693F1B">
        <w:rPr>
          <w:b/>
          <w:bCs/>
        </w:rPr>
        <w:t>cerere</w:t>
      </w:r>
      <w:proofErr w:type="spellEnd"/>
      <w:r w:rsidRPr="00693F1B">
        <w:rPr>
          <w:b/>
          <w:bCs/>
        </w:rPr>
        <w:t xml:space="preserve"> </w:t>
      </w:r>
      <w:proofErr w:type="spellStart"/>
      <w:r w:rsidRPr="00693F1B">
        <w:rPr>
          <w:b/>
          <w:bCs/>
        </w:rPr>
        <w:t>pentru</w:t>
      </w:r>
      <w:proofErr w:type="spellEnd"/>
      <w:r w:rsidRPr="00693F1B">
        <w:rPr>
          <w:b/>
          <w:bCs/>
        </w:rPr>
        <w:t xml:space="preserve"> </w:t>
      </w:r>
      <w:proofErr w:type="spellStart"/>
      <w:r w:rsidRPr="00693F1B">
        <w:rPr>
          <w:b/>
          <w:bCs/>
        </w:rPr>
        <w:t>exercitarea</w:t>
      </w:r>
      <w:proofErr w:type="spellEnd"/>
      <w:r w:rsidRPr="00693F1B">
        <w:rPr>
          <w:b/>
          <w:bCs/>
        </w:rPr>
        <w:t xml:space="preserve"> </w:t>
      </w:r>
      <w:proofErr w:type="spellStart"/>
      <w:r w:rsidRPr="00693F1B">
        <w:rPr>
          <w:b/>
          <w:bCs/>
        </w:rPr>
        <w:t>dreptului</w:t>
      </w:r>
      <w:proofErr w:type="spellEnd"/>
      <w:r w:rsidRPr="00693F1B">
        <w:rPr>
          <w:b/>
          <w:bCs/>
        </w:rPr>
        <w:t xml:space="preserve"> de </w:t>
      </w:r>
      <w:proofErr w:type="spellStart"/>
      <w:r w:rsidRPr="00693F1B">
        <w:rPr>
          <w:b/>
          <w:bCs/>
        </w:rPr>
        <w:t>opoziție</w:t>
      </w:r>
      <w:proofErr w:type="spellEnd"/>
      <w:r w:rsidRPr="00693F1B">
        <w:rPr>
          <w:b/>
          <w:bCs/>
        </w:rPr>
        <w:t>.</w:t>
      </w:r>
    </w:p>
    <w:p w14:paraId="2B1C3269" w14:textId="77777777" w:rsidR="00EE7ED3" w:rsidRPr="00CA18A1" w:rsidRDefault="00000000" w:rsidP="00083E1A">
      <w:pPr>
        <w:rPr>
          <w:i/>
          <w:iCs/>
        </w:rPr>
      </w:pPr>
      <w:proofErr w:type="spellStart"/>
      <w:r w:rsidRPr="00CA18A1">
        <w:rPr>
          <w:i/>
          <w:iCs/>
        </w:rPr>
        <w:lastRenderedPageBreak/>
        <w:t>Către</w:t>
      </w:r>
      <w:proofErr w:type="spellEnd"/>
      <w:r w:rsidRPr="00CA18A1">
        <w:rPr>
          <w:i/>
          <w:iCs/>
        </w:rPr>
        <w:t>:</w:t>
      </w:r>
      <w:r w:rsidRPr="00CA18A1">
        <w:rPr>
          <w:i/>
          <w:iCs/>
        </w:rPr>
        <w:br/>
      </w:r>
      <w:proofErr w:type="spellStart"/>
      <w:r w:rsidRPr="00083E1A">
        <w:rPr>
          <w:b/>
          <w:i/>
          <w:iCs/>
        </w:rPr>
        <w:t>Primăria</w:t>
      </w:r>
      <w:proofErr w:type="spellEnd"/>
      <w:r w:rsidRPr="00083E1A">
        <w:rPr>
          <w:b/>
          <w:i/>
          <w:iCs/>
        </w:rPr>
        <w:t xml:space="preserve"> SATULUI MERENI</w:t>
      </w:r>
      <w:r w:rsidRPr="00CA18A1">
        <w:rPr>
          <w:i/>
          <w:iCs/>
        </w:rPr>
        <w:br/>
        <w:t>În atenția Responsabilului pentru Protecția Datelor</w:t>
      </w:r>
      <w:r w:rsidRPr="00CA18A1">
        <w:rPr>
          <w:i/>
          <w:iCs/>
        </w:rPr>
        <w:br/>
        <w:t xml:space="preserve">Adresa: </w:t>
      </w:r>
      <w:r w:rsidRPr="00083E1A">
        <w:rPr>
          <w:i/>
          <w:iCs/>
        </w:rPr>
        <w:t>str. Ștefan cel Mare, 96, s. Mereni, r. Anenii Noi, Republica Moldova</w:t>
      </w:r>
    </w:p>
    <w:p w14:paraId="73C6B51E" w14:textId="77777777" w:rsidR="00EE7ED3" w:rsidRPr="00693F1B" w:rsidRDefault="00000000" w:rsidP="00DB0211">
      <w:r w:rsidRPr="00693F1B">
        <w:t>Subsemnatul/</w:t>
      </w:r>
      <w:proofErr w:type="spellStart"/>
      <w:r w:rsidRPr="00693F1B">
        <w:t>Subsemnata</w:t>
      </w:r>
      <w:proofErr w:type="spellEnd"/>
      <w:r w:rsidRPr="00693F1B">
        <w:t xml:space="preserve"> ........................................................................... (</w:t>
      </w:r>
      <w:proofErr w:type="spellStart"/>
      <w:r w:rsidRPr="00693F1B">
        <w:t>numele</w:t>
      </w:r>
      <w:proofErr w:type="spellEnd"/>
      <w:r w:rsidRPr="00693F1B">
        <w:t>/</w:t>
      </w:r>
      <w:proofErr w:type="spellStart"/>
      <w:r w:rsidRPr="00693F1B">
        <w:t>prenumele</w:t>
      </w:r>
      <w:proofErr w:type="spellEnd"/>
      <w:r w:rsidRPr="00693F1B">
        <w:t>),</w:t>
      </w:r>
      <w:r w:rsidRPr="00693F1B">
        <w:br/>
        <w:t xml:space="preserve">IDNP* ..................................., cu </w:t>
      </w:r>
      <w:proofErr w:type="spellStart"/>
      <w:r w:rsidRPr="00693F1B">
        <w:t>domiciliul</w:t>
      </w:r>
      <w:proofErr w:type="spellEnd"/>
      <w:r w:rsidRPr="00693F1B">
        <w:t xml:space="preserve"> în ...............................................................................,</w:t>
      </w:r>
      <w:r w:rsidRPr="00693F1B">
        <w:br/>
      </w:r>
      <w:proofErr w:type="spellStart"/>
      <w:r w:rsidRPr="00693F1B">
        <w:t>telefon</w:t>
      </w:r>
      <w:proofErr w:type="spellEnd"/>
      <w:r w:rsidRPr="00693F1B">
        <w:t xml:space="preserve"> ...................... (</w:t>
      </w:r>
      <w:proofErr w:type="spellStart"/>
      <w:r w:rsidRPr="00693F1B">
        <w:t>opțional</w:t>
      </w:r>
      <w:proofErr w:type="spellEnd"/>
      <w:r w:rsidRPr="00693F1B">
        <w:t xml:space="preserve">), </w:t>
      </w:r>
      <w:proofErr w:type="spellStart"/>
      <w:r w:rsidRPr="00693F1B">
        <w:t>adresa</w:t>
      </w:r>
      <w:proofErr w:type="spellEnd"/>
      <w:r w:rsidRPr="00693F1B">
        <w:t xml:space="preserve"> de e-mail .................... (</w:t>
      </w:r>
      <w:proofErr w:type="spellStart"/>
      <w:r w:rsidRPr="00693F1B">
        <w:t>opțional</w:t>
      </w:r>
      <w:proofErr w:type="spellEnd"/>
      <w:r w:rsidRPr="00693F1B">
        <w:t>),</w:t>
      </w:r>
    </w:p>
    <w:p w14:paraId="291F2AF9" w14:textId="77777777" w:rsidR="00EE7ED3" w:rsidRPr="00CA18A1" w:rsidRDefault="00000000" w:rsidP="00DB0211">
      <w:pPr>
        <w:jc w:val="both"/>
      </w:pPr>
      <w:proofErr w:type="spellStart"/>
      <w:r w:rsidRPr="00693F1B">
        <w:t>în</w:t>
      </w:r>
      <w:proofErr w:type="spellEnd"/>
      <w:r w:rsidRPr="00693F1B">
        <w:t xml:space="preserve"> </w:t>
      </w:r>
      <w:proofErr w:type="spellStart"/>
      <w:r w:rsidRPr="00693F1B">
        <w:t>temeiul</w:t>
      </w:r>
      <w:proofErr w:type="spellEnd"/>
      <w:r w:rsidRPr="00693F1B">
        <w:t xml:space="preserve"> </w:t>
      </w:r>
      <w:proofErr w:type="spellStart"/>
      <w:r w:rsidRPr="00693F1B">
        <w:t>prevederilor</w:t>
      </w:r>
      <w:proofErr w:type="spellEnd"/>
      <w:r w:rsidRPr="00693F1B">
        <w:t xml:space="preserve"> </w:t>
      </w:r>
      <w:proofErr w:type="spellStart"/>
      <w:r w:rsidRPr="00693F1B">
        <w:rPr>
          <w:b/>
          <w:bCs/>
        </w:rPr>
        <w:t>Articolului</w:t>
      </w:r>
      <w:proofErr w:type="spellEnd"/>
      <w:r w:rsidRPr="00693F1B">
        <w:rPr>
          <w:b/>
          <w:bCs/>
        </w:rPr>
        <w:t xml:space="preserve"> 21</w:t>
      </w:r>
      <w:r w:rsidRPr="00693F1B">
        <w:t xml:space="preserve"> (</w:t>
      </w:r>
      <w:proofErr w:type="spellStart"/>
      <w:r w:rsidRPr="00693F1B">
        <w:t>Dreptul</w:t>
      </w:r>
      <w:proofErr w:type="spellEnd"/>
      <w:r w:rsidRPr="00693F1B">
        <w:t xml:space="preserve"> la </w:t>
      </w:r>
      <w:proofErr w:type="spellStart"/>
      <w:r w:rsidRPr="00693F1B">
        <w:t>opoziție</w:t>
      </w:r>
      <w:proofErr w:type="spellEnd"/>
      <w:r w:rsidRPr="00693F1B">
        <w:t xml:space="preserve">) din </w:t>
      </w:r>
      <w:proofErr w:type="spellStart"/>
      <w:r w:rsidRPr="00693F1B">
        <w:rPr>
          <w:b/>
          <w:bCs/>
        </w:rPr>
        <w:t>Legea</w:t>
      </w:r>
      <w:proofErr w:type="spellEnd"/>
      <w:r w:rsidRPr="00693F1B">
        <w:rPr>
          <w:b/>
          <w:bCs/>
        </w:rPr>
        <w:t xml:space="preserve"> nr. 195/2024 </w:t>
      </w:r>
      <w:proofErr w:type="spellStart"/>
      <w:r w:rsidRPr="00693F1B">
        <w:rPr>
          <w:b/>
          <w:bCs/>
        </w:rPr>
        <w:t>privind</w:t>
      </w:r>
      <w:proofErr w:type="spellEnd"/>
      <w:r w:rsidRPr="00693F1B">
        <w:rPr>
          <w:b/>
          <w:bCs/>
        </w:rPr>
        <w:t xml:space="preserve"> </w:t>
      </w:r>
      <w:proofErr w:type="spellStart"/>
      <w:r w:rsidRPr="00693F1B">
        <w:rPr>
          <w:b/>
          <w:bCs/>
        </w:rPr>
        <w:t>protecția</w:t>
      </w:r>
      <w:proofErr w:type="spellEnd"/>
      <w:r w:rsidRPr="00693F1B">
        <w:rPr>
          <w:b/>
          <w:bCs/>
        </w:rPr>
        <w:t xml:space="preserve"> </w:t>
      </w:r>
      <w:proofErr w:type="spellStart"/>
      <w:r w:rsidRPr="00693F1B">
        <w:rPr>
          <w:b/>
          <w:bCs/>
        </w:rPr>
        <w:t>datelor</w:t>
      </w:r>
      <w:proofErr w:type="spellEnd"/>
      <w:r w:rsidRPr="00693F1B">
        <w:rPr>
          <w:b/>
          <w:bCs/>
        </w:rPr>
        <w:t xml:space="preserve"> cu </w:t>
      </w:r>
      <w:proofErr w:type="spellStart"/>
      <w:r w:rsidRPr="00693F1B">
        <w:rPr>
          <w:b/>
          <w:bCs/>
        </w:rPr>
        <w:t>caracter</w:t>
      </w:r>
      <w:proofErr w:type="spellEnd"/>
      <w:r w:rsidRPr="00693F1B">
        <w:rPr>
          <w:b/>
          <w:bCs/>
        </w:rPr>
        <w:t xml:space="preserve"> personal</w:t>
      </w:r>
      <w:r w:rsidRPr="00693F1B">
        <w:t xml:space="preserve">, din motive legate de </w:t>
      </w:r>
      <w:proofErr w:type="spellStart"/>
      <w:r w:rsidRPr="00693F1B">
        <w:t>situația</w:t>
      </w:r>
      <w:proofErr w:type="spellEnd"/>
      <w:r w:rsidRPr="00693F1B">
        <w:t xml:space="preserve"> </w:t>
      </w:r>
      <w:proofErr w:type="spellStart"/>
      <w:r w:rsidRPr="00693F1B">
        <w:t>mea</w:t>
      </w:r>
      <w:proofErr w:type="spellEnd"/>
      <w:r w:rsidRPr="00693F1B">
        <w:t xml:space="preserve"> </w:t>
      </w:r>
      <w:proofErr w:type="spellStart"/>
      <w:r w:rsidRPr="00693F1B">
        <w:t>particulară</w:t>
      </w:r>
      <w:proofErr w:type="spellEnd"/>
      <w:r w:rsidRPr="00693F1B">
        <w:t xml:space="preserve">, </w:t>
      </w:r>
      <w:proofErr w:type="spellStart"/>
      <w:r w:rsidRPr="00693F1B">
        <w:t>formulez</w:t>
      </w:r>
      <w:proofErr w:type="spellEnd"/>
      <w:r w:rsidRPr="00693F1B">
        <w:t xml:space="preserve"> </w:t>
      </w:r>
      <w:proofErr w:type="spellStart"/>
      <w:r w:rsidRPr="00693F1B">
        <w:t>prezenta</w:t>
      </w:r>
      <w:proofErr w:type="spellEnd"/>
      <w:r w:rsidRPr="00693F1B">
        <w:t xml:space="preserve"> </w:t>
      </w:r>
      <w:proofErr w:type="spellStart"/>
      <w:r w:rsidRPr="00693F1B">
        <w:t>cerere</w:t>
      </w:r>
      <w:proofErr w:type="spellEnd"/>
      <w:r w:rsidRPr="00693F1B">
        <w:t xml:space="preserve"> de </w:t>
      </w:r>
      <w:proofErr w:type="spellStart"/>
      <w:r w:rsidRPr="00693F1B">
        <w:rPr>
          <w:b/>
          <w:bCs/>
        </w:rPr>
        <w:t>opoziție</w:t>
      </w:r>
      <w:proofErr w:type="spellEnd"/>
      <w:r w:rsidRPr="00693F1B">
        <w:t xml:space="preserve"> </w:t>
      </w:r>
      <w:proofErr w:type="spellStart"/>
      <w:r w:rsidRPr="00693F1B">
        <w:t>față</w:t>
      </w:r>
      <w:proofErr w:type="spellEnd"/>
      <w:r w:rsidRPr="00693F1B">
        <w:t xml:space="preserve"> de </w:t>
      </w:r>
      <w:proofErr w:type="spellStart"/>
      <w:r w:rsidRPr="00693F1B">
        <w:t>prelucrarea</w:t>
      </w:r>
      <w:proofErr w:type="spellEnd"/>
      <w:r w:rsidRPr="00693F1B">
        <w:t xml:space="preserve"> </w:t>
      </w:r>
      <w:proofErr w:type="spellStart"/>
      <w:r w:rsidRPr="00693F1B">
        <w:t>datelor</w:t>
      </w:r>
      <w:proofErr w:type="spellEnd"/>
      <w:r w:rsidRPr="00693F1B">
        <w:t xml:space="preserve"> mele cu </w:t>
      </w:r>
      <w:proofErr w:type="spellStart"/>
      <w:r w:rsidRPr="00693F1B">
        <w:t>caracter</w:t>
      </w:r>
      <w:proofErr w:type="spellEnd"/>
      <w:r w:rsidRPr="00693F1B">
        <w:t xml:space="preserve"> personal care vizează:</w:t>
      </w:r>
    </w:p>
    <w:p w14:paraId="2BC05BAA" w14:textId="2AEC411F" w:rsidR="00EE7ED3" w:rsidRPr="00693F1B" w:rsidRDefault="00000000" w:rsidP="00DB0211">
      <w:pPr>
        <w:jc w:val="both"/>
      </w:pPr>
      <w:r w:rsidRPr="00693F1B">
        <w:t>.................................................................................................................................................</w:t>
      </w:r>
      <w:r w:rsidRPr="00CA18A1">
        <w:t>......................</w:t>
      </w:r>
      <w:r w:rsidRPr="00693F1B">
        <w:t xml:space="preserve"> (se </w:t>
      </w:r>
      <w:proofErr w:type="spellStart"/>
      <w:r w:rsidRPr="00693F1B">
        <w:t>indică</w:t>
      </w:r>
      <w:proofErr w:type="spellEnd"/>
      <w:r w:rsidRPr="00693F1B">
        <w:t xml:space="preserve"> </w:t>
      </w:r>
      <w:proofErr w:type="spellStart"/>
      <w:r w:rsidRPr="00693F1B">
        <w:t>prelucrarea</w:t>
      </w:r>
      <w:proofErr w:type="spellEnd"/>
      <w:r w:rsidRPr="00693F1B">
        <w:t xml:space="preserve">, ex: </w:t>
      </w:r>
      <w:proofErr w:type="spellStart"/>
      <w:r w:rsidRPr="00693F1B">
        <w:t>monitorizarea</w:t>
      </w:r>
      <w:proofErr w:type="spellEnd"/>
      <w:r w:rsidRPr="00693F1B">
        <w:t xml:space="preserve"> video a </w:t>
      </w:r>
      <w:proofErr w:type="spellStart"/>
      <w:r w:rsidRPr="00693F1B">
        <w:t>unei</w:t>
      </w:r>
      <w:proofErr w:type="spellEnd"/>
      <w:r w:rsidRPr="00693F1B">
        <w:t xml:space="preserve"> </w:t>
      </w:r>
      <w:proofErr w:type="spellStart"/>
      <w:r w:rsidRPr="00693F1B">
        <w:t>anumite</w:t>
      </w:r>
      <w:proofErr w:type="spellEnd"/>
      <w:r w:rsidRPr="00693F1B">
        <w:t xml:space="preserve"> zone de </w:t>
      </w:r>
      <w:proofErr w:type="spellStart"/>
      <w:r w:rsidRPr="00693F1B">
        <w:t>lângă</w:t>
      </w:r>
      <w:proofErr w:type="spellEnd"/>
      <w:r w:rsidRPr="00693F1B">
        <w:t xml:space="preserve"> </w:t>
      </w:r>
      <w:proofErr w:type="spellStart"/>
      <w:r w:rsidRPr="00693F1B">
        <w:t>imobilul</w:t>
      </w:r>
      <w:proofErr w:type="spellEnd"/>
      <w:r w:rsidRPr="00693F1B">
        <w:t xml:space="preserve"> meu, </w:t>
      </w:r>
      <w:proofErr w:type="spellStart"/>
      <w:r w:rsidRPr="00693F1B">
        <w:t>trimiterea</w:t>
      </w:r>
      <w:proofErr w:type="spellEnd"/>
      <w:r w:rsidRPr="00693F1B">
        <w:t xml:space="preserve"> de </w:t>
      </w:r>
      <w:proofErr w:type="spellStart"/>
      <w:r w:rsidRPr="00693F1B">
        <w:t>notificări</w:t>
      </w:r>
      <w:proofErr w:type="spellEnd"/>
      <w:r w:rsidRPr="00693F1B">
        <w:t xml:space="preserve"> administrative facultative etc.).</w:t>
      </w:r>
    </w:p>
    <w:p w14:paraId="0D894DFF" w14:textId="77777777" w:rsidR="00EE7ED3" w:rsidRPr="00CA18A1" w:rsidRDefault="00000000" w:rsidP="00DB0211">
      <w:pPr>
        <w:jc w:val="both"/>
      </w:pPr>
      <w:r w:rsidRPr="00693F1B">
        <w:t xml:space="preserve">Motivele </w:t>
      </w:r>
      <w:proofErr w:type="spellStart"/>
      <w:r w:rsidRPr="00693F1B">
        <w:t>specifice</w:t>
      </w:r>
      <w:proofErr w:type="spellEnd"/>
      <w:r w:rsidRPr="00693F1B">
        <w:t xml:space="preserve"> legate de </w:t>
      </w:r>
      <w:proofErr w:type="spellStart"/>
      <w:r w:rsidRPr="00693F1B">
        <w:t>situația</w:t>
      </w:r>
      <w:proofErr w:type="spellEnd"/>
      <w:r w:rsidRPr="00693F1B">
        <w:t xml:space="preserve"> </w:t>
      </w:r>
      <w:proofErr w:type="spellStart"/>
      <w:r w:rsidRPr="00693F1B">
        <w:t>mea</w:t>
      </w:r>
      <w:proofErr w:type="spellEnd"/>
      <w:r w:rsidRPr="00693F1B">
        <w:t xml:space="preserve"> </w:t>
      </w:r>
      <w:proofErr w:type="spellStart"/>
      <w:r w:rsidRPr="00693F1B">
        <w:t>particulară</w:t>
      </w:r>
      <w:proofErr w:type="spellEnd"/>
      <w:r w:rsidRPr="00693F1B">
        <w:t xml:space="preserve"> care </w:t>
      </w:r>
      <w:proofErr w:type="spellStart"/>
      <w:r w:rsidRPr="00693F1B">
        <w:t>justifică</w:t>
      </w:r>
      <w:proofErr w:type="spellEnd"/>
      <w:r w:rsidRPr="00693F1B">
        <w:t xml:space="preserve"> </w:t>
      </w:r>
      <w:proofErr w:type="spellStart"/>
      <w:r w:rsidRPr="00693F1B">
        <w:t>opoziția</w:t>
      </w:r>
      <w:proofErr w:type="spellEnd"/>
      <w:r w:rsidRPr="00693F1B">
        <w:t xml:space="preserve"> sunt: </w:t>
      </w:r>
    </w:p>
    <w:p w14:paraId="6781DCD1" w14:textId="77777777" w:rsidR="00EE7ED3" w:rsidRPr="00CA18A1" w:rsidRDefault="00000000" w:rsidP="00DB0211">
      <w:pPr>
        <w:jc w:val="both"/>
      </w:pPr>
      <w:r w:rsidRPr="00693F1B">
        <w:t>..........................................................................................................................................................</w:t>
      </w:r>
      <w:r w:rsidRPr="00CA18A1">
        <w:t>.................</w:t>
      </w:r>
    </w:p>
    <w:p w14:paraId="7C012C11" w14:textId="77777777" w:rsidR="00EE7ED3" w:rsidRPr="00693F1B" w:rsidRDefault="00000000" w:rsidP="00DB0211">
      <w:pPr>
        <w:jc w:val="both"/>
      </w:pPr>
      <w:proofErr w:type="spellStart"/>
      <w:r w:rsidRPr="00693F1B">
        <w:t>Vă</w:t>
      </w:r>
      <w:proofErr w:type="spellEnd"/>
      <w:r w:rsidRPr="00693F1B">
        <w:t xml:space="preserve"> rog </w:t>
      </w:r>
      <w:proofErr w:type="spellStart"/>
      <w:r w:rsidRPr="00693F1B">
        <w:t>să</w:t>
      </w:r>
      <w:proofErr w:type="spellEnd"/>
      <w:r w:rsidRPr="00693F1B">
        <w:t xml:space="preserve"> </w:t>
      </w:r>
      <w:proofErr w:type="spellStart"/>
      <w:r w:rsidRPr="00693F1B">
        <w:t>mă</w:t>
      </w:r>
      <w:proofErr w:type="spellEnd"/>
      <w:r w:rsidRPr="00693F1B">
        <w:t xml:space="preserve"> </w:t>
      </w:r>
      <w:proofErr w:type="spellStart"/>
      <w:r w:rsidRPr="00693F1B">
        <w:t>informați</w:t>
      </w:r>
      <w:proofErr w:type="spellEnd"/>
      <w:r w:rsidRPr="00693F1B">
        <w:t xml:space="preserve"> cu </w:t>
      </w:r>
      <w:proofErr w:type="spellStart"/>
      <w:r w:rsidRPr="00693F1B">
        <w:t>privire</w:t>
      </w:r>
      <w:proofErr w:type="spellEnd"/>
      <w:r w:rsidRPr="00693F1B">
        <w:t xml:space="preserve"> la </w:t>
      </w:r>
      <w:proofErr w:type="spellStart"/>
      <w:r w:rsidRPr="00693F1B">
        <w:t>decizia</w:t>
      </w:r>
      <w:proofErr w:type="spellEnd"/>
      <w:r w:rsidRPr="00693F1B">
        <w:t xml:space="preserve"> </w:t>
      </w:r>
      <w:proofErr w:type="spellStart"/>
      <w:r w:rsidRPr="00693F1B">
        <w:t>instituției</w:t>
      </w:r>
      <w:proofErr w:type="spellEnd"/>
      <w:r w:rsidRPr="00693F1B">
        <w:t xml:space="preserve"> </w:t>
      </w:r>
      <w:proofErr w:type="spellStart"/>
      <w:r w:rsidRPr="00693F1B">
        <w:t>în</w:t>
      </w:r>
      <w:proofErr w:type="spellEnd"/>
      <w:r w:rsidRPr="00693F1B">
        <w:t xml:space="preserve"> </w:t>
      </w:r>
      <w:proofErr w:type="spellStart"/>
      <w:r w:rsidRPr="00693F1B">
        <w:t>baza</w:t>
      </w:r>
      <w:proofErr w:type="spellEnd"/>
      <w:r w:rsidRPr="00693F1B">
        <w:t xml:space="preserve"> </w:t>
      </w:r>
      <w:proofErr w:type="spellStart"/>
      <w:r w:rsidRPr="00693F1B">
        <w:t>Legii</w:t>
      </w:r>
      <w:proofErr w:type="spellEnd"/>
      <w:r w:rsidRPr="00693F1B">
        <w:t xml:space="preserve"> nr. 195/2024:</w:t>
      </w:r>
    </w:p>
    <w:p w14:paraId="540488D4" w14:textId="77777777" w:rsidR="00EE7ED3" w:rsidRPr="00693F1B" w:rsidRDefault="00000000">
      <w:pPr>
        <w:numPr>
          <w:ilvl w:val="0"/>
          <w:numId w:val="26"/>
        </w:numPr>
        <w:jc w:val="both"/>
      </w:pPr>
      <w:r w:rsidRPr="00693F1B">
        <w:t xml:space="preserve">la </w:t>
      </w:r>
      <w:proofErr w:type="spellStart"/>
      <w:r w:rsidRPr="00693F1B">
        <w:t>următoarea</w:t>
      </w:r>
      <w:proofErr w:type="spellEnd"/>
      <w:r w:rsidRPr="00693F1B">
        <w:t xml:space="preserve"> </w:t>
      </w:r>
      <w:proofErr w:type="spellStart"/>
      <w:r w:rsidRPr="00693F1B">
        <w:t>adresă</w:t>
      </w:r>
      <w:proofErr w:type="spellEnd"/>
      <w:r w:rsidRPr="00693F1B">
        <w:t xml:space="preserve"> de </w:t>
      </w:r>
      <w:proofErr w:type="spellStart"/>
      <w:r w:rsidRPr="00693F1B">
        <w:t>corespondență</w:t>
      </w:r>
      <w:proofErr w:type="spellEnd"/>
      <w:r w:rsidRPr="00693F1B">
        <w:t xml:space="preserve"> </w:t>
      </w:r>
      <w:proofErr w:type="spellStart"/>
      <w:r w:rsidRPr="00693F1B">
        <w:t>fizică</w:t>
      </w:r>
      <w:proofErr w:type="spellEnd"/>
      <w:r w:rsidRPr="00693F1B">
        <w:t>** ..........................................................................</w:t>
      </w:r>
    </w:p>
    <w:p w14:paraId="4D020235" w14:textId="77777777" w:rsidR="00EE7ED3" w:rsidRPr="00693F1B" w:rsidRDefault="00000000">
      <w:pPr>
        <w:numPr>
          <w:ilvl w:val="0"/>
          <w:numId w:val="26"/>
        </w:numPr>
        <w:jc w:val="both"/>
      </w:pPr>
      <w:proofErr w:type="spellStart"/>
      <w:r w:rsidRPr="00693F1B">
        <w:t>în</w:t>
      </w:r>
      <w:proofErr w:type="spellEnd"/>
      <w:r w:rsidRPr="00693F1B">
        <w:t xml:space="preserve"> format electronic, la </w:t>
      </w:r>
      <w:proofErr w:type="spellStart"/>
      <w:r w:rsidRPr="00693F1B">
        <w:t>următoarea</w:t>
      </w:r>
      <w:proofErr w:type="spellEnd"/>
      <w:r w:rsidRPr="00693F1B">
        <w:t xml:space="preserve"> </w:t>
      </w:r>
      <w:proofErr w:type="spellStart"/>
      <w:r w:rsidRPr="00693F1B">
        <w:t>adresă</w:t>
      </w:r>
      <w:proofErr w:type="spellEnd"/>
      <w:r w:rsidRPr="00693F1B">
        <w:t xml:space="preserve"> de e-mail .......................................................................</w:t>
      </w:r>
    </w:p>
    <w:p w14:paraId="77E4EDD6" w14:textId="448B0998" w:rsidR="00EE7ED3" w:rsidRDefault="00000000" w:rsidP="00DB0211">
      <w:pPr>
        <w:jc w:val="both"/>
      </w:pPr>
      <w:r w:rsidRPr="00693F1B">
        <w:t xml:space="preserve">Data: _______________ </w:t>
      </w:r>
      <w:proofErr w:type="spellStart"/>
      <w:r w:rsidRPr="00693F1B">
        <w:t>Semnătura</w:t>
      </w:r>
      <w:proofErr w:type="spellEnd"/>
      <w:r w:rsidRPr="00693F1B">
        <w:t>: ............................</w:t>
      </w:r>
    </w:p>
    <w:p w14:paraId="2485118C" w14:textId="77777777" w:rsidR="00EE7ED3" w:rsidRDefault="00EE7ED3" w:rsidP="00DB0211">
      <w:pPr>
        <w:jc w:val="both"/>
      </w:pPr>
    </w:p>
    <w:p w14:paraId="1FFEE36E" w14:textId="77777777" w:rsidR="00EE7ED3" w:rsidRPr="00BE1922" w:rsidRDefault="00000000" w:rsidP="005220AE">
      <w:pPr>
        <w:spacing w:after="0"/>
        <w:jc w:val="both"/>
        <w:rPr>
          <w:i/>
          <w:iCs/>
          <w:sz w:val="20"/>
          <w:szCs w:val="20"/>
        </w:rPr>
      </w:pPr>
      <w:r w:rsidRPr="00BE1922">
        <w:rPr>
          <w:i/>
          <w:iCs/>
          <w:sz w:val="20"/>
          <w:szCs w:val="20"/>
        </w:rPr>
        <w:t xml:space="preserve">* Indicarea numărului de identificare personal (IDNP) este obligatorie pentru a permite identificarea dumneavoastră exactă și securizată în bazele de date și registrele publice gestionate la nivelul Primăriei </w:t>
      </w:r>
      <w:r>
        <w:rPr>
          <w:i/>
          <w:iCs/>
          <w:sz w:val="20"/>
          <w:szCs w:val="20"/>
        </w:rPr>
        <w:t>Mereni</w:t>
      </w:r>
      <w:r w:rsidRPr="00BE1922">
        <w:rPr>
          <w:i/>
          <w:iCs/>
          <w:sz w:val="20"/>
          <w:szCs w:val="20"/>
        </w:rPr>
        <w:t>.</w:t>
      </w:r>
    </w:p>
    <w:p w14:paraId="1067B5F3" w14:textId="77777777" w:rsidR="00EE7ED3" w:rsidRPr="00BE1922" w:rsidRDefault="00000000" w:rsidP="005220AE">
      <w:pPr>
        <w:spacing w:after="0"/>
        <w:jc w:val="both"/>
        <w:rPr>
          <w:i/>
          <w:iCs/>
          <w:sz w:val="20"/>
          <w:szCs w:val="20"/>
        </w:rPr>
      </w:pPr>
      <w:r w:rsidRPr="00BE1922">
        <w:rPr>
          <w:i/>
          <w:iCs/>
          <w:sz w:val="20"/>
          <w:szCs w:val="20"/>
        </w:rPr>
        <w:t>** Este necesară menționarea unei adrese valide în vederea comunicării oficiale a modalității de soluționare a cererii dumneavoastră.</w:t>
      </w:r>
    </w:p>
    <w:p w14:paraId="75BBED96" w14:textId="77777777" w:rsidR="00EE7ED3" w:rsidRDefault="00000000" w:rsidP="005220AE">
      <w:pPr>
        <w:rPr>
          <w:b/>
          <w:bCs/>
        </w:rPr>
      </w:pPr>
      <w:r w:rsidRPr="00BE1922">
        <w:rPr>
          <w:b/>
          <w:bCs/>
          <w:i/>
          <w:iCs/>
          <w:sz w:val="20"/>
          <w:szCs w:val="20"/>
        </w:rPr>
        <w:t>Document administrativ ce conține date cu caracter personal protejate de prevederile Legii nr. 195/2024</w:t>
      </w:r>
      <w:r w:rsidRPr="00693F1B">
        <w:rPr>
          <w:b/>
          <w:bCs/>
        </w:rPr>
        <w:t xml:space="preserve">Anexa nr. 6: </w:t>
      </w:r>
    </w:p>
    <w:p w14:paraId="45968A2E" w14:textId="77777777" w:rsidR="00EE7ED3" w:rsidRPr="00693F1B" w:rsidRDefault="00000000" w:rsidP="005220AE">
      <w:pPr>
        <w:rPr>
          <w:b/>
          <w:bCs/>
        </w:rPr>
      </w:pPr>
      <w:r w:rsidRPr="00693F1B">
        <w:rPr>
          <w:b/>
          <w:bCs/>
        </w:rPr>
        <w:t xml:space="preserve">Model de </w:t>
      </w:r>
      <w:proofErr w:type="spellStart"/>
      <w:r w:rsidRPr="00693F1B">
        <w:rPr>
          <w:b/>
          <w:bCs/>
        </w:rPr>
        <w:t>cerere</w:t>
      </w:r>
      <w:proofErr w:type="spellEnd"/>
      <w:r w:rsidRPr="00693F1B">
        <w:rPr>
          <w:b/>
          <w:bCs/>
        </w:rPr>
        <w:t xml:space="preserve"> </w:t>
      </w:r>
      <w:proofErr w:type="spellStart"/>
      <w:r w:rsidRPr="00693F1B">
        <w:rPr>
          <w:b/>
          <w:bCs/>
        </w:rPr>
        <w:t>privind</w:t>
      </w:r>
      <w:proofErr w:type="spellEnd"/>
      <w:r w:rsidRPr="00693F1B">
        <w:rPr>
          <w:b/>
          <w:bCs/>
        </w:rPr>
        <w:t xml:space="preserve"> </w:t>
      </w:r>
      <w:proofErr w:type="spellStart"/>
      <w:r w:rsidRPr="00693F1B">
        <w:rPr>
          <w:b/>
          <w:bCs/>
        </w:rPr>
        <w:t>deciziile</w:t>
      </w:r>
      <w:proofErr w:type="spellEnd"/>
      <w:r w:rsidRPr="00693F1B">
        <w:rPr>
          <w:b/>
          <w:bCs/>
        </w:rPr>
        <w:t xml:space="preserve"> </w:t>
      </w:r>
      <w:proofErr w:type="spellStart"/>
      <w:r w:rsidRPr="00693F1B">
        <w:rPr>
          <w:b/>
          <w:bCs/>
        </w:rPr>
        <w:t>automatizate</w:t>
      </w:r>
      <w:proofErr w:type="spellEnd"/>
      <w:r w:rsidRPr="00693F1B">
        <w:rPr>
          <w:b/>
          <w:bCs/>
        </w:rPr>
        <w:t xml:space="preserve"> </w:t>
      </w:r>
      <w:proofErr w:type="spellStart"/>
      <w:r w:rsidRPr="00693F1B">
        <w:rPr>
          <w:b/>
          <w:bCs/>
        </w:rPr>
        <w:t>și</w:t>
      </w:r>
      <w:proofErr w:type="spellEnd"/>
      <w:r w:rsidRPr="00693F1B">
        <w:rPr>
          <w:b/>
          <w:bCs/>
        </w:rPr>
        <w:t xml:space="preserve"> </w:t>
      </w:r>
      <w:proofErr w:type="spellStart"/>
      <w:r w:rsidRPr="00693F1B">
        <w:rPr>
          <w:b/>
          <w:bCs/>
        </w:rPr>
        <w:t>profilarea</w:t>
      </w:r>
      <w:proofErr w:type="spellEnd"/>
      <w:r w:rsidRPr="00693F1B">
        <w:rPr>
          <w:b/>
          <w:bCs/>
        </w:rPr>
        <w:t>.</w:t>
      </w:r>
    </w:p>
    <w:p w14:paraId="3B3FD5C3" w14:textId="77777777" w:rsidR="00EE7ED3" w:rsidRPr="00CA18A1" w:rsidRDefault="00000000" w:rsidP="00083E1A">
      <w:pPr>
        <w:rPr>
          <w:i/>
          <w:iCs/>
        </w:rPr>
      </w:pPr>
      <w:proofErr w:type="spellStart"/>
      <w:r w:rsidRPr="00CA18A1">
        <w:rPr>
          <w:i/>
          <w:iCs/>
        </w:rPr>
        <w:t>Către</w:t>
      </w:r>
      <w:proofErr w:type="spellEnd"/>
      <w:r w:rsidRPr="00CA18A1">
        <w:rPr>
          <w:i/>
          <w:iCs/>
        </w:rPr>
        <w:t>:</w:t>
      </w:r>
      <w:r w:rsidRPr="00CA18A1">
        <w:rPr>
          <w:i/>
          <w:iCs/>
        </w:rPr>
        <w:br/>
      </w:r>
      <w:proofErr w:type="spellStart"/>
      <w:r w:rsidRPr="00083E1A">
        <w:rPr>
          <w:b/>
          <w:i/>
          <w:iCs/>
        </w:rPr>
        <w:t>Primăria</w:t>
      </w:r>
      <w:proofErr w:type="spellEnd"/>
      <w:r w:rsidRPr="00083E1A">
        <w:rPr>
          <w:b/>
          <w:i/>
          <w:iCs/>
        </w:rPr>
        <w:t xml:space="preserve"> SATULUI MERENI</w:t>
      </w:r>
      <w:r w:rsidRPr="00CA18A1">
        <w:rPr>
          <w:i/>
          <w:iCs/>
        </w:rPr>
        <w:br/>
        <w:t>În atenția Responsabilului pentru Protecția Datelor</w:t>
      </w:r>
      <w:r w:rsidRPr="00CA18A1">
        <w:rPr>
          <w:i/>
          <w:iCs/>
        </w:rPr>
        <w:br/>
        <w:t xml:space="preserve">Adresa: </w:t>
      </w:r>
      <w:r w:rsidRPr="00083E1A">
        <w:rPr>
          <w:i/>
          <w:iCs/>
        </w:rPr>
        <w:t>str. Ștefan cel Mare, 96, s. Mereni, r. Anenii Noi, Republica Moldova</w:t>
      </w:r>
    </w:p>
    <w:p w14:paraId="1AF86585" w14:textId="77777777" w:rsidR="00EE7ED3" w:rsidRPr="00693F1B" w:rsidRDefault="00000000" w:rsidP="008A3871">
      <w:r w:rsidRPr="00693F1B">
        <w:t>Subsemnatul/</w:t>
      </w:r>
      <w:proofErr w:type="spellStart"/>
      <w:r w:rsidRPr="00693F1B">
        <w:t>Subsemnata</w:t>
      </w:r>
      <w:proofErr w:type="spellEnd"/>
      <w:r w:rsidRPr="00693F1B">
        <w:t xml:space="preserve"> ........................................................................... (</w:t>
      </w:r>
      <w:proofErr w:type="spellStart"/>
      <w:r w:rsidRPr="00693F1B">
        <w:t>numele</w:t>
      </w:r>
      <w:proofErr w:type="spellEnd"/>
      <w:r w:rsidRPr="00693F1B">
        <w:t>/</w:t>
      </w:r>
      <w:proofErr w:type="spellStart"/>
      <w:r w:rsidRPr="00693F1B">
        <w:t>prenumele</w:t>
      </w:r>
      <w:proofErr w:type="spellEnd"/>
      <w:r w:rsidRPr="00693F1B">
        <w:t>),</w:t>
      </w:r>
      <w:r w:rsidRPr="00693F1B">
        <w:br/>
        <w:t xml:space="preserve">IDNP* ..................................., cu </w:t>
      </w:r>
      <w:proofErr w:type="spellStart"/>
      <w:r w:rsidRPr="00693F1B">
        <w:t>domiciliul</w:t>
      </w:r>
      <w:proofErr w:type="spellEnd"/>
      <w:r w:rsidRPr="00693F1B">
        <w:t xml:space="preserve"> în ...............................................................................,</w:t>
      </w:r>
      <w:r w:rsidRPr="00693F1B">
        <w:br/>
      </w:r>
      <w:proofErr w:type="spellStart"/>
      <w:r w:rsidRPr="00693F1B">
        <w:t>telefon</w:t>
      </w:r>
      <w:proofErr w:type="spellEnd"/>
      <w:r w:rsidRPr="00693F1B">
        <w:t xml:space="preserve"> ...................... (</w:t>
      </w:r>
      <w:proofErr w:type="spellStart"/>
      <w:r w:rsidRPr="00693F1B">
        <w:t>opțional</w:t>
      </w:r>
      <w:proofErr w:type="spellEnd"/>
      <w:r w:rsidRPr="00693F1B">
        <w:t xml:space="preserve">), </w:t>
      </w:r>
      <w:proofErr w:type="spellStart"/>
      <w:r w:rsidRPr="00693F1B">
        <w:t>adresa</w:t>
      </w:r>
      <w:proofErr w:type="spellEnd"/>
      <w:r w:rsidRPr="00693F1B">
        <w:t xml:space="preserve"> de e-mail .................... (</w:t>
      </w:r>
      <w:proofErr w:type="spellStart"/>
      <w:r w:rsidRPr="00693F1B">
        <w:t>opțional</w:t>
      </w:r>
      <w:proofErr w:type="spellEnd"/>
      <w:r w:rsidRPr="00693F1B">
        <w:t>),</w:t>
      </w:r>
    </w:p>
    <w:p w14:paraId="465B6453" w14:textId="77777777" w:rsidR="00EE7ED3" w:rsidRPr="00693F1B" w:rsidRDefault="00000000" w:rsidP="00DB0211">
      <w:pPr>
        <w:jc w:val="both"/>
      </w:pPr>
      <w:proofErr w:type="spellStart"/>
      <w:r w:rsidRPr="00693F1B">
        <w:t>în</w:t>
      </w:r>
      <w:proofErr w:type="spellEnd"/>
      <w:r w:rsidRPr="00693F1B">
        <w:t xml:space="preserve"> </w:t>
      </w:r>
      <w:proofErr w:type="spellStart"/>
      <w:r w:rsidRPr="00693F1B">
        <w:t>temeiul</w:t>
      </w:r>
      <w:proofErr w:type="spellEnd"/>
      <w:r w:rsidRPr="00693F1B">
        <w:t xml:space="preserve"> </w:t>
      </w:r>
      <w:proofErr w:type="spellStart"/>
      <w:r w:rsidRPr="00693F1B">
        <w:t>prevederilor</w:t>
      </w:r>
      <w:proofErr w:type="spellEnd"/>
      <w:r w:rsidRPr="00693F1B">
        <w:t xml:space="preserve"> </w:t>
      </w:r>
      <w:proofErr w:type="spellStart"/>
      <w:r w:rsidRPr="00693F1B">
        <w:rPr>
          <w:b/>
          <w:bCs/>
        </w:rPr>
        <w:t>Articolului</w:t>
      </w:r>
      <w:proofErr w:type="spellEnd"/>
      <w:r w:rsidRPr="00693F1B">
        <w:rPr>
          <w:b/>
          <w:bCs/>
        </w:rPr>
        <w:t xml:space="preserve"> 22</w:t>
      </w:r>
      <w:r w:rsidRPr="00693F1B">
        <w:t xml:space="preserve"> (</w:t>
      </w:r>
      <w:proofErr w:type="spellStart"/>
      <w:r w:rsidRPr="00693F1B">
        <w:t>Procesul</w:t>
      </w:r>
      <w:proofErr w:type="spellEnd"/>
      <w:r w:rsidRPr="00693F1B">
        <w:t xml:space="preserve"> </w:t>
      </w:r>
      <w:proofErr w:type="spellStart"/>
      <w:r w:rsidRPr="00693F1B">
        <w:t>decizional</w:t>
      </w:r>
      <w:proofErr w:type="spellEnd"/>
      <w:r w:rsidRPr="00693F1B">
        <w:t xml:space="preserve"> individual </w:t>
      </w:r>
      <w:proofErr w:type="spellStart"/>
      <w:r w:rsidRPr="00693F1B">
        <w:t>automatizat</w:t>
      </w:r>
      <w:proofErr w:type="spellEnd"/>
      <w:r w:rsidRPr="00693F1B">
        <w:t xml:space="preserve">, </w:t>
      </w:r>
      <w:proofErr w:type="spellStart"/>
      <w:r w:rsidRPr="00693F1B">
        <w:t>inclusiv</w:t>
      </w:r>
      <w:proofErr w:type="spellEnd"/>
      <w:r w:rsidRPr="00693F1B">
        <w:t xml:space="preserve"> </w:t>
      </w:r>
      <w:proofErr w:type="spellStart"/>
      <w:r w:rsidRPr="00693F1B">
        <w:t>crearea</w:t>
      </w:r>
      <w:proofErr w:type="spellEnd"/>
      <w:r w:rsidRPr="00693F1B">
        <w:t xml:space="preserve"> de </w:t>
      </w:r>
      <w:proofErr w:type="spellStart"/>
      <w:r w:rsidRPr="00693F1B">
        <w:t>profiluri</w:t>
      </w:r>
      <w:proofErr w:type="spellEnd"/>
      <w:r w:rsidRPr="00693F1B">
        <w:t xml:space="preserve">) din </w:t>
      </w:r>
      <w:proofErr w:type="spellStart"/>
      <w:r w:rsidRPr="00693F1B">
        <w:rPr>
          <w:b/>
          <w:bCs/>
        </w:rPr>
        <w:t>Legea</w:t>
      </w:r>
      <w:proofErr w:type="spellEnd"/>
      <w:r w:rsidRPr="00693F1B">
        <w:rPr>
          <w:b/>
          <w:bCs/>
        </w:rPr>
        <w:t xml:space="preserve"> nr. 195/2024 </w:t>
      </w:r>
      <w:proofErr w:type="spellStart"/>
      <w:r w:rsidRPr="00693F1B">
        <w:rPr>
          <w:b/>
          <w:bCs/>
        </w:rPr>
        <w:t>privind</w:t>
      </w:r>
      <w:proofErr w:type="spellEnd"/>
      <w:r w:rsidRPr="00693F1B">
        <w:rPr>
          <w:b/>
          <w:bCs/>
        </w:rPr>
        <w:t xml:space="preserve"> </w:t>
      </w:r>
      <w:proofErr w:type="spellStart"/>
      <w:r w:rsidRPr="00693F1B">
        <w:rPr>
          <w:b/>
          <w:bCs/>
        </w:rPr>
        <w:t>protecția</w:t>
      </w:r>
      <w:proofErr w:type="spellEnd"/>
      <w:r w:rsidRPr="00693F1B">
        <w:rPr>
          <w:b/>
          <w:bCs/>
        </w:rPr>
        <w:t xml:space="preserve"> </w:t>
      </w:r>
      <w:proofErr w:type="spellStart"/>
      <w:r w:rsidRPr="00693F1B">
        <w:rPr>
          <w:b/>
          <w:bCs/>
        </w:rPr>
        <w:t>datelor</w:t>
      </w:r>
      <w:proofErr w:type="spellEnd"/>
      <w:r w:rsidRPr="00693F1B">
        <w:rPr>
          <w:b/>
          <w:bCs/>
        </w:rPr>
        <w:t xml:space="preserve"> cu </w:t>
      </w:r>
      <w:proofErr w:type="spellStart"/>
      <w:r w:rsidRPr="00693F1B">
        <w:rPr>
          <w:b/>
          <w:bCs/>
        </w:rPr>
        <w:t>caracter</w:t>
      </w:r>
      <w:proofErr w:type="spellEnd"/>
      <w:r w:rsidRPr="00693F1B">
        <w:rPr>
          <w:b/>
          <w:bCs/>
        </w:rPr>
        <w:t xml:space="preserve"> personal</w:t>
      </w:r>
      <w:r w:rsidRPr="00693F1B">
        <w:t xml:space="preserve">, </w:t>
      </w:r>
      <w:proofErr w:type="spellStart"/>
      <w:r w:rsidRPr="00693F1B">
        <w:t>întrucât</w:t>
      </w:r>
      <w:proofErr w:type="spellEnd"/>
      <w:r w:rsidRPr="00693F1B">
        <w:t xml:space="preserve"> am </w:t>
      </w:r>
      <w:proofErr w:type="spellStart"/>
      <w:r w:rsidRPr="00693F1B">
        <w:t>făcut</w:t>
      </w:r>
      <w:proofErr w:type="spellEnd"/>
      <w:r w:rsidRPr="00693F1B">
        <w:t xml:space="preserve"> </w:t>
      </w:r>
      <w:proofErr w:type="spellStart"/>
      <w:r w:rsidRPr="00693F1B">
        <w:lastRenderedPageBreak/>
        <w:t>obiectul</w:t>
      </w:r>
      <w:proofErr w:type="spellEnd"/>
      <w:r w:rsidRPr="00693F1B">
        <w:t xml:space="preserve"> </w:t>
      </w:r>
      <w:proofErr w:type="spellStart"/>
      <w:r w:rsidRPr="00693F1B">
        <w:t>unei</w:t>
      </w:r>
      <w:proofErr w:type="spellEnd"/>
      <w:r w:rsidRPr="00693F1B">
        <w:t xml:space="preserve"> </w:t>
      </w:r>
      <w:proofErr w:type="spellStart"/>
      <w:r w:rsidRPr="00693F1B">
        <w:t>decizii</w:t>
      </w:r>
      <w:proofErr w:type="spellEnd"/>
      <w:r w:rsidRPr="00693F1B">
        <w:t xml:space="preserve"> </w:t>
      </w:r>
      <w:proofErr w:type="spellStart"/>
      <w:r w:rsidRPr="00693F1B">
        <w:t>bazate</w:t>
      </w:r>
      <w:proofErr w:type="spellEnd"/>
      <w:r w:rsidRPr="00693F1B">
        <w:t xml:space="preserve"> </w:t>
      </w:r>
      <w:proofErr w:type="spellStart"/>
      <w:r w:rsidRPr="00693F1B">
        <w:t>exclusiv</w:t>
      </w:r>
      <w:proofErr w:type="spellEnd"/>
      <w:r w:rsidRPr="00693F1B">
        <w:t xml:space="preserve"> pe </w:t>
      </w:r>
      <w:proofErr w:type="spellStart"/>
      <w:r w:rsidRPr="00693F1B">
        <w:t>prelucrarea</w:t>
      </w:r>
      <w:proofErr w:type="spellEnd"/>
      <w:r w:rsidRPr="00693F1B">
        <w:t xml:space="preserve"> </w:t>
      </w:r>
      <w:proofErr w:type="spellStart"/>
      <w:r w:rsidRPr="00693F1B">
        <w:t>automatizată</w:t>
      </w:r>
      <w:proofErr w:type="spellEnd"/>
      <w:r w:rsidRPr="00693F1B">
        <w:t xml:space="preserve"> (</w:t>
      </w:r>
      <w:proofErr w:type="spellStart"/>
      <w:r w:rsidRPr="00693F1B">
        <w:t>fără</w:t>
      </w:r>
      <w:proofErr w:type="spellEnd"/>
      <w:r w:rsidRPr="00693F1B">
        <w:t xml:space="preserve"> </w:t>
      </w:r>
      <w:proofErr w:type="spellStart"/>
      <w:r w:rsidRPr="00693F1B">
        <w:t>intervenția</w:t>
      </w:r>
      <w:proofErr w:type="spellEnd"/>
      <w:r w:rsidRPr="00693F1B">
        <w:t xml:space="preserve"> </w:t>
      </w:r>
      <w:proofErr w:type="spellStart"/>
      <w:r w:rsidRPr="00693F1B">
        <w:t>unui</w:t>
      </w:r>
      <w:proofErr w:type="spellEnd"/>
      <w:r w:rsidRPr="00693F1B">
        <w:t xml:space="preserve"> </w:t>
      </w:r>
      <w:proofErr w:type="spellStart"/>
      <w:r w:rsidRPr="00693F1B">
        <w:t>funcționar</w:t>
      </w:r>
      <w:proofErr w:type="spellEnd"/>
      <w:r w:rsidRPr="00693F1B">
        <w:t xml:space="preserve">) care </w:t>
      </w:r>
      <w:proofErr w:type="spellStart"/>
      <w:r w:rsidRPr="00693F1B">
        <w:t>îmi</w:t>
      </w:r>
      <w:proofErr w:type="spellEnd"/>
      <w:r w:rsidRPr="00693F1B">
        <w:t xml:space="preserve"> produce </w:t>
      </w:r>
      <w:proofErr w:type="spellStart"/>
      <w:r w:rsidRPr="00693F1B">
        <w:t>efecte</w:t>
      </w:r>
      <w:proofErr w:type="spellEnd"/>
      <w:r w:rsidRPr="00693F1B">
        <w:t xml:space="preserve"> </w:t>
      </w:r>
      <w:proofErr w:type="spellStart"/>
      <w:r w:rsidRPr="00693F1B">
        <w:t>juridice</w:t>
      </w:r>
      <w:proofErr w:type="spellEnd"/>
      <w:r w:rsidRPr="00693F1B">
        <w:t xml:space="preserve"> </w:t>
      </w:r>
      <w:proofErr w:type="spellStart"/>
      <w:r w:rsidRPr="00693F1B">
        <w:t>sau</w:t>
      </w:r>
      <w:proofErr w:type="spellEnd"/>
      <w:r w:rsidRPr="00693F1B">
        <w:t xml:space="preserve"> </w:t>
      </w:r>
      <w:proofErr w:type="spellStart"/>
      <w:r w:rsidRPr="00693F1B">
        <w:t>mă</w:t>
      </w:r>
      <w:proofErr w:type="spellEnd"/>
      <w:r w:rsidRPr="00693F1B">
        <w:t xml:space="preserve"> </w:t>
      </w:r>
      <w:proofErr w:type="spellStart"/>
      <w:r w:rsidRPr="00693F1B">
        <w:t>afectează</w:t>
      </w:r>
      <w:proofErr w:type="spellEnd"/>
      <w:r w:rsidRPr="00693F1B">
        <w:t xml:space="preserve"> </w:t>
      </w:r>
      <w:proofErr w:type="spellStart"/>
      <w:r w:rsidRPr="00693F1B">
        <w:t>în</w:t>
      </w:r>
      <w:proofErr w:type="spellEnd"/>
      <w:r w:rsidRPr="00693F1B">
        <w:t xml:space="preserve"> mod similar, </w:t>
      </w:r>
      <w:proofErr w:type="spellStart"/>
      <w:r w:rsidRPr="00693F1B">
        <w:t>respectiv</w:t>
      </w:r>
      <w:proofErr w:type="spellEnd"/>
      <w:r w:rsidRPr="00693F1B">
        <w:t xml:space="preserve"> </w:t>
      </w:r>
      <w:proofErr w:type="spellStart"/>
      <w:r w:rsidRPr="00693F1B">
        <w:t>decizia</w:t>
      </w:r>
      <w:proofErr w:type="spellEnd"/>
      <w:r w:rsidRPr="00693F1B">
        <w:t xml:space="preserve"> nr. ............ din data ............ </w:t>
      </w:r>
      <w:proofErr w:type="spellStart"/>
      <w:r w:rsidRPr="00693F1B">
        <w:t>privind</w:t>
      </w:r>
      <w:proofErr w:type="spellEnd"/>
      <w:r w:rsidRPr="00693F1B">
        <w:t xml:space="preserve"> ................................................................................................................, solicit:</w:t>
      </w:r>
    </w:p>
    <w:p w14:paraId="3B24A928" w14:textId="77777777" w:rsidR="00EE7ED3" w:rsidRPr="00693F1B" w:rsidRDefault="00000000">
      <w:pPr>
        <w:numPr>
          <w:ilvl w:val="0"/>
          <w:numId w:val="27"/>
        </w:numPr>
        <w:jc w:val="both"/>
      </w:pPr>
      <w:proofErr w:type="spellStart"/>
      <w:r w:rsidRPr="00693F1B">
        <w:t>Obținerea</w:t>
      </w:r>
      <w:proofErr w:type="spellEnd"/>
      <w:r w:rsidRPr="00693F1B">
        <w:t xml:space="preserve"> </w:t>
      </w:r>
      <w:proofErr w:type="spellStart"/>
      <w:r w:rsidRPr="00693F1B">
        <w:t>unei</w:t>
      </w:r>
      <w:proofErr w:type="spellEnd"/>
      <w:r w:rsidRPr="00693F1B">
        <w:t xml:space="preserve"> </w:t>
      </w:r>
      <w:proofErr w:type="spellStart"/>
      <w:r w:rsidRPr="00693F1B">
        <w:t>intervenții</w:t>
      </w:r>
      <w:proofErr w:type="spellEnd"/>
      <w:r w:rsidRPr="00693F1B">
        <w:t xml:space="preserve"> </w:t>
      </w:r>
      <w:proofErr w:type="spellStart"/>
      <w:r w:rsidRPr="00693F1B">
        <w:t>umane</w:t>
      </w:r>
      <w:proofErr w:type="spellEnd"/>
      <w:r w:rsidRPr="00693F1B">
        <w:t xml:space="preserve"> din </w:t>
      </w:r>
      <w:proofErr w:type="spellStart"/>
      <w:r w:rsidRPr="00693F1B">
        <w:t>partea</w:t>
      </w:r>
      <w:proofErr w:type="spellEnd"/>
      <w:r w:rsidRPr="00693F1B">
        <w:t xml:space="preserve"> </w:t>
      </w:r>
      <w:proofErr w:type="spellStart"/>
      <w:r w:rsidRPr="00693F1B">
        <w:t>unui</w:t>
      </w:r>
      <w:proofErr w:type="spellEnd"/>
      <w:r w:rsidRPr="00693F1B">
        <w:t xml:space="preserve"> </w:t>
      </w:r>
      <w:proofErr w:type="spellStart"/>
      <w:r w:rsidRPr="00693F1B">
        <w:t>funcționar</w:t>
      </w:r>
      <w:proofErr w:type="spellEnd"/>
      <w:r w:rsidRPr="00693F1B">
        <w:t xml:space="preserve"> public </w:t>
      </w:r>
      <w:proofErr w:type="spellStart"/>
      <w:r w:rsidRPr="00693F1B">
        <w:t>în</w:t>
      </w:r>
      <w:proofErr w:type="spellEnd"/>
      <w:r w:rsidRPr="00693F1B">
        <w:t xml:space="preserve"> </w:t>
      </w:r>
      <w:proofErr w:type="spellStart"/>
      <w:r w:rsidRPr="00693F1B">
        <w:t>vederea</w:t>
      </w:r>
      <w:proofErr w:type="spellEnd"/>
      <w:r w:rsidRPr="00693F1B">
        <w:t xml:space="preserve"> </w:t>
      </w:r>
      <w:proofErr w:type="spellStart"/>
      <w:r w:rsidRPr="00693F1B">
        <w:t>reevaluării</w:t>
      </w:r>
      <w:proofErr w:type="spellEnd"/>
      <w:r w:rsidRPr="00693F1B">
        <w:t xml:space="preserve"> </w:t>
      </w:r>
      <w:proofErr w:type="spellStart"/>
      <w:r w:rsidRPr="00693F1B">
        <w:t>cazului</w:t>
      </w:r>
      <w:proofErr w:type="spellEnd"/>
      <w:r w:rsidRPr="00693F1B">
        <w:t xml:space="preserve"> meu;</w:t>
      </w:r>
    </w:p>
    <w:p w14:paraId="087A37AE" w14:textId="77777777" w:rsidR="00EE7ED3" w:rsidRPr="00693F1B" w:rsidRDefault="00000000">
      <w:pPr>
        <w:numPr>
          <w:ilvl w:val="0"/>
          <w:numId w:val="27"/>
        </w:numPr>
        <w:jc w:val="both"/>
      </w:pPr>
      <w:proofErr w:type="spellStart"/>
      <w:r w:rsidRPr="00693F1B">
        <w:t>Exprimarea</w:t>
      </w:r>
      <w:proofErr w:type="spellEnd"/>
      <w:r w:rsidRPr="00693F1B">
        <w:t xml:space="preserve"> </w:t>
      </w:r>
      <w:proofErr w:type="spellStart"/>
      <w:r w:rsidRPr="00693F1B">
        <w:t>punctului</w:t>
      </w:r>
      <w:proofErr w:type="spellEnd"/>
      <w:r w:rsidRPr="00693F1B">
        <w:t xml:space="preserve"> meu de </w:t>
      </w:r>
      <w:proofErr w:type="spellStart"/>
      <w:r w:rsidRPr="00693F1B">
        <w:t>vedere</w:t>
      </w:r>
      <w:proofErr w:type="spellEnd"/>
      <w:r w:rsidRPr="00693F1B">
        <w:t xml:space="preserve"> cu </w:t>
      </w:r>
      <w:proofErr w:type="spellStart"/>
      <w:r w:rsidRPr="00693F1B">
        <w:t>privire</w:t>
      </w:r>
      <w:proofErr w:type="spellEnd"/>
      <w:r w:rsidRPr="00693F1B">
        <w:t xml:space="preserve"> la </w:t>
      </w:r>
      <w:proofErr w:type="spellStart"/>
      <w:r w:rsidRPr="00693F1B">
        <w:t>decizia</w:t>
      </w:r>
      <w:proofErr w:type="spellEnd"/>
      <w:r w:rsidRPr="00693F1B">
        <w:t xml:space="preserve"> </w:t>
      </w:r>
      <w:proofErr w:type="spellStart"/>
      <w:r w:rsidRPr="00693F1B">
        <w:t>generată</w:t>
      </w:r>
      <w:proofErr w:type="spellEnd"/>
      <w:r w:rsidRPr="00693F1B">
        <w:t xml:space="preserve"> automat;</w:t>
      </w:r>
    </w:p>
    <w:p w14:paraId="53B6C103" w14:textId="77777777" w:rsidR="00EE7ED3" w:rsidRPr="00693F1B" w:rsidRDefault="00000000">
      <w:pPr>
        <w:numPr>
          <w:ilvl w:val="0"/>
          <w:numId w:val="27"/>
        </w:numPr>
        <w:jc w:val="both"/>
      </w:pPr>
      <w:proofErr w:type="spellStart"/>
      <w:r w:rsidRPr="00693F1B">
        <w:t>Contestarea</w:t>
      </w:r>
      <w:proofErr w:type="spellEnd"/>
      <w:r w:rsidRPr="00693F1B">
        <w:t xml:space="preserve"> </w:t>
      </w:r>
      <w:proofErr w:type="spellStart"/>
      <w:r w:rsidRPr="00693F1B">
        <w:t>deciziei</w:t>
      </w:r>
      <w:proofErr w:type="spellEnd"/>
      <w:r w:rsidRPr="00693F1B">
        <w:t xml:space="preserve"> </w:t>
      </w:r>
      <w:proofErr w:type="spellStart"/>
      <w:r w:rsidRPr="00693F1B">
        <w:t>automatizate</w:t>
      </w:r>
      <w:proofErr w:type="spellEnd"/>
      <w:r w:rsidRPr="00693F1B">
        <w:t xml:space="preserve"> </w:t>
      </w:r>
      <w:proofErr w:type="spellStart"/>
      <w:r w:rsidRPr="00693F1B">
        <w:t>emise</w:t>
      </w:r>
      <w:proofErr w:type="spellEnd"/>
      <w:r w:rsidRPr="00693F1B">
        <w:t xml:space="preserve"> de </w:t>
      </w:r>
      <w:proofErr w:type="spellStart"/>
      <w:r w:rsidRPr="00693F1B">
        <w:t>sistemul</w:t>
      </w:r>
      <w:proofErr w:type="spellEnd"/>
      <w:r w:rsidRPr="00693F1B">
        <w:t xml:space="preserve"> </w:t>
      </w:r>
      <w:proofErr w:type="spellStart"/>
      <w:r w:rsidRPr="00693F1B">
        <w:t>instituției</w:t>
      </w:r>
      <w:proofErr w:type="spellEnd"/>
      <w:r w:rsidRPr="00693F1B">
        <w:t>.</w:t>
      </w:r>
    </w:p>
    <w:p w14:paraId="25176FC6" w14:textId="77777777" w:rsidR="00EE7ED3" w:rsidRPr="00693F1B" w:rsidRDefault="00000000" w:rsidP="00DB0211">
      <w:pPr>
        <w:jc w:val="both"/>
      </w:pPr>
      <w:proofErr w:type="spellStart"/>
      <w:r w:rsidRPr="00693F1B">
        <w:t>Vă</w:t>
      </w:r>
      <w:proofErr w:type="spellEnd"/>
      <w:r w:rsidRPr="00693F1B">
        <w:t xml:space="preserve"> rog </w:t>
      </w:r>
      <w:proofErr w:type="spellStart"/>
      <w:r w:rsidRPr="00693F1B">
        <w:t>să</w:t>
      </w:r>
      <w:proofErr w:type="spellEnd"/>
      <w:r w:rsidRPr="00693F1B">
        <w:t xml:space="preserve"> </w:t>
      </w:r>
      <w:proofErr w:type="spellStart"/>
      <w:r w:rsidRPr="00693F1B">
        <w:t>îmi</w:t>
      </w:r>
      <w:proofErr w:type="spellEnd"/>
      <w:r w:rsidRPr="00693F1B">
        <w:t xml:space="preserve"> </w:t>
      </w:r>
      <w:proofErr w:type="spellStart"/>
      <w:r w:rsidRPr="00693F1B">
        <w:t>comunicați</w:t>
      </w:r>
      <w:proofErr w:type="spellEnd"/>
      <w:r w:rsidRPr="00693F1B">
        <w:t xml:space="preserve"> </w:t>
      </w:r>
      <w:proofErr w:type="spellStart"/>
      <w:r w:rsidRPr="00693F1B">
        <w:t>rezultatul</w:t>
      </w:r>
      <w:proofErr w:type="spellEnd"/>
      <w:r w:rsidRPr="00693F1B">
        <w:t xml:space="preserve"> </w:t>
      </w:r>
      <w:proofErr w:type="spellStart"/>
      <w:r w:rsidRPr="00693F1B">
        <w:t>analizei</w:t>
      </w:r>
      <w:proofErr w:type="spellEnd"/>
      <w:r w:rsidRPr="00693F1B">
        <w:t xml:space="preserve"> </w:t>
      </w:r>
      <w:proofErr w:type="spellStart"/>
      <w:r w:rsidRPr="00693F1B">
        <w:t>și</w:t>
      </w:r>
      <w:proofErr w:type="spellEnd"/>
      <w:r w:rsidRPr="00693F1B">
        <w:t xml:space="preserve"> </w:t>
      </w:r>
      <w:proofErr w:type="spellStart"/>
      <w:r w:rsidRPr="00693F1B">
        <w:t>decizia</w:t>
      </w:r>
      <w:proofErr w:type="spellEnd"/>
      <w:r w:rsidRPr="00693F1B">
        <w:t xml:space="preserve"> </w:t>
      </w:r>
      <w:proofErr w:type="spellStart"/>
      <w:r w:rsidRPr="00693F1B">
        <w:t>funcționarului</w:t>
      </w:r>
      <w:proofErr w:type="spellEnd"/>
      <w:r w:rsidRPr="00693F1B">
        <w:t xml:space="preserve"> </w:t>
      </w:r>
      <w:proofErr w:type="spellStart"/>
      <w:r w:rsidRPr="00693F1B">
        <w:t>în</w:t>
      </w:r>
      <w:proofErr w:type="spellEnd"/>
      <w:r w:rsidRPr="00693F1B">
        <w:t xml:space="preserve"> </w:t>
      </w:r>
      <w:proofErr w:type="spellStart"/>
      <w:r w:rsidRPr="00693F1B">
        <w:t>baza</w:t>
      </w:r>
      <w:proofErr w:type="spellEnd"/>
      <w:r w:rsidRPr="00693F1B">
        <w:t xml:space="preserve"> </w:t>
      </w:r>
      <w:proofErr w:type="spellStart"/>
      <w:r w:rsidRPr="00693F1B">
        <w:t>Legii</w:t>
      </w:r>
      <w:proofErr w:type="spellEnd"/>
      <w:r w:rsidRPr="00693F1B">
        <w:t xml:space="preserve"> nr. 195/2024:</w:t>
      </w:r>
    </w:p>
    <w:p w14:paraId="0F27D70C" w14:textId="77777777" w:rsidR="00EE7ED3" w:rsidRPr="00693F1B" w:rsidRDefault="00000000">
      <w:pPr>
        <w:numPr>
          <w:ilvl w:val="0"/>
          <w:numId w:val="28"/>
        </w:numPr>
        <w:jc w:val="both"/>
      </w:pPr>
      <w:r w:rsidRPr="00693F1B">
        <w:t xml:space="preserve">la </w:t>
      </w:r>
      <w:proofErr w:type="spellStart"/>
      <w:r w:rsidRPr="00693F1B">
        <w:t>următoarea</w:t>
      </w:r>
      <w:proofErr w:type="spellEnd"/>
      <w:r w:rsidRPr="00693F1B">
        <w:t xml:space="preserve"> </w:t>
      </w:r>
      <w:proofErr w:type="spellStart"/>
      <w:r w:rsidRPr="00693F1B">
        <w:t>adresă</w:t>
      </w:r>
      <w:proofErr w:type="spellEnd"/>
      <w:r w:rsidRPr="00693F1B">
        <w:t xml:space="preserve"> de </w:t>
      </w:r>
      <w:proofErr w:type="spellStart"/>
      <w:r w:rsidRPr="00693F1B">
        <w:t>corespondență</w:t>
      </w:r>
      <w:proofErr w:type="spellEnd"/>
      <w:r w:rsidRPr="00693F1B">
        <w:t xml:space="preserve"> </w:t>
      </w:r>
      <w:proofErr w:type="spellStart"/>
      <w:r w:rsidRPr="00693F1B">
        <w:t>fizică</w:t>
      </w:r>
      <w:proofErr w:type="spellEnd"/>
      <w:r w:rsidRPr="00693F1B">
        <w:t>** ..........................................................................</w:t>
      </w:r>
    </w:p>
    <w:p w14:paraId="0671B237" w14:textId="77777777" w:rsidR="00EE7ED3" w:rsidRPr="00693F1B" w:rsidRDefault="00000000">
      <w:pPr>
        <w:numPr>
          <w:ilvl w:val="0"/>
          <w:numId w:val="28"/>
        </w:numPr>
        <w:jc w:val="both"/>
      </w:pPr>
      <w:proofErr w:type="spellStart"/>
      <w:r w:rsidRPr="00693F1B">
        <w:t>în</w:t>
      </w:r>
      <w:proofErr w:type="spellEnd"/>
      <w:r w:rsidRPr="00693F1B">
        <w:t xml:space="preserve"> format electronic, la </w:t>
      </w:r>
      <w:proofErr w:type="spellStart"/>
      <w:r w:rsidRPr="00693F1B">
        <w:t>următoarea</w:t>
      </w:r>
      <w:proofErr w:type="spellEnd"/>
      <w:r w:rsidRPr="00693F1B">
        <w:t xml:space="preserve"> </w:t>
      </w:r>
      <w:proofErr w:type="spellStart"/>
      <w:r w:rsidRPr="00693F1B">
        <w:t>adresă</w:t>
      </w:r>
      <w:proofErr w:type="spellEnd"/>
      <w:r w:rsidRPr="00693F1B">
        <w:t xml:space="preserve"> de e-mail .......................................................................</w:t>
      </w:r>
    </w:p>
    <w:p w14:paraId="7B5D96C6" w14:textId="24FBE310" w:rsidR="00EE7ED3" w:rsidRPr="00CA18A1" w:rsidRDefault="00000000" w:rsidP="00DB0211">
      <w:pPr>
        <w:jc w:val="both"/>
      </w:pPr>
      <w:r w:rsidRPr="00693F1B">
        <w:t xml:space="preserve">Data: _______________ </w:t>
      </w:r>
      <w:proofErr w:type="spellStart"/>
      <w:r w:rsidRPr="00693F1B">
        <w:t>Semnătura</w:t>
      </w:r>
      <w:proofErr w:type="spellEnd"/>
      <w:r w:rsidRPr="00693F1B">
        <w:t>: ............................</w:t>
      </w:r>
    </w:p>
    <w:p w14:paraId="506E178D" w14:textId="77777777" w:rsidR="00EE7ED3" w:rsidRPr="00BE1922" w:rsidRDefault="00000000" w:rsidP="005220AE">
      <w:pPr>
        <w:spacing w:after="0"/>
        <w:jc w:val="both"/>
        <w:rPr>
          <w:i/>
          <w:iCs/>
          <w:sz w:val="20"/>
          <w:szCs w:val="20"/>
        </w:rPr>
      </w:pPr>
      <w:r w:rsidRPr="00BE1922">
        <w:rPr>
          <w:i/>
          <w:iCs/>
          <w:sz w:val="20"/>
          <w:szCs w:val="20"/>
        </w:rPr>
        <w:t xml:space="preserve">* Indicarea numărului de identificare personal (IDNP) este obligatorie pentru a permite identificarea dumneavoastră exactă și securizată în bazele de date și registrele publice gestionate la nivelul Primăriei </w:t>
      </w:r>
      <w:r>
        <w:rPr>
          <w:i/>
          <w:iCs/>
          <w:sz w:val="20"/>
          <w:szCs w:val="20"/>
        </w:rPr>
        <w:t>Mereni</w:t>
      </w:r>
      <w:r w:rsidRPr="00BE1922">
        <w:rPr>
          <w:i/>
          <w:iCs/>
          <w:sz w:val="20"/>
          <w:szCs w:val="20"/>
        </w:rPr>
        <w:t>.</w:t>
      </w:r>
    </w:p>
    <w:p w14:paraId="2A8A4C2C" w14:textId="77777777" w:rsidR="00EE7ED3" w:rsidRPr="00BE1922" w:rsidRDefault="00000000" w:rsidP="005220AE">
      <w:pPr>
        <w:spacing w:after="0"/>
        <w:jc w:val="both"/>
        <w:rPr>
          <w:i/>
          <w:iCs/>
          <w:sz w:val="20"/>
          <w:szCs w:val="20"/>
        </w:rPr>
      </w:pPr>
      <w:r w:rsidRPr="00BE1922">
        <w:rPr>
          <w:i/>
          <w:iCs/>
          <w:sz w:val="20"/>
          <w:szCs w:val="20"/>
        </w:rPr>
        <w:t>** Este necesară menționarea unei adrese valide în vederea comunicării oficiale a modalității de soluționare a cererii dumneavoastră.</w:t>
      </w:r>
    </w:p>
    <w:p w14:paraId="1699068F" w14:textId="77777777" w:rsidR="00EE7ED3" w:rsidRDefault="00000000" w:rsidP="005220AE">
      <w:pPr>
        <w:spacing w:after="0"/>
        <w:jc w:val="both"/>
        <w:rPr>
          <w:b/>
          <w:bCs/>
          <w:i/>
          <w:iCs/>
          <w:sz w:val="20"/>
          <w:szCs w:val="20"/>
        </w:rPr>
      </w:pPr>
      <w:r w:rsidRPr="00BE1922">
        <w:rPr>
          <w:b/>
          <w:bCs/>
          <w:i/>
          <w:iCs/>
          <w:sz w:val="20"/>
          <w:szCs w:val="20"/>
        </w:rPr>
        <w:t>Document administrativ ce conține date cu caracter personal protejate de prevederile Legii nr. 195/2024</w:t>
      </w:r>
    </w:p>
    <w:p w14:paraId="079D55DF" w14:textId="77777777" w:rsidR="00EE7ED3" w:rsidRDefault="00EE7ED3" w:rsidP="005220AE">
      <w:pPr>
        <w:spacing w:after="0"/>
        <w:jc w:val="both"/>
        <w:rPr>
          <w:b/>
          <w:bCs/>
          <w:i/>
          <w:iCs/>
          <w:sz w:val="20"/>
          <w:szCs w:val="20"/>
        </w:rPr>
      </w:pPr>
    </w:p>
    <w:p w14:paraId="39F40F26" w14:textId="77777777" w:rsidR="00EE7ED3" w:rsidRDefault="00000000" w:rsidP="008A64B9">
      <w:pPr>
        <w:spacing w:before="120" w:after="120" w:line="240" w:lineRule="auto"/>
        <w:jc w:val="center"/>
        <w:rPr>
          <w:b/>
          <w:bCs/>
          <w:szCs w:val="24"/>
        </w:rPr>
      </w:pPr>
      <w:r w:rsidRPr="00563B50">
        <w:rPr>
          <w:b/>
          <w:szCs w:val="24"/>
        </w:rPr>
        <w:t xml:space="preserve">LISTA ANGAJAȚILOR FAMILIARIZAȚI CU PREVEDERILE  </w:t>
      </w:r>
      <w:r>
        <w:rPr>
          <w:b/>
          <w:szCs w:val="24"/>
        </w:rPr>
        <w:t xml:space="preserve">REGULAMENTULUI CU PRIVIRE LA </w:t>
      </w:r>
      <w:r w:rsidRPr="00CA18A1">
        <w:rPr>
          <w:b/>
          <w:bCs/>
          <w:szCs w:val="24"/>
        </w:rPr>
        <w:t>PROCEDUR</w:t>
      </w:r>
      <w:r>
        <w:rPr>
          <w:b/>
          <w:bCs/>
          <w:szCs w:val="24"/>
        </w:rPr>
        <w:t>A</w:t>
      </w:r>
      <w:r w:rsidRPr="00CA18A1">
        <w:rPr>
          <w:b/>
          <w:bCs/>
          <w:szCs w:val="24"/>
        </w:rPr>
        <w:t xml:space="preserve"> DE RĂSPUNS LA DREPTURILE PERSOANELOR VIZATE</w:t>
      </w:r>
    </w:p>
    <w:p w14:paraId="62F5F50D" w14:textId="77777777" w:rsidR="00EE7ED3" w:rsidRPr="00563B50" w:rsidRDefault="00EE7ED3" w:rsidP="00150F4B">
      <w:pPr>
        <w:spacing w:before="120" w:after="120"/>
        <w:jc w:val="center"/>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82"/>
        <w:gridCol w:w="2666"/>
        <w:gridCol w:w="2340"/>
        <w:gridCol w:w="1980"/>
        <w:gridCol w:w="1677"/>
      </w:tblGrid>
      <w:tr w:rsidR="00150F4B" w:rsidRPr="00563B50" w14:paraId="07A2EFAE" w14:textId="77777777" w:rsidTr="003555DB">
        <w:tc>
          <w:tcPr>
            <w:tcW w:w="682" w:type="dxa"/>
          </w:tcPr>
          <w:p w14:paraId="10C6E22C" w14:textId="77777777" w:rsidR="00EE7ED3" w:rsidRPr="00563B50" w:rsidRDefault="00000000" w:rsidP="003555DB">
            <w:pPr>
              <w:spacing w:after="0" w:line="240" w:lineRule="auto"/>
              <w:jc w:val="center"/>
              <w:rPr>
                <w:b/>
                <w:szCs w:val="24"/>
              </w:rPr>
            </w:pPr>
            <w:r w:rsidRPr="00563B50">
              <w:rPr>
                <w:b/>
                <w:szCs w:val="24"/>
              </w:rPr>
              <w:t>Nr.</w:t>
            </w:r>
          </w:p>
        </w:tc>
        <w:tc>
          <w:tcPr>
            <w:tcW w:w="2666" w:type="dxa"/>
          </w:tcPr>
          <w:p w14:paraId="38DF5B6C" w14:textId="77777777" w:rsidR="00EE7ED3" w:rsidRPr="00563B50" w:rsidRDefault="00000000" w:rsidP="003555DB">
            <w:pPr>
              <w:spacing w:after="0" w:line="240" w:lineRule="auto"/>
              <w:jc w:val="center"/>
              <w:rPr>
                <w:b/>
                <w:szCs w:val="24"/>
              </w:rPr>
            </w:pPr>
            <w:r w:rsidRPr="00563B50">
              <w:rPr>
                <w:b/>
                <w:szCs w:val="24"/>
              </w:rPr>
              <w:t>Numele, prenumele</w:t>
            </w:r>
          </w:p>
        </w:tc>
        <w:tc>
          <w:tcPr>
            <w:tcW w:w="2340" w:type="dxa"/>
          </w:tcPr>
          <w:p w14:paraId="6BC302DE" w14:textId="77777777" w:rsidR="00EE7ED3" w:rsidRPr="00563B50" w:rsidRDefault="00000000" w:rsidP="003555DB">
            <w:pPr>
              <w:spacing w:after="0" w:line="240" w:lineRule="auto"/>
              <w:jc w:val="center"/>
              <w:rPr>
                <w:b/>
                <w:szCs w:val="24"/>
              </w:rPr>
            </w:pPr>
            <w:r w:rsidRPr="00563B50">
              <w:rPr>
                <w:b/>
                <w:szCs w:val="24"/>
              </w:rPr>
              <w:t>Funcția</w:t>
            </w:r>
          </w:p>
        </w:tc>
        <w:tc>
          <w:tcPr>
            <w:tcW w:w="1980" w:type="dxa"/>
          </w:tcPr>
          <w:p w14:paraId="3351E72D" w14:textId="77777777" w:rsidR="00EE7ED3" w:rsidRPr="00563B50" w:rsidRDefault="00000000" w:rsidP="003555DB">
            <w:pPr>
              <w:spacing w:after="0" w:line="240" w:lineRule="auto"/>
              <w:jc w:val="center"/>
              <w:rPr>
                <w:b/>
                <w:szCs w:val="24"/>
              </w:rPr>
            </w:pPr>
            <w:r w:rsidRPr="00563B50">
              <w:rPr>
                <w:b/>
                <w:szCs w:val="24"/>
              </w:rPr>
              <w:t>Am luat cunoștință</w:t>
            </w:r>
          </w:p>
          <w:p w14:paraId="681E6BCF" w14:textId="77777777" w:rsidR="00EE7ED3" w:rsidRPr="00563B50" w:rsidRDefault="00000000" w:rsidP="003555DB">
            <w:pPr>
              <w:spacing w:after="0" w:line="240" w:lineRule="auto"/>
              <w:jc w:val="center"/>
              <w:rPr>
                <w:b/>
                <w:szCs w:val="24"/>
              </w:rPr>
            </w:pPr>
            <w:r w:rsidRPr="00563B50">
              <w:rPr>
                <w:b/>
                <w:szCs w:val="24"/>
              </w:rPr>
              <w:t>(semnătura)</w:t>
            </w:r>
          </w:p>
        </w:tc>
        <w:tc>
          <w:tcPr>
            <w:tcW w:w="1677" w:type="dxa"/>
          </w:tcPr>
          <w:p w14:paraId="721AC275" w14:textId="77777777" w:rsidR="00EE7ED3" w:rsidRPr="00563B50" w:rsidRDefault="00000000" w:rsidP="003555DB">
            <w:pPr>
              <w:spacing w:after="0" w:line="240" w:lineRule="auto"/>
              <w:jc w:val="center"/>
              <w:rPr>
                <w:b/>
                <w:szCs w:val="24"/>
              </w:rPr>
            </w:pPr>
            <w:r w:rsidRPr="00563B50">
              <w:rPr>
                <w:b/>
                <w:szCs w:val="24"/>
              </w:rPr>
              <w:t>Data</w:t>
            </w:r>
          </w:p>
        </w:tc>
      </w:tr>
      <w:tr w:rsidR="00150F4B" w:rsidRPr="00563B50" w14:paraId="2AC9F799" w14:textId="77777777" w:rsidTr="003555DB">
        <w:tc>
          <w:tcPr>
            <w:tcW w:w="682" w:type="dxa"/>
          </w:tcPr>
          <w:p w14:paraId="10D18C5A" w14:textId="77777777" w:rsidR="00EE7ED3" w:rsidRPr="00563B50" w:rsidRDefault="00000000" w:rsidP="003555DB">
            <w:pPr>
              <w:spacing w:after="0" w:line="240" w:lineRule="auto"/>
              <w:rPr>
                <w:b/>
                <w:szCs w:val="24"/>
              </w:rPr>
            </w:pPr>
            <w:r w:rsidRPr="00563B50">
              <w:rPr>
                <w:b/>
                <w:szCs w:val="24"/>
              </w:rPr>
              <w:t>1</w:t>
            </w:r>
          </w:p>
        </w:tc>
        <w:tc>
          <w:tcPr>
            <w:tcW w:w="2666" w:type="dxa"/>
          </w:tcPr>
          <w:p w14:paraId="52021DA1" w14:textId="77777777" w:rsidR="00EE7ED3" w:rsidRPr="00563B50" w:rsidRDefault="00EE7ED3" w:rsidP="003555DB">
            <w:pPr>
              <w:spacing w:after="0" w:line="240" w:lineRule="auto"/>
              <w:rPr>
                <w:b/>
                <w:szCs w:val="24"/>
              </w:rPr>
            </w:pPr>
          </w:p>
        </w:tc>
        <w:tc>
          <w:tcPr>
            <w:tcW w:w="2340" w:type="dxa"/>
          </w:tcPr>
          <w:p w14:paraId="36378786" w14:textId="77777777" w:rsidR="00EE7ED3" w:rsidRPr="00563B50" w:rsidRDefault="00EE7ED3" w:rsidP="003555DB">
            <w:pPr>
              <w:spacing w:after="0" w:line="240" w:lineRule="auto"/>
              <w:rPr>
                <w:b/>
                <w:szCs w:val="24"/>
              </w:rPr>
            </w:pPr>
          </w:p>
        </w:tc>
        <w:tc>
          <w:tcPr>
            <w:tcW w:w="1980" w:type="dxa"/>
          </w:tcPr>
          <w:p w14:paraId="0B56F7F3" w14:textId="77777777" w:rsidR="00EE7ED3" w:rsidRPr="00563B50" w:rsidRDefault="00EE7ED3" w:rsidP="003555DB">
            <w:pPr>
              <w:spacing w:after="0" w:line="240" w:lineRule="auto"/>
              <w:rPr>
                <w:b/>
                <w:szCs w:val="24"/>
              </w:rPr>
            </w:pPr>
          </w:p>
        </w:tc>
        <w:tc>
          <w:tcPr>
            <w:tcW w:w="1677" w:type="dxa"/>
          </w:tcPr>
          <w:p w14:paraId="2272D7B5" w14:textId="77777777" w:rsidR="00EE7ED3" w:rsidRPr="00563B50" w:rsidRDefault="00EE7ED3" w:rsidP="003555DB">
            <w:pPr>
              <w:spacing w:after="0" w:line="240" w:lineRule="auto"/>
              <w:rPr>
                <w:b/>
                <w:szCs w:val="24"/>
              </w:rPr>
            </w:pPr>
          </w:p>
        </w:tc>
      </w:tr>
      <w:tr w:rsidR="00150F4B" w:rsidRPr="00563B50" w14:paraId="4CE40F64" w14:textId="77777777" w:rsidTr="003555DB">
        <w:tc>
          <w:tcPr>
            <w:tcW w:w="682" w:type="dxa"/>
          </w:tcPr>
          <w:p w14:paraId="212C6EF1" w14:textId="77777777" w:rsidR="00EE7ED3" w:rsidRPr="00563B50" w:rsidRDefault="00000000" w:rsidP="003555DB">
            <w:pPr>
              <w:spacing w:after="0" w:line="240" w:lineRule="auto"/>
              <w:rPr>
                <w:b/>
                <w:szCs w:val="24"/>
              </w:rPr>
            </w:pPr>
            <w:r w:rsidRPr="00563B50">
              <w:rPr>
                <w:b/>
                <w:szCs w:val="24"/>
              </w:rPr>
              <w:t>2</w:t>
            </w:r>
          </w:p>
        </w:tc>
        <w:tc>
          <w:tcPr>
            <w:tcW w:w="2666" w:type="dxa"/>
          </w:tcPr>
          <w:p w14:paraId="40A8DC88" w14:textId="77777777" w:rsidR="00EE7ED3" w:rsidRPr="00563B50" w:rsidRDefault="00EE7ED3" w:rsidP="003555DB">
            <w:pPr>
              <w:spacing w:after="0" w:line="240" w:lineRule="auto"/>
              <w:rPr>
                <w:b/>
                <w:szCs w:val="24"/>
              </w:rPr>
            </w:pPr>
          </w:p>
        </w:tc>
        <w:tc>
          <w:tcPr>
            <w:tcW w:w="2340" w:type="dxa"/>
          </w:tcPr>
          <w:p w14:paraId="2921241A" w14:textId="77777777" w:rsidR="00EE7ED3" w:rsidRPr="00563B50" w:rsidRDefault="00EE7ED3" w:rsidP="003555DB">
            <w:pPr>
              <w:spacing w:after="0" w:line="240" w:lineRule="auto"/>
              <w:rPr>
                <w:b/>
                <w:szCs w:val="24"/>
              </w:rPr>
            </w:pPr>
          </w:p>
        </w:tc>
        <w:tc>
          <w:tcPr>
            <w:tcW w:w="1980" w:type="dxa"/>
          </w:tcPr>
          <w:p w14:paraId="7772B2FD" w14:textId="77777777" w:rsidR="00EE7ED3" w:rsidRPr="00563B50" w:rsidRDefault="00EE7ED3" w:rsidP="003555DB">
            <w:pPr>
              <w:spacing w:after="0" w:line="240" w:lineRule="auto"/>
              <w:rPr>
                <w:b/>
                <w:szCs w:val="24"/>
              </w:rPr>
            </w:pPr>
          </w:p>
        </w:tc>
        <w:tc>
          <w:tcPr>
            <w:tcW w:w="1677" w:type="dxa"/>
          </w:tcPr>
          <w:p w14:paraId="064980EF" w14:textId="77777777" w:rsidR="00EE7ED3" w:rsidRPr="00563B50" w:rsidRDefault="00EE7ED3" w:rsidP="003555DB">
            <w:pPr>
              <w:spacing w:after="0" w:line="240" w:lineRule="auto"/>
              <w:rPr>
                <w:b/>
                <w:szCs w:val="24"/>
              </w:rPr>
            </w:pPr>
          </w:p>
        </w:tc>
      </w:tr>
      <w:tr w:rsidR="00150F4B" w:rsidRPr="00563B50" w14:paraId="350836E9" w14:textId="77777777" w:rsidTr="003555DB">
        <w:tc>
          <w:tcPr>
            <w:tcW w:w="682" w:type="dxa"/>
          </w:tcPr>
          <w:p w14:paraId="642F3C81" w14:textId="77777777" w:rsidR="00EE7ED3" w:rsidRPr="00563B50" w:rsidRDefault="00000000" w:rsidP="003555DB">
            <w:pPr>
              <w:spacing w:after="0" w:line="240" w:lineRule="auto"/>
              <w:rPr>
                <w:b/>
                <w:szCs w:val="24"/>
              </w:rPr>
            </w:pPr>
            <w:r w:rsidRPr="00563B50">
              <w:rPr>
                <w:b/>
                <w:szCs w:val="24"/>
              </w:rPr>
              <w:t>3</w:t>
            </w:r>
          </w:p>
        </w:tc>
        <w:tc>
          <w:tcPr>
            <w:tcW w:w="2666" w:type="dxa"/>
          </w:tcPr>
          <w:p w14:paraId="0330FE27" w14:textId="77777777" w:rsidR="00EE7ED3" w:rsidRPr="00563B50" w:rsidRDefault="00EE7ED3" w:rsidP="003555DB">
            <w:pPr>
              <w:spacing w:after="0" w:line="240" w:lineRule="auto"/>
              <w:rPr>
                <w:b/>
                <w:szCs w:val="24"/>
              </w:rPr>
            </w:pPr>
          </w:p>
        </w:tc>
        <w:tc>
          <w:tcPr>
            <w:tcW w:w="2340" w:type="dxa"/>
          </w:tcPr>
          <w:p w14:paraId="0992D71E" w14:textId="77777777" w:rsidR="00EE7ED3" w:rsidRPr="00563B50" w:rsidRDefault="00EE7ED3" w:rsidP="003555DB">
            <w:pPr>
              <w:spacing w:after="0" w:line="240" w:lineRule="auto"/>
              <w:rPr>
                <w:b/>
                <w:szCs w:val="24"/>
              </w:rPr>
            </w:pPr>
          </w:p>
        </w:tc>
        <w:tc>
          <w:tcPr>
            <w:tcW w:w="1980" w:type="dxa"/>
          </w:tcPr>
          <w:p w14:paraId="61534F2C" w14:textId="77777777" w:rsidR="00EE7ED3" w:rsidRPr="00563B50" w:rsidRDefault="00EE7ED3" w:rsidP="003555DB">
            <w:pPr>
              <w:spacing w:after="0" w:line="240" w:lineRule="auto"/>
              <w:rPr>
                <w:b/>
                <w:szCs w:val="24"/>
              </w:rPr>
            </w:pPr>
          </w:p>
        </w:tc>
        <w:tc>
          <w:tcPr>
            <w:tcW w:w="1677" w:type="dxa"/>
          </w:tcPr>
          <w:p w14:paraId="54114170" w14:textId="77777777" w:rsidR="00EE7ED3" w:rsidRPr="00563B50" w:rsidRDefault="00EE7ED3" w:rsidP="003555DB">
            <w:pPr>
              <w:spacing w:after="0" w:line="240" w:lineRule="auto"/>
              <w:rPr>
                <w:b/>
                <w:szCs w:val="24"/>
              </w:rPr>
            </w:pPr>
          </w:p>
        </w:tc>
      </w:tr>
      <w:tr w:rsidR="00150F4B" w:rsidRPr="00563B50" w14:paraId="580F9AAA" w14:textId="77777777" w:rsidTr="003555DB">
        <w:tc>
          <w:tcPr>
            <w:tcW w:w="682" w:type="dxa"/>
          </w:tcPr>
          <w:p w14:paraId="172F5E97" w14:textId="77777777" w:rsidR="00EE7ED3" w:rsidRPr="00563B50" w:rsidRDefault="00000000" w:rsidP="003555DB">
            <w:pPr>
              <w:spacing w:after="0" w:line="240" w:lineRule="auto"/>
              <w:rPr>
                <w:b/>
                <w:szCs w:val="24"/>
              </w:rPr>
            </w:pPr>
            <w:r w:rsidRPr="00563B50">
              <w:rPr>
                <w:b/>
                <w:szCs w:val="24"/>
              </w:rPr>
              <w:t>4</w:t>
            </w:r>
          </w:p>
        </w:tc>
        <w:tc>
          <w:tcPr>
            <w:tcW w:w="2666" w:type="dxa"/>
          </w:tcPr>
          <w:p w14:paraId="0F4C8772" w14:textId="77777777" w:rsidR="00EE7ED3" w:rsidRPr="00563B50" w:rsidRDefault="00EE7ED3" w:rsidP="003555DB">
            <w:pPr>
              <w:spacing w:after="0" w:line="240" w:lineRule="auto"/>
              <w:rPr>
                <w:b/>
                <w:szCs w:val="24"/>
              </w:rPr>
            </w:pPr>
          </w:p>
        </w:tc>
        <w:tc>
          <w:tcPr>
            <w:tcW w:w="2340" w:type="dxa"/>
          </w:tcPr>
          <w:p w14:paraId="05F4E9EC" w14:textId="77777777" w:rsidR="00EE7ED3" w:rsidRPr="00563B50" w:rsidRDefault="00EE7ED3" w:rsidP="003555DB">
            <w:pPr>
              <w:spacing w:after="0" w:line="240" w:lineRule="auto"/>
              <w:rPr>
                <w:b/>
                <w:szCs w:val="24"/>
              </w:rPr>
            </w:pPr>
          </w:p>
        </w:tc>
        <w:tc>
          <w:tcPr>
            <w:tcW w:w="1980" w:type="dxa"/>
          </w:tcPr>
          <w:p w14:paraId="1FBEBD7B" w14:textId="77777777" w:rsidR="00EE7ED3" w:rsidRPr="00563B50" w:rsidRDefault="00EE7ED3" w:rsidP="003555DB">
            <w:pPr>
              <w:spacing w:after="0" w:line="240" w:lineRule="auto"/>
              <w:rPr>
                <w:b/>
                <w:szCs w:val="24"/>
              </w:rPr>
            </w:pPr>
          </w:p>
        </w:tc>
        <w:tc>
          <w:tcPr>
            <w:tcW w:w="1677" w:type="dxa"/>
          </w:tcPr>
          <w:p w14:paraId="7377DABE" w14:textId="77777777" w:rsidR="00EE7ED3" w:rsidRPr="00563B50" w:rsidRDefault="00EE7ED3" w:rsidP="003555DB">
            <w:pPr>
              <w:spacing w:after="0" w:line="240" w:lineRule="auto"/>
              <w:rPr>
                <w:b/>
                <w:szCs w:val="24"/>
              </w:rPr>
            </w:pPr>
          </w:p>
        </w:tc>
      </w:tr>
      <w:tr w:rsidR="00150F4B" w:rsidRPr="00563B50" w14:paraId="7D7E8496" w14:textId="77777777" w:rsidTr="003555DB">
        <w:tc>
          <w:tcPr>
            <w:tcW w:w="682" w:type="dxa"/>
          </w:tcPr>
          <w:p w14:paraId="69AD5E79" w14:textId="77777777" w:rsidR="00EE7ED3" w:rsidRPr="00563B50" w:rsidRDefault="00000000" w:rsidP="003555DB">
            <w:pPr>
              <w:spacing w:after="0" w:line="240" w:lineRule="auto"/>
              <w:rPr>
                <w:b/>
                <w:szCs w:val="24"/>
              </w:rPr>
            </w:pPr>
            <w:r w:rsidRPr="00563B50">
              <w:rPr>
                <w:b/>
                <w:szCs w:val="24"/>
              </w:rPr>
              <w:t>5</w:t>
            </w:r>
          </w:p>
        </w:tc>
        <w:tc>
          <w:tcPr>
            <w:tcW w:w="2666" w:type="dxa"/>
          </w:tcPr>
          <w:p w14:paraId="3B0E2551" w14:textId="77777777" w:rsidR="00EE7ED3" w:rsidRPr="00563B50" w:rsidRDefault="00EE7ED3" w:rsidP="003555DB">
            <w:pPr>
              <w:spacing w:after="0" w:line="240" w:lineRule="auto"/>
              <w:rPr>
                <w:b/>
                <w:szCs w:val="24"/>
              </w:rPr>
            </w:pPr>
          </w:p>
        </w:tc>
        <w:tc>
          <w:tcPr>
            <w:tcW w:w="2340" w:type="dxa"/>
          </w:tcPr>
          <w:p w14:paraId="28BA7AB4" w14:textId="77777777" w:rsidR="00EE7ED3" w:rsidRPr="00563B50" w:rsidRDefault="00EE7ED3" w:rsidP="003555DB">
            <w:pPr>
              <w:spacing w:after="0" w:line="240" w:lineRule="auto"/>
              <w:rPr>
                <w:b/>
                <w:szCs w:val="24"/>
              </w:rPr>
            </w:pPr>
          </w:p>
        </w:tc>
        <w:tc>
          <w:tcPr>
            <w:tcW w:w="1980" w:type="dxa"/>
          </w:tcPr>
          <w:p w14:paraId="150222E9" w14:textId="77777777" w:rsidR="00EE7ED3" w:rsidRPr="00563B50" w:rsidRDefault="00EE7ED3" w:rsidP="003555DB">
            <w:pPr>
              <w:spacing w:after="0" w:line="240" w:lineRule="auto"/>
              <w:rPr>
                <w:b/>
                <w:szCs w:val="24"/>
              </w:rPr>
            </w:pPr>
          </w:p>
        </w:tc>
        <w:tc>
          <w:tcPr>
            <w:tcW w:w="1677" w:type="dxa"/>
          </w:tcPr>
          <w:p w14:paraId="0E01FE1E" w14:textId="77777777" w:rsidR="00EE7ED3" w:rsidRPr="00563B50" w:rsidRDefault="00EE7ED3" w:rsidP="003555DB">
            <w:pPr>
              <w:spacing w:after="0" w:line="240" w:lineRule="auto"/>
              <w:rPr>
                <w:b/>
                <w:szCs w:val="24"/>
              </w:rPr>
            </w:pPr>
          </w:p>
        </w:tc>
      </w:tr>
      <w:tr w:rsidR="00150F4B" w:rsidRPr="00563B50" w14:paraId="20FE4A5F" w14:textId="77777777" w:rsidTr="003555DB">
        <w:tc>
          <w:tcPr>
            <w:tcW w:w="682" w:type="dxa"/>
          </w:tcPr>
          <w:p w14:paraId="79B15777" w14:textId="77777777" w:rsidR="00EE7ED3" w:rsidRPr="00563B50" w:rsidRDefault="00000000" w:rsidP="003555DB">
            <w:pPr>
              <w:spacing w:after="0" w:line="240" w:lineRule="auto"/>
              <w:rPr>
                <w:b/>
                <w:szCs w:val="24"/>
              </w:rPr>
            </w:pPr>
            <w:r w:rsidRPr="00563B50">
              <w:rPr>
                <w:b/>
                <w:szCs w:val="24"/>
              </w:rPr>
              <w:t>6</w:t>
            </w:r>
          </w:p>
        </w:tc>
        <w:tc>
          <w:tcPr>
            <w:tcW w:w="2666" w:type="dxa"/>
          </w:tcPr>
          <w:p w14:paraId="23755C81" w14:textId="77777777" w:rsidR="00EE7ED3" w:rsidRPr="00563B50" w:rsidRDefault="00EE7ED3" w:rsidP="003555DB">
            <w:pPr>
              <w:spacing w:after="0" w:line="240" w:lineRule="auto"/>
              <w:rPr>
                <w:b/>
                <w:szCs w:val="24"/>
              </w:rPr>
            </w:pPr>
          </w:p>
        </w:tc>
        <w:tc>
          <w:tcPr>
            <w:tcW w:w="2340" w:type="dxa"/>
          </w:tcPr>
          <w:p w14:paraId="686A8678" w14:textId="77777777" w:rsidR="00EE7ED3" w:rsidRPr="00563B50" w:rsidRDefault="00EE7ED3" w:rsidP="003555DB">
            <w:pPr>
              <w:spacing w:after="0" w:line="240" w:lineRule="auto"/>
              <w:rPr>
                <w:b/>
                <w:szCs w:val="24"/>
              </w:rPr>
            </w:pPr>
          </w:p>
        </w:tc>
        <w:tc>
          <w:tcPr>
            <w:tcW w:w="1980" w:type="dxa"/>
          </w:tcPr>
          <w:p w14:paraId="59B59FFB" w14:textId="77777777" w:rsidR="00EE7ED3" w:rsidRPr="00563B50" w:rsidRDefault="00EE7ED3" w:rsidP="003555DB">
            <w:pPr>
              <w:spacing w:after="0" w:line="240" w:lineRule="auto"/>
              <w:rPr>
                <w:b/>
                <w:szCs w:val="24"/>
              </w:rPr>
            </w:pPr>
          </w:p>
        </w:tc>
        <w:tc>
          <w:tcPr>
            <w:tcW w:w="1677" w:type="dxa"/>
          </w:tcPr>
          <w:p w14:paraId="27C739BA" w14:textId="77777777" w:rsidR="00EE7ED3" w:rsidRPr="00563B50" w:rsidRDefault="00EE7ED3" w:rsidP="003555DB">
            <w:pPr>
              <w:spacing w:after="0" w:line="240" w:lineRule="auto"/>
              <w:rPr>
                <w:b/>
                <w:szCs w:val="24"/>
              </w:rPr>
            </w:pPr>
          </w:p>
        </w:tc>
      </w:tr>
      <w:tr w:rsidR="00150F4B" w:rsidRPr="00563B50" w14:paraId="64F6D5F2" w14:textId="77777777" w:rsidTr="003555DB">
        <w:tc>
          <w:tcPr>
            <w:tcW w:w="682" w:type="dxa"/>
          </w:tcPr>
          <w:p w14:paraId="5677E205" w14:textId="77777777" w:rsidR="00EE7ED3" w:rsidRPr="00563B50" w:rsidRDefault="00000000" w:rsidP="003555DB">
            <w:pPr>
              <w:spacing w:after="0" w:line="240" w:lineRule="auto"/>
              <w:rPr>
                <w:b/>
                <w:szCs w:val="24"/>
              </w:rPr>
            </w:pPr>
            <w:r w:rsidRPr="00563B50">
              <w:rPr>
                <w:b/>
                <w:szCs w:val="24"/>
              </w:rPr>
              <w:t>7</w:t>
            </w:r>
          </w:p>
        </w:tc>
        <w:tc>
          <w:tcPr>
            <w:tcW w:w="2666" w:type="dxa"/>
          </w:tcPr>
          <w:p w14:paraId="5026CCE8" w14:textId="77777777" w:rsidR="00EE7ED3" w:rsidRPr="00563B50" w:rsidRDefault="00EE7ED3" w:rsidP="003555DB">
            <w:pPr>
              <w:spacing w:after="0" w:line="240" w:lineRule="auto"/>
              <w:rPr>
                <w:b/>
                <w:szCs w:val="24"/>
              </w:rPr>
            </w:pPr>
          </w:p>
        </w:tc>
        <w:tc>
          <w:tcPr>
            <w:tcW w:w="2340" w:type="dxa"/>
          </w:tcPr>
          <w:p w14:paraId="7B8FBA1E" w14:textId="77777777" w:rsidR="00EE7ED3" w:rsidRPr="00563B50" w:rsidRDefault="00EE7ED3" w:rsidP="003555DB">
            <w:pPr>
              <w:spacing w:after="0" w:line="240" w:lineRule="auto"/>
              <w:rPr>
                <w:b/>
                <w:szCs w:val="24"/>
              </w:rPr>
            </w:pPr>
          </w:p>
        </w:tc>
        <w:tc>
          <w:tcPr>
            <w:tcW w:w="1980" w:type="dxa"/>
          </w:tcPr>
          <w:p w14:paraId="53E408EF" w14:textId="77777777" w:rsidR="00EE7ED3" w:rsidRPr="00563B50" w:rsidRDefault="00EE7ED3" w:rsidP="003555DB">
            <w:pPr>
              <w:spacing w:after="0" w:line="240" w:lineRule="auto"/>
              <w:rPr>
                <w:b/>
                <w:szCs w:val="24"/>
              </w:rPr>
            </w:pPr>
          </w:p>
        </w:tc>
        <w:tc>
          <w:tcPr>
            <w:tcW w:w="1677" w:type="dxa"/>
          </w:tcPr>
          <w:p w14:paraId="6E37925C" w14:textId="77777777" w:rsidR="00EE7ED3" w:rsidRPr="00563B50" w:rsidRDefault="00EE7ED3" w:rsidP="003555DB">
            <w:pPr>
              <w:spacing w:after="0" w:line="240" w:lineRule="auto"/>
              <w:rPr>
                <w:b/>
                <w:szCs w:val="24"/>
              </w:rPr>
            </w:pPr>
          </w:p>
        </w:tc>
      </w:tr>
      <w:tr w:rsidR="00150F4B" w:rsidRPr="00563B50" w14:paraId="04E81DF5" w14:textId="77777777" w:rsidTr="003555DB">
        <w:tc>
          <w:tcPr>
            <w:tcW w:w="682" w:type="dxa"/>
          </w:tcPr>
          <w:p w14:paraId="6C7A8EEF" w14:textId="77777777" w:rsidR="00EE7ED3" w:rsidRPr="00563B50" w:rsidRDefault="00000000" w:rsidP="003555DB">
            <w:pPr>
              <w:spacing w:after="0" w:line="240" w:lineRule="auto"/>
              <w:rPr>
                <w:b/>
                <w:szCs w:val="24"/>
              </w:rPr>
            </w:pPr>
            <w:r w:rsidRPr="00563B50">
              <w:rPr>
                <w:b/>
                <w:szCs w:val="24"/>
              </w:rPr>
              <w:t>8</w:t>
            </w:r>
          </w:p>
        </w:tc>
        <w:tc>
          <w:tcPr>
            <w:tcW w:w="2666" w:type="dxa"/>
          </w:tcPr>
          <w:p w14:paraId="34CA67DA" w14:textId="77777777" w:rsidR="00EE7ED3" w:rsidRPr="00563B50" w:rsidRDefault="00EE7ED3" w:rsidP="003555DB">
            <w:pPr>
              <w:spacing w:after="0" w:line="240" w:lineRule="auto"/>
              <w:rPr>
                <w:b/>
                <w:szCs w:val="24"/>
              </w:rPr>
            </w:pPr>
          </w:p>
        </w:tc>
        <w:tc>
          <w:tcPr>
            <w:tcW w:w="2340" w:type="dxa"/>
          </w:tcPr>
          <w:p w14:paraId="53FEE7F1" w14:textId="77777777" w:rsidR="00EE7ED3" w:rsidRPr="00563B50" w:rsidRDefault="00EE7ED3" w:rsidP="003555DB">
            <w:pPr>
              <w:spacing w:after="0" w:line="240" w:lineRule="auto"/>
              <w:rPr>
                <w:b/>
                <w:szCs w:val="24"/>
              </w:rPr>
            </w:pPr>
          </w:p>
        </w:tc>
        <w:tc>
          <w:tcPr>
            <w:tcW w:w="1980" w:type="dxa"/>
          </w:tcPr>
          <w:p w14:paraId="7514E8E8" w14:textId="77777777" w:rsidR="00EE7ED3" w:rsidRPr="00563B50" w:rsidRDefault="00EE7ED3" w:rsidP="003555DB">
            <w:pPr>
              <w:spacing w:after="0" w:line="240" w:lineRule="auto"/>
              <w:rPr>
                <w:b/>
                <w:szCs w:val="24"/>
              </w:rPr>
            </w:pPr>
          </w:p>
        </w:tc>
        <w:tc>
          <w:tcPr>
            <w:tcW w:w="1677" w:type="dxa"/>
          </w:tcPr>
          <w:p w14:paraId="3E37FCC0" w14:textId="77777777" w:rsidR="00EE7ED3" w:rsidRPr="00563B50" w:rsidRDefault="00EE7ED3" w:rsidP="003555DB">
            <w:pPr>
              <w:spacing w:after="0" w:line="240" w:lineRule="auto"/>
              <w:rPr>
                <w:b/>
                <w:szCs w:val="24"/>
              </w:rPr>
            </w:pPr>
          </w:p>
        </w:tc>
      </w:tr>
      <w:tr w:rsidR="00150F4B" w:rsidRPr="00563B50" w14:paraId="429F3DC0" w14:textId="77777777" w:rsidTr="003555DB">
        <w:tc>
          <w:tcPr>
            <w:tcW w:w="682" w:type="dxa"/>
          </w:tcPr>
          <w:p w14:paraId="57D1E910" w14:textId="77777777" w:rsidR="00EE7ED3" w:rsidRPr="00563B50" w:rsidRDefault="00000000" w:rsidP="003555DB">
            <w:pPr>
              <w:spacing w:after="0" w:line="240" w:lineRule="auto"/>
              <w:rPr>
                <w:b/>
                <w:szCs w:val="24"/>
              </w:rPr>
            </w:pPr>
            <w:r w:rsidRPr="00563B50">
              <w:rPr>
                <w:b/>
                <w:szCs w:val="24"/>
              </w:rPr>
              <w:t>9</w:t>
            </w:r>
          </w:p>
        </w:tc>
        <w:tc>
          <w:tcPr>
            <w:tcW w:w="2666" w:type="dxa"/>
          </w:tcPr>
          <w:p w14:paraId="2AE6F955" w14:textId="77777777" w:rsidR="00EE7ED3" w:rsidRPr="00563B50" w:rsidRDefault="00EE7ED3" w:rsidP="003555DB">
            <w:pPr>
              <w:spacing w:after="0" w:line="240" w:lineRule="auto"/>
              <w:rPr>
                <w:b/>
                <w:szCs w:val="24"/>
              </w:rPr>
            </w:pPr>
          </w:p>
        </w:tc>
        <w:tc>
          <w:tcPr>
            <w:tcW w:w="2340" w:type="dxa"/>
          </w:tcPr>
          <w:p w14:paraId="79F808A5" w14:textId="77777777" w:rsidR="00EE7ED3" w:rsidRPr="00563B50" w:rsidRDefault="00EE7ED3" w:rsidP="003555DB">
            <w:pPr>
              <w:spacing w:after="0" w:line="240" w:lineRule="auto"/>
              <w:rPr>
                <w:b/>
                <w:szCs w:val="24"/>
              </w:rPr>
            </w:pPr>
          </w:p>
        </w:tc>
        <w:tc>
          <w:tcPr>
            <w:tcW w:w="1980" w:type="dxa"/>
          </w:tcPr>
          <w:p w14:paraId="3B7088D2" w14:textId="77777777" w:rsidR="00EE7ED3" w:rsidRPr="00563B50" w:rsidRDefault="00EE7ED3" w:rsidP="003555DB">
            <w:pPr>
              <w:spacing w:after="0" w:line="240" w:lineRule="auto"/>
              <w:rPr>
                <w:b/>
                <w:szCs w:val="24"/>
              </w:rPr>
            </w:pPr>
          </w:p>
        </w:tc>
        <w:tc>
          <w:tcPr>
            <w:tcW w:w="1677" w:type="dxa"/>
          </w:tcPr>
          <w:p w14:paraId="673DA2E6" w14:textId="77777777" w:rsidR="00EE7ED3" w:rsidRPr="00563B50" w:rsidRDefault="00EE7ED3" w:rsidP="003555DB">
            <w:pPr>
              <w:spacing w:after="0" w:line="240" w:lineRule="auto"/>
              <w:rPr>
                <w:b/>
                <w:szCs w:val="24"/>
              </w:rPr>
            </w:pPr>
          </w:p>
        </w:tc>
      </w:tr>
      <w:tr w:rsidR="00150F4B" w:rsidRPr="00563B50" w14:paraId="598DDB6E" w14:textId="77777777" w:rsidTr="003555DB">
        <w:tc>
          <w:tcPr>
            <w:tcW w:w="682" w:type="dxa"/>
          </w:tcPr>
          <w:p w14:paraId="7210D3AD" w14:textId="77777777" w:rsidR="00EE7ED3" w:rsidRPr="00563B50" w:rsidRDefault="00000000" w:rsidP="003555DB">
            <w:pPr>
              <w:spacing w:after="0" w:line="240" w:lineRule="auto"/>
              <w:rPr>
                <w:b/>
                <w:szCs w:val="24"/>
              </w:rPr>
            </w:pPr>
            <w:r w:rsidRPr="00563B50">
              <w:rPr>
                <w:b/>
                <w:szCs w:val="24"/>
              </w:rPr>
              <w:t>10</w:t>
            </w:r>
          </w:p>
        </w:tc>
        <w:tc>
          <w:tcPr>
            <w:tcW w:w="2666" w:type="dxa"/>
          </w:tcPr>
          <w:p w14:paraId="0A958764" w14:textId="77777777" w:rsidR="00EE7ED3" w:rsidRPr="00563B50" w:rsidRDefault="00EE7ED3" w:rsidP="003555DB">
            <w:pPr>
              <w:spacing w:after="0" w:line="240" w:lineRule="auto"/>
              <w:rPr>
                <w:b/>
                <w:szCs w:val="24"/>
              </w:rPr>
            </w:pPr>
          </w:p>
        </w:tc>
        <w:tc>
          <w:tcPr>
            <w:tcW w:w="2340" w:type="dxa"/>
          </w:tcPr>
          <w:p w14:paraId="2577BE67" w14:textId="77777777" w:rsidR="00EE7ED3" w:rsidRPr="00563B50" w:rsidRDefault="00EE7ED3" w:rsidP="003555DB">
            <w:pPr>
              <w:spacing w:after="0" w:line="240" w:lineRule="auto"/>
              <w:rPr>
                <w:b/>
                <w:szCs w:val="24"/>
              </w:rPr>
            </w:pPr>
          </w:p>
        </w:tc>
        <w:tc>
          <w:tcPr>
            <w:tcW w:w="1980" w:type="dxa"/>
          </w:tcPr>
          <w:p w14:paraId="7DD03C4C" w14:textId="77777777" w:rsidR="00EE7ED3" w:rsidRPr="00563B50" w:rsidRDefault="00EE7ED3" w:rsidP="003555DB">
            <w:pPr>
              <w:spacing w:after="0" w:line="240" w:lineRule="auto"/>
              <w:rPr>
                <w:b/>
                <w:szCs w:val="24"/>
              </w:rPr>
            </w:pPr>
          </w:p>
        </w:tc>
        <w:tc>
          <w:tcPr>
            <w:tcW w:w="1677" w:type="dxa"/>
          </w:tcPr>
          <w:p w14:paraId="38A6295E" w14:textId="77777777" w:rsidR="00EE7ED3" w:rsidRPr="00563B50" w:rsidRDefault="00EE7ED3" w:rsidP="003555DB">
            <w:pPr>
              <w:spacing w:after="0" w:line="240" w:lineRule="auto"/>
              <w:rPr>
                <w:b/>
                <w:szCs w:val="24"/>
              </w:rPr>
            </w:pPr>
          </w:p>
        </w:tc>
      </w:tr>
      <w:tr w:rsidR="00150F4B" w:rsidRPr="00563B50" w14:paraId="4423F23C" w14:textId="77777777" w:rsidTr="003555DB">
        <w:tc>
          <w:tcPr>
            <w:tcW w:w="682" w:type="dxa"/>
          </w:tcPr>
          <w:p w14:paraId="3227F476" w14:textId="77777777" w:rsidR="00EE7ED3" w:rsidRPr="00563B50" w:rsidRDefault="00000000" w:rsidP="003555DB">
            <w:pPr>
              <w:spacing w:after="0" w:line="240" w:lineRule="auto"/>
              <w:rPr>
                <w:b/>
                <w:szCs w:val="24"/>
              </w:rPr>
            </w:pPr>
            <w:r w:rsidRPr="00563B50">
              <w:rPr>
                <w:b/>
                <w:szCs w:val="24"/>
              </w:rPr>
              <w:t>11</w:t>
            </w:r>
          </w:p>
        </w:tc>
        <w:tc>
          <w:tcPr>
            <w:tcW w:w="2666" w:type="dxa"/>
          </w:tcPr>
          <w:p w14:paraId="41DA231E" w14:textId="77777777" w:rsidR="00EE7ED3" w:rsidRPr="00563B50" w:rsidRDefault="00EE7ED3" w:rsidP="003555DB">
            <w:pPr>
              <w:spacing w:after="0" w:line="240" w:lineRule="auto"/>
              <w:rPr>
                <w:b/>
                <w:szCs w:val="24"/>
              </w:rPr>
            </w:pPr>
          </w:p>
        </w:tc>
        <w:tc>
          <w:tcPr>
            <w:tcW w:w="2340" w:type="dxa"/>
          </w:tcPr>
          <w:p w14:paraId="6881FDFA" w14:textId="77777777" w:rsidR="00EE7ED3" w:rsidRPr="00563B50" w:rsidRDefault="00EE7ED3" w:rsidP="003555DB">
            <w:pPr>
              <w:spacing w:after="0" w:line="240" w:lineRule="auto"/>
              <w:rPr>
                <w:b/>
                <w:szCs w:val="24"/>
              </w:rPr>
            </w:pPr>
          </w:p>
        </w:tc>
        <w:tc>
          <w:tcPr>
            <w:tcW w:w="1980" w:type="dxa"/>
          </w:tcPr>
          <w:p w14:paraId="5DF955FB" w14:textId="77777777" w:rsidR="00EE7ED3" w:rsidRPr="00563B50" w:rsidRDefault="00EE7ED3" w:rsidP="003555DB">
            <w:pPr>
              <w:spacing w:after="0" w:line="240" w:lineRule="auto"/>
              <w:rPr>
                <w:b/>
                <w:szCs w:val="24"/>
              </w:rPr>
            </w:pPr>
          </w:p>
        </w:tc>
        <w:tc>
          <w:tcPr>
            <w:tcW w:w="1677" w:type="dxa"/>
          </w:tcPr>
          <w:p w14:paraId="4164692E" w14:textId="77777777" w:rsidR="00EE7ED3" w:rsidRPr="00563B50" w:rsidRDefault="00EE7ED3" w:rsidP="003555DB">
            <w:pPr>
              <w:spacing w:after="0" w:line="240" w:lineRule="auto"/>
              <w:rPr>
                <w:b/>
                <w:szCs w:val="24"/>
              </w:rPr>
            </w:pPr>
          </w:p>
        </w:tc>
      </w:tr>
      <w:tr w:rsidR="00150F4B" w:rsidRPr="00563B50" w14:paraId="4C5AEF4A" w14:textId="77777777" w:rsidTr="003555DB">
        <w:tc>
          <w:tcPr>
            <w:tcW w:w="682" w:type="dxa"/>
          </w:tcPr>
          <w:p w14:paraId="3210D08C" w14:textId="77777777" w:rsidR="00EE7ED3" w:rsidRPr="00563B50" w:rsidRDefault="00000000" w:rsidP="003555DB">
            <w:pPr>
              <w:spacing w:after="0" w:line="240" w:lineRule="auto"/>
              <w:rPr>
                <w:b/>
                <w:szCs w:val="24"/>
              </w:rPr>
            </w:pPr>
            <w:r w:rsidRPr="00563B50">
              <w:rPr>
                <w:b/>
                <w:szCs w:val="24"/>
              </w:rPr>
              <w:t>12</w:t>
            </w:r>
          </w:p>
        </w:tc>
        <w:tc>
          <w:tcPr>
            <w:tcW w:w="2666" w:type="dxa"/>
          </w:tcPr>
          <w:p w14:paraId="4A1D6227" w14:textId="77777777" w:rsidR="00EE7ED3" w:rsidRPr="00563B50" w:rsidRDefault="00EE7ED3" w:rsidP="003555DB">
            <w:pPr>
              <w:spacing w:after="0" w:line="240" w:lineRule="auto"/>
              <w:rPr>
                <w:b/>
                <w:szCs w:val="24"/>
              </w:rPr>
            </w:pPr>
          </w:p>
        </w:tc>
        <w:tc>
          <w:tcPr>
            <w:tcW w:w="2340" w:type="dxa"/>
          </w:tcPr>
          <w:p w14:paraId="644B3D18" w14:textId="77777777" w:rsidR="00EE7ED3" w:rsidRPr="00563B50" w:rsidRDefault="00EE7ED3" w:rsidP="003555DB">
            <w:pPr>
              <w:spacing w:after="0" w:line="240" w:lineRule="auto"/>
              <w:rPr>
                <w:b/>
                <w:szCs w:val="24"/>
              </w:rPr>
            </w:pPr>
          </w:p>
        </w:tc>
        <w:tc>
          <w:tcPr>
            <w:tcW w:w="1980" w:type="dxa"/>
          </w:tcPr>
          <w:p w14:paraId="3573B423" w14:textId="77777777" w:rsidR="00EE7ED3" w:rsidRPr="00563B50" w:rsidRDefault="00EE7ED3" w:rsidP="003555DB">
            <w:pPr>
              <w:spacing w:after="0" w:line="240" w:lineRule="auto"/>
              <w:rPr>
                <w:b/>
                <w:szCs w:val="24"/>
              </w:rPr>
            </w:pPr>
          </w:p>
        </w:tc>
        <w:tc>
          <w:tcPr>
            <w:tcW w:w="1677" w:type="dxa"/>
          </w:tcPr>
          <w:p w14:paraId="32D26434" w14:textId="77777777" w:rsidR="00EE7ED3" w:rsidRPr="00563B50" w:rsidRDefault="00EE7ED3" w:rsidP="003555DB">
            <w:pPr>
              <w:spacing w:after="0" w:line="240" w:lineRule="auto"/>
              <w:rPr>
                <w:b/>
                <w:szCs w:val="24"/>
              </w:rPr>
            </w:pPr>
          </w:p>
        </w:tc>
      </w:tr>
      <w:tr w:rsidR="00150F4B" w:rsidRPr="00563B50" w14:paraId="33BDAF0C" w14:textId="77777777" w:rsidTr="003555DB">
        <w:tc>
          <w:tcPr>
            <w:tcW w:w="682" w:type="dxa"/>
          </w:tcPr>
          <w:p w14:paraId="579ABFE6" w14:textId="77777777" w:rsidR="00EE7ED3" w:rsidRPr="00563B50" w:rsidRDefault="00000000" w:rsidP="003555DB">
            <w:pPr>
              <w:spacing w:after="0" w:line="240" w:lineRule="auto"/>
              <w:rPr>
                <w:b/>
                <w:szCs w:val="24"/>
              </w:rPr>
            </w:pPr>
            <w:r w:rsidRPr="00563B50">
              <w:rPr>
                <w:b/>
                <w:szCs w:val="24"/>
              </w:rPr>
              <w:t>13</w:t>
            </w:r>
          </w:p>
        </w:tc>
        <w:tc>
          <w:tcPr>
            <w:tcW w:w="2666" w:type="dxa"/>
          </w:tcPr>
          <w:p w14:paraId="66C0C879" w14:textId="77777777" w:rsidR="00EE7ED3" w:rsidRPr="00563B50" w:rsidRDefault="00EE7ED3" w:rsidP="003555DB">
            <w:pPr>
              <w:spacing w:after="0" w:line="240" w:lineRule="auto"/>
              <w:rPr>
                <w:b/>
                <w:szCs w:val="24"/>
              </w:rPr>
            </w:pPr>
          </w:p>
        </w:tc>
        <w:tc>
          <w:tcPr>
            <w:tcW w:w="2340" w:type="dxa"/>
          </w:tcPr>
          <w:p w14:paraId="0CD7B5B5" w14:textId="77777777" w:rsidR="00EE7ED3" w:rsidRPr="00563B50" w:rsidRDefault="00EE7ED3" w:rsidP="003555DB">
            <w:pPr>
              <w:spacing w:after="0" w:line="240" w:lineRule="auto"/>
              <w:rPr>
                <w:b/>
                <w:szCs w:val="24"/>
              </w:rPr>
            </w:pPr>
          </w:p>
        </w:tc>
        <w:tc>
          <w:tcPr>
            <w:tcW w:w="1980" w:type="dxa"/>
          </w:tcPr>
          <w:p w14:paraId="4A629BDF" w14:textId="77777777" w:rsidR="00EE7ED3" w:rsidRPr="00563B50" w:rsidRDefault="00EE7ED3" w:rsidP="003555DB">
            <w:pPr>
              <w:spacing w:after="0" w:line="240" w:lineRule="auto"/>
              <w:rPr>
                <w:b/>
                <w:szCs w:val="24"/>
              </w:rPr>
            </w:pPr>
          </w:p>
        </w:tc>
        <w:tc>
          <w:tcPr>
            <w:tcW w:w="1677" w:type="dxa"/>
          </w:tcPr>
          <w:p w14:paraId="44029FEA" w14:textId="77777777" w:rsidR="00EE7ED3" w:rsidRPr="00563B50" w:rsidRDefault="00EE7ED3" w:rsidP="003555DB">
            <w:pPr>
              <w:spacing w:after="0" w:line="240" w:lineRule="auto"/>
              <w:rPr>
                <w:b/>
                <w:szCs w:val="24"/>
              </w:rPr>
            </w:pPr>
          </w:p>
        </w:tc>
      </w:tr>
      <w:tr w:rsidR="00150F4B" w:rsidRPr="00563B50" w14:paraId="45A254E9" w14:textId="77777777" w:rsidTr="003555DB">
        <w:tc>
          <w:tcPr>
            <w:tcW w:w="682" w:type="dxa"/>
          </w:tcPr>
          <w:p w14:paraId="0EF12D70" w14:textId="77777777" w:rsidR="00EE7ED3" w:rsidRPr="00563B50" w:rsidRDefault="00000000" w:rsidP="003555DB">
            <w:pPr>
              <w:spacing w:after="0" w:line="240" w:lineRule="auto"/>
              <w:rPr>
                <w:b/>
                <w:szCs w:val="24"/>
              </w:rPr>
            </w:pPr>
            <w:r w:rsidRPr="00563B50">
              <w:rPr>
                <w:b/>
                <w:szCs w:val="24"/>
              </w:rPr>
              <w:t>14</w:t>
            </w:r>
          </w:p>
        </w:tc>
        <w:tc>
          <w:tcPr>
            <w:tcW w:w="2666" w:type="dxa"/>
          </w:tcPr>
          <w:p w14:paraId="5568DF81" w14:textId="77777777" w:rsidR="00EE7ED3" w:rsidRPr="00563B50" w:rsidRDefault="00EE7ED3" w:rsidP="003555DB">
            <w:pPr>
              <w:spacing w:after="0" w:line="240" w:lineRule="auto"/>
              <w:rPr>
                <w:b/>
                <w:szCs w:val="24"/>
              </w:rPr>
            </w:pPr>
          </w:p>
        </w:tc>
        <w:tc>
          <w:tcPr>
            <w:tcW w:w="2340" w:type="dxa"/>
          </w:tcPr>
          <w:p w14:paraId="33532C15" w14:textId="77777777" w:rsidR="00EE7ED3" w:rsidRPr="00563B50" w:rsidRDefault="00EE7ED3" w:rsidP="003555DB">
            <w:pPr>
              <w:spacing w:after="0" w:line="240" w:lineRule="auto"/>
              <w:rPr>
                <w:b/>
                <w:szCs w:val="24"/>
              </w:rPr>
            </w:pPr>
          </w:p>
        </w:tc>
        <w:tc>
          <w:tcPr>
            <w:tcW w:w="1980" w:type="dxa"/>
          </w:tcPr>
          <w:p w14:paraId="18CF01C4" w14:textId="77777777" w:rsidR="00EE7ED3" w:rsidRPr="00563B50" w:rsidRDefault="00EE7ED3" w:rsidP="003555DB">
            <w:pPr>
              <w:spacing w:after="0" w:line="240" w:lineRule="auto"/>
              <w:rPr>
                <w:b/>
                <w:szCs w:val="24"/>
              </w:rPr>
            </w:pPr>
          </w:p>
        </w:tc>
        <w:tc>
          <w:tcPr>
            <w:tcW w:w="1677" w:type="dxa"/>
          </w:tcPr>
          <w:p w14:paraId="58837167" w14:textId="77777777" w:rsidR="00EE7ED3" w:rsidRPr="00563B50" w:rsidRDefault="00EE7ED3" w:rsidP="003555DB">
            <w:pPr>
              <w:spacing w:after="0" w:line="240" w:lineRule="auto"/>
              <w:rPr>
                <w:b/>
                <w:szCs w:val="24"/>
              </w:rPr>
            </w:pPr>
          </w:p>
        </w:tc>
      </w:tr>
      <w:tr w:rsidR="00150F4B" w:rsidRPr="00563B50" w14:paraId="22E9A1EF" w14:textId="77777777" w:rsidTr="003555DB">
        <w:tc>
          <w:tcPr>
            <w:tcW w:w="682" w:type="dxa"/>
          </w:tcPr>
          <w:p w14:paraId="7FA035F9" w14:textId="77777777" w:rsidR="00EE7ED3" w:rsidRPr="00563B50" w:rsidRDefault="00000000" w:rsidP="003555DB">
            <w:pPr>
              <w:spacing w:after="0" w:line="240" w:lineRule="auto"/>
              <w:rPr>
                <w:b/>
                <w:szCs w:val="24"/>
              </w:rPr>
            </w:pPr>
            <w:r w:rsidRPr="00563B50">
              <w:rPr>
                <w:b/>
                <w:szCs w:val="24"/>
              </w:rPr>
              <w:t>15</w:t>
            </w:r>
          </w:p>
        </w:tc>
        <w:tc>
          <w:tcPr>
            <w:tcW w:w="2666" w:type="dxa"/>
          </w:tcPr>
          <w:p w14:paraId="40438EAA" w14:textId="77777777" w:rsidR="00EE7ED3" w:rsidRPr="00563B50" w:rsidRDefault="00EE7ED3" w:rsidP="003555DB">
            <w:pPr>
              <w:spacing w:after="0" w:line="240" w:lineRule="auto"/>
              <w:rPr>
                <w:b/>
                <w:szCs w:val="24"/>
              </w:rPr>
            </w:pPr>
          </w:p>
        </w:tc>
        <w:tc>
          <w:tcPr>
            <w:tcW w:w="2340" w:type="dxa"/>
          </w:tcPr>
          <w:p w14:paraId="7AC4D750" w14:textId="77777777" w:rsidR="00EE7ED3" w:rsidRPr="00563B50" w:rsidRDefault="00EE7ED3" w:rsidP="003555DB">
            <w:pPr>
              <w:spacing w:after="0" w:line="240" w:lineRule="auto"/>
              <w:rPr>
                <w:b/>
                <w:szCs w:val="24"/>
              </w:rPr>
            </w:pPr>
          </w:p>
        </w:tc>
        <w:tc>
          <w:tcPr>
            <w:tcW w:w="1980" w:type="dxa"/>
          </w:tcPr>
          <w:p w14:paraId="6C8503CF" w14:textId="77777777" w:rsidR="00EE7ED3" w:rsidRPr="00563B50" w:rsidRDefault="00EE7ED3" w:rsidP="003555DB">
            <w:pPr>
              <w:spacing w:after="0" w:line="240" w:lineRule="auto"/>
              <w:rPr>
                <w:b/>
                <w:szCs w:val="24"/>
              </w:rPr>
            </w:pPr>
          </w:p>
        </w:tc>
        <w:tc>
          <w:tcPr>
            <w:tcW w:w="1677" w:type="dxa"/>
          </w:tcPr>
          <w:p w14:paraId="45EFFDD5" w14:textId="77777777" w:rsidR="00EE7ED3" w:rsidRPr="00563B50" w:rsidRDefault="00EE7ED3" w:rsidP="003555DB">
            <w:pPr>
              <w:spacing w:after="0" w:line="240" w:lineRule="auto"/>
              <w:rPr>
                <w:b/>
                <w:szCs w:val="24"/>
              </w:rPr>
            </w:pPr>
          </w:p>
        </w:tc>
      </w:tr>
      <w:tr w:rsidR="00150F4B" w:rsidRPr="00563B50" w14:paraId="3F4BC296" w14:textId="77777777" w:rsidTr="003555DB">
        <w:tc>
          <w:tcPr>
            <w:tcW w:w="682" w:type="dxa"/>
          </w:tcPr>
          <w:p w14:paraId="77F60139" w14:textId="77777777" w:rsidR="00EE7ED3" w:rsidRPr="00563B50" w:rsidRDefault="00000000" w:rsidP="003555DB">
            <w:pPr>
              <w:spacing w:after="0" w:line="240" w:lineRule="auto"/>
              <w:rPr>
                <w:b/>
                <w:szCs w:val="24"/>
              </w:rPr>
            </w:pPr>
            <w:r w:rsidRPr="00563B50">
              <w:rPr>
                <w:b/>
                <w:szCs w:val="24"/>
              </w:rPr>
              <w:t>16</w:t>
            </w:r>
          </w:p>
        </w:tc>
        <w:tc>
          <w:tcPr>
            <w:tcW w:w="2666" w:type="dxa"/>
          </w:tcPr>
          <w:p w14:paraId="3399D8C6" w14:textId="77777777" w:rsidR="00EE7ED3" w:rsidRPr="00563B50" w:rsidRDefault="00EE7ED3" w:rsidP="003555DB">
            <w:pPr>
              <w:spacing w:after="0" w:line="240" w:lineRule="auto"/>
              <w:rPr>
                <w:b/>
                <w:szCs w:val="24"/>
              </w:rPr>
            </w:pPr>
          </w:p>
        </w:tc>
        <w:tc>
          <w:tcPr>
            <w:tcW w:w="2340" w:type="dxa"/>
          </w:tcPr>
          <w:p w14:paraId="301E0184" w14:textId="77777777" w:rsidR="00EE7ED3" w:rsidRPr="00563B50" w:rsidRDefault="00EE7ED3" w:rsidP="003555DB">
            <w:pPr>
              <w:spacing w:after="0" w:line="240" w:lineRule="auto"/>
              <w:rPr>
                <w:b/>
                <w:szCs w:val="24"/>
              </w:rPr>
            </w:pPr>
          </w:p>
        </w:tc>
        <w:tc>
          <w:tcPr>
            <w:tcW w:w="1980" w:type="dxa"/>
          </w:tcPr>
          <w:p w14:paraId="0A2CF9C7" w14:textId="77777777" w:rsidR="00EE7ED3" w:rsidRPr="00563B50" w:rsidRDefault="00EE7ED3" w:rsidP="003555DB">
            <w:pPr>
              <w:spacing w:after="0" w:line="240" w:lineRule="auto"/>
              <w:rPr>
                <w:b/>
                <w:szCs w:val="24"/>
              </w:rPr>
            </w:pPr>
          </w:p>
        </w:tc>
        <w:tc>
          <w:tcPr>
            <w:tcW w:w="1677" w:type="dxa"/>
          </w:tcPr>
          <w:p w14:paraId="7A76EC14" w14:textId="77777777" w:rsidR="00EE7ED3" w:rsidRPr="00563B50" w:rsidRDefault="00EE7ED3" w:rsidP="003555DB">
            <w:pPr>
              <w:spacing w:after="0" w:line="240" w:lineRule="auto"/>
              <w:rPr>
                <w:b/>
                <w:szCs w:val="24"/>
              </w:rPr>
            </w:pPr>
          </w:p>
        </w:tc>
      </w:tr>
      <w:tr w:rsidR="00150F4B" w:rsidRPr="00563B50" w14:paraId="2561AB74" w14:textId="77777777" w:rsidTr="003555DB">
        <w:tc>
          <w:tcPr>
            <w:tcW w:w="682" w:type="dxa"/>
          </w:tcPr>
          <w:p w14:paraId="5874D021" w14:textId="77777777" w:rsidR="00EE7ED3" w:rsidRPr="00563B50" w:rsidRDefault="00000000" w:rsidP="003555DB">
            <w:pPr>
              <w:spacing w:after="0" w:line="240" w:lineRule="auto"/>
              <w:rPr>
                <w:b/>
                <w:szCs w:val="24"/>
              </w:rPr>
            </w:pPr>
            <w:r w:rsidRPr="00563B50">
              <w:rPr>
                <w:b/>
                <w:szCs w:val="24"/>
              </w:rPr>
              <w:t>17</w:t>
            </w:r>
          </w:p>
        </w:tc>
        <w:tc>
          <w:tcPr>
            <w:tcW w:w="2666" w:type="dxa"/>
          </w:tcPr>
          <w:p w14:paraId="14616173" w14:textId="77777777" w:rsidR="00EE7ED3" w:rsidRPr="00563B50" w:rsidRDefault="00EE7ED3" w:rsidP="003555DB">
            <w:pPr>
              <w:spacing w:after="0" w:line="240" w:lineRule="auto"/>
              <w:rPr>
                <w:b/>
                <w:szCs w:val="24"/>
              </w:rPr>
            </w:pPr>
          </w:p>
        </w:tc>
        <w:tc>
          <w:tcPr>
            <w:tcW w:w="2340" w:type="dxa"/>
          </w:tcPr>
          <w:p w14:paraId="76E43BFC" w14:textId="77777777" w:rsidR="00EE7ED3" w:rsidRPr="00563B50" w:rsidRDefault="00EE7ED3" w:rsidP="003555DB">
            <w:pPr>
              <w:spacing w:after="0" w:line="240" w:lineRule="auto"/>
              <w:rPr>
                <w:b/>
                <w:szCs w:val="24"/>
              </w:rPr>
            </w:pPr>
          </w:p>
        </w:tc>
        <w:tc>
          <w:tcPr>
            <w:tcW w:w="1980" w:type="dxa"/>
          </w:tcPr>
          <w:p w14:paraId="2CDE3021" w14:textId="77777777" w:rsidR="00EE7ED3" w:rsidRPr="00563B50" w:rsidRDefault="00EE7ED3" w:rsidP="003555DB">
            <w:pPr>
              <w:spacing w:after="0" w:line="240" w:lineRule="auto"/>
              <w:rPr>
                <w:b/>
                <w:szCs w:val="24"/>
              </w:rPr>
            </w:pPr>
          </w:p>
        </w:tc>
        <w:tc>
          <w:tcPr>
            <w:tcW w:w="1677" w:type="dxa"/>
          </w:tcPr>
          <w:p w14:paraId="62E925F2" w14:textId="77777777" w:rsidR="00EE7ED3" w:rsidRPr="00563B50" w:rsidRDefault="00EE7ED3" w:rsidP="003555DB">
            <w:pPr>
              <w:spacing w:after="0" w:line="240" w:lineRule="auto"/>
              <w:rPr>
                <w:b/>
                <w:szCs w:val="24"/>
              </w:rPr>
            </w:pPr>
          </w:p>
        </w:tc>
      </w:tr>
      <w:tr w:rsidR="00150F4B" w:rsidRPr="00563B50" w14:paraId="1EF08E04" w14:textId="77777777" w:rsidTr="003555DB">
        <w:tc>
          <w:tcPr>
            <w:tcW w:w="682" w:type="dxa"/>
          </w:tcPr>
          <w:p w14:paraId="2EFB4241" w14:textId="77777777" w:rsidR="00EE7ED3" w:rsidRPr="00563B50" w:rsidRDefault="00000000" w:rsidP="003555DB">
            <w:pPr>
              <w:spacing w:after="0" w:line="240" w:lineRule="auto"/>
              <w:rPr>
                <w:b/>
                <w:szCs w:val="24"/>
              </w:rPr>
            </w:pPr>
            <w:r w:rsidRPr="00563B50">
              <w:rPr>
                <w:b/>
                <w:szCs w:val="24"/>
              </w:rPr>
              <w:t>18</w:t>
            </w:r>
          </w:p>
        </w:tc>
        <w:tc>
          <w:tcPr>
            <w:tcW w:w="2666" w:type="dxa"/>
          </w:tcPr>
          <w:p w14:paraId="78298B88" w14:textId="77777777" w:rsidR="00EE7ED3" w:rsidRPr="00563B50" w:rsidRDefault="00EE7ED3" w:rsidP="003555DB">
            <w:pPr>
              <w:spacing w:after="0" w:line="240" w:lineRule="auto"/>
              <w:rPr>
                <w:b/>
                <w:szCs w:val="24"/>
              </w:rPr>
            </w:pPr>
          </w:p>
        </w:tc>
        <w:tc>
          <w:tcPr>
            <w:tcW w:w="2340" w:type="dxa"/>
          </w:tcPr>
          <w:p w14:paraId="6CDACB07" w14:textId="77777777" w:rsidR="00EE7ED3" w:rsidRPr="00563B50" w:rsidRDefault="00EE7ED3" w:rsidP="003555DB">
            <w:pPr>
              <w:spacing w:after="0" w:line="240" w:lineRule="auto"/>
              <w:rPr>
                <w:b/>
                <w:szCs w:val="24"/>
              </w:rPr>
            </w:pPr>
          </w:p>
        </w:tc>
        <w:tc>
          <w:tcPr>
            <w:tcW w:w="1980" w:type="dxa"/>
          </w:tcPr>
          <w:p w14:paraId="20ABB7AB" w14:textId="77777777" w:rsidR="00EE7ED3" w:rsidRPr="00563B50" w:rsidRDefault="00EE7ED3" w:rsidP="003555DB">
            <w:pPr>
              <w:spacing w:after="0" w:line="240" w:lineRule="auto"/>
              <w:rPr>
                <w:b/>
                <w:szCs w:val="24"/>
              </w:rPr>
            </w:pPr>
          </w:p>
        </w:tc>
        <w:tc>
          <w:tcPr>
            <w:tcW w:w="1677" w:type="dxa"/>
          </w:tcPr>
          <w:p w14:paraId="76B1D2CA" w14:textId="77777777" w:rsidR="00EE7ED3" w:rsidRPr="00563B50" w:rsidRDefault="00EE7ED3" w:rsidP="003555DB">
            <w:pPr>
              <w:spacing w:after="0" w:line="240" w:lineRule="auto"/>
              <w:rPr>
                <w:b/>
                <w:szCs w:val="24"/>
              </w:rPr>
            </w:pPr>
          </w:p>
        </w:tc>
      </w:tr>
      <w:tr w:rsidR="00150F4B" w:rsidRPr="00563B50" w14:paraId="3F01B08A" w14:textId="77777777" w:rsidTr="003555DB">
        <w:tc>
          <w:tcPr>
            <w:tcW w:w="682" w:type="dxa"/>
          </w:tcPr>
          <w:p w14:paraId="0D84E208" w14:textId="77777777" w:rsidR="00EE7ED3" w:rsidRPr="00563B50" w:rsidRDefault="00000000" w:rsidP="003555DB">
            <w:pPr>
              <w:spacing w:after="0" w:line="240" w:lineRule="auto"/>
              <w:rPr>
                <w:b/>
                <w:szCs w:val="24"/>
              </w:rPr>
            </w:pPr>
            <w:r w:rsidRPr="00563B50">
              <w:rPr>
                <w:b/>
                <w:szCs w:val="24"/>
              </w:rPr>
              <w:t>19</w:t>
            </w:r>
          </w:p>
        </w:tc>
        <w:tc>
          <w:tcPr>
            <w:tcW w:w="2666" w:type="dxa"/>
          </w:tcPr>
          <w:p w14:paraId="3DE017AF" w14:textId="77777777" w:rsidR="00EE7ED3" w:rsidRPr="00563B50" w:rsidRDefault="00EE7ED3" w:rsidP="003555DB">
            <w:pPr>
              <w:spacing w:after="0" w:line="240" w:lineRule="auto"/>
              <w:rPr>
                <w:b/>
                <w:szCs w:val="24"/>
              </w:rPr>
            </w:pPr>
          </w:p>
        </w:tc>
        <w:tc>
          <w:tcPr>
            <w:tcW w:w="2340" w:type="dxa"/>
          </w:tcPr>
          <w:p w14:paraId="58F9790D" w14:textId="77777777" w:rsidR="00EE7ED3" w:rsidRPr="00563B50" w:rsidRDefault="00EE7ED3" w:rsidP="003555DB">
            <w:pPr>
              <w:spacing w:after="0" w:line="240" w:lineRule="auto"/>
              <w:rPr>
                <w:b/>
                <w:szCs w:val="24"/>
              </w:rPr>
            </w:pPr>
          </w:p>
        </w:tc>
        <w:tc>
          <w:tcPr>
            <w:tcW w:w="1980" w:type="dxa"/>
          </w:tcPr>
          <w:p w14:paraId="75A5D7D0" w14:textId="77777777" w:rsidR="00EE7ED3" w:rsidRPr="00563B50" w:rsidRDefault="00EE7ED3" w:rsidP="003555DB">
            <w:pPr>
              <w:spacing w:after="0" w:line="240" w:lineRule="auto"/>
              <w:rPr>
                <w:b/>
                <w:szCs w:val="24"/>
              </w:rPr>
            </w:pPr>
          </w:p>
        </w:tc>
        <w:tc>
          <w:tcPr>
            <w:tcW w:w="1677" w:type="dxa"/>
          </w:tcPr>
          <w:p w14:paraId="76553C92" w14:textId="77777777" w:rsidR="00EE7ED3" w:rsidRPr="00563B50" w:rsidRDefault="00EE7ED3" w:rsidP="003555DB">
            <w:pPr>
              <w:spacing w:after="0" w:line="240" w:lineRule="auto"/>
              <w:rPr>
                <w:b/>
                <w:szCs w:val="24"/>
              </w:rPr>
            </w:pPr>
          </w:p>
        </w:tc>
      </w:tr>
      <w:tr w:rsidR="00150F4B" w:rsidRPr="00563B50" w14:paraId="773306E4" w14:textId="77777777" w:rsidTr="003555DB">
        <w:tc>
          <w:tcPr>
            <w:tcW w:w="682" w:type="dxa"/>
          </w:tcPr>
          <w:p w14:paraId="3EDE6F95" w14:textId="77777777" w:rsidR="00EE7ED3" w:rsidRPr="00563B50" w:rsidRDefault="00000000" w:rsidP="003555DB">
            <w:pPr>
              <w:spacing w:after="0" w:line="240" w:lineRule="auto"/>
              <w:rPr>
                <w:b/>
                <w:szCs w:val="24"/>
              </w:rPr>
            </w:pPr>
            <w:r w:rsidRPr="00563B50">
              <w:rPr>
                <w:b/>
                <w:szCs w:val="24"/>
              </w:rPr>
              <w:lastRenderedPageBreak/>
              <w:t>20</w:t>
            </w:r>
          </w:p>
        </w:tc>
        <w:tc>
          <w:tcPr>
            <w:tcW w:w="2666" w:type="dxa"/>
          </w:tcPr>
          <w:p w14:paraId="766B6B9C" w14:textId="77777777" w:rsidR="00EE7ED3" w:rsidRPr="00563B50" w:rsidRDefault="00EE7ED3" w:rsidP="003555DB">
            <w:pPr>
              <w:spacing w:after="0" w:line="240" w:lineRule="auto"/>
              <w:rPr>
                <w:b/>
                <w:szCs w:val="24"/>
              </w:rPr>
            </w:pPr>
          </w:p>
        </w:tc>
        <w:tc>
          <w:tcPr>
            <w:tcW w:w="2340" w:type="dxa"/>
          </w:tcPr>
          <w:p w14:paraId="120C40A0" w14:textId="77777777" w:rsidR="00EE7ED3" w:rsidRPr="00563B50" w:rsidRDefault="00EE7ED3" w:rsidP="003555DB">
            <w:pPr>
              <w:spacing w:after="0" w:line="240" w:lineRule="auto"/>
              <w:rPr>
                <w:b/>
                <w:szCs w:val="24"/>
              </w:rPr>
            </w:pPr>
          </w:p>
        </w:tc>
        <w:tc>
          <w:tcPr>
            <w:tcW w:w="1980" w:type="dxa"/>
          </w:tcPr>
          <w:p w14:paraId="7B1804D3" w14:textId="77777777" w:rsidR="00EE7ED3" w:rsidRPr="00563B50" w:rsidRDefault="00EE7ED3" w:rsidP="003555DB">
            <w:pPr>
              <w:spacing w:after="0" w:line="240" w:lineRule="auto"/>
              <w:rPr>
                <w:b/>
                <w:szCs w:val="24"/>
              </w:rPr>
            </w:pPr>
          </w:p>
        </w:tc>
        <w:tc>
          <w:tcPr>
            <w:tcW w:w="1677" w:type="dxa"/>
          </w:tcPr>
          <w:p w14:paraId="637E1686" w14:textId="77777777" w:rsidR="00EE7ED3" w:rsidRPr="00563B50" w:rsidRDefault="00EE7ED3" w:rsidP="003555DB">
            <w:pPr>
              <w:spacing w:after="0" w:line="240" w:lineRule="auto"/>
              <w:rPr>
                <w:b/>
                <w:szCs w:val="24"/>
              </w:rPr>
            </w:pPr>
          </w:p>
        </w:tc>
      </w:tr>
      <w:tr w:rsidR="00150F4B" w:rsidRPr="00563B50" w14:paraId="5A27668B" w14:textId="77777777" w:rsidTr="003555DB">
        <w:tc>
          <w:tcPr>
            <w:tcW w:w="682" w:type="dxa"/>
          </w:tcPr>
          <w:p w14:paraId="7B9C4E76" w14:textId="77777777" w:rsidR="00EE7ED3" w:rsidRPr="00563B50" w:rsidRDefault="00000000" w:rsidP="003555DB">
            <w:pPr>
              <w:spacing w:after="0" w:line="240" w:lineRule="auto"/>
              <w:rPr>
                <w:b/>
                <w:szCs w:val="24"/>
              </w:rPr>
            </w:pPr>
            <w:r w:rsidRPr="00563B50">
              <w:rPr>
                <w:b/>
                <w:szCs w:val="24"/>
              </w:rPr>
              <w:t>21</w:t>
            </w:r>
          </w:p>
        </w:tc>
        <w:tc>
          <w:tcPr>
            <w:tcW w:w="2666" w:type="dxa"/>
          </w:tcPr>
          <w:p w14:paraId="367B0BF7" w14:textId="77777777" w:rsidR="00EE7ED3" w:rsidRPr="00563B50" w:rsidRDefault="00EE7ED3" w:rsidP="003555DB">
            <w:pPr>
              <w:spacing w:after="0" w:line="240" w:lineRule="auto"/>
              <w:rPr>
                <w:b/>
                <w:szCs w:val="24"/>
              </w:rPr>
            </w:pPr>
          </w:p>
        </w:tc>
        <w:tc>
          <w:tcPr>
            <w:tcW w:w="2340" w:type="dxa"/>
          </w:tcPr>
          <w:p w14:paraId="2986C964" w14:textId="77777777" w:rsidR="00EE7ED3" w:rsidRPr="00563B50" w:rsidRDefault="00EE7ED3" w:rsidP="003555DB">
            <w:pPr>
              <w:spacing w:after="0" w:line="240" w:lineRule="auto"/>
              <w:rPr>
                <w:b/>
                <w:szCs w:val="24"/>
              </w:rPr>
            </w:pPr>
          </w:p>
        </w:tc>
        <w:tc>
          <w:tcPr>
            <w:tcW w:w="1980" w:type="dxa"/>
          </w:tcPr>
          <w:p w14:paraId="32E8BFD2" w14:textId="77777777" w:rsidR="00EE7ED3" w:rsidRPr="00563B50" w:rsidRDefault="00EE7ED3" w:rsidP="003555DB">
            <w:pPr>
              <w:spacing w:after="0" w:line="240" w:lineRule="auto"/>
              <w:rPr>
                <w:b/>
                <w:szCs w:val="24"/>
              </w:rPr>
            </w:pPr>
          </w:p>
        </w:tc>
        <w:tc>
          <w:tcPr>
            <w:tcW w:w="1677" w:type="dxa"/>
          </w:tcPr>
          <w:p w14:paraId="2613A180" w14:textId="77777777" w:rsidR="00EE7ED3" w:rsidRPr="00563B50" w:rsidRDefault="00EE7ED3" w:rsidP="003555DB">
            <w:pPr>
              <w:spacing w:after="0" w:line="240" w:lineRule="auto"/>
              <w:rPr>
                <w:b/>
                <w:szCs w:val="24"/>
              </w:rPr>
            </w:pPr>
          </w:p>
        </w:tc>
      </w:tr>
      <w:tr w:rsidR="00150F4B" w:rsidRPr="00563B50" w14:paraId="042EA828" w14:textId="77777777" w:rsidTr="003555DB">
        <w:tc>
          <w:tcPr>
            <w:tcW w:w="682" w:type="dxa"/>
          </w:tcPr>
          <w:p w14:paraId="3495C16E" w14:textId="77777777" w:rsidR="00EE7ED3" w:rsidRPr="00563B50" w:rsidRDefault="00000000" w:rsidP="003555DB">
            <w:pPr>
              <w:spacing w:after="0" w:line="240" w:lineRule="auto"/>
              <w:rPr>
                <w:b/>
                <w:szCs w:val="24"/>
              </w:rPr>
            </w:pPr>
            <w:r w:rsidRPr="00563B50">
              <w:rPr>
                <w:b/>
                <w:szCs w:val="24"/>
              </w:rPr>
              <w:t>22</w:t>
            </w:r>
          </w:p>
        </w:tc>
        <w:tc>
          <w:tcPr>
            <w:tcW w:w="2666" w:type="dxa"/>
          </w:tcPr>
          <w:p w14:paraId="702A781E" w14:textId="77777777" w:rsidR="00EE7ED3" w:rsidRPr="00563B50" w:rsidRDefault="00EE7ED3" w:rsidP="003555DB">
            <w:pPr>
              <w:spacing w:after="0" w:line="240" w:lineRule="auto"/>
              <w:rPr>
                <w:b/>
                <w:szCs w:val="24"/>
              </w:rPr>
            </w:pPr>
          </w:p>
        </w:tc>
        <w:tc>
          <w:tcPr>
            <w:tcW w:w="2340" w:type="dxa"/>
          </w:tcPr>
          <w:p w14:paraId="284F0AF7" w14:textId="77777777" w:rsidR="00EE7ED3" w:rsidRPr="00563B50" w:rsidRDefault="00EE7ED3" w:rsidP="003555DB">
            <w:pPr>
              <w:spacing w:after="0" w:line="240" w:lineRule="auto"/>
              <w:rPr>
                <w:b/>
                <w:szCs w:val="24"/>
              </w:rPr>
            </w:pPr>
          </w:p>
        </w:tc>
        <w:tc>
          <w:tcPr>
            <w:tcW w:w="1980" w:type="dxa"/>
          </w:tcPr>
          <w:p w14:paraId="7B646724" w14:textId="77777777" w:rsidR="00EE7ED3" w:rsidRPr="00563B50" w:rsidRDefault="00EE7ED3" w:rsidP="003555DB">
            <w:pPr>
              <w:spacing w:after="0" w:line="240" w:lineRule="auto"/>
              <w:rPr>
                <w:b/>
                <w:szCs w:val="24"/>
              </w:rPr>
            </w:pPr>
          </w:p>
        </w:tc>
        <w:tc>
          <w:tcPr>
            <w:tcW w:w="1677" w:type="dxa"/>
          </w:tcPr>
          <w:p w14:paraId="55D5BFDF" w14:textId="77777777" w:rsidR="00EE7ED3" w:rsidRPr="00563B50" w:rsidRDefault="00EE7ED3" w:rsidP="003555DB">
            <w:pPr>
              <w:spacing w:after="0" w:line="240" w:lineRule="auto"/>
              <w:rPr>
                <w:b/>
                <w:szCs w:val="24"/>
              </w:rPr>
            </w:pPr>
          </w:p>
        </w:tc>
      </w:tr>
      <w:tr w:rsidR="00150F4B" w:rsidRPr="00563B50" w14:paraId="555A6D06" w14:textId="77777777" w:rsidTr="003555DB">
        <w:tc>
          <w:tcPr>
            <w:tcW w:w="682" w:type="dxa"/>
          </w:tcPr>
          <w:p w14:paraId="0CF5A75A" w14:textId="77777777" w:rsidR="00EE7ED3" w:rsidRPr="00563B50" w:rsidRDefault="00000000" w:rsidP="003555DB">
            <w:pPr>
              <w:spacing w:after="0" w:line="240" w:lineRule="auto"/>
              <w:rPr>
                <w:b/>
                <w:szCs w:val="24"/>
              </w:rPr>
            </w:pPr>
            <w:r w:rsidRPr="00563B50">
              <w:rPr>
                <w:b/>
                <w:szCs w:val="24"/>
              </w:rPr>
              <w:t>23</w:t>
            </w:r>
          </w:p>
        </w:tc>
        <w:tc>
          <w:tcPr>
            <w:tcW w:w="2666" w:type="dxa"/>
          </w:tcPr>
          <w:p w14:paraId="4721F09A" w14:textId="77777777" w:rsidR="00EE7ED3" w:rsidRPr="00563B50" w:rsidRDefault="00EE7ED3" w:rsidP="003555DB">
            <w:pPr>
              <w:spacing w:after="0" w:line="240" w:lineRule="auto"/>
              <w:rPr>
                <w:b/>
                <w:szCs w:val="24"/>
              </w:rPr>
            </w:pPr>
          </w:p>
        </w:tc>
        <w:tc>
          <w:tcPr>
            <w:tcW w:w="2340" w:type="dxa"/>
          </w:tcPr>
          <w:p w14:paraId="7C1813AA" w14:textId="77777777" w:rsidR="00EE7ED3" w:rsidRPr="00563B50" w:rsidRDefault="00EE7ED3" w:rsidP="003555DB">
            <w:pPr>
              <w:spacing w:after="0" w:line="240" w:lineRule="auto"/>
              <w:rPr>
                <w:b/>
                <w:szCs w:val="24"/>
              </w:rPr>
            </w:pPr>
          </w:p>
        </w:tc>
        <w:tc>
          <w:tcPr>
            <w:tcW w:w="1980" w:type="dxa"/>
          </w:tcPr>
          <w:p w14:paraId="42B76B27" w14:textId="77777777" w:rsidR="00EE7ED3" w:rsidRPr="00563B50" w:rsidRDefault="00EE7ED3" w:rsidP="003555DB">
            <w:pPr>
              <w:spacing w:after="0" w:line="240" w:lineRule="auto"/>
              <w:rPr>
                <w:b/>
                <w:szCs w:val="24"/>
              </w:rPr>
            </w:pPr>
          </w:p>
        </w:tc>
        <w:tc>
          <w:tcPr>
            <w:tcW w:w="1677" w:type="dxa"/>
          </w:tcPr>
          <w:p w14:paraId="11967D87" w14:textId="77777777" w:rsidR="00EE7ED3" w:rsidRPr="00563B50" w:rsidRDefault="00EE7ED3" w:rsidP="003555DB">
            <w:pPr>
              <w:spacing w:after="0" w:line="240" w:lineRule="auto"/>
              <w:rPr>
                <w:b/>
                <w:szCs w:val="24"/>
              </w:rPr>
            </w:pPr>
          </w:p>
        </w:tc>
      </w:tr>
      <w:tr w:rsidR="00150F4B" w:rsidRPr="00563B50" w14:paraId="591E1090" w14:textId="77777777" w:rsidTr="003555DB">
        <w:tc>
          <w:tcPr>
            <w:tcW w:w="682" w:type="dxa"/>
          </w:tcPr>
          <w:p w14:paraId="091555E0" w14:textId="77777777" w:rsidR="00EE7ED3" w:rsidRPr="00563B50" w:rsidRDefault="00000000" w:rsidP="003555DB">
            <w:pPr>
              <w:spacing w:after="0" w:line="240" w:lineRule="auto"/>
              <w:rPr>
                <w:b/>
                <w:szCs w:val="24"/>
              </w:rPr>
            </w:pPr>
            <w:r w:rsidRPr="00563B50">
              <w:rPr>
                <w:b/>
                <w:szCs w:val="24"/>
              </w:rPr>
              <w:t>24</w:t>
            </w:r>
          </w:p>
        </w:tc>
        <w:tc>
          <w:tcPr>
            <w:tcW w:w="2666" w:type="dxa"/>
          </w:tcPr>
          <w:p w14:paraId="128C2BEC" w14:textId="77777777" w:rsidR="00EE7ED3" w:rsidRPr="00563B50" w:rsidRDefault="00EE7ED3" w:rsidP="003555DB">
            <w:pPr>
              <w:spacing w:after="0" w:line="240" w:lineRule="auto"/>
              <w:rPr>
                <w:b/>
                <w:szCs w:val="24"/>
              </w:rPr>
            </w:pPr>
          </w:p>
        </w:tc>
        <w:tc>
          <w:tcPr>
            <w:tcW w:w="2340" w:type="dxa"/>
          </w:tcPr>
          <w:p w14:paraId="267DC365" w14:textId="77777777" w:rsidR="00EE7ED3" w:rsidRPr="00563B50" w:rsidRDefault="00EE7ED3" w:rsidP="003555DB">
            <w:pPr>
              <w:spacing w:after="0" w:line="240" w:lineRule="auto"/>
              <w:rPr>
                <w:b/>
                <w:szCs w:val="24"/>
              </w:rPr>
            </w:pPr>
          </w:p>
        </w:tc>
        <w:tc>
          <w:tcPr>
            <w:tcW w:w="1980" w:type="dxa"/>
          </w:tcPr>
          <w:p w14:paraId="41BDB82F" w14:textId="77777777" w:rsidR="00EE7ED3" w:rsidRPr="00563B50" w:rsidRDefault="00EE7ED3" w:rsidP="003555DB">
            <w:pPr>
              <w:spacing w:after="0" w:line="240" w:lineRule="auto"/>
              <w:rPr>
                <w:b/>
                <w:szCs w:val="24"/>
              </w:rPr>
            </w:pPr>
          </w:p>
        </w:tc>
        <w:tc>
          <w:tcPr>
            <w:tcW w:w="1677" w:type="dxa"/>
          </w:tcPr>
          <w:p w14:paraId="264FA949" w14:textId="77777777" w:rsidR="00EE7ED3" w:rsidRPr="00563B50" w:rsidRDefault="00EE7ED3" w:rsidP="003555DB">
            <w:pPr>
              <w:spacing w:after="0" w:line="240" w:lineRule="auto"/>
              <w:rPr>
                <w:b/>
                <w:szCs w:val="24"/>
              </w:rPr>
            </w:pPr>
          </w:p>
        </w:tc>
      </w:tr>
      <w:tr w:rsidR="00150F4B" w:rsidRPr="00563B50" w14:paraId="3D548927" w14:textId="77777777" w:rsidTr="003555DB">
        <w:tc>
          <w:tcPr>
            <w:tcW w:w="682" w:type="dxa"/>
          </w:tcPr>
          <w:p w14:paraId="716E433E" w14:textId="77777777" w:rsidR="00EE7ED3" w:rsidRPr="00563B50" w:rsidRDefault="00000000" w:rsidP="003555DB">
            <w:pPr>
              <w:spacing w:after="0" w:line="240" w:lineRule="auto"/>
              <w:rPr>
                <w:b/>
                <w:szCs w:val="24"/>
              </w:rPr>
            </w:pPr>
            <w:r w:rsidRPr="00563B50">
              <w:rPr>
                <w:b/>
                <w:szCs w:val="24"/>
              </w:rPr>
              <w:t>25</w:t>
            </w:r>
          </w:p>
        </w:tc>
        <w:tc>
          <w:tcPr>
            <w:tcW w:w="2666" w:type="dxa"/>
          </w:tcPr>
          <w:p w14:paraId="2E16A70C" w14:textId="77777777" w:rsidR="00EE7ED3" w:rsidRPr="00563B50" w:rsidRDefault="00EE7ED3" w:rsidP="003555DB">
            <w:pPr>
              <w:spacing w:after="0" w:line="240" w:lineRule="auto"/>
              <w:rPr>
                <w:b/>
                <w:szCs w:val="24"/>
              </w:rPr>
            </w:pPr>
          </w:p>
        </w:tc>
        <w:tc>
          <w:tcPr>
            <w:tcW w:w="2340" w:type="dxa"/>
          </w:tcPr>
          <w:p w14:paraId="36134536" w14:textId="77777777" w:rsidR="00EE7ED3" w:rsidRPr="00563B50" w:rsidRDefault="00EE7ED3" w:rsidP="003555DB">
            <w:pPr>
              <w:spacing w:after="0" w:line="240" w:lineRule="auto"/>
              <w:rPr>
                <w:b/>
                <w:szCs w:val="24"/>
              </w:rPr>
            </w:pPr>
          </w:p>
        </w:tc>
        <w:tc>
          <w:tcPr>
            <w:tcW w:w="1980" w:type="dxa"/>
          </w:tcPr>
          <w:p w14:paraId="1C52F7E5" w14:textId="77777777" w:rsidR="00EE7ED3" w:rsidRPr="00563B50" w:rsidRDefault="00EE7ED3" w:rsidP="003555DB">
            <w:pPr>
              <w:spacing w:after="0" w:line="240" w:lineRule="auto"/>
              <w:rPr>
                <w:b/>
                <w:szCs w:val="24"/>
              </w:rPr>
            </w:pPr>
          </w:p>
        </w:tc>
        <w:tc>
          <w:tcPr>
            <w:tcW w:w="1677" w:type="dxa"/>
          </w:tcPr>
          <w:p w14:paraId="35FCC669" w14:textId="77777777" w:rsidR="00EE7ED3" w:rsidRPr="00563B50" w:rsidRDefault="00EE7ED3" w:rsidP="003555DB">
            <w:pPr>
              <w:spacing w:after="0" w:line="240" w:lineRule="auto"/>
              <w:rPr>
                <w:b/>
                <w:szCs w:val="24"/>
              </w:rPr>
            </w:pPr>
          </w:p>
        </w:tc>
      </w:tr>
      <w:tr w:rsidR="00150F4B" w:rsidRPr="00563B50" w14:paraId="6B265310" w14:textId="77777777" w:rsidTr="003555DB">
        <w:tc>
          <w:tcPr>
            <w:tcW w:w="682" w:type="dxa"/>
          </w:tcPr>
          <w:p w14:paraId="6F1E834B" w14:textId="77777777" w:rsidR="00EE7ED3" w:rsidRPr="00563B50" w:rsidRDefault="00000000" w:rsidP="003555DB">
            <w:pPr>
              <w:spacing w:after="0" w:line="240" w:lineRule="auto"/>
              <w:rPr>
                <w:b/>
                <w:szCs w:val="24"/>
              </w:rPr>
            </w:pPr>
            <w:r w:rsidRPr="00563B50">
              <w:rPr>
                <w:b/>
                <w:szCs w:val="24"/>
              </w:rPr>
              <w:t>26</w:t>
            </w:r>
          </w:p>
        </w:tc>
        <w:tc>
          <w:tcPr>
            <w:tcW w:w="2666" w:type="dxa"/>
          </w:tcPr>
          <w:p w14:paraId="009FC431" w14:textId="77777777" w:rsidR="00EE7ED3" w:rsidRPr="00563B50" w:rsidRDefault="00EE7ED3" w:rsidP="003555DB">
            <w:pPr>
              <w:spacing w:after="0" w:line="240" w:lineRule="auto"/>
              <w:rPr>
                <w:b/>
                <w:szCs w:val="24"/>
              </w:rPr>
            </w:pPr>
          </w:p>
        </w:tc>
        <w:tc>
          <w:tcPr>
            <w:tcW w:w="2340" w:type="dxa"/>
          </w:tcPr>
          <w:p w14:paraId="0C364DAB" w14:textId="77777777" w:rsidR="00EE7ED3" w:rsidRPr="00563B50" w:rsidRDefault="00EE7ED3" w:rsidP="003555DB">
            <w:pPr>
              <w:spacing w:after="0" w:line="240" w:lineRule="auto"/>
              <w:rPr>
                <w:b/>
                <w:szCs w:val="24"/>
              </w:rPr>
            </w:pPr>
          </w:p>
        </w:tc>
        <w:tc>
          <w:tcPr>
            <w:tcW w:w="1980" w:type="dxa"/>
          </w:tcPr>
          <w:p w14:paraId="1A4E3FA3" w14:textId="77777777" w:rsidR="00EE7ED3" w:rsidRPr="00563B50" w:rsidRDefault="00EE7ED3" w:rsidP="003555DB">
            <w:pPr>
              <w:spacing w:after="0" w:line="240" w:lineRule="auto"/>
              <w:rPr>
                <w:b/>
                <w:szCs w:val="24"/>
              </w:rPr>
            </w:pPr>
          </w:p>
        </w:tc>
        <w:tc>
          <w:tcPr>
            <w:tcW w:w="1677" w:type="dxa"/>
          </w:tcPr>
          <w:p w14:paraId="46EC1D21" w14:textId="77777777" w:rsidR="00EE7ED3" w:rsidRPr="00563B50" w:rsidRDefault="00EE7ED3" w:rsidP="003555DB">
            <w:pPr>
              <w:spacing w:after="0" w:line="240" w:lineRule="auto"/>
              <w:rPr>
                <w:b/>
                <w:szCs w:val="24"/>
              </w:rPr>
            </w:pPr>
          </w:p>
        </w:tc>
      </w:tr>
      <w:tr w:rsidR="00150F4B" w:rsidRPr="00563B50" w14:paraId="5909ABBC" w14:textId="77777777" w:rsidTr="003555DB">
        <w:tc>
          <w:tcPr>
            <w:tcW w:w="682" w:type="dxa"/>
          </w:tcPr>
          <w:p w14:paraId="384D8DB1" w14:textId="77777777" w:rsidR="00EE7ED3" w:rsidRPr="00563B50" w:rsidRDefault="00000000" w:rsidP="003555DB">
            <w:pPr>
              <w:spacing w:after="0" w:line="240" w:lineRule="auto"/>
              <w:rPr>
                <w:b/>
                <w:szCs w:val="24"/>
              </w:rPr>
            </w:pPr>
            <w:r w:rsidRPr="00563B50">
              <w:rPr>
                <w:b/>
                <w:szCs w:val="24"/>
              </w:rPr>
              <w:t>27</w:t>
            </w:r>
          </w:p>
        </w:tc>
        <w:tc>
          <w:tcPr>
            <w:tcW w:w="2666" w:type="dxa"/>
          </w:tcPr>
          <w:p w14:paraId="124182F7" w14:textId="77777777" w:rsidR="00EE7ED3" w:rsidRPr="00563B50" w:rsidRDefault="00EE7ED3" w:rsidP="003555DB">
            <w:pPr>
              <w:spacing w:after="0" w:line="240" w:lineRule="auto"/>
              <w:rPr>
                <w:b/>
                <w:szCs w:val="24"/>
              </w:rPr>
            </w:pPr>
          </w:p>
        </w:tc>
        <w:tc>
          <w:tcPr>
            <w:tcW w:w="2340" w:type="dxa"/>
          </w:tcPr>
          <w:p w14:paraId="7649F207" w14:textId="77777777" w:rsidR="00EE7ED3" w:rsidRPr="00563B50" w:rsidRDefault="00EE7ED3" w:rsidP="003555DB">
            <w:pPr>
              <w:spacing w:after="0" w:line="240" w:lineRule="auto"/>
              <w:rPr>
                <w:b/>
                <w:szCs w:val="24"/>
              </w:rPr>
            </w:pPr>
          </w:p>
        </w:tc>
        <w:tc>
          <w:tcPr>
            <w:tcW w:w="1980" w:type="dxa"/>
          </w:tcPr>
          <w:p w14:paraId="0DD6EE82" w14:textId="77777777" w:rsidR="00EE7ED3" w:rsidRPr="00563B50" w:rsidRDefault="00EE7ED3" w:rsidP="003555DB">
            <w:pPr>
              <w:spacing w:after="0" w:line="240" w:lineRule="auto"/>
              <w:rPr>
                <w:b/>
                <w:szCs w:val="24"/>
              </w:rPr>
            </w:pPr>
          </w:p>
        </w:tc>
        <w:tc>
          <w:tcPr>
            <w:tcW w:w="1677" w:type="dxa"/>
          </w:tcPr>
          <w:p w14:paraId="09889D5D" w14:textId="77777777" w:rsidR="00EE7ED3" w:rsidRPr="00563B50" w:rsidRDefault="00EE7ED3" w:rsidP="003555DB">
            <w:pPr>
              <w:spacing w:after="0" w:line="240" w:lineRule="auto"/>
              <w:rPr>
                <w:b/>
                <w:szCs w:val="24"/>
              </w:rPr>
            </w:pPr>
          </w:p>
        </w:tc>
      </w:tr>
      <w:tr w:rsidR="00150F4B" w:rsidRPr="00563B50" w14:paraId="3EF909C8" w14:textId="77777777" w:rsidTr="003555DB">
        <w:tc>
          <w:tcPr>
            <w:tcW w:w="682" w:type="dxa"/>
          </w:tcPr>
          <w:p w14:paraId="630E38EA" w14:textId="77777777" w:rsidR="00EE7ED3" w:rsidRPr="00563B50" w:rsidRDefault="00000000" w:rsidP="003555DB">
            <w:pPr>
              <w:spacing w:after="0" w:line="240" w:lineRule="auto"/>
              <w:rPr>
                <w:b/>
                <w:szCs w:val="24"/>
              </w:rPr>
            </w:pPr>
            <w:r w:rsidRPr="00563B50">
              <w:rPr>
                <w:b/>
                <w:szCs w:val="24"/>
              </w:rPr>
              <w:t>28</w:t>
            </w:r>
          </w:p>
        </w:tc>
        <w:tc>
          <w:tcPr>
            <w:tcW w:w="2666" w:type="dxa"/>
          </w:tcPr>
          <w:p w14:paraId="33AA5F3F" w14:textId="77777777" w:rsidR="00EE7ED3" w:rsidRPr="00563B50" w:rsidRDefault="00EE7ED3" w:rsidP="003555DB">
            <w:pPr>
              <w:spacing w:after="0" w:line="240" w:lineRule="auto"/>
              <w:rPr>
                <w:b/>
                <w:szCs w:val="24"/>
              </w:rPr>
            </w:pPr>
          </w:p>
        </w:tc>
        <w:tc>
          <w:tcPr>
            <w:tcW w:w="2340" w:type="dxa"/>
          </w:tcPr>
          <w:p w14:paraId="2A14BF7E" w14:textId="77777777" w:rsidR="00EE7ED3" w:rsidRPr="00563B50" w:rsidRDefault="00EE7ED3" w:rsidP="003555DB">
            <w:pPr>
              <w:spacing w:after="0" w:line="240" w:lineRule="auto"/>
              <w:rPr>
                <w:b/>
                <w:szCs w:val="24"/>
              </w:rPr>
            </w:pPr>
          </w:p>
        </w:tc>
        <w:tc>
          <w:tcPr>
            <w:tcW w:w="1980" w:type="dxa"/>
          </w:tcPr>
          <w:p w14:paraId="790302D0" w14:textId="77777777" w:rsidR="00EE7ED3" w:rsidRPr="00563B50" w:rsidRDefault="00EE7ED3" w:rsidP="003555DB">
            <w:pPr>
              <w:spacing w:after="0" w:line="240" w:lineRule="auto"/>
              <w:rPr>
                <w:b/>
                <w:szCs w:val="24"/>
              </w:rPr>
            </w:pPr>
          </w:p>
        </w:tc>
        <w:tc>
          <w:tcPr>
            <w:tcW w:w="1677" w:type="dxa"/>
          </w:tcPr>
          <w:p w14:paraId="038FCEB1" w14:textId="77777777" w:rsidR="00EE7ED3" w:rsidRPr="00563B50" w:rsidRDefault="00EE7ED3" w:rsidP="003555DB">
            <w:pPr>
              <w:spacing w:after="0" w:line="240" w:lineRule="auto"/>
              <w:rPr>
                <w:b/>
                <w:szCs w:val="24"/>
              </w:rPr>
            </w:pPr>
          </w:p>
        </w:tc>
      </w:tr>
      <w:tr w:rsidR="00150F4B" w:rsidRPr="00563B50" w14:paraId="022A8688" w14:textId="77777777" w:rsidTr="003555DB">
        <w:tc>
          <w:tcPr>
            <w:tcW w:w="682" w:type="dxa"/>
          </w:tcPr>
          <w:p w14:paraId="72F9214F" w14:textId="77777777" w:rsidR="00EE7ED3" w:rsidRPr="00563B50" w:rsidRDefault="00000000" w:rsidP="003555DB">
            <w:pPr>
              <w:spacing w:after="0" w:line="240" w:lineRule="auto"/>
              <w:rPr>
                <w:b/>
                <w:szCs w:val="24"/>
              </w:rPr>
            </w:pPr>
            <w:r w:rsidRPr="00563B50">
              <w:rPr>
                <w:b/>
                <w:szCs w:val="24"/>
              </w:rPr>
              <w:t>29</w:t>
            </w:r>
          </w:p>
        </w:tc>
        <w:tc>
          <w:tcPr>
            <w:tcW w:w="2666" w:type="dxa"/>
          </w:tcPr>
          <w:p w14:paraId="5A7FC3DE" w14:textId="77777777" w:rsidR="00EE7ED3" w:rsidRPr="00563B50" w:rsidRDefault="00EE7ED3" w:rsidP="003555DB">
            <w:pPr>
              <w:spacing w:after="0" w:line="240" w:lineRule="auto"/>
              <w:rPr>
                <w:b/>
                <w:szCs w:val="24"/>
              </w:rPr>
            </w:pPr>
          </w:p>
        </w:tc>
        <w:tc>
          <w:tcPr>
            <w:tcW w:w="2340" w:type="dxa"/>
          </w:tcPr>
          <w:p w14:paraId="7289F256" w14:textId="77777777" w:rsidR="00EE7ED3" w:rsidRPr="00563B50" w:rsidRDefault="00EE7ED3" w:rsidP="003555DB">
            <w:pPr>
              <w:spacing w:after="0" w:line="240" w:lineRule="auto"/>
              <w:rPr>
                <w:b/>
                <w:szCs w:val="24"/>
              </w:rPr>
            </w:pPr>
          </w:p>
        </w:tc>
        <w:tc>
          <w:tcPr>
            <w:tcW w:w="1980" w:type="dxa"/>
          </w:tcPr>
          <w:p w14:paraId="3122D384" w14:textId="77777777" w:rsidR="00EE7ED3" w:rsidRPr="00563B50" w:rsidRDefault="00EE7ED3" w:rsidP="003555DB">
            <w:pPr>
              <w:spacing w:after="0" w:line="240" w:lineRule="auto"/>
              <w:rPr>
                <w:b/>
                <w:szCs w:val="24"/>
              </w:rPr>
            </w:pPr>
          </w:p>
        </w:tc>
        <w:tc>
          <w:tcPr>
            <w:tcW w:w="1677" w:type="dxa"/>
          </w:tcPr>
          <w:p w14:paraId="2019359D" w14:textId="77777777" w:rsidR="00EE7ED3" w:rsidRPr="00563B50" w:rsidRDefault="00EE7ED3" w:rsidP="003555DB">
            <w:pPr>
              <w:spacing w:after="0" w:line="240" w:lineRule="auto"/>
              <w:rPr>
                <w:b/>
                <w:szCs w:val="24"/>
              </w:rPr>
            </w:pPr>
          </w:p>
        </w:tc>
      </w:tr>
      <w:tr w:rsidR="00150F4B" w:rsidRPr="00563B50" w14:paraId="735DE0C6" w14:textId="77777777" w:rsidTr="003555DB">
        <w:tc>
          <w:tcPr>
            <w:tcW w:w="682" w:type="dxa"/>
          </w:tcPr>
          <w:p w14:paraId="3477AF40" w14:textId="77777777" w:rsidR="00EE7ED3" w:rsidRPr="00563B50" w:rsidRDefault="00000000" w:rsidP="003555DB">
            <w:pPr>
              <w:spacing w:after="0" w:line="240" w:lineRule="auto"/>
              <w:rPr>
                <w:b/>
                <w:szCs w:val="24"/>
              </w:rPr>
            </w:pPr>
            <w:r w:rsidRPr="00563B50">
              <w:rPr>
                <w:b/>
                <w:szCs w:val="24"/>
              </w:rPr>
              <w:t>30</w:t>
            </w:r>
          </w:p>
        </w:tc>
        <w:tc>
          <w:tcPr>
            <w:tcW w:w="2666" w:type="dxa"/>
          </w:tcPr>
          <w:p w14:paraId="6E8B0BA8" w14:textId="77777777" w:rsidR="00EE7ED3" w:rsidRPr="00563B50" w:rsidRDefault="00EE7ED3" w:rsidP="003555DB">
            <w:pPr>
              <w:spacing w:after="0" w:line="240" w:lineRule="auto"/>
              <w:rPr>
                <w:b/>
                <w:szCs w:val="24"/>
              </w:rPr>
            </w:pPr>
          </w:p>
        </w:tc>
        <w:tc>
          <w:tcPr>
            <w:tcW w:w="2340" w:type="dxa"/>
          </w:tcPr>
          <w:p w14:paraId="674B21F7" w14:textId="77777777" w:rsidR="00EE7ED3" w:rsidRPr="00563B50" w:rsidRDefault="00EE7ED3" w:rsidP="003555DB">
            <w:pPr>
              <w:spacing w:after="0" w:line="240" w:lineRule="auto"/>
              <w:rPr>
                <w:b/>
                <w:szCs w:val="24"/>
              </w:rPr>
            </w:pPr>
          </w:p>
        </w:tc>
        <w:tc>
          <w:tcPr>
            <w:tcW w:w="1980" w:type="dxa"/>
          </w:tcPr>
          <w:p w14:paraId="4862FD56" w14:textId="77777777" w:rsidR="00EE7ED3" w:rsidRPr="00563B50" w:rsidRDefault="00EE7ED3" w:rsidP="003555DB">
            <w:pPr>
              <w:spacing w:after="0" w:line="240" w:lineRule="auto"/>
              <w:rPr>
                <w:b/>
                <w:szCs w:val="24"/>
              </w:rPr>
            </w:pPr>
          </w:p>
        </w:tc>
        <w:tc>
          <w:tcPr>
            <w:tcW w:w="1677" w:type="dxa"/>
          </w:tcPr>
          <w:p w14:paraId="189DA8B5" w14:textId="77777777" w:rsidR="00EE7ED3" w:rsidRPr="00563B50" w:rsidRDefault="00EE7ED3" w:rsidP="003555DB">
            <w:pPr>
              <w:spacing w:after="0" w:line="240" w:lineRule="auto"/>
              <w:rPr>
                <w:b/>
                <w:szCs w:val="24"/>
              </w:rPr>
            </w:pPr>
          </w:p>
        </w:tc>
      </w:tr>
      <w:tr w:rsidR="00150F4B" w:rsidRPr="00563B50" w14:paraId="33103CA4" w14:textId="77777777" w:rsidTr="003555DB">
        <w:tc>
          <w:tcPr>
            <w:tcW w:w="682" w:type="dxa"/>
          </w:tcPr>
          <w:p w14:paraId="7384EE88" w14:textId="77777777" w:rsidR="00EE7ED3" w:rsidRPr="00563B50" w:rsidRDefault="00000000" w:rsidP="003555DB">
            <w:pPr>
              <w:spacing w:after="0" w:line="240" w:lineRule="auto"/>
              <w:rPr>
                <w:b/>
                <w:szCs w:val="24"/>
              </w:rPr>
            </w:pPr>
            <w:r w:rsidRPr="00563B50">
              <w:rPr>
                <w:b/>
                <w:szCs w:val="24"/>
              </w:rPr>
              <w:t>31</w:t>
            </w:r>
          </w:p>
        </w:tc>
        <w:tc>
          <w:tcPr>
            <w:tcW w:w="2666" w:type="dxa"/>
          </w:tcPr>
          <w:p w14:paraId="4DBFD91B" w14:textId="77777777" w:rsidR="00EE7ED3" w:rsidRPr="00563B50" w:rsidRDefault="00EE7ED3" w:rsidP="003555DB">
            <w:pPr>
              <w:spacing w:after="0" w:line="240" w:lineRule="auto"/>
              <w:rPr>
                <w:b/>
                <w:szCs w:val="24"/>
              </w:rPr>
            </w:pPr>
          </w:p>
        </w:tc>
        <w:tc>
          <w:tcPr>
            <w:tcW w:w="2340" w:type="dxa"/>
          </w:tcPr>
          <w:p w14:paraId="53F8CAD5" w14:textId="77777777" w:rsidR="00EE7ED3" w:rsidRPr="00563B50" w:rsidRDefault="00EE7ED3" w:rsidP="003555DB">
            <w:pPr>
              <w:spacing w:after="0" w:line="240" w:lineRule="auto"/>
              <w:rPr>
                <w:b/>
                <w:szCs w:val="24"/>
              </w:rPr>
            </w:pPr>
          </w:p>
        </w:tc>
        <w:tc>
          <w:tcPr>
            <w:tcW w:w="1980" w:type="dxa"/>
          </w:tcPr>
          <w:p w14:paraId="0A8A280C" w14:textId="77777777" w:rsidR="00EE7ED3" w:rsidRPr="00563B50" w:rsidRDefault="00EE7ED3" w:rsidP="003555DB">
            <w:pPr>
              <w:spacing w:after="0" w:line="240" w:lineRule="auto"/>
              <w:rPr>
                <w:b/>
                <w:szCs w:val="24"/>
              </w:rPr>
            </w:pPr>
          </w:p>
        </w:tc>
        <w:tc>
          <w:tcPr>
            <w:tcW w:w="1677" w:type="dxa"/>
          </w:tcPr>
          <w:p w14:paraId="712EFF97" w14:textId="77777777" w:rsidR="00EE7ED3" w:rsidRPr="00563B50" w:rsidRDefault="00EE7ED3" w:rsidP="003555DB">
            <w:pPr>
              <w:spacing w:after="0" w:line="240" w:lineRule="auto"/>
              <w:rPr>
                <w:b/>
                <w:szCs w:val="24"/>
              </w:rPr>
            </w:pPr>
          </w:p>
        </w:tc>
      </w:tr>
      <w:tr w:rsidR="00150F4B" w:rsidRPr="00563B50" w14:paraId="167A8E6C" w14:textId="77777777" w:rsidTr="003555DB">
        <w:tc>
          <w:tcPr>
            <w:tcW w:w="682" w:type="dxa"/>
          </w:tcPr>
          <w:p w14:paraId="10F331ED" w14:textId="77777777" w:rsidR="00EE7ED3" w:rsidRPr="00563B50" w:rsidRDefault="00000000" w:rsidP="003555DB">
            <w:pPr>
              <w:spacing w:after="0" w:line="240" w:lineRule="auto"/>
              <w:rPr>
                <w:b/>
                <w:szCs w:val="24"/>
              </w:rPr>
            </w:pPr>
            <w:r w:rsidRPr="00563B50">
              <w:rPr>
                <w:b/>
                <w:szCs w:val="24"/>
              </w:rPr>
              <w:t>32</w:t>
            </w:r>
          </w:p>
        </w:tc>
        <w:tc>
          <w:tcPr>
            <w:tcW w:w="2666" w:type="dxa"/>
          </w:tcPr>
          <w:p w14:paraId="5CCF1C79" w14:textId="77777777" w:rsidR="00EE7ED3" w:rsidRPr="00563B50" w:rsidRDefault="00EE7ED3" w:rsidP="003555DB">
            <w:pPr>
              <w:spacing w:after="0" w:line="240" w:lineRule="auto"/>
              <w:rPr>
                <w:b/>
                <w:szCs w:val="24"/>
              </w:rPr>
            </w:pPr>
          </w:p>
        </w:tc>
        <w:tc>
          <w:tcPr>
            <w:tcW w:w="2340" w:type="dxa"/>
          </w:tcPr>
          <w:p w14:paraId="108443D3" w14:textId="77777777" w:rsidR="00EE7ED3" w:rsidRPr="00563B50" w:rsidRDefault="00EE7ED3" w:rsidP="003555DB">
            <w:pPr>
              <w:spacing w:after="0" w:line="240" w:lineRule="auto"/>
              <w:rPr>
                <w:b/>
                <w:szCs w:val="24"/>
              </w:rPr>
            </w:pPr>
          </w:p>
        </w:tc>
        <w:tc>
          <w:tcPr>
            <w:tcW w:w="1980" w:type="dxa"/>
          </w:tcPr>
          <w:p w14:paraId="3D2A9E6A" w14:textId="77777777" w:rsidR="00EE7ED3" w:rsidRPr="00563B50" w:rsidRDefault="00EE7ED3" w:rsidP="003555DB">
            <w:pPr>
              <w:spacing w:after="0" w:line="240" w:lineRule="auto"/>
              <w:rPr>
                <w:b/>
                <w:szCs w:val="24"/>
              </w:rPr>
            </w:pPr>
          </w:p>
        </w:tc>
        <w:tc>
          <w:tcPr>
            <w:tcW w:w="1677" w:type="dxa"/>
          </w:tcPr>
          <w:p w14:paraId="270C1B28" w14:textId="77777777" w:rsidR="00EE7ED3" w:rsidRPr="00563B50" w:rsidRDefault="00EE7ED3" w:rsidP="003555DB">
            <w:pPr>
              <w:spacing w:after="0" w:line="240" w:lineRule="auto"/>
              <w:rPr>
                <w:b/>
                <w:szCs w:val="24"/>
              </w:rPr>
            </w:pPr>
          </w:p>
        </w:tc>
      </w:tr>
      <w:tr w:rsidR="00150F4B" w:rsidRPr="00563B50" w14:paraId="14279D17" w14:textId="77777777" w:rsidTr="003555DB">
        <w:tc>
          <w:tcPr>
            <w:tcW w:w="682" w:type="dxa"/>
          </w:tcPr>
          <w:p w14:paraId="76B6843F" w14:textId="77777777" w:rsidR="00EE7ED3" w:rsidRPr="00563B50" w:rsidRDefault="00000000" w:rsidP="003555DB">
            <w:pPr>
              <w:spacing w:after="0" w:line="240" w:lineRule="auto"/>
              <w:rPr>
                <w:b/>
                <w:szCs w:val="24"/>
              </w:rPr>
            </w:pPr>
            <w:r w:rsidRPr="00563B50">
              <w:rPr>
                <w:b/>
                <w:szCs w:val="24"/>
              </w:rPr>
              <w:t>33</w:t>
            </w:r>
          </w:p>
        </w:tc>
        <w:tc>
          <w:tcPr>
            <w:tcW w:w="2666" w:type="dxa"/>
          </w:tcPr>
          <w:p w14:paraId="52FC5BDF" w14:textId="77777777" w:rsidR="00EE7ED3" w:rsidRPr="00563B50" w:rsidRDefault="00EE7ED3" w:rsidP="003555DB">
            <w:pPr>
              <w:spacing w:after="0" w:line="240" w:lineRule="auto"/>
              <w:rPr>
                <w:b/>
                <w:szCs w:val="24"/>
              </w:rPr>
            </w:pPr>
          </w:p>
        </w:tc>
        <w:tc>
          <w:tcPr>
            <w:tcW w:w="2340" w:type="dxa"/>
          </w:tcPr>
          <w:p w14:paraId="365D64EF" w14:textId="77777777" w:rsidR="00EE7ED3" w:rsidRPr="00563B50" w:rsidRDefault="00EE7ED3" w:rsidP="003555DB">
            <w:pPr>
              <w:spacing w:after="0" w:line="240" w:lineRule="auto"/>
              <w:rPr>
                <w:b/>
                <w:szCs w:val="24"/>
              </w:rPr>
            </w:pPr>
          </w:p>
        </w:tc>
        <w:tc>
          <w:tcPr>
            <w:tcW w:w="1980" w:type="dxa"/>
          </w:tcPr>
          <w:p w14:paraId="37F60662" w14:textId="77777777" w:rsidR="00EE7ED3" w:rsidRPr="00563B50" w:rsidRDefault="00EE7ED3" w:rsidP="003555DB">
            <w:pPr>
              <w:spacing w:after="0" w:line="240" w:lineRule="auto"/>
              <w:rPr>
                <w:b/>
                <w:szCs w:val="24"/>
              </w:rPr>
            </w:pPr>
          </w:p>
        </w:tc>
        <w:tc>
          <w:tcPr>
            <w:tcW w:w="1677" w:type="dxa"/>
          </w:tcPr>
          <w:p w14:paraId="745FA41B" w14:textId="77777777" w:rsidR="00EE7ED3" w:rsidRPr="00563B50" w:rsidRDefault="00EE7ED3" w:rsidP="003555DB">
            <w:pPr>
              <w:spacing w:after="0" w:line="240" w:lineRule="auto"/>
              <w:rPr>
                <w:b/>
                <w:szCs w:val="24"/>
              </w:rPr>
            </w:pPr>
          </w:p>
        </w:tc>
      </w:tr>
      <w:tr w:rsidR="00150F4B" w:rsidRPr="00563B50" w14:paraId="1B19D284" w14:textId="77777777" w:rsidTr="003555DB">
        <w:tc>
          <w:tcPr>
            <w:tcW w:w="682" w:type="dxa"/>
          </w:tcPr>
          <w:p w14:paraId="4EC249CE" w14:textId="77777777" w:rsidR="00EE7ED3" w:rsidRPr="00563B50" w:rsidRDefault="00000000" w:rsidP="003555DB">
            <w:pPr>
              <w:spacing w:after="0" w:line="240" w:lineRule="auto"/>
              <w:rPr>
                <w:b/>
                <w:szCs w:val="24"/>
              </w:rPr>
            </w:pPr>
            <w:r w:rsidRPr="00563B50">
              <w:rPr>
                <w:b/>
                <w:szCs w:val="24"/>
              </w:rPr>
              <w:t>34</w:t>
            </w:r>
          </w:p>
        </w:tc>
        <w:tc>
          <w:tcPr>
            <w:tcW w:w="2666" w:type="dxa"/>
          </w:tcPr>
          <w:p w14:paraId="0E96447F" w14:textId="77777777" w:rsidR="00EE7ED3" w:rsidRPr="00563B50" w:rsidRDefault="00EE7ED3" w:rsidP="003555DB">
            <w:pPr>
              <w:spacing w:after="0" w:line="240" w:lineRule="auto"/>
              <w:rPr>
                <w:b/>
                <w:szCs w:val="24"/>
              </w:rPr>
            </w:pPr>
          </w:p>
        </w:tc>
        <w:tc>
          <w:tcPr>
            <w:tcW w:w="2340" w:type="dxa"/>
          </w:tcPr>
          <w:p w14:paraId="35CE7BC0" w14:textId="77777777" w:rsidR="00EE7ED3" w:rsidRPr="00563B50" w:rsidRDefault="00EE7ED3" w:rsidP="003555DB">
            <w:pPr>
              <w:spacing w:after="0" w:line="240" w:lineRule="auto"/>
              <w:rPr>
                <w:b/>
                <w:szCs w:val="24"/>
              </w:rPr>
            </w:pPr>
          </w:p>
        </w:tc>
        <w:tc>
          <w:tcPr>
            <w:tcW w:w="1980" w:type="dxa"/>
          </w:tcPr>
          <w:p w14:paraId="4D6E56C1" w14:textId="77777777" w:rsidR="00EE7ED3" w:rsidRPr="00563B50" w:rsidRDefault="00EE7ED3" w:rsidP="003555DB">
            <w:pPr>
              <w:spacing w:after="0" w:line="240" w:lineRule="auto"/>
              <w:rPr>
                <w:b/>
                <w:szCs w:val="24"/>
              </w:rPr>
            </w:pPr>
          </w:p>
        </w:tc>
        <w:tc>
          <w:tcPr>
            <w:tcW w:w="1677" w:type="dxa"/>
          </w:tcPr>
          <w:p w14:paraId="1D031A6F" w14:textId="77777777" w:rsidR="00EE7ED3" w:rsidRPr="00563B50" w:rsidRDefault="00EE7ED3" w:rsidP="003555DB">
            <w:pPr>
              <w:spacing w:after="0" w:line="240" w:lineRule="auto"/>
              <w:rPr>
                <w:b/>
                <w:szCs w:val="24"/>
              </w:rPr>
            </w:pPr>
          </w:p>
        </w:tc>
      </w:tr>
      <w:tr w:rsidR="00150F4B" w:rsidRPr="00563B50" w14:paraId="2DC6716E" w14:textId="77777777" w:rsidTr="003555DB">
        <w:tc>
          <w:tcPr>
            <w:tcW w:w="682" w:type="dxa"/>
          </w:tcPr>
          <w:p w14:paraId="48ADE2A7" w14:textId="77777777" w:rsidR="00EE7ED3" w:rsidRPr="00563B50" w:rsidRDefault="00000000" w:rsidP="003555DB">
            <w:pPr>
              <w:spacing w:after="0" w:line="240" w:lineRule="auto"/>
              <w:rPr>
                <w:b/>
                <w:szCs w:val="24"/>
              </w:rPr>
            </w:pPr>
            <w:r w:rsidRPr="00563B50">
              <w:rPr>
                <w:b/>
                <w:szCs w:val="24"/>
              </w:rPr>
              <w:t>35</w:t>
            </w:r>
          </w:p>
        </w:tc>
        <w:tc>
          <w:tcPr>
            <w:tcW w:w="2666" w:type="dxa"/>
          </w:tcPr>
          <w:p w14:paraId="51DCEC32" w14:textId="77777777" w:rsidR="00EE7ED3" w:rsidRPr="00563B50" w:rsidRDefault="00EE7ED3" w:rsidP="003555DB">
            <w:pPr>
              <w:spacing w:after="0" w:line="240" w:lineRule="auto"/>
              <w:rPr>
                <w:b/>
                <w:szCs w:val="24"/>
              </w:rPr>
            </w:pPr>
          </w:p>
        </w:tc>
        <w:tc>
          <w:tcPr>
            <w:tcW w:w="2340" w:type="dxa"/>
          </w:tcPr>
          <w:p w14:paraId="235E179A" w14:textId="77777777" w:rsidR="00EE7ED3" w:rsidRPr="00563B50" w:rsidRDefault="00EE7ED3" w:rsidP="003555DB">
            <w:pPr>
              <w:spacing w:after="0" w:line="240" w:lineRule="auto"/>
              <w:rPr>
                <w:b/>
                <w:szCs w:val="24"/>
              </w:rPr>
            </w:pPr>
          </w:p>
        </w:tc>
        <w:tc>
          <w:tcPr>
            <w:tcW w:w="1980" w:type="dxa"/>
          </w:tcPr>
          <w:p w14:paraId="6BBC35D3" w14:textId="77777777" w:rsidR="00EE7ED3" w:rsidRPr="00563B50" w:rsidRDefault="00EE7ED3" w:rsidP="003555DB">
            <w:pPr>
              <w:spacing w:after="0" w:line="240" w:lineRule="auto"/>
              <w:rPr>
                <w:b/>
                <w:szCs w:val="24"/>
              </w:rPr>
            </w:pPr>
          </w:p>
        </w:tc>
        <w:tc>
          <w:tcPr>
            <w:tcW w:w="1677" w:type="dxa"/>
          </w:tcPr>
          <w:p w14:paraId="2E69D96A" w14:textId="77777777" w:rsidR="00EE7ED3" w:rsidRPr="00563B50" w:rsidRDefault="00EE7ED3" w:rsidP="003555DB">
            <w:pPr>
              <w:spacing w:after="0" w:line="240" w:lineRule="auto"/>
              <w:rPr>
                <w:b/>
                <w:szCs w:val="24"/>
              </w:rPr>
            </w:pPr>
          </w:p>
        </w:tc>
      </w:tr>
      <w:tr w:rsidR="00150F4B" w:rsidRPr="00563B50" w14:paraId="1904C824" w14:textId="77777777" w:rsidTr="003555DB">
        <w:tc>
          <w:tcPr>
            <w:tcW w:w="682" w:type="dxa"/>
          </w:tcPr>
          <w:p w14:paraId="30FA4C19" w14:textId="77777777" w:rsidR="00EE7ED3" w:rsidRPr="00563B50" w:rsidRDefault="00000000" w:rsidP="003555DB">
            <w:pPr>
              <w:spacing w:after="0" w:line="240" w:lineRule="auto"/>
              <w:rPr>
                <w:b/>
                <w:szCs w:val="24"/>
              </w:rPr>
            </w:pPr>
            <w:r w:rsidRPr="00563B50">
              <w:rPr>
                <w:b/>
                <w:szCs w:val="24"/>
              </w:rPr>
              <w:t>36</w:t>
            </w:r>
          </w:p>
        </w:tc>
        <w:tc>
          <w:tcPr>
            <w:tcW w:w="2666" w:type="dxa"/>
          </w:tcPr>
          <w:p w14:paraId="0D462B55" w14:textId="77777777" w:rsidR="00EE7ED3" w:rsidRPr="00563B50" w:rsidRDefault="00EE7ED3" w:rsidP="003555DB">
            <w:pPr>
              <w:spacing w:after="0" w:line="240" w:lineRule="auto"/>
              <w:rPr>
                <w:b/>
                <w:szCs w:val="24"/>
              </w:rPr>
            </w:pPr>
          </w:p>
        </w:tc>
        <w:tc>
          <w:tcPr>
            <w:tcW w:w="2340" w:type="dxa"/>
          </w:tcPr>
          <w:p w14:paraId="57F923F5" w14:textId="77777777" w:rsidR="00EE7ED3" w:rsidRPr="00563B50" w:rsidRDefault="00EE7ED3" w:rsidP="003555DB">
            <w:pPr>
              <w:spacing w:after="0" w:line="240" w:lineRule="auto"/>
              <w:rPr>
                <w:b/>
                <w:szCs w:val="24"/>
              </w:rPr>
            </w:pPr>
          </w:p>
        </w:tc>
        <w:tc>
          <w:tcPr>
            <w:tcW w:w="1980" w:type="dxa"/>
          </w:tcPr>
          <w:p w14:paraId="0BE5642B" w14:textId="77777777" w:rsidR="00EE7ED3" w:rsidRPr="00563B50" w:rsidRDefault="00EE7ED3" w:rsidP="003555DB">
            <w:pPr>
              <w:spacing w:after="0" w:line="240" w:lineRule="auto"/>
              <w:rPr>
                <w:b/>
                <w:szCs w:val="24"/>
              </w:rPr>
            </w:pPr>
          </w:p>
        </w:tc>
        <w:tc>
          <w:tcPr>
            <w:tcW w:w="1677" w:type="dxa"/>
          </w:tcPr>
          <w:p w14:paraId="7A408A41" w14:textId="77777777" w:rsidR="00EE7ED3" w:rsidRPr="00563B50" w:rsidRDefault="00EE7ED3" w:rsidP="003555DB">
            <w:pPr>
              <w:spacing w:after="0" w:line="240" w:lineRule="auto"/>
              <w:rPr>
                <w:b/>
                <w:szCs w:val="24"/>
              </w:rPr>
            </w:pPr>
          </w:p>
        </w:tc>
      </w:tr>
      <w:tr w:rsidR="00150F4B" w:rsidRPr="00563B50" w14:paraId="4184C5C1" w14:textId="77777777" w:rsidTr="003555DB">
        <w:tc>
          <w:tcPr>
            <w:tcW w:w="682" w:type="dxa"/>
          </w:tcPr>
          <w:p w14:paraId="677ECF8A" w14:textId="77777777" w:rsidR="00EE7ED3" w:rsidRPr="00563B50" w:rsidRDefault="00000000" w:rsidP="003555DB">
            <w:pPr>
              <w:spacing w:after="0" w:line="240" w:lineRule="auto"/>
              <w:rPr>
                <w:b/>
                <w:szCs w:val="24"/>
              </w:rPr>
            </w:pPr>
            <w:r w:rsidRPr="00563B50">
              <w:rPr>
                <w:b/>
                <w:szCs w:val="24"/>
              </w:rPr>
              <w:t>37</w:t>
            </w:r>
          </w:p>
        </w:tc>
        <w:tc>
          <w:tcPr>
            <w:tcW w:w="2666" w:type="dxa"/>
          </w:tcPr>
          <w:p w14:paraId="06ECBF65" w14:textId="77777777" w:rsidR="00EE7ED3" w:rsidRPr="00563B50" w:rsidRDefault="00EE7ED3" w:rsidP="003555DB">
            <w:pPr>
              <w:spacing w:after="0" w:line="240" w:lineRule="auto"/>
              <w:rPr>
                <w:b/>
                <w:szCs w:val="24"/>
              </w:rPr>
            </w:pPr>
          </w:p>
        </w:tc>
        <w:tc>
          <w:tcPr>
            <w:tcW w:w="2340" w:type="dxa"/>
          </w:tcPr>
          <w:p w14:paraId="43774C80" w14:textId="77777777" w:rsidR="00EE7ED3" w:rsidRPr="00563B50" w:rsidRDefault="00EE7ED3" w:rsidP="003555DB">
            <w:pPr>
              <w:spacing w:after="0" w:line="240" w:lineRule="auto"/>
              <w:rPr>
                <w:b/>
                <w:szCs w:val="24"/>
              </w:rPr>
            </w:pPr>
          </w:p>
        </w:tc>
        <w:tc>
          <w:tcPr>
            <w:tcW w:w="1980" w:type="dxa"/>
          </w:tcPr>
          <w:p w14:paraId="52BE96ED" w14:textId="77777777" w:rsidR="00EE7ED3" w:rsidRPr="00563B50" w:rsidRDefault="00EE7ED3" w:rsidP="003555DB">
            <w:pPr>
              <w:spacing w:after="0" w:line="240" w:lineRule="auto"/>
              <w:rPr>
                <w:b/>
                <w:szCs w:val="24"/>
              </w:rPr>
            </w:pPr>
          </w:p>
        </w:tc>
        <w:tc>
          <w:tcPr>
            <w:tcW w:w="1677" w:type="dxa"/>
          </w:tcPr>
          <w:p w14:paraId="74B0E66C" w14:textId="77777777" w:rsidR="00EE7ED3" w:rsidRPr="00563B50" w:rsidRDefault="00EE7ED3" w:rsidP="003555DB">
            <w:pPr>
              <w:spacing w:after="0" w:line="240" w:lineRule="auto"/>
              <w:rPr>
                <w:b/>
                <w:szCs w:val="24"/>
              </w:rPr>
            </w:pPr>
          </w:p>
        </w:tc>
      </w:tr>
      <w:tr w:rsidR="00150F4B" w:rsidRPr="00563B50" w14:paraId="05B05F25" w14:textId="77777777" w:rsidTr="003555DB">
        <w:tc>
          <w:tcPr>
            <w:tcW w:w="682" w:type="dxa"/>
          </w:tcPr>
          <w:p w14:paraId="1DA35528" w14:textId="77777777" w:rsidR="00EE7ED3" w:rsidRPr="00563B50" w:rsidRDefault="00000000" w:rsidP="003555DB">
            <w:pPr>
              <w:spacing w:after="0" w:line="240" w:lineRule="auto"/>
              <w:rPr>
                <w:b/>
                <w:szCs w:val="24"/>
              </w:rPr>
            </w:pPr>
            <w:r w:rsidRPr="00563B50">
              <w:rPr>
                <w:b/>
                <w:szCs w:val="24"/>
              </w:rPr>
              <w:t>38</w:t>
            </w:r>
          </w:p>
        </w:tc>
        <w:tc>
          <w:tcPr>
            <w:tcW w:w="2666" w:type="dxa"/>
          </w:tcPr>
          <w:p w14:paraId="1E06A36B" w14:textId="77777777" w:rsidR="00EE7ED3" w:rsidRPr="00563B50" w:rsidRDefault="00EE7ED3" w:rsidP="003555DB">
            <w:pPr>
              <w:spacing w:after="0" w:line="240" w:lineRule="auto"/>
              <w:rPr>
                <w:b/>
                <w:szCs w:val="24"/>
              </w:rPr>
            </w:pPr>
          </w:p>
        </w:tc>
        <w:tc>
          <w:tcPr>
            <w:tcW w:w="2340" w:type="dxa"/>
          </w:tcPr>
          <w:p w14:paraId="7FB80913" w14:textId="77777777" w:rsidR="00EE7ED3" w:rsidRPr="00563B50" w:rsidRDefault="00EE7ED3" w:rsidP="003555DB">
            <w:pPr>
              <w:spacing w:after="0" w:line="240" w:lineRule="auto"/>
              <w:rPr>
                <w:b/>
                <w:szCs w:val="24"/>
              </w:rPr>
            </w:pPr>
          </w:p>
        </w:tc>
        <w:tc>
          <w:tcPr>
            <w:tcW w:w="1980" w:type="dxa"/>
          </w:tcPr>
          <w:p w14:paraId="52410980" w14:textId="77777777" w:rsidR="00EE7ED3" w:rsidRPr="00563B50" w:rsidRDefault="00EE7ED3" w:rsidP="003555DB">
            <w:pPr>
              <w:spacing w:after="0" w:line="240" w:lineRule="auto"/>
              <w:rPr>
                <w:b/>
                <w:szCs w:val="24"/>
              </w:rPr>
            </w:pPr>
          </w:p>
        </w:tc>
        <w:tc>
          <w:tcPr>
            <w:tcW w:w="1677" w:type="dxa"/>
          </w:tcPr>
          <w:p w14:paraId="2416470C" w14:textId="77777777" w:rsidR="00EE7ED3" w:rsidRPr="00563B50" w:rsidRDefault="00EE7ED3" w:rsidP="003555DB">
            <w:pPr>
              <w:spacing w:after="0" w:line="240" w:lineRule="auto"/>
              <w:rPr>
                <w:b/>
                <w:szCs w:val="24"/>
              </w:rPr>
            </w:pPr>
          </w:p>
        </w:tc>
      </w:tr>
    </w:tbl>
    <w:p w14:paraId="5A3EC25E" w14:textId="77777777" w:rsidR="00EE7ED3" w:rsidRPr="00CA18A1" w:rsidRDefault="00EE7ED3" w:rsidP="005220AE">
      <w:pPr>
        <w:spacing w:after="0"/>
        <w:jc w:val="both"/>
      </w:pPr>
    </w:p>
    <w:p w14:paraId="34B36545" w14:textId="77777777" w:rsidR="006D4E92" w:rsidRDefault="00000000">
      <w:r>
        <w:br w:type="page"/>
      </w:r>
    </w:p>
    <w:p w14:paraId="6140C8BA" w14:textId="77777777" w:rsidR="006D4E92" w:rsidRDefault="00000000">
      <w:pPr>
        <w:jc w:val="right"/>
      </w:pPr>
      <w:r>
        <w:rPr>
          <w:b/>
          <w:sz w:val="20"/>
        </w:rPr>
        <w:lastRenderedPageBreak/>
        <w:t>Anexa nr. 3</w:t>
      </w:r>
      <w:r>
        <w:rPr>
          <w:b/>
          <w:sz w:val="20"/>
        </w:rPr>
        <w:br/>
        <w:t>la Decizia Consiliului local Mereni</w:t>
      </w:r>
      <w:r>
        <w:rPr>
          <w:b/>
          <w:sz w:val="20"/>
        </w:rPr>
        <w:br/>
        <w:t>nr. ____/____ din ______________ 2026</w:t>
      </w:r>
    </w:p>
    <w:p w14:paraId="0D617E69" w14:textId="77777777" w:rsidR="006D4E92" w:rsidRDefault="00000000">
      <w:pPr>
        <w:jc w:val="right"/>
        <w:rPr>
          <w:rFonts w:cs="Times New Roman"/>
          <w:b/>
          <w:bCs/>
          <w:szCs w:val="24"/>
        </w:rPr>
      </w:pPr>
      <w:r>
        <w:rPr>
          <w:rFonts w:cs="Times New Roman"/>
          <w:b/>
          <w:bCs/>
          <w:szCs w:val="24"/>
        </w:rPr>
        <w:t>APROBAT</w:t>
      </w:r>
    </w:p>
    <w:p w14:paraId="703B38C4" w14:textId="77777777" w:rsidR="006D4E92" w:rsidRDefault="00000000">
      <w:pPr>
        <w:jc w:val="right"/>
      </w:pPr>
      <w:r>
        <w:rPr>
          <w:rFonts w:cs="Times New Roman"/>
          <w:b/>
          <w:bCs/>
          <w:szCs w:val="24"/>
        </w:rPr>
        <w:t>PRIN DECIZIA CONSILIULUI LOCAL MERENI</w:t>
      </w:r>
      <w:r>
        <w:rPr>
          <w:rFonts w:cs="Times New Roman"/>
          <w:szCs w:val="24"/>
        </w:rPr>
        <w:br/>
        <w:t>nr. ______ din ________________________ 2026</w:t>
      </w:r>
    </w:p>
    <w:p w14:paraId="71665759" w14:textId="77777777" w:rsidR="006D4E92" w:rsidRDefault="006D4E92">
      <w:pPr>
        <w:jc w:val="both"/>
        <w:rPr>
          <w:rFonts w:cs="Times New Roman"/>
          <w:b/>
          <w:bCs/>
          <w:szCs w:val="24"/>
        </w:rPr>
      </w:pPr>
    </w:p>
    <w:p w14:paraId="51FB8763" w14:textId="26F000B0" w:rsidR="006D4E92" w:rsidRPr="008B04D4" w:rsidRDefault="00000000" w:rsidP="008B04D4">
      <w:pPr>
        <w:jc w:val="center"/>
      </w:pPr>
      <w:r>
        <w:rPr>
          <w:rFonts w:cs="Times New Roman"/>
          <w:b/>
          <w:bCs/>
          <w:szCs w:val="24"/>
        </w:rPr>
        <w:t>REGULAMENTUL CU PRIVIRE LA PROCEDURA</w:t>
      </w:r>
      <w:r w:rsidRPr="00693F1B">
        <w:rPr>
          <w:rFonts w:cs="Times New Roman"/>
          <w:b/>
          <w:bCs/>
          <w:szCs w:val="24"/>
        </w:rPr>
        <w:t xml:space="preserve"> DE RAPORTARE ȘI TRATARE INCIDENTE DE SECURITATE</w:t>
      </w:r>
    </w:p>
    <w:p w14:paraId="3985B170" w14:textId="77777777" w:rsidR="006D4E92" w:rsidRDefault="00000000">
      <w:pPr>
        <w:jc w:val="both"/>
        <w:rPr>
          <w:rFonts w:cs="Times New Roman"/>
          <w:b/>
          <w:bCs/>
          <w:szCs w:val="24"/>
          <w:lang w:val="ru-MD"/>
        </w:rPr>
      </w:pPr>
      <w:r>
        <w:rPr>
          <w:rFonts w:cs="Times New Roman"/>
          <w:b/>
          <w:bCs/>
          <w:szCs w:val="24"/>
          <w:lang w:val="ru-MD"/>
        </w:rPr>
        <w:t>1. DEFINIȚII</w:t>
      </w:r>
    </w:p>
    <w:p w14:paraId="58F4F2AC" w14:textId="77777777" w:rsidR="006D4E92" w:rsidRPr="00693F1B" w:rsidRDefault="00000000">
      <w:pPr>
        <w:numPr>
          <w:ilvl w:val="0"/>
          <w:numId w:val="7"/>
        </w:numPr>
        <w:jc w:val="both"/>
        <w:rPr>
          <w:rFonts w:cs="Times New Roman"/>
          <w:szCs w:val="24"/>
        </w:rPr>
      </w:pPr>
      <w:r w:rsidRPr="00693F1B">
        <w:rPr>
          <w:rFonts w:cs="Times New Roman"/>
          <w:b/>
          <w:bCs/>
          <w:szCs w:val="24"/>
        </w:rPr>
        <w:t>„</w:t>
      </w:r>
      <w:proofErr w:type="spellStart"/>
      <w:r w:rsidRPr="00693F1B">
        <w:rPr>
          <w:rFonts w:cs="Times New Roman"/>
          <w:b/>
          <w:bCs/>
          <w:szCs w:val="24"/>
        </w:rPr>
        <w:t>Legea</w:t>
      </w:r>
      <w:proofErr w:type="spellEnd"/>
      <w:r w:rsidRPr="00693F1B">
        <w:rPr>
          <w:rFonts w:cs="Times New Roman"/>
          <w:b/>
          <w:bCs/>
          <w:szCs w:val="24"/>
        </w:rPr>
        <w:t xml:space="preserve"> nr. 195/2024”</w:t>
      </w:r>
      <w:r w:rsidRPr="00693F1B">
        <w:rPr>
          <w:rFonts w:cs="Times New Roman"/>
          <w:szCs w:val="24"/>
        </w:rPr>
        <w:t xml:space="preserve"> - </w:t>
      </w:r>
      <w:proofErr w:type="spellStart"/>
      <w:r w:rsidRPr="00693F1B">
        <w:rPr>
          <w:rFonts w:cs="Times New Roman"/>
          <w:szCs w:val="24"/>
        </w:rPr>
        <w:t>Legea</w:t>
      </w:r>
      <w:proofErr w:type="spellEnd"/>
      <w:r w:rsidRPr="00693F1B">
        <w:rPr>
          <w:rFonts w:cs="Times New Roman"/>
          <w:szCs w:val="24"/>
        </w:rPr>
        <w:t xml:space="preserve"> nr. 195 </w:t>
      </w:r>
      <w:proofErr w:type="gramStart"/>
      <w:r w:rsidRPr="00693F1B">
        <w:rPr>
          <w:rFonts w:cs="Times New Roman"/>
          <w:szCs w:val="24"/>
        </w:rPr>
        <w:t>din</w:t>
      </w:r>
      <w:proofErr w:type="gramEnd"/>
      <w:r w:rsidRPr="00693F1B">
        <w:rPr>
          <w:rFonts w:cs="Times New Roman"/>
          <w:szCs w:val="24"/>
        </w:rPr>
        <w:t xml:space="preserve"> 24.07.2024 </w:t>
      </w:r>
      <w:proofErr w:type="spellStart"/>
      <w:r w:rsidRPr="00693F1B">
        <w:rPr>
          <w:rFonts w:cs="Times New Roman"/>
          <w:szCs w:val="24"/>
        </w:rPr>
        <w:t>privind</w:t>
      </w:r>
      <w:proofErr w:type="spellEnd"/>
      <w:r w:rsidRPr="00693F1B">
        <w:rPr>
          <w:rFonts w:cs="Times New Roman"/>
          <w:szCs w:val="24"/>
        </w:rPr>
        <w:t xml:space="preserve"> </w:t>
      </w:r>
      <w:proofErr w:type="spellStart"/>
      <w:r w:rsidRPr="00693F1B">
        <w:rPr>
          <w:rFonts w:cs="Times New Roman"/>
          <w:szCs w:val="24"/>
        </w:rPr>
        <w:t>protecția</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 din Republica Moldova, care </w:t>
      </w:r>
      <w:proofErr w:type="spellStart"/>
      <w:r w:rsidRPr="00693F1B">
        <w:rPr>
          <w:rFonts w:cs="Times New Roman"/>
          <w:szCs w:val="24"/>
        </w:rPr>
        <w:t>transpune</w:t>
      </w:r>
      <w:proofErr w:type="spellEnd"/>
      <w:r w:rsidRPr="00693F1B">
        <w:rPr>
          <w:rFonts w:cs="Times New Roman"/>
          <w:szCs w:val="24"/>
        </w:rPr>
        <w:t xml:space="preserve"> </w:t>
      </w:r>
      <w:proofErr w:type="spellStart"/>
      <w:r w:rsidRPr="00693F1B">
        <w:rPr>
          <w:rFonts w:cs="Times New Roman"/>
          <w:szCs w:val="24"/>
        </w:rPr>
        <w:t>standardele</w:t>
      </w:r>
      <w:proofErr w:type="spellEnd"/>
      <w:r w:rsidRPr="00693F1B">
        <w:rPr>
          <w:rFonts w:cs="Times New Roman"/>
          <w:szCs w:val="24"/>
        </w:rPr>
        <w:t xml:space="preserve"> </w:t>
      </w:r>
      <w:proofErr w:type="spellStart"/>
      <w:r w:rsidRPr="00693F1B">
        <w:rPr>
          <w:rFonts w:cs="Times New Roman"/>
          <w:szCs w:val="24"/>
        </w:rPr>
        <w:t>Regulamentului</w:t>
      </w:r>
      <w:proofErr w:type="spellEnd"/>
      <w:r w:rsidRPr="00693F1B">
        <w:rPr>
          <w:rFonts w:cs="Times New Roman"/>
          <w:szCs w:val="24"/>
        </w:rPr>
        <w:t xml:space="preserve"> (UE) 2016/679 (GDPR)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dreptul</w:t>
      </w:r>
      <w:proofErr w:type="spellEnd"/>
      <w:r w:rsidRPr="00693F1B">
        <w:rPr>
          <w:rFonts w:cs="Times New Roman"/>
          <w:szCs w:val="24"/>
        </w:rPr>
        <w:t xml:space="preserve"> </w:t>
      </w:r>
      <w:proofErr w:type="spellStart"/>
      <w:r w:rsidRPr="00693F1B">
        <w:rPr>
          <w:rFonts w:cs="Times New Roman"/>
          <w:szCs w:val="24"/>
        </w:rPr>
        <w:t>național</w:t>
      </w:r>
      <w:proofErr w:type="spellEnd"/>
      <w:r w:rsidRPr="00693F1B">
        <w:rPr>
          <w:rFonts w:cs="Times New Roman"/>
          <w:szCs w:val="24"/>
        </w:rPr>
        <w:t>;</w:t>
      </w:r>
    </w:p>
    <w:p w14:paraId="480E9A48" w14:textId="77777777" w:rsidR="006D4E92" w:rsidRPr="00693F1B" w:rsidRDefault="00000000">
      <w:pPr>
        <w:numPr>
          <w:ilvl w:val="0"/>
          <w:numId w:val="7"/>
        </w:numPr>
        <w:jc w:val="both"/>
        <w:rPr>
          <w:rFonts w:cs="Times New Roman"/>
          <w:szCs w:val="24"/>
        </w:rPr>
      </w:pPr>
      <w:r w:rsidRPr="00693F1B">
        <w:rPr>
          <w:rFonts w:cs="Times New Roman"/>
          <w:b/>
          <w:bCs/>
          <w:szCs w:val="24"/>
        </w:rPr>
        <w:t xml:space="preserve">„date cu </w:t>
      </w:r>
      <w:proofErr w:type="spellStart"/>
      <w:r w:rsidRPr="00693F1B">
        <w:rPr>
          <w:rFonts w:cs="Times New Roman"/>
          <w:b/>
          <w:bCs/>
          <w:szCs w:val="24"/>
        </w:rPr>
        <w:t>caracter</w:t>
      </w:r>
      <w:proofErr w:type="spellEnd"/>
      <w:r w:rsidRPr="00693F1B">
        <w:rPr>
          <w:rFonts w:cs="Times New Roman"/>
          <w:b/>
          <w:bCs/>
          <w:szCs w:val="24"/>
        </w:rPr>
        <w:t xml:space="preserve"> personal”</w:t>
      </w:r>
      <w:r w:rsidRPr="00693F1B">
        <w:rPr>
          <w:rFonts w:cs="Times New Roman"/>
          <w:szCs w:val="24"/>
        </w:rPr>
        <w:t xml:space="preserve"> - </w:t>
      </w:r>
      <w:proofErr w:type="spellStart"/>
      <w:r w:rsidRPr="00693F1B">
        <w:rPr>
          <w:rFonts w:cs="Times New Roman"/>
          <w:szCs w:val="24"/>
        </w:rPr>
        <w:t>orice</w:t>
      </w:r>
      <w:proofErr w:type="spellEnd"/>
      <w:r w:rsidRPr="00693F1B">
        <w:rPr>
          <w:rFonts w:cs="Times New Roman"/>
          <w:szCs w:val="24"/>
        </w:rPr>
        <w:t xml:space="preserve"> </w:t>
      </w:r>
      <w:proofErr w:type="spellStart"/>
      <w:r w:rsidRPr="00693F1B">
        <w:rPr>
          <w:rFonts w:cs="Times New Roman"/>
          <w:szCs w:val="24"/>
        </w:rPr>
        <w:t>informații</w:t>
      </w:r>
      <w:proofErr w:type="spellEnd"/>
      <w:r w:rsidRPr="00693F1B">
        <w:rPr>
          <w:rFonts w:cs="Times New Roman"/>
          <w:szCs w:val="24"/>
        </w:rPr>
        <w:t xml:space="preserve"> </w:t>
      </w:r>
      <w:proofErr w:type="spellStart"/>
      <w:r w:rsidRPr="00693F1B">
        <w:rPr>
          <w:rFonts w:cs="Times New Roman"/>
          <w:szCs w:val="24"/>
        </w:rPr>
        <w:t>privind</w:t>
      </w:r>
      <w:proofErr w:type="spellEnd"/>
      <w:r w:rsidRPr="00693F1B">
        <w:rPr>
          <w:rFonts w:cs="Times New Roman"/>
          <w:szCs w:val="24"/>
        </w:rPr>
        <w:t xml:space="preserve"> o </w:t>
      </w:r>
      <w:proofErr w:type="spellStart"/>
      <w:r w:rsidRPr="00693F1B">
        <w:rPr>
          <w:rFonts w:cs="Times New Roman"/>
          <w:szCs w:val="24"/>
        </w:rPr>
        <w:t>persoană</w:t>
      </w:r>
      <w:proofErr w:type="spellEnd"/>
      <w:r w:rsidRPr="00693F1B">
        <w:rPr>
          <w:rFonts w:cs="Times New Roman"/>
          <w:szCs w:val="24"/>
        </w:rPr>
        <w:t xml:space="preserve"> </w:t>
      </w:r>
      <w:proofErr w:type="spellStart"/>
      <w:r w:rsidRPr="00693F1B">
        <w:rPr>
          <w:rFonts w:cs="Times New Roman"/>
          <w:szCs w:val="24"/>
        </w:rPr>
        <w:t>fizică</w:t>
      </w:r>
      <w:proofErr w:type="spellEnd"/>
      <w:r w:rsidRPr="00693F1B">
        <w:rPr>
          <w:rFonts w:cs="Times New Roman"/>
          <w:szCs w:val="24"/>
        </w:rPr>
        <w:t xml:space="preserve"> </w:t>
      </w:r>
      <w:proofErr w:type="spellStart"/>
      <w:r w:rsidRPr="00693F1B">
        <w:rPr>
          <w:rFonts w:cs="Times New Roman"/>
          <w:szCs w:val="24"/>
        </w:rPr>
        <w:t>identificată</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identificabilă</w:t>
      </w:r>
      <w:proofErr w:type="spellEnd"/>
      <w:r w:rsidRPr="00693F1B">
        <w:rPr>
          <w:rFonts w:cs="Times New Roman"/>
          <w:szCs w:val="24"/>
        </w:rPr>
        <w:t xml:space="preserve"> („</w:t>
      </w:r>
      <w:proofErr w:type="spellStart"/>
      <w:r w:rsidRPr="00693F1B">
        <w:rPr>
          <w:rFonts w:cs="Times New Roman"/>
          <w:szCs w:val="24"/>
        </w:rPr>
        <w:t>persoana</w:t>
      </w:r>
      <w:proofErr w:type="spellEnd"/>
      <w:r w:rsidRPr="00693F1B">
        <w:rPr>
          <w:rFonts w:cs="Times New Roman"/>
          <w:szCs w:val="24"/>
        </w:rPr>
        <w:t xml:space="preserve"> </w:t>
      </w:r>
      <w:proofErr w:type="spellStart"/>
      <w:r w:rsidRPr="00693F1B">
        <w:rPr>
          <w:rFonts w:cs="Times New Roman"/>
          <w:szCs w:val="24"/>
        </w:rPr>
        <w:t>vizată</w:t>
      </w:r>
      <w:proofErr w:type="spellEnd"/>
      <w:r w:rsidRPr="00693F1B">
        <w:rPr>
          <w:rFonts w:cs="Times New Roman"/>
          <w:szCs w:val="24"/>
        </w:rPr>
        <w:t xml:space="preserve">”); o </w:t>
      </w:r>
      <w:proofErr w:type="spellStart"/>
      <w:r w:rsidRPr="00693F1B">
        <w:rPr>
          <w:rFonts w:cs="Times New Roman"/>
          <w:szCs w:val="24"/>
        </w:rPr>
        <w:t>persoană</w:t>
      </w:r>
      <w:proofErr w:type="spellEnd"/>
      <w:r w:rsidRPr="00693F1B">
        <w:rPr>
          <w:rFonts w:cs="Times New Roman"/>
          <w:szCs w:val="24"/>
        </w:rPr>
        <w:t xml:space="preserve"> </w:t>
      </w:r>
      <w:proofErr w:type="spellStart"/>
      <w:r w:rsidRPr="00693F1B">
        <w:rPr>
          <w:rFonts w:cs="Times New Roman"/>
          <w:szCs w:val="24"/>
        </w:rPr>
        <w:t>fizică</w:t>
      </w:r>
      <w:proofErr w:type="spellEnd"/>
      <w:r w:rsidRPr="00693F1B">
        <w:rPr>
          <w:rFonts w:cs="Times New Roman"/>
          <w:szCs w:val="24"/>
        </w:rPr>
        <w:t xml:space="preserve"> </w:t>
      </w:r>
      <w:proofErr w:type="spellStart"/>
      <w:r w:rsidRPr="00693F1B">
        <w:rPr>
          <w:rFonts w:cs="Times New Roman"/>
          <w:szCs w:val="24"/>
        </w:rPr>
        <w:t>identificabilă</w:t>
      </w:r>
      <w:proofErr w:type="spellEnd"/>
      <w:r w:rsidRPr="00693F1B">
        <w:rPr>
          <w:rFonts w:cs="Times New Roman"/>
          <w:szCs w:val="24"/>
        </w:rPr>
        <w:t xml:space="preserve"> </w:t>
      </w:r>
      <w:proofErr w:type="spellStart"/>
      <w:r w:rsidRPr="00693F1B">
        <w:rPr>
          <w:rFonts w:cs="Times New Roman"/>
          <w:szCs w:val="24"/>
        </w:rPr>
        <w:t>este</w:t>
      </w:r>
      <w:proofErr w:type="spellEnd"/>
      <w:r w:rsidRPr="00693F1B">
        <w:rPr>
          <w:rFonts w:cs="Times New Roman"/>
          <w:szCs w:val="24"/>
        </w:rPr>
        <w:t xml:space="preserve"> o </w:t>
      </w:r>
      <w:proofErr w:type="spellStart"/>
      <w:r w:rsidRPr="00693F1B">
        <w:rPr>
          <w:rFonts w:cs="Times New Roman"/>
          <w:szCs w:val="24"/>
        </w:rPr>
        <w:t>persoană</w:t>
      </w:r>
      <w:proofErr w:type="spellEnd"/>
      <w:r w:rsidRPr="00693F1B">
        <w:rPr>
          <w:rFonts w:cs="Times New Roman"/>
          <w:szCs w:val="24"/>
        </w:rPr>
        <w:t xml:space="preserve"> care </w:t>
      </w:r>
      <w:proofErr w:type="spellStart"/>
      <w:r w:rsidRPr="00693F1B">
        <w:rPr>
          <w:rFonts w:cs="Times New Roman"/>
          <w:szCs w:val="24"/>
        </w:rPr>
        <w:t>poate</w:t>
      </w:r>
      <w:proofErr w:type="spellEnd"/>
      <w:r w:rsidRPr="00693F1B">
        <w:rPr>
          <w:rFonts w:cs="Times New Roman"/>
          <w:szCs w:val="24"/>
        </w:rPr>
        <w:t xml:space="preserve"> fi </w:t>
      </w:r>
      <w:proofErr w:type="spellStart"/>
      <w:r w:rsidRPr="00693F1B">
        <w:rPr>
          <w:rFonts w:cs="Times New Roman"/>
          <w:szCs w:val="24"/>
        </w:rPr>
        <w:t>identificată</w:t>
      </w:r>
      <w:proofErr w:type="spellEnd"/>
      <w:r w:rsidRPr="00693F1B">
        <w:rPr>
          <w:rFonts w:cs="Times New Roman"/>
          <w:szCs w:val="24"/>
        </w:rPr>
        <w:t xml:space="preserve">, direct </w:t>
      </w:r>
      <w:proofErr w:type="spellStart"/>
      <w:r w:rsidRPr="00693F1B">
        <w:rPr>
          <w:rFonts w:cs="Times New Roman"/>
          <w:szCs w:val="24"/>
        </w:rPr>
        <w:t>sau</w:t>
      </w:r>
      <w:proofErr w:type="spellEnd"/>
      <w:r w:rsidRPr="00693F1B">
        <w:rPr>
          <w:rFonts w:cs="Times New Roman"/>
          <w:szCs w:val="24"/>
        </w:rPr>
        <w:t xml:space="preserve"> indirect, </w:t>
      </w:r>
      <w:proofErr w:type="spellStart"/>
      <w:r w:rsidRPr="00693F1B">
        <w:rPr>
          <w:rFonts w:cs="Times New Roman"/>
          <w:szCs w:val="24"/>
        </w:rPr>
        <w:t>în</w:t>
      </w:r>
      <w:proofErr w:type="spellEnd"/>
      <w:r w:rsidRPr="00693F1B">
        <w:rPr>
          <w:rFonts w:cs="Times New Roman"/>
          <w:szCs w:val="24"/>
        </w:rPr>
        <w:t xml:space="preserve"> special </w:t>
      </w:r>
      <w:proofErr w:type="spellStart"/>
      <w:r w:rsidRPr="00693F1B">
        <w:rPr>
          <w:rFonts w:cs="Times New Roman"/>
          <w:szCs w:val="24"/>
        </w:rPr>
        <w:t>prin</w:t>
      </w:r>
      <w:proofErr w:type="spellEnd"/>
      <w:r w:rsidRPr="00693F1B">
        <w:rPr>
          <w:rFonts w:cs="Times New Roman"/>
          <w:szCs w:val="24"/>
        </w:rPr>
        <w:t xml:space="preserve"> </w:t>
      </w:r>
      <w:proofErr w:type="spellStart"/>
      <w:r w:rsidRPr="00693F1B">
        <w:rPr>
          <w:rFonts w:cs="Times New Roman"/>
          <w:szCs w:val="24"/>
        </w:rPr>
        <w:t>referire</w:t>
      </w:r>
      <w:proofErr w:type="spellEnd"/>
      <w:r w:rsidRPr="00693F1B">
        <w:rPr>
          <w:rFonts w:cs="Times New Roman"/>
          <w:szCs w:val="24"/>
        </w:rPr>
        <w:t xml:space="preserve"> la un element de </w:t>
      </w:r>
      <w:proofErr w:type="spellStart"/>
      <w:r w:rsidRPr="00693F1B">
        <w:rPr>
          <w:rFonts w:cs="Times New Roman"/>
          <w:szCs w:val="24"/>
        </w:rPr>
        <w:t>identificare</w:t>
      </w:r>
      <w:proofErr w:type="spellEnd"/>
      <w:r w:rsidRPr="00693F1B">
        <w:rPr>
          <w:rFonts w:cs="Times New Roman"/>
          <w:szCs w:val="24"/>
        </w:rPr>
        <w:t xml:space="preserve">, cum </w:t>
      </w:r>
      <w:proofErr w:type="spellStart"/>
      <w:r w:rsidRPr="00693F1B">
        <w:rPr>
          <w:rFonts w:cs="Times New Roman"/>
          <w:szCs w:val="24"/>
        </w:rPr>
        <w:t>ar</w:t>
      </w:r>
      <w:proofErr w:type="spellEnd"/>
      <w:r w:rsidRPr="00693F1B">
        <w:rPr>
          <w:rFonts w:cs="Times New Roman"/>
          <w:szCs w:val="24"/>
        </w:rPr>
        <w:t xml:space="preserve"> fi un </w:t>
      </w:r>
      <w:proofErr w:type="spellStart"/>
      <w:r w:rsidRPr="00693F1B">
        <w:rPr>
          <w:rFonts w:cs="Times New Roman"/>
          <w:szCs w:val="24"/>
        </w:rPr>
        <w:t>nume</w:t>
      </w:r>
      <w:proofErr w:type="spellEnd"/>
      <w:r w:rsidRPr="00693F1B">
        <w:rPr>
          <w:rFonts w:cs="Times New Roman"/>
          <w:szCs w:val="24"/>
        </w:rPr>
        <w:t xml:space="preserve">, un </w:t>
      </w:r>
      <w:proofErr w:type="spellStart"/>
      <w:r w:rsidRPr="00693F1B">
        <w:rPr>
          <w:rFonts w:cs="Times New Roman"/>
          <w:szCs w:val="24"/>
        </w:rPr>
        <w:t>număr</w:t>
      </w:r>
      <w:proofErr w:type="spellEnd"/>
      <w:r w:rsidRPr="00693F1B">
        <w:rPr>
          <w:rFonts w:cs="Times New Roman"/>
          <w:szCs w:val="24"/>
        </w:rPr>
        <w:t xml:space="preserve"> de </w:t>
      </w:r>
      <w:proofErr w:type="spellStart"/>
      <w:r w:rsidRPr="00693F1B">
        <w:rPr>
          <w:rFonts w:cs="Times New Roman"/>
          <w:szCs w:val="24"/>
        </w:rPr>
        <w:t>identificare</w:t>
      </w:r>
      <w:proofErr w:type="spellEnd"/>
      <w:r w:rsidRPr="00693F1B">
        <w:rPr>
          <w:rFonts w:cs="Times New Roman"/>
          <w:szCs w:val="24"/>
        </w:rPr>
        <w:t xml:space="preserve"> (IDNP), date de </w:t>
      </w:r>
      <w:proofErr w:type="spellStart"/>
      <w:r w:rsidRPr="00693F1B">
        <w:rPr>
          <w:rFonts w:cs="Times New Roman"/>
          <w:szCs w:val="24"/>
        </w:rPr>
        <w:t>localizare</w:t>
      </w:r>
      <w:proofErr w:type="spellEnd"/>
      <w:r w:rsidRPr="00693F1B">
        <w:rPr>
          <w:rFonts w:cs="Times New Roman"/>
          <w:szCs w:val="24"/>
        </w:rPr>
        <w:t xml:space="preserve">, un </w:t>
      </w:r>
      <w:proofErr w:type="spellStart"/>
      <w:r w:rsidRPr="00693F1B">
        <w:rPr>
          <w:rFonts w:cs="Times New Roman"/>
          <w:szCs w:val="24"/>
        </w:rPr>
        <w:t>identificator</w:t>
      </w:r>
      <w:proofErr w:type="spellEnd"/>
      <w:r w:rsidRPr="00693F1B">
        <w:rPr>
          <w:rFonts w:cs="Times New Roman"/>
          <w:szCs w:val="24"/>
        </w:rPr>
        <w:t xml:space="preserve"> online, </w:t>
      </w:r>
      <w:proofErr w:type="spellStart"/>
      <w:r w:rsidRPr="00693F1B">
        <w:rPr>
          <w:rFonts w:cs="Times New Roman"/>
          <w:szCs w:val="24"/>
        </w:rPr>
        <w:t>sau</w:t>
      </w:r>
      <w:proofErr w:type="spellEnd"/>
      <w:r w:rsidRPr="00693F1B">
        <w:rPr>
          <w:rFonts w:cs="Times New Roman"/>
          <w:szCs w:val="24"/>
        </w:rPr>
        <w:t xml:space="preserve"> la </w:t>
      </w:r>
      <w:proofErr w:type="spellStart"/>
      <w:r w:rsidRPr="00693F1B">
        <w:rPr>
          <w:rFonts w:cs="Times New Roman"/>
          <w:szCs w:val="24"/>
        </w:rPr>
        <w:t>unul</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mai</w:t>
      </w:r>
      <w:proofErr w:type="spellEnd"/>
      <w:r w:rsidRPr="00693F1B">
        <w:rPr>
          <w:rFonts w:cs="Times New Roman"/>
          <w:szCs w:val="24"/>
        </w:rPr>
        <w:t xml:space="preserve"> </w:t>
      </w:r>
      <w:proofErr w:type="spellStart"/>
      <w:r w:rsidRPr="00693F1B">
        <w:rPr>
          <w:rFonts w:cs="Times New Roman"/>
          <w:szCs w:val="24"/>
        </w:rPr>
        <w:t>multe</w:t>
      </w:r>
      <w:proofErr w:type="spellEnd"/>
      <w:r w:rsidRPr="00693F1B">
        <w:rPr>
          <w:rFonts w:cs="Times New Roman"/>
          <w:szCs w:val="24"/>
        </w:rPr>
        <w:t xml:space="preserve"> </w:t>
      </w:r>
      <w:proofErr w:type="spellStart"/>
      <w:r w:rsidRPr="00693F1B">
        <w:rPr>
          <w:rFonts w:cs="Times New Roman"/>
          <w:szCs w:val="24"/>
        </w:rPr>
        <w:t>elemente</w:t>
      </w:r>
      <w:proofErr w:type="spellEnd"/>
      <w:r w:rsidRPr="00693F1B">
        <w:rPr>
          <w:rFonts w:cs="Times New Roman"/>
          <w:szCs w:val="24"/>
        </w:rPr>
        <w:t xml:space="preserve"> </w:t>
      </w:r>
      <w:proofErr w:type="spellStart"/>
      <w:r w:rsidRPr="00693F1B">
        <w:rPr>
          <w:rFonts w:cs="Times New Roman"/>
          <w:szCs w:val="24"/>
        </w:rPr>
        <w:t>specifice</w:t>
      </w:r>
      <w:proofErr w:type="spellEnd"/>
      <w:r w:rsidRPr="00693F1B">
        <w:rPr>
          <w:rFonts w:cs="Times New Roman"/>
          <w:szCs w:val="24"/>
        </w:rPr>
        <w:t xml:space="preserve">, </w:t>
      </w:r>
      <w:proofErr w:type="spellStart"/>
      <w:r w:rsidRPr="00693F1B">
        <w:rPr>
          <w:rFonts w:cs="Times New Roman"/>
          <w:szCs w:val="24"/>
        </w:rPr>
        <w:t>proprii</w:t>
      </w:r>
      <w:proofErr w:type="spellEnd"/>
      <w:r w:rsidRPr="00693F1B">
        <w:rPr>
          <w:rFonts w:cs="Times New Roman"/>
          <w:szCs w:val="24"/>
        </w:rPr>
        <w:t xml:space="preserve"> </w:t>
      </w:r>
      <w:proofErr w:type="spellStart"/>
      <w:r w:rsidRPr="00693F1B">
        <w:rPr>
          <w:rFonts w:cs="Times New Roman"/>
          <w:szCs w:val="24"/>
        </w:rPr>
        <w:t>identității</w:t>
      </w:r>
      <w:proofErr w:type="spellEnd"/>
      <w:r w:rsidRPr="00693F1B">
        <w:rPr>
          <w:rFonts w:cs="Times New Roman"/>
          <w:szCs w:val="24"/>
        </w:rPr>
        <w:t xml:space="preserve"> sale </w:t>
      </w:r>
      <w:proofErr w:type="spellStart"/>
      <w:r w:rsidRPr="00693F1B">
        <w:rPr>
          <w:rFonts w:cs="Times New Roman"/>
          <w:szCs w:val="24"/>
        </w:rPr>
        <w:t>fizice</w:t>
      </w:r>
      <w:proofErr w:type="spellEnd"/>
      <w:r w:rsidRPr="00693F1B">
        <w:rPr>
          <w:rFonts w:cs="Times New Roman"/>
          <w:szCs w:val="24"/>
        </w:rPr>
        <w:t xml:space="preserve">, </w:t>
      </w:r>
      <w:proofErr w:type="spellStart"/>
      <w:r w:rsidRPr="00693F1B">
        <w:rPr>
          <w:rFonts w:cs="Times New Roman"/>
          <w:szCs w:val="24"/>
        </w:rPr>
        <w:t>fiziologice</w:t>
      </w:r>
      <w:proofErr w:type="spellEnd"/>
      <w:r w:rsidRPr="00693F1B">
        <w:rPr>
          <w:rFonts w:cs="Times New Roman"/>
          <w:szCs w:val="24"/>
        </w:rPr>
        <w:t xml:space="preserve">, </w:t>
      </w:r>
      <w:proofErr w:type="spellStart"/>
      <w:r w:rsidRPr="00693F1B">
        <w:rPr>
          <w:rFonts w:cs="Times New Roman"/>
          <w:szCs w:val="24"/>
        </w:rPr>
        <w:t>genetice</w:t>
      </w:r>
      <w:proofErr w:type="spellEnd"/>
      <w:r w:rsidRPr="00693F1B">
        <w:rPr>
          <w:rFonts w:cs="Times New Roman"/>
          <w:szCs w:val="24"/>
        </w:rPr>
        <w:t xml:space="preserve">, </w:t>
      </w:r>
      <w:proofErr w:type="spellStart"/>
      <w:r w:rsidRPr="00693F1B">
        <w:rPr>
          <w:rFonts w:cs="Times New Roman"/>
          <w:szCs w:val="24"/>
        </w:rPr>
        <w:t>psihice</w:t>
      </w:r>
      <w:proofErr w:type="spellEnd"/>
      <w:r w:rsidRPr="00693F1B">
        <w:rPr>
          <w:rFonts w:cs="Times New Roman"/>
          <w:szCs w:val="24"/>
        </w:rPr>
        <w:t xml:space="preserve">, </w:t>
      </w:r>
      <w:proofErr w:type="spellStart"/>
      <w:r w:rsidRPr="00693F1B">
        <w:rPr>
          <w:rFonts w:cs="Times New Roman"/>
          <w:szCs w:val="24"/>
        </w:rPr>
        <w:t>economice</w:t>
      </w:r>
      <w:proofErr w:type="spellEnd"/>
      <w:r w:rsidRPr="00693F1B">
        <w:rPr>
          <w:rFonts w:cs="Times New Roman"/>
          <w:szCs w:val="24"/>
        </w:rPr>
        <w:t xml:space="preserve">, </w:t>
      </w:r>
      <w:proofErr w:type="spellStart"/>
      <w:r w:rsidRPr="00693F1B">
        <w:rPr>
          <w:rFonts w:cs="Times New Roman"/>
          <w:szCs w:val="24"/>
        </w:rPr>
        <w:t>culturale</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sociale</w:t>
      </w:r>
      <w:proofErr w:type="spellEnd"/>
      <w:r w:rsidRPr="00693F1B">
        <w:rPr>
          <w:rFonts w:cs="Times New Roman"/>
          <w:szCs w:val="24"/>
        </w:rPr>
        <w:t>;</w:t>
      </w:r>
    </w:p>
    <w:p w14:paraId="7341A846" w14:textId="77777777" w:rsidR="006D4E92" w:rsidRPr="00693F1B" w:rsidRDefault="00000000">
      <w:pPr>
        <w:numPr>
          <w:ilvl w:val="0"/>
          <w:numId w:val="7"/>
        </w:numPr>
        <w:jc w:val="both"/>
        <w:rPr>
          <w:rFonts w:cs="Times New Roman"/>
          <w:szCs w:val="24"/>
        </w:rPr>
      </w:pPr>
      <w:r w:rsidRPr="00693F1B">
        <w:rPr>
          <w:rFonts w:cs="Times New Roman"/>
          <w:b/>
          <w:bCs/>
          <w:szCs w:val="24"/>
        </w:rPr>
        <w:t>„</w:t>
      </w:r>
      <w:proofErr w:type="spellStart"/>
      <w:r w:rsidRPr="00693F1B">
        <w:rPr>
          <w:rFonts w:cs="Times New Roman"/>
          <w:b/>
          <w:bCs/>
          <w:szCs w:val="24"/>
        </w:rPr>
        <w:t>prelucrare</w:t>
      </w:r>
      <w:proofErr w:type="spellEnd"/>
      <w:r w:rsidRPr="00693F1B">
        <w:rPr>
          <w:rFonts w:cs="Times New Roman"/>
          <w:b/>
          <w:bCs/>
          <w:szCs w:val="24"/>
        </w:rPr>
        <w:t>”</w:t>
      </w:r>
      <w:r w:rsidRPr="00693F1B">
        <w:rPr>
          <w:rFonts w:cs="Times New Roman"/>
          <w:szCs w:val="24"/>
        </w:rPr>
        <w:t xml:space="preserve"> - </w:t>
      </w:r>
      <w:proofErr w:type="spellStart"/>
      <w:r w:rsidRPr="00693F1B">
        <w:rPr>
          <w:rFonts w:cs="Times New Roman"/>
          <w:szCs w:val="24"/>
        </w:rPr>
        <w:t>înseamnă</w:t>
      </w:r>
      <w:proofErr w:type="spellEnd"/>
      <w:r w:rsidRPr="00693F1B">
        <w:rPr>
          <w:rFonts w:cs="Times New Roman"/>
          <w:szCs w:val="24"/>
        </w:rPr>
        <w:t xml:space="preserve"> </w:t>
      </w:r>
      <w:proofErr w:type="spellStart"/>
      <w:r w:rsidRPr="00693F1B">
        <w:rPr>
          <w:rFonts w:cs="Times New Roman"/>
          <w:szCs w:val="24"/>
        </w:rPr>
        <w:t>orice</w:t>
      </w:r>
      <w:proofErr w:type="spellEnd"/>
      <w:r w:rsidRPr="00693F1B">
        <w:rPr>
          <w:rFonts w:cs="Times New Roman"/>
          <w:szCs w:val="24"/>
        </w:rPr>
        <w:t xml:space="preserve"> </w:t>
      </w:r>
      <w:proofErr w:type="spellStart"/>
      <w:r w:rsidRPr="00693F1B">
        <w:rPr>
          <w:rFonts w:cs="Times New Roman"/>
          <w:szCs w:val="24"/>
        </w:rPr>
        <w:t>operațiune</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set de </w:t>
      </w:r>
      <w:proofErr w:type="spellStart"/>
      <w:r w:rsidRPr="00693F1B">
        <w:rPr>
          <w:rFonts w:cs="Times New Roman"/>
          <w:szCs w:val="24"/>
        </w:rPr>
        <w:t>operațiuni</w:t>
      </w:r>
      <w:proofErr w:type="spellEnd"/>
      <w:r w:rsidRPr="00693F1B">
        <w:rPr>
          <w:rFonts w:cs="Times New Roman"/>
          <w:szCs w:val="24"/>
        </w:rPr>
        <w:t xml:space="preserve"> </w:t>
      </w:r>
      <w:proofErr w:type="spellStart"/>
      <w:r w:rsidRPr="00693F1B">
        <w:rPr>
          <w:rFonts w:cs="Times New Roman"/>
          <w:szCs w:val="24"/>
        </w:rPr>
        <w:t>efectuate</w:t>
      </w:r>
      <w:proofErr w:type="spellEnd"/>
      <w:r w:rsidRPr="00693F1B">
        <w:rPr>
          <w:rFonts w:cs="Times New Roman"/>
          <w:szCs w:val="24"/>
        </w:rPr>
        <w:t xml:space="preserve"> </w:t>
      </w:r>
      <w:proofErr w:type="spellStart"/>
      <w:r w:rsidRPr="00693F1B">
        <w:rPr>
          <w:rFonts w:cs="Times New Roman"/>
          <w:szCs w:val="24"/>
        </w:rPr>
        <w:t>asupra</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asupra</w:t>
      </w:r>
      <w:proofErr w:type="spellEnd"/>
      <w:r w:rsidRPr="00693F1B">
        <w:rPr>
          <w:rFonts w:cs="Times New Roman"/>
          <w:szCs w:val="24"/>
        </w:rPr>
        <w:t xml:space="preserve"> </w:t>
      </w:r>
      <w:proofErr w:type="spellStart"/>
      <w:r w:rsidRPr="00693F1B">
        <w:rPr>
          <w:rFonts w:cs="Times New Roman"/>
          <w:szCs w:val="24"/>
        </w:rPr>
        <w:t>seturilor</w:t>
      </w:r>
      <w:proofErr w:type="spellEnd"/>
      <w:r w:rsidRPr="00693F1B">
        <w:rPr>
          <w:rFonts w:cs="Times New Roman"/>
          <w:szCs w:val="24"/>
        </w:rPr>
        <w:t xml:space="preserve"> de date cu </w:t>
      </w:r>
      <w:proofErr w:type="spellStart"/>
      <w:r w:rsidRPr="00693F1B">
        <w:rPr>
          <w:rFonts w:cs="Times New Roman"/>
          <w:szCs w:val="24"/>
        </w:rPr>
        <w:t>caracter</w:t>
      </w:r>
      <w:proofErr w:type="spellEnd"/>
      <w:r w:rsidRPr="00693F1B">
        <w:rPr>
          <w:rFonts w:cs="Times New Roman"/>
          <w:szCs w:val="24"/>
        </w:rPr>
        <w:t xml:space="preserve"> personal, cu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fără</w:t>
      </w:r>
      <w:proofErr w:type="spellEnd"/>
      <w:r w:rsidRPr="00693F1B">
        <w:rPr>
          <w:rFonts w:cs="Times New Roman"/>
          <w:szCs w:val="24"/>
        </w:rPr>
        <w:t xml:space="preserve"> </w:t>
      </w:r>
      <w:proofErr w:type="spellStart"/>
      <w:r w:rsidRPr="00693F1B">
        <w:rPr>
          <w:rFonts w:cs="Times New Roman"/>
          <w:szCs w:val="24"/>
        </w:rPr>
        <w:t>utilizarea</w:t>
      </w:r>
      <w:proofErr w:type="spellEnd"/>
      <w:r w:rsidRPr="00693F1B">
        <w:rPr>
          <w:rFonts w:cs="Times New Roman"/>
          <w:szCs w:val="24"/>
        </w:rPr>
        <w:t xml:space="preserve"> de </w:t>
      </w:r>
      <w:proofErr w:type="spellStart"/>
      <w:r w:rsidRPr="00693F1B">
        <w:rPr>
          <w:rFonts w:cs="Times New Roman"/>
          <w:szCs w:val="24"/>
        </w:rPr>
        <w:t>mijloace</w:t>
      </w:r>
      <w:proofErr w:type="spellEnd"/>
      <w:r w:rsidRPr="00693F1B">
        <w:rPr>
          <w:rFonts w:cs="Times New Roman"/>
          <w:szCs w:val="24"/>
        </w:rPr>
        <w:t xml:space="preserve"> </w:t>
      </w:r>
      <w:proofErr w:type="spellStart"/>
      <w:r w:rsidRPr="00693F1B">
        <w:rPr>
          <w:rFonts w:cs="Times New Roman"/>
          <w:szCs w:val="24"/>
        </w:rPr>
        <w:t>automatizate</w:t>
      </w:r>
      <w:proofErr w:type="spellEnd"/>
      <w:r w:rsidRPr="00693F1B">
        <w:rPr>
          <w:rFonts w:cs="Times New Roman"/>
          <w:szCs w:val="24"/>
        </w:rPr>
        <w:t xml:space="preserve">, cum </w:t>
      </w:r>
      <w:proofErr w:type="spellStart"/>
      <w:r w:rsidRPr="00693F1B">
        <w:rPr>
          <w:rFonts w:cs="Times New Roman"/>
          <w:szCs w:val="24"/>
        </w:rPr>
        <w:t>ar</w:t>
      </w:r>
      <w:proofErr w:type="spellEnd"/>
      <w:r w:rsidRPr="00693F1B">
        <w:rPr>
          <w:rFonts w:cs="Times New Roman"/>
          <w:szCs w:val="24"/>
        </w:rPr>
        <w:t xml:space="preserve"> fi </w:t>
      </w:r>
      <w:proofErr w:type="spellStart"/>
      <w:r w:rsidRPr="00693F1B">
        <w:rPr>
          <w:rFonts w:cs="Times New Roman"/>
          <w:szCs w:val="24"/>
        </w:rPr>
        <w:t>colectarea</w:t>
      </w:r>
      <w:proofErr w:type="spellEnd"/>
      <w:r w:rsidRPr="00693F1B">
        <w:rPr>
          <w:rFonts w:cs="Times New Roman"/>
          <w:szCs w:val="24"/>
        </w:rPr>
        <w:t xml:space="preserve">, </w:t>
      </w:r>
      <w:proofErr w:type="spellStart"/>
      <w:r w:rsidRPr="00693F1B">
        <w:rPr>
          <w:rFonts w:cs="Times New Roman"/>
          <w:szCs w:val="24"/>
        </w:rPr>
        <w:t>înregistrarea</w:t>
      </w:r>
      <w:proofErr w:type="spellEnd"/>
      <w:r w:rsidRPr="00693F1B">
        <w:rPr>
          <w:rFonts w:cs="Times New Roman"/>
          <w:szCs w:val="24"/>
        </w:rPr>
        <w:t xml:space="preserve">, </w:t>
      </w:r>
      <w:proofErr w:type="spellStart"/>
      <w:r w:rsidRPr="00693F1B">
        <w:rPr>
          <w:rFonts w:cs="Times New Roman"/>
          <w:szCs w:val="24"/>
        </w:rPr>
        <w:t>organizarea</w:t>
      </w:r>
      <w:proofErr w:type="spellEnd"/>
      <w:r w:rsidRPr="00693F1B">
        <w:rPr>
          <w:rFonts w:cs="Times New Roman"/>
          <w:szCs w:val="24"/>
        </w:rPr>
        <w:t xml:space="preserve">, </w:t>
      </w:r>
      <w:proofErr w:type="spellStart"/>
      <w:r w:rsidRPr="00693F1B">
        <w:rPr>
          <w:rFonts w:cs="Times New Roman"/>
          <w:szCs w:val="24"/>
        </w:rPr>
        <w:t>structurarea</w:t>
      </w:r>
      <w:proofErr w:type="spellEnd"/>
      <w:r w:rsidRPr="00693F1B">
        <w:rPr>
          <w:rFonts w:cs="Times New Roman"/>
          <w:szCs w:val="24"/>
        </w:rPr>
        <w:t xml:space="preserve">, </w:t>
      </w:r>
      <w:proofErr w:type="spellStart"/>
      <w:r w:rsidRPr="00693F1B">
        <w:rPr>
          <w:rFonts w:cs="Times New Roman"/>
          <w:szCs w:val="24"/>
        </w:rPr>
        <w:t>stocarea</w:t>
      </w:r>
      <w:proofErr w:type="spellEnd"/>
      <w:r w:rsidRPr="00693F1B">
        <w:rPr>
          <w:rFonts w:cs="Times New Roman"/>
          <w:szCs w:val="24"/>
        </w:rPr>
        <w:t xml:space="preserve">, </w:t>
      </w:r>
      <w:proofErr w:type="spellStart"/>
      <w:r w:rsidRPr="00693F1B">
        <w:rPr>
          <w:rFonts w:cs="Times New Roman"/>
          <w:szCs w:val="24"/>
        </w:rPr>
        <w:t>adaptarea</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modificarea</w:t>
      </w:r>
      <w:proofErr w:type="spellEnd"/>
      <w:r w:rsidRPr="00693F1B">
        <w:rPr>
          <w:rFonts w:cs="Times New Roman"/>
          <w:szCs w:val="24"/>
        </w:rPr>
        <w:t xml:space="preserve">, </w:t>
      </w:r>
      <w:proofErr w:type="spellStart"/>
      <w:r w:rsidRPr="00693F1B">
        <w:rPr>
          <w:rFonts w:cs="Times New Roman"/>
          <w:szCs w:val="24"/>
        </w:rPr>
        <w:t>extragerea</w:t>
      </w:r>
      <w:proofErr w:type="spellEnd"/>
      <w:r w:rsidRPr="00693F1B">
        <w:rPr>
          <w:rFonts w:cs="Times New Roman"/>
          <w:szCs w:val="24"/>
        </w:rPr>
        <w:t xml:space="preserve">, </w:t>
      </w:r>
      <w:proofErr w:type="spellStart"/>
      <w:r w:rsidRPr="00693F1B">
        <w:rPr>
          <w:rFonts w:cs="Times New Roman"/>
          <w:szCs w:val="24"/>
        </w:rPr>
        <w:t>consultarea</w:t>
      </w:r>
      <w:proofErr w:type="spellEnd"/>
      <w:r w:rsidRPr="00693F1B">
        <w:rPr>
          <w:rFonts w:cs="Times New Roman"/>
          <w:szCs w:val="24"/>
        </w:rPr>
        <w:t xml:space="preserve">, </w:t>
      </w:r>
      <w:proofErr w:type="spellStart"/>
      <w:r w:rsidRPr="00693F1B">
        <w:rPr>
          <w:rFonts w:cs="Times New Roman"/>
          <w:szCs w:val="24"/>
        </w:rPr>
        <w:t>utilizarea</w:t>
      </w:r>
      <w:proofErr w:type="spellEnd"/>
      <w:r w:rsidRPr="00693F1B">
        <w:rPr>
          <w:rFonts w:cs="Times New Roman"/>
          <w:szCs w:val="24"/>
        </w:rPr>
        <w:t xml:space="preserve">, </w:t>
      </w:r>
      <w:proofErr w:type="spellStart"/>
      <w:r w:rsidRPr="00693F1B">
        <w:rPr>
          <w:rFonts w:cs="Times New Roman"/>
          <w:szCs w:val="24"/>
        </w:rPr>
        <w:t>divulgarea</w:t>
      </w:r>
      <w:proofErr w:type="spellEnd"/>
      <w:r w:rsidRPr="00693F1B">
        <w:rPr>
          <w:rFonts w:cs="Times New Roman"/>
          <w:szCs w:val="24"/>
        </w:rPr>
        <w:t xml:space="preserve"> </w:t>
      </w:r>
      <w:proofErr w:type="spellStart"/>
      <w:r w:rsidRPr="00693F1B">
        <w:rPr>
          <w:rFonts w:cs="Times New Roman"/>
          <w:szCs w:val="24"/>
        </w:rPr>
        <w:t>prin</w:t>
      </w:r>
      <w:proofErr w:type="spellEnd"/>
      <w:r w:rsidRPr="00693F1B">
        <w:rPr>
          <w:rFonts w:cs="Times New Roman"/>
          <w:szCs w:val="24"/>
        </w:rPr>
        <w:t xml:space="preserve"> </w:t>
      </w:r>
      <w:proofErr w:type="spellStart"/>
      <w:r w:rsidRPr="00693F1B">
        <w:rPr>
          <w:rFonts w:cs="Times New Roman"/>
          <w:szCs w:val="24"/>
        </w:rPr>
        <w:t>transmitere</w:t>
      </w:r>
      <w:proofErr w:type="spellEnd"/>
      <w:r w:rsidRPr="00693F1B">
        <w:rPr>
          <w:rFonts w:cs="Times New Roman"/>
          <w:szCs w:val="24"/>
        </w:rPr>
        <w:t xml:space="preserve">, </w:t>
      </w:r>
      <w:proofErr w:type="spellStart"/>
      <w:r w:rsidRPr="00693F1B">
        <w:rPr>
          <w:rFonts w:cs="Times New Roman"/>
          <w:szCs w:val="24"/>
        </w:rPr>
        <w:t>diseminarea</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punerea</w:t>
      </w:r>
      <w:proofErr w:type="spellEnd"/>
      <w:r w:rsidRPr="00693F1B">
        <w:rPr>
          <w:rFonts w:cs="Times New Roman"/>
          <w:szCs w:val="24"/>
        </w:rPr>
        <w:t xml:space="preserve"> la </w:t>
      </w:r>
      <w:proofErr w:type="spellStart"/>
      <w:r w:rsidRPr="00693F1B">
        <w:rPr>
          <w:rFonts w:cs="Times New Roman"/>
          <w:szCs w:val="24"/>
        </w:rPr>
        <w:t>dispoziție</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orice</w:t>
      </w:r>
      <w:proofErr w:type="spellEnd"/>
      <w:r w:rsidRPr="00693F1B">
        <w:rPr>
          <w:rFonts w:cs="Times New Roman"/>
          <w:szCs w:val="24"/>
        </w:rPr>
        <w:t xml:space="preserve"> alt mod, </w:t>
      </w:r>
      <w:proofErr w:type="spellStart"/>
      <w:r w:rsidRPr="00693F1B">
        <w:rPr>
          <w:rFonts w:cs="Times New Roman"/>
          <w:szCs w:val="24"/>
        </w:rPr>
        <w:t>alinierea</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combinarea</w:t>
      </w:r>
      <w:proofErr w:type="spellEnd"/>
      <w:r w:rsidRPr="00693F1B">
        <w:rPr>
          <w:rFonts w:cs="Times New Roman"/>
          <w:szCs w:val="24"/>
        </w:rPr>
        <w:t xml:space="preserve">, </w:t>
      </w:r>
      <w:proofErr w:type="spellStart"/>
      <w:r w:rsidRPr="00693F1B">
        <w:rPr>
          <w:rFonts w:cs="Times New Roman"/>
          <w:szCs w:val="24"/>
        </w:rPr>
        <w:t>restricționarea</w:t>
      </w:r>
      <w:proofErr w:type="spellEnd"/>
      <w:r w:rsidRPr="00693F1B">
        <w:rPr>
          <w:rFonts w:cs="Times New Roman"/>
          <w:szCs w:val="24"/>
        </w:rPr>
        <w:t xml:space="preserve">, </w:t>
      </w:r>
      <w:proofErr w:type="spellStart"/>
      <w:r w:rsidRPr="00693F1B">
        <w:rPr>
          <w:rFonts w:cs="Times New Roman"/>
          <w:szCs w:val="24"/>
        </w:rPr>
        <w:t>ștergerea</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distrugerea</w:t>
      </w:r>
      <w:proofErr w:type="spellEnd"/>
      <w:r w:rsidRPr="00693F1B">
        <w:rPr>
          <w:rFonts w:cs="Times New Roman"/>
          <w:szCs w:val="24"/>
        </w:rPr>
        <w:t>;</w:t>
      </w:r>
    </w:p>
    <w:p w14:paraId="38E189C1" w14:textId="77777777" w:rsidR="006D4E92" w:rsidRPr="00693F1B" w:rsidRDefault="00000000">
      <w:pPr>
        <w:numPr>
          <w:ilvl w:val="0"/>
          <w:numId w:val="7"/>
        </w:numPr>
        <w:jc w:val="both"/>
        <w:rPr>
          <w:rFonts w:cs="Times New Roman"/>
          <w:szCs w:val="24"/>
        </w:rPr>
      </w:pPr>
      <w:r w:rsidRPr="00693F1B">
        <w:rPr>
          <w:rFonts w:cs="Times New Roman"/>
          <w:b/>
          <w:bCs/>
          <w:szCs w:val="24"/>
        </w:rPr>
        <w:t>„operator”</w:t>
      </w:r>
      <w:r w:rsidRPr="00693F1B">
        <w:rPr>
          <w:rFonts w:cs="Times New Roman"/>
          <w:szCs w:val="24"/>
        </w:rPr>
        <w:t xml:space="preserve"> - </w:t>
      </w:r>
      <w:proofErr w:type="spellStart"/>
      <w:r w:rsidRPr="00693F1B">
        <w:rPr>
          <w:rFonts w:cs="Times New Roman"/>
          <w:szCs w:val="24"/>
        </w:rPr>
        <w:t>înseamnă</w:t>
      </w:r>
      <w:proofErr w:type="spellEnd"/>
      <w:r w:rsidRPr="00693F1B">
        <w:rPr>
          <w:rFonts w:cs="Times New Roman"/>
          <w:szCs w:val="24"/>
        </w:rPr>
        <w:t xml:space="preserve"> </w:t>
      </w:r>
      <w:proofErr w:type="spellStart"/>
      <w:r w:rsidRPr="00693F1B">
        <w:rPr>
          <w:rFonts w:cs="Times New Roman"/>
          <w:szCs w:val="24"/>
        </w:rPr>
        <w:t>autoritatea</w:t>
      </w:r>
      <w:proofErr w:type="spellEnd"/>
      <w:r w:rsidRPr="00693F1B">
        <w:rPr>
          <w:rFonts w:cs="Times New Roman"/>
          <w:szCs w:val="24"/>
        </w:rPr>
        <w:t xml:space="preserve"> </w:t>
      </w:r>
      <w:proofErr w:type="spellStart"/>
      <w:r w:rsidRPr="00693F1B">
        <w:rPr>
          <w:rFonts w:cs="Times New Roman"/>
          <w:szCs w:val="24"/>
        </w:rPr>
        <w:t>publică</w:t>
      </w:r>
      <w:proofErr w:type="spellEnd"/>
      <w:r w:rsidRPr="00693F1B">
        <w:rPr>
          <w:rFonts w:cs="Times New Roman"/>
          <w:szCs w:val="24"/>
        </w:rPr>
        <w:t xml:space="preserve"> </w:t>
      </w:r>
      <w:proofErr w:type="spellStart"/>
      <w:r w:rsidRPr="00693F1B">
        <w:rPr>
          <w:rFonts w:cs="Times New Roman"/>
          <w:szCs w:val="24"/>
        </w:rPr>
        <w:t>locală</w:t>
      </w:r>
      <w:proofErr w:type="spellEnd"/>
      <w:r w:rsidRPr="00693F1B">
        <w:rPr>
          <w:rFonts w:cs="Times New Roman"/>
          <w:szCs w:val="24"/>
        </w:rPr>
        <w:t xml:space="preserve"> </w:t>
      </w:r>
      <w:proofErr w:type="spellStart"/>
      <w:r w:rsidRPr="00693F1B">
        <w:rPr>
          <w:rFonts w:cs="Times New Roman"/>
          <w:b/>
          <w:bCs/>
          <w:szCs w:val="24"/>
        </w:rPr>
        <w:t>Primăria</w:t>
      </w:r>
      <w:proofErr w:type="spellEnd"/>
      <w:r w:rsidRPr="00693F1B">
        <w:rPr>
          <w:rFonts w:cs="Times New Roman"/>
          <w:b/>
          <w:bCs/>
          <w:szCs w:val="24"/>
        </w:rPr>
        <w:t xml:space="preserve"> </w:t>
      </w:r>
      <w:proofErr w:type="spellStart"/>
      <w:r>
        <w:rPr>
          <w:rFonts w:cs="Times New Roman"/>
          <w:b/>
          <w:bCs/>
          <w:szCs w:val="24"/>
        </w:rPr>
        <w:t>Satului</w:t>
      </w:r>
      <w:proofErr w:type="spellEnd"/>
      <w:r>
        <w:rPr>
          <w:rFonts w:cs="Times New Roman"/>
          <w:b/>
          <w:bCs/>
          <w:szCs w:val="24"/>
        </w:rPr>
        <w:t xml:space="preserve"> </w:t>
      </w:r>
      <w:proofErr w:type="spellStart"/>
      <w:r>
        <w:rPr>
          <w:rFonts w:cs="Times New Roman"/>
          <w:b/>
          <w:bCs/>
          <w:szCs w:val="24"/>
        </w:rPr>
        <w:t>Mereni</w:t>
      </w:r>
      <w:proofErr w:type="spellEnd"/>
      <w:r w:rsidRPr="00693F1B">
        <w:rPr>
          <w:rFonts w:cs="Times New Roman"/>
          <w:szCs w:val="24"/>
        </w:rPr>
        <w:t xml:space="preserve">, care, </w:t>
      </w:r>
      <w:proofErr w:type="spellStart"/>
      <w:r w:rsidRPr="00693F1B">
        <w:rPr>
          <w:rFonts w:cs="Times New Roman"/>
          <w:szCs w:val="24"/>
        </w:rPr>
        <w:t>singură</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împreună</w:t>
      </w:r>
      <w:proofErr w:type="spellEnd"/>
      <w:r w:rsidRPr="00693F1B">
        <w:rPr>
          <w:rFonts w:cs="Times New Roman"/>
          <w:szCs w:val="24"/>
        </w:rPr>
        <w:t xml:space="preserve"> cu </w:t>
      </w:r>
      <w:proofErr w:type="spellStart"/>
      <w:r w:rsidRPr="00693F1B">
        <w:rPr>
          <w:rFonts w:cs="Times New Roman"/>
          <w:szCs w:val="24"/>
        </w:rPr>
        <w:t>altele</w:t>
      </w:r>
      <w:proofErr w:type="spellEnd"/>
      <w:r w:rsidRPr="00693F1B">
        <w:rPr>
          <w:rFonts w:cs="Times New Roman"/>
          <w:szCs w:val="24"/>
        </w:rPr>
        <w:t xml:space="preserve">, </w:t>
      </w:r>
      <w:proofErr w:type="spellStart"/>
      <w:r w:rsidRPr="00693F1B">
        <w:rPr>
          <w:rFonts w:cs="Times New Roman"/>
          <w:szCs w:val="24"/>
        </w:rPr>
        <w:t>stabilește</w:t>
      </w:r>
      <w:proofErr w:type="spellEnd"/>
      <w:r w:rsidRPr="00693F1B">
        <w:rPr>
          <w:rFonts w:cs="Times New Roman"/>
          <w:szCs w:val="24"/>
        </w:rPr>
        <w:t xml:space="preserve"> </w:t>
      </w:r>
      <w:proofErr w:type="spellStart"/>
      <w:r w:rsidRPr="00693F1B">
        <w:rPr>
          <w:rFonts w:cs="Times New Roman"/>
          <w:szCs w:val="24"/>
        </w:rPr>
        <w:t>scopurile</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mijloacele</w:t>
      </w:r>
      <w:proofErr w:type="spellEnd"/>
      <w:r w:rsidRPr="00693F1B">
        <w:rPr>
          <w:rFonts w:cs="Times New Roman"/>
          <w:szCs w:val="24"/>
        </w:rPr>
        <w:t xml:space="preserve"> de </w:t>
      </w:r>
      <w:proofErr w:type="spellStart"/>
      <w:r w:rsidRPr="00693F1B">
        <w:rPr>
          <w:rFonts w:cs="Times New Roman"/>
          <w:szCs w:val="24"/>
        </w:rPr>
        <w:t>prelucrare</w:t>
      </w:r>
      <w:proofErr w:type="spellEnd"/>
      <w:r w:rsidRPr="00693F1B">
        <w:rPr>
          <w:rFonts w:cs="Times New Roman"/>
          <w:szCs w:val="24"/>
        </w:rPr>
        <w:t xml:space="preserve"> a </w:t>
      </w:r>
      <w:proofErr w:type="spellStart"/>
      <w:r w:rsidRPr="00693F1B">
        <w:rPr>
          <w:rFonts w:cs="Times New Roman"/>
          <w:szCs w:val="24"/>
        </w:rPr>
        <w:t>datelor</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conformitate</w:t>
      </w:r>
      <w:proofErr w:type="spellEnd"/>
      <w:r w:rsidRPr="00693F1B">
        <w:rPr>
          <w:rFonts w:cs="Times New Roman"/>
          <w:szCs w:val="24"/>
        </w:rPr>
        <w:t xml:space="preserve"> cu </w:t>
      </w:r>
      <w:proofErr w:type="spellStart"/>
      <w:r w:rsidRPr="00693F1B">
        <w:rPr>
          <w:rFonts w:cs="Times New Roman"/>
          <w:szCs w:val="24"/>
        </w:rPr>
        <w:t>dreptul</w:t>
      </w:r>
      <w:proofErr w:type="spellEnd"/>
      <w:r w:rsidRPr="00693F1B">
        <w:rPr>
          <w:rFonts w:cs="Times New Roman"/>
          <w:szCs w:val="24"/>
        </w:rPr>
        <w:t xml:space="preserve"> </w:t>
      </w:r>
      <w:proofErr w:type="spellStart"/>
      <w:r w:rsidRPr="00693F1B">
        <w:rPr>
          <w:rFonts w:cs="Times New Roman"/>
          <w:szCs w:val="24"/>
        </w:rPr>
        <w:t>național</w:t>
      </w:r>
      <w:proofErr w:type="spellEnd"/>
      <w:r w:rsidRPr="00693F1B">
        <w:rPr>
          <w:rFonts w:cs="Times New Roman"/>
          <w:szCs w:val="24"/>
        </w:rPr>
        <w:t>;</w:t>
      </w:r>
    </w:p>
    <w:p w14:paraId="3F6E8290" w14:textId="77777777" w:rsidR="006D4E92" w:rsidRPr="00693F1B" w:rsidRDefault="00000000">
      <w:pPr>
        <w:numPr>
          <w:ilvl w:val="0"/>
          <w:numId w:val="7"/>
        </w:numPr>
        <w:jc w:val="both"/>
        <w:rPr>
          <w:rFonts w:cs="Times New Roman"/>
          <w:szCs w:val="24"/>
        </w:rPr>
      </w:pPr>
      <w:r w:rsidRPr="00693F1B">
        <w:rPr>
          <w:rFonts w:cs="Times New Roman"/>
          <w:b/>
          <w:bCs/>
          <w:szCs w:val="24"/>
        </w:rPr>
        <w:t>„</w:t>
      </w:r>
      <w:proofErr w:type="spellStart"/>
      <w:r w:rsidRPr="00693F1B">
        <w:rPr>
          <w:rFonts w:cs="Times New Roman"/>
          <w:b/>
          <w:bCs/>
          <w:szCs w:val="24"/>
        </w:rPr>
        <w:t>persoană</w:t>
      </w:r>
      <w:proofErr w:type="spellEnd"/>
      <w:r w:rsidRPr="00693F1B">
        <w:rPr>
          <w:rFonts w:cs="Times New Roman"/>
          <w:b/>
          <w:bCs/>
          <w:szCs w:val="24"/>
        </w:rPr>
        <w:t xml:space="preserve"> </w:t>
      </w:r>
      <w:proofErr w:type="spellStart"/>
      <w:r w:rsidRPr="00693F1B">
        <w:rPr>
          <w:rFonts w:cs="Times New Roman"/>
          <w:b/>
          <w:bCs/>
          <w:szCs w:val="24"/>
        </w:rPr>
        <w:t>împuternicită</w:t>
      </w:r>
      <w:proofErr w:type="spellEnd"/>
      <w:r w:rsidRPr="00693F1B">
        <w:rPr>
          <w:rFonts w:cs="Times New Roman"/>
          <w:b/>
          <w:bCs/>
          <w:szCs w:val="24"/>
        </w:rPr>
        <w:t xml:space="preserve"> de operator”</w:t>
      </w:r>
      <w:r w:rsidRPr="00693F1B">
        <w:rPr>
          <w:rFonts w:cs="Times New Roman"/>
          <w:szCs w:val="24"/>
        </w:rPr>
        <w:t xml:space="preserve"> - </w:t>
      </w:r>
      <w:proofErr w:type="spellStart"/>
      <w:r w:rsidRPr="00693F1B">
        <w:rPr>
          <w:rFonts w:cs="Times New Roman"/>
          <w:szCs w:val="24"/>
        </w:rPr>
        <w:t>înseamnă</w:t>
      </w:r>
      <w:proofErr w:type="spellEnd"/>
      <w:r w:rsidRPr="00693F1B">
        <w:rPr>
          <w:rFonts w:cs="Times New Roman"/>
          <w:szCs w:val="24"/>
        </w:rPr>
        <w:t xml:space="preserve"> </w:t>
      </w:r>
      <w:proofErr w:type="spellStart"/>
      <w:r w:rsidRPr="00693F1B">
        <w:rPr>
          <w:rFonts w:cs="Times New Roman"/>
          <w:szCs w:val="24"/>
        </w:rPr>
        <w:t>persoana</w:t>
      </w:r>
      <w:proofErr w:type="spellEnd"/>
      <w:r w:rsidRPr="00693F1B">
        <w:rPr>
          <w:rFonts w:cs="Times New Roman"/>
          <w:szCs w:val="24"/>
        </w:rPr>
        <w:t xml:space="preserve"> </w:t>
      </w:r>
      <w:proofErr w:type="spellStart"/>
      <w:r w:rsidRPr="00693F1B">
        <w:rPr>
          <w:rFonts w:cs="Times New Roman"/>
          <w:szCs w:val="24"/>
        </w:rPr>
        <w:t>fizică</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juridică</w:t>
      </w:r>
      <w:proofErr w:type="spellEnd"/>
      <w:r w:rsidRPr="00693F1B">
        <w:rPr>
          <w:rFonts w:cs="Times New Roman"/>
          <w:szCs w:val="24"/>
        </w:rPr>
        <w:t xml:space="preserve">, </w:t>
      </w:r>
      <w:proofErr w:type="spellStart"/>
      <w:r w:rsidRPr="00693F1B">
        <w:rPr>
          <w:rFonts w:cs="Times New Roman"/>
          <w:szCs w:val="24"/>
        </w:rPr>
        <w:t>autoritatea</w:t>
      </w:r>
      <w:proofErr w:type="spellEnd"/>
      <w:r w:rsidRPr="00693F1B">
        <w:rPr>
          <w:rFonts w:cs="Times New Roman"/>
          <w:szCs w:val="24"/>
        </w:rPr>
        <w:t xml:space="preserve"> </w:t>
      </w:r>
      <w:proofErr w:type="spellStart"/>
      <w:r w:rsidRPr="00693F1B">
        <w:rPr>
          <w:rFonts w:cs="Times New Roman"/>
          <w:szCs w:val="24"/>
        </w:rPr>
        <w:t>publică</w:t>
      </w:r>
      <w:proofErr w:type="spellEnd"/>
      <w:r w:rsidRPr="00693F1B">
        <w:rPr>
          <w:rFonts w:cs="Times New Roman"/>
          <w:szCs w:val="24"/>
        </w:rPr>
        <w:t xml:space="preserve">, </w:t>
      </w:r>
      <w:proofErr w:type="spellStart"/>
      <w:r w:rsidRPr="00693F1B">
        <w:rPr>
          <w:rFonts w:cs="Times New Roman"/>
          <w:szCs w:val="24"/>
        </w:rPr>
        <w:t>agenția</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alt organism care </w:t>
      </w:r>
      <w:proofErr w:type="spellStart"/>
      <w:r w:rsidRPr="00693F1B">
        <w:rPr>
          <w:rFonts w:cs="Times New Roman"/>
          <w:szCs w:val="24"/>
        </w:rPr>
        <w:t>prelucrează</w:t>
      </w:r>
      <w:proofErr w:type="spellEnd"/>
      <w:r w:rsidRPr="00693F1B">
        <w:rPr>
          <w:rFonts w:cs="Times New Roman"/>
          <w:szCs w:val="24"/>
        </w:rPr>
        <w:t xml:space="preserve"> </w:t>
      </w:r>
      <w:proofErr w:type="spellStart"/>
      <w:r w:rsidRPr="00693F1B">
        <w:rPr>
          <w:rFonts w:cs="Times New Roman"/>
          <w:szCs w:val="24"/>
        </w:rPr>
        <w:t>datele</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numele</w:t>
      </w:r>
      <w:proofErr w:type="spellEnd"/>
      <w:r w:rsidRPr="00693F1B">
        <w:rPr>
          <w:rFonts w:cs="Times New Roman"/>
          <w:szCs w:val="24"/>
        </w:rPr>
        <w:t xml:space="preserve"> </w:t>
      </w:r>
      <w:proofErr w:type="spellStart"/>
      <w:r w:rsidRPr="00693F1B">
        <w:rPr>
          <w:rFonts w:cs="Times New Roman"/>
          <w:szCs w:val="24"/>
        </w:rPr>
        <w:t>operatorului</w:t>
      </w:r>
      <w:proofErr w:type="spellEnd"/>
      <w:r w:rsidRPr="00693F1B">
        <w:rPr>
          <w:rFonts w:cs="Times New Roman"/>
          <w:szCs w:val="24"/>
        </w:rPr>
        <w:t xml:space="preserve"> </w:t>
      </w:r>
      <w:proofErr w:type="spellStart"/>
      <w:r w:rsidRPr="00693F1B">
        <w:rPr>
          <w:rFonts w:cs="Times New Roman"/>
          <w:b/>
          <w:bCs/>
          <w:szCs w:val="24"/>
        </w:rPr>
        <w:t>Primăria</w:t>
      </w:r>
      <w:proofErr w:type="spellEnd"/>
      <w:r w:rsidRPr="00693F1B">
        <w:rPr>
          <w:rFonts w:cs="Times New Roman"/>
          <w:b/>
          <w:bCs/>
          <w:szCs w:val="24"/>
        </w:rPr>
        <w:t xml:space="preserve"> </w:t>
      </w:r>
      <w:proofErr w:type="spellStart"/>
      <w:r>
        <w:rPr>
          <w:rFonts w:cs="Times New Roman"/>
          <w:b/>
          <w:bCs/>
          <w:szCs w:val="24"/>
        </w:rPr>
        <w:t>Satului</w:t>
      </w:r>
      <w:proofErr w:type="spellEnd"/>
      <w:r>
        <w:rPr>
          <w:rFonts w:cs="Times New Roman"/>
          <w:b/>
          <w:bCs/>
          <w:szCs w:val="24"/>
        </w:rPr>
        <w:t xml:space="preserve"> </w:t>
      </w:r>
      <w:proofErr w:type="spellStart"/>
      <w:r>
        <w:rPr>
          <w:rFonts w:cs="Times New Roman"/>
          <w:b/>
          <w:bCs/>
          <w:szCs w:val="24"/>
        </w:rPr>
        <w:t>Mereni</w:t>
      </w:r>
      <w:proofErr w:type="spellEnd"/>
      <w:r w:rsidRPr="00693F1B">
        <w:rPr>
          <w:rFonts w:cs="Times New Roman"/>
          <w:szCs w:val="24"/>
        </w:rPr>
        <w:t>;</w:t>
      </w:r>
    </w:p>
    <w:p w14:paraId="0D9392CD" w14:textId="77777777" w:rsidR="006D4E92" w:rsidRPr="00693F1B" w:rsidRDefault="00000000">
      <w:pPr>
        <w:numPr>
          <w:ilvl w:val="0"/>
          <w:numId w:val="7"/>
        </w:numPr>
        <w:jc w:val="both"/>
        <w:rPr>
          <w:rFonts w:cs="Times New Roman"/>
          <w:szCs w:val="24"/>
        </w:rPr>
      </w:pPr>
      <w:r w:rsidRPr="00693F1B">
        <w:rPr>
          <w:rFonts w:cs="Times New Roman"/>
          <w:b/>
          <w:bCs/>
          <w:szCs w:val="24"/>
        </w:rPr>
        <w:t>„</w:t>
      </w:r>
      <w:proofErr w:type="spellStart"/>
      <w:r w:rsidRPr="00693F1B">
        <w:rPr>
          <w:rFonts w:cs="Times New Roman"/>
          <w:b/>
          <w:bCs/>
          <w:szCs w:val="24"/>
        </w:rPr>
        <w:t>destinatar</w:t>
      </w:r>
      <w:proofErr w:type="spellEnd"/>
      <w:r w:rsidRPr="00693F1B">
        <w:rPr>
          <w:rFonts w:cs="Times New Roman"/>
          <w:b/>
          <w:bCs/>
          <w:szCs w:val="24"/>
        </w:rPr>
        <w:t>”</w:t>
      </w:r>
      <w:r w:rsidRPr="00693F1B">
        <w:rPr>
          <w:rFonts w:cs="Times New Roman"/>
          <w:szCs w:val="24"/>
        </w:rPr>
        <w:t xml:space="preserve"> - </w:t>
      </w:r>
      <w:proofErr w:type="spellStart"/>
      <w:r w:rsidRPr="00693F1B">
        <w:rPr>
          <w:rFonts w:cs="Times New Roman"/>
          <w:szCs w:val="24"/>
        </w:rPr>
        <w:t>înseamnă</w:t>
      </w:r>
      <w:proofErr w:type="spellEnd"/>
      <w:r w:rsidRPr="00693F1B">
        <w:rPr>
          <w:rFonts w:cs="Times New Roman"/>
          <w:szCs w:val="24"/>
        </w:rPr>
        <w:t xml:space="preserve"> </w:t>
      </w:r>
      <w:proofErr w:type="spellStart"/>
      <w:r w:rsidRPr="00693F1B">
        <w:rPr>
          <w:rFonts w:cs="Times New Roman"/>
          <w:szCs w:val="24"/>
        </w:rPr>
        <w:t>persoana</w:t>
      </w:r>
      <w:proofErr w:type="spellEnd"/>
      <w:r w:rsidRPr="00693F1B">
        <w:rPr>
          <w:rFonts w:cs="Times New Roman"/>
          <w:szCs w:val="24"/>
        </w:rPr>
        <w:t xml:space="preserve"> </w:t>
      </w:r>
      <w:proofErr w:type="spellStart"/>
      <w:r w:rsidRPr="00693F1B">
        <w:rPr>
          <w:rFonts w:cs="Times New Roman"/>
          <w:szCs w:val="24"/>
        </w:rPr>
        <w:t>fizică</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juridică</w:t>
      </w:r>
      <w:proofErr w:type="spellEnd"/>
      <w:r w:rsidRPr="00693F1B">
        <w:rPr>
          <w:rFonts w:cs="Times New Roman"/>
          <w:szCs w:val="24"/>
        </w:rPr>
        <w:t xml:space="preserve">, </w:t>
      </w:r>
      <w:proofErr w:type="spellStart"/>
      <w:r w:rsidRPr="00693F1B">
        <w:rPr>
          <w:rFonts w:cs="Times New Roman"/>
          <w:szCs w:val="24"/>
        </w:rPr>
        <w:t>autoritatea</w:t>
      </w:r>
      <w:proofErr w:type="spellEnd"/>
      <w:r w:rsidRPr="00693F1B">
        <w:rPr>
          <w:rFonts w:cs="Times New Roman"/>
          <w:szCs w:val="24"/>
        </w:rPr>
        <w:t xml:space="preserve"> </w:t>
      </w:r>
      <w:proofErr w:type="spellStart"/>
      <w:r w:rsidRPr="00693F1B">
        <w:rPr>
          <w:rFonts w:cs="Times New Roman"/>
          <w:szCs w:val="24"/>
        </w:rPr>
        <w:t>publică</w:t>
      </w:r>
      <w:proofErr w:type="spellEnd"/>
      <w:r w:rsidRPr="00693F1B">
        <w:rPr>
          <w:rFonts w:cs="Times New Roman"/>
          <w:szCs w:val="24"/>
        </w:rPr>
        <w:t xml:space="preserve">, </w:t>
      </w:r>
      <w:proofErr w:type="spellStart"/>
      <w:r w:rsidRPr="00693F1B">
        <w:rPr>
          <w:rFonts w:cs="Times New Roman"/>
          <w:szCs w:val="24"/>
        </w:rPr>
        <w:t>agenția</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alt organism </w:t>
      </w:r>
      <w:proofErr w:type="spellStart"/>
      <w:r w:rsidRPr="00693F1B">
        <w:rPr>
          <w:rFonts w:cs="Times New Roman"/>
          <w:szCs w:val="24"/>
        </w:rPr>
        <w:t>căreia</w:t>
      </w:r>
      <w:proofErr w:type="spellEnd"/>
      <w:r w:rsidRPr="00693F1B">
        <w:rPr>
          <w:rFonts w:cs="Times New Roman"/>
          <w:szCs w:val="24"/>
        </w:rPr>
        <w:t xml:space="preserve"> (</w:t>
      </w:r>
      <w:proofErr w:type="spellStart"/>
      <w:r w:rsidRPr="00693F1B">
        <w:rPr>
          <w:rFonts w:cs="Times New Roman"/>
          <w:szCs w:val="24"/>
        </w:rPr>
        <w:t>căruia</w:t>
      </w:r>
      <w:proofErr w:type="spellEnd"/>
      <w:r w:rsidRPr="00693F1B">
        <w:rPr>
          <w:rFonts w:cs="Times New Roman"/>
          <w:szCs w:val="24"/>
        </w:rPr>
        <w:t xml:space="preserve">) </w:t>
      </w:r>
      <w:proofErr w:type="spellStart"/>
      <w:r w:rsidRPr="00693F1B">
        <w:rPr>
          <w:rFonts w:cs="Times New Roman"/>
          <w:szCs w:val="24"/>
        </w:rPr>
        <w:t>îi</w:t>
      </w:r>
      <w:proofErr w:type="spellEnd"/>
      <w:r w:rsidRPr="00693F1B">
        <w:rPr>
          <w:rFonts w:cs="Times New Roman"/>
          <w:szCs w:val="24"/>
        </w:rPr>
        <w:t xml:space="preserve"> sunt divulgate </w:t>
      </w:r>
      <w:proofErr w:type="spellStart"/>
      <w:r w:rsidRPr="00693F1B">
        <w:rPr>
          <w:rFonts w:cs="Times New Roman"/>
          <w:szCs w:val="24"/>
        </w:rPr>
        <w:t>datele</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 </w:t>
      </w:r>
      <w:proofErr w:type="spellStart"/>
      <w:r w:rsidRPr="00693F1B">
        <w:rPr>
          <w:rFonts w:cs="Times New Roman"/>
          <w:szCs w:val="24"/>
        </w:rPr>
        <w:t>indiferent</w:t>
      </w:r>
      <w:proofErr w:type="spellEnd"/>
      <w:r w:rsidRPr="00693F1B">
        <w:rPr>
          <w:rFonts w:cs="Times New Roman"/>
          <w:szCs w:val="24"/>
        </w:rPr>
        <w:t xml:space="preserve"> </w:t>
      </w:r>
      <w:proofErr w:type="spellStart"/>
      <w:r w:rsidRPr="00693F1B">
        <w:rPr>
          <w:rFonts w:cs="Times New Roman"/>
          <w:szCs w:val="24"/>
        </w:rPr>
        <w:t>dacă</w:t>
      </w:r>
      <w:proofErr w:type="spellEnd"/>
      <w:r w:rsidRPr="00693F1B">
        <w:rPr>
          <w:rFonts w:cs="Times New Roman"/>
          <w:szCs w:val="24"/>
        </w:rPr>
        <w:t xml:space="preserve"> </w:t>
      </w:r>
      <w:proofErr w:type="spellStart"/>
      <w:r w:rsidRPr="00693F1B">
        <w:rPr>
          <w:rFonts w:cs="Times New Roman"/>
          <w:szCs w:val="24"/>
        </w:rPr>
        <w:t>este</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nu o </w:t>
      </w:r>
      <w:proofErr w:type="spellStart"/>
      <w:r w:rsidRPr="00693F1B">
        <w:rPr>
          <w:rFonts w:cs="Times New Roman"/>
          <w:szCs w:val="24"/>
        </w:rPr>
        <w:t>parte</w:t>
      </w:r>
      <w:proofErr w:type="spellEnd"/>
      <w:r w:rsidRPr="00693F1B">
        <w:rPr>
          <w:rFonts w:cs="Times New Roman"/>
          <w:szCs w:val="24"/>
        </w:rPr>
        <w:t xml:space="preserve"> </w:t>
      </w:r>
      <w:proofErr w:type="spellStart"/>
      <w:r w:rsidRPr="00693F1B">
        <w:rPr>
          <w:rFonts w:cs="Times New Roman"/>
          <w:szCs w:val="24"/>
        </w:rPr>
        <w:t>terță</w:t>
      </w:r>
      <w:proofErr w:type="spellEnd"/>
      <w:r w:rsidRPr="00693F1B">
        <w:rPr>
          <w:rFonts w:cs="Times New Roman"/>
          <w:szCs w:val="24"/>
        </w:rPr>
        <w:t xml:space="preserve">. Cu </w:t>
      </w:r>
      <w:proofErr w:type="spellStart"/>
      <w:r w:rsidRPr="00693F1B">
        <w:rPr>
          <w:rFonts w:cs="Times New Roman"/>
          <w:szCs w:val="24"/>
        </w:rPr>
        <w:t>toate</w:t>
      </w:r>
      <w:proofErr w:type="spellEnd"/>
      <w:r w:rsidRPr="00693F1B">
        <w:rPr>
          <w:rFonts w:cs="Times New Roman"/>
          <w:szCs w:val="24"/>
        </w:rPr>
        <w:t xml:space="preserve"> </w:t>
      </w:r>
      <w:proofErr w:type="spellStart"/>
      <w:r w:rsidRPr="00693F1B">
        <w:rPr>
          <w:rFonts w:cs="Times New Roman"/>
          <w:szCs w:val="24"/>
        </w:rPr>
        <w:t>acestea</w:t>
      </w:r>
      <w:proofErr w:type="spellEnd"/>
      <w:r w:rsidRPr="00693F1B">
        <w:rPr>
          <w:rFonts w:cs="Times New Roman"/>
          <w:szCs w:val="24"/>
        </w:rPr>
        <w:t xml:space="preserve">, </w:t>
      </w:r>
      <w:proofErr w:type="spellStart"/>
      <w:r w:rsidRPr="00693F1B">
        <w:rPr>
          <w:rFonts w:cs="Times New Roman"/>
          <w:szCs w:val="24"/>
        </w:rPr>
        <w:t>autoritățile</w:t>
      </w:r>
      <w:proofErr w:type="spellEnd"/>
      <w:r w:rsidRPr="00693F1B">
        <w:rPr>
          <w:rFonts w:cs="Times New Roman"/>
          <w:szCs w:val="24"/>
        </w:rPr>
        <w:t xml:space="preserve"> </w:t>
      </w:r>
      <w:proofErr w:type="spellStart"/>
      <w:r w:rsidRPr="00693F1B">
        <w:rPr>
          <w:rFonts w:cs="Times New Roman"/>
          <w:szCs w:val="24"/>
        </w:rPr>
        <w:t>publice</w:t>
      </w:r>
      <w:proofErr w:type="spellEnd"/>
      <w:r w:rsidRPr="00693F1B">
        <w:rPr>
          <w:rFonts w:cs="Times New Roman"/>
          <w:szCs w:val="24"/>
        </w:rPr>
        <w:t xml:space="preserve"> </w:t>
      </w:r>
      <w:proofErr w:type="spellStart"/>
      <w:r w:rsidRPr="00693F1B">
        <w:rPr>
          <w:rFonts w:cs="Times New Roman"/>
          <w:szCs w:val="24"/>
        </w:rPr>
        <w:t>cărora</w:t>
      </w:r>
      <w:proofErr w:type="spellEnd"/>
      <w:r w:rsidRPr="00693F1B">
        <w:rPr>
          <w:rFonts w:cs="Times New Roman"/>
          <w:szCs w:val="24"/>
        </w:rPr>
        <w:t xml:space="preserve"> li se pot </w:t>
      </w:r>
      <w:proofErr w:type="spellStart"/>
      <w:r w:rsidRPr="00693F1B">
        <w:rPr>
          <w:rFonts w:cs="Times New Roman"/>
          <w:szCs w:val="24"/>
        </w:rPr>
        <w:t>comunica</w:t>
      </w:r>
      <w:proofErr w:type="spellEnd"/>
      <w:r w:rsidRPr="00693F1B">
        <w:rPr>
          <w:rFonts w:cs="Times New Roman"/>
          <w:szCs w:val="24"/>
        </w:rPr>
        <w:t xml:space="preserve"> date cu </w:t>
      </w:r>
      <w:proofErr w:type="spellStart"/>
      <w:r w:rsidRPr="00693F1B">
        <w:rPr>
          <w:rFonts w:cs="Times New Roman"/>
          <w:szCs w:val="24"/>
        </w:rPr>
        <w:t>caracter</w:t>
      </w:r>
      <w:proofErr w:type="spellEnd"/>
      <w:r w:rsidRPr="00693F1B">
        <w:rPr>
          <w:rFonts w:cs="Times New Roman"/>
          <w:szCs w:val="24"/>
        </w:rPr>
        <w:t xml:space="preserve"> personal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cadrul</w:t>
      </w:r>
      <w:proofErr w:type="spellEnd"/>
      <w:r w:rsidRPr="00693F1B">
        <w:rPr>
          <w:rFonts w:cs="Times New Roman"/>
          <w:szCs w:val="24"/>
        </w:rPr>
        <w:t xml:space="preserve"> </w:t>
      </w:r>
      <w:proofErr w:type="spellStart"/>
      <w:r w:rsidRPr="00693F1B">
        <w:rPr>
          <w:rFonts w:cs="Times New Roman"/>
          <w:szCs w:val="24"/>
        </w:rPr>
        <w:t>unei</w:t>
      </w:r>
      <w:proofErr w:type="spellEnd"/>
      <w:r w:rsidRPr="00693F1B">
        <w:rPr>
          <w:rFonts w:cs="Times New Roman"/>
          <w:szCs w:val="24"/>
        </w:rPr>
        <w:t xml:space="preserve"> </w:t>
      </w:r>
      <w:proofErr w:type="spellStart"/>
      <w:r w:rsidRPr="00693F1B">
        <w:rPr>
          <w:rFonts w:cs="Times New Roman"/>
          <w:szCs w:val="24"/>
        </w:rPr>
        <w:t>anumite</w:t>
      </w:r>
      <w:proofErr w:type="spellEnd"/>
      <w:r w:rsidRPr="00693F1B">
        <w:rPr>
          <w:rFonts w:cs="Times New Roman"/>
          <w:szCs w:val="24"/>
        </w:rPr>
        <w:t xml:space="preserve"> </w:t>
      </w:r>
      <w:proofErr w:type="spellStart"/>
      <w:r w:rsidRPr="00693F1B">
        <w:rPr>
          <w:rFonts w:cs="Times New Roman"/>
          <w:szCs w:val="24"/>
        </w:rPr>
        <w:t>anchete</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conformitate</w:t>
      </w:r>
      <w:proofErr w:type="spellEnd"/>
      <w:r w:rsidRPr="00693F1B">
        <w:rPr>
          <w:rFonts w:cs="Times New Roman"/>
          <w:szCs w:val="24"/>
        </w:rPr>
        <w:t xml:space="preserve"> cu </w:t>
      </w:r>
      <w:proofErr w:type="spellStart"/>
      <w:r w:rsidRPr="00693F1B">
        <w:rPr>
          <w:rFonts w:cs="Times New Roman"/>
          <w:szCs w:val="24"/>
        </w:rPr>
        <w:t>legislația</w:t>
      </w:r>
      <w:proofErr w:type="spellEnd"/>
      <w:r w:rsidRPr="00693F1B">
        <w:rPr>
          <w:rFonts w:cs="Times New Roman"/>
          <w:szCs w:val="24"/>
        </w:rPr>
        <w:t xml:space="preserve"> </w:t>
      </w:r>
      <w:proofErr w:type="spellStart"/>
      <w:r w:rsidRPr="00693F1B">
        <w:rPr>
          <w:rFonts w:cs="Times New Roman"/>
          <w:szCs w:val="24"/>
        </w:rPr>
        <w:t>națională</w:t>
      </w:r>
      <w:proofErr w:type="spellEnd"/>
      <w:r w:rsidRPr="00693F1B">
        <w:rPr>
          <w:rFonts w:cs="Times New Roman"/>
          <w:szCs w:val="24"/>
        </w:rPr>
        <w:t xml:space="preserve"> nu sunt considerate </w:t>
      </w:r>
      <w:proofErr w:type="spellStart"/>
      <w:r w:rsidRPr="00693F1B">
        <w:rPr>
          <w:rFonts w:cs="Times New Roman"/>
          <w:szCs w:val="24"/>
        </w:rPr>
        <w:t>destinatari</w:t>
      </w:r>
      <w:proofErr w:type="spellEnd"/>
      <w:r w:rsidRPr="00693F1B">
        <w:rPr>
          <w:rFonts w:cs="Times New Roman"/>
          <w:szCs w:val="24"/>
        </w:rPr>
        <w:t>;</w:t>
      </w:r>
    </w:p>
    <w:p w14:paraId="717376B2" w14:textId="77777777" w:rsidR="006D4E92" w:rsidRPr="00693F1B" w:rsidRDefault="00000000">
      <w:pPr>
        <w:numPr>
          <w:ilvl w:val="0"/>
          <w:numId w:val="7"/>
        </w:numPr>
        <w:jc w:val="both"/>
        <w:rPr>
          <w:rFonts w:cs="Times New Roman"/>
          <w:szCs w:val="24"/>
        </w:rPr>
      </w:pPr>
      <w:r w:rsidRPr="00693F1B">
        <w:rPr>
          <w:rFonts w:cs="Times New Roman"/>
          <w:b/>
          <w:bCs/>
          <w:szCs w:val="24"/>
        </w:rPr>
        <w:lastRenderedPageBreak/>
        <w:t>„</w:t>
      </w:r>
      <w:proofErr w:type="spellStart"/>
      <w:proofErr w:type="gramStart"/>
      <w:r w:rsidRPr="00693F1B">
        <w:rPr>
          <w:rFonts w:cs="Times New Roman"/>
          <w:b/>
          <w:bCs/>
          <w:szCs w:val="24"/>
        </w:rPr>
        <w:t>parte</w:t>
      </w:r>
      <w:proofErr w:type="spellEnd"/>
      <w:proofErr w:type="gramEnd"/>
      <w:r w:rsidRPr="00693F1B">
        <w:rPr>
          <w:rFonts w:cs="Times New Roman"/>
          <w:b/>
          <w:bCs/>
          <w:szCs w:val="24"/>
        </w:rPr>
        <w:t xml:space="preserve"> </w:t>
      </w:r>
      <w:proofErr w:type="spellStart"/>
      <w:r w:rsidRPr="00693F1B">
        <w:rPr>
          <w:rFonts w:cs="Times New Roman"/>
          <w:b/>
          <w:bCs/>
          <w:szCs w:val="24"/>
        </w:rPr>
        <w:t>terță</w:t>
      </w:r>
      <w:proofErr w:type="spellEnd"/>
      <w:r w:rsidRPr="00693F1B">
        <w:rPr>
          <w:rFonts w:cs="Times New Roman"/>
          <w:b/>
          <w:bCs/>
          <w:szCs w:val="24"/>
        </w:rPr>
        <w:t>”</w:t>
      </w:r>
      <w:r w:rsidRPr="00693F1B">
        <w:rPr>
          <w:rFonts w:cs="Times New Roman"/>
          <w:szCs w:val="24"/>
        </w:rPr>
        <w:t xml:space="preserve"> - </w:t>
      </w:r>
      <w:proofErr w:type="spellStart"/>
      <w:r w:rsidRPr="00693F1B">
        <w:rPr>
          <w:rFonts w:cs="Times New Roman"/>
          <w:szCs w:val="24"/>
        </w:rPr>
        <w:t>înseamnă</w:t>
      </w:r>
      <w:proofErr w:type="spellEnd"/>
      <w:r w:rsidRPr="00693F1B">
        <w:rPr>
          <w:rFonts w:cs="Times New Roman"/>
          <w:szCs w:val="24"/>
        </w:rPr>
        <w:t xml:space="preserve"> o </w:t>
      </w:r>
      <w:proofErr w:type="spellStart"/>
      <w:r w:rsidRPr="00693F1B">
        <w:rPr>
          <w:rFonts w:cs="Times New Roman"/>
          <w:szCs w:val="24"/>
        </w:rPr>
        <w:t>persoană</w:t>
      </w:r>
      <w:proofErr w:type="spellEnd"/>
      <w:r w:rsidRPr="00693F1B">
        <w:rPr>
          <w:rFonts w:cs="Times New Roman"/>
          <w:szCs w:val="24"/>
        </w:rPr>
        <w:t xml:space="preserve"> </w:t>
      </w:r>
      <w:proofErr w:type="spellStart"/>
      <w:r w:rsidRPr="00693F1B">
        <w:rPr>
          <w:rFonts w:cs="Times New Roman"/>
          <w:szCs w:val="24"/>
        </w:rPr>
        <w:t>fizică</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juridică</w:t>
      </w:r>
      <w:proofErr w:type="spellEnd"/>
      <w:r w:rsidRPr="00693F1B">
        <w:rPr>
          <w:rFonts w:cs="Times New Roman"/>
          <w:szCs w:val="24"/>
        </w:rPr>
        <w:t xml:space="preserve">, </w:t>
      </w:r>
      <w:proofErr w:type="spellStart"/>
      <w:r w:rsidRPr="00693F1B">
        <w:rPr>
          <w:rFonts w:cs="Times New Roman"/>
          <w:szCs w:val="24"/>
        </w:rPr>
        <w:t>autoritate</w:t>
      </w:r>
      <w:proofErr w:type="spellEnd"/>
      <w:r w:rsidRPr="00693F1B">
        <w:rPr>
          <w:rFonts w:cs="Times New Roman"/>
          <w:szCs w:val="24"/>
        </w:rPr>
        <w:t xml:space="preserve"> </w:t>
      </w:r>
      <w:proofErr w:type="spellStart"/>
      <w:r w:rsidRPr="00693F1B">
        <w:rPr>
          <w:rFonts w:cs="Times New Roman"/>
          <w:szCs w:val="24"/>
        </w:rPr>
        <w:t>publică</w:t>
      </w:r>
      <w:proofErr w:type="spellEnd"/>
      <w:r w:rsidRPr="00693F1B">
        <w:rPr>
          <w:rFonts w:cs="Times New Roman"/>
          <w:szCs w:val="24"/>
        </w:rPr>
        <w:t xml:space="preserve">, </w:t>
      </w:r>
      <w:proofErr w:type="spellStart"/>
      <w:r w:rsidRPr="00693F1B">
        <w:rPr>
          <w:rFonts w:cs="Times New Roman"/>
          <w:szCs w:val="24"/>
        </w:rPr>
        <w:t>agenție</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organism </w:t>
      </w:r>
      <w:proofErr w:type="spellStart"/>
      <w:r w:rsidRPr="00693F1B">
        <w:rPr>
          <w:rFonts w:cs="Times New Roman"/>
          <w:szCs w:val="24"/>
        </w:rPr>
        <w:t>altul</w:t>
      </w:r>
      <w:proofErr w:type="spellEnd"/>
      <w:r w:rsidRPr="00693F1B">
        <w:rPr>
          <w:rFonts w:cs="Times New Roman"/>
          <w:szCs w:val="24"/>
        </w:rPr>
        <w:t xml:space="preserve"> </w:t>
      </w:r>
      <w:proofErr w:type="spellStart"/>
      <w:r w:rsidRPr="00693F1B">
        <w:rPr>
          <w:rFonts w:cs="Times New Roman"/>
          <w:szCs w:val="24"/>
        </w:rPr>
        <w:t>decât</w:t>
      </w:r>
      <w:proofErr w:type="spellEnd"/>
      <w:r w:rsidRPr="00693F1B">
        <w:rPr>
          <w:rFonts w:cs="Times New Roman"/>
          <w:szCs w:val="24"/>
        </w:rPr>
        <w:t xml:space="preserve"> </w:t>
      </w:r>
      <w:proofErr w:type="spellStart"/>
      <w:r w:rsidRPr="00693F1B">
        <w:rPr>
          <w:rFonts w:cs="Times New Roman"/>
          <w:szCs w:val="24"/>
        </w:rPr>
        <w:t>persoana</w:t>
      </w:r>
      <w:proofErr w:type="spellEnd"/>
      <w:r w:rsidRPr="00693F1B">
        <w:rPr>
          <w:rFonts w:cs="Times New Roman"/>
          <w:szCs w:val="24"/>
        </w:rPr>
        <w:t xml:space="preserve"> </w:t>
      </w:r>
      <w:proofErr w:type="spellStart"/>
      <w:r w:rsidRPr="00693F1B">
        <w:rPr>
          <w:rFonts w:cs="Times New Roman"/>
          <w:szCs w:val="24"/>
        </w:rPr>
        <w:t>vizată</w:t>
      </w:r>
      <w:proofErr w:type="spellEnd"/>
      <w:r w:rsidRPr="00693F1B">
        <w:rPr>
          <w:rFonts w:cs="Times New Roman"/>
          <w:szCs w:val="24"/>
        </w:rPr>
        <w:t xml:space="preserve">, </w:t>
      </w:r>
      <w:proofErr w:type="spellStart"/>
      <w:r w:rsidRPr="00693F1B">
        <w:rPr>
          <w:rFonts w:cs="Times New Roman"/>
          <w:szCs w:val="24"/>
        </w:rPr>
        <w:t>operatorul</w:t>
      </w:r>
      <w:proofErr w:type="spellEnd"/>
      <w:r w:rsidRPr="00693F1B">
        <w:rPr>
          <w:rFonts w:cs="Times New Roman"/>
          <w:szCs w:val="24"/>
        </w:rPr>
        <w:t xml:space="preserve"> (</w:t>
      </w:r>
      <w:proofErr w:type="spellStart"/>
      <w:r w:rsidRPr="00693F1B">
        <w:rPr>
          <w:rFonts w:cs="Times New Roman"/>
          <w:szCs w:val="24"/>
        </w:rPr>
        <w:t>Primăria</w:t>
      </w:r>
      <w:proofErr w:type="spellEnd"/>
      <w:r w:rsidRPr="00693F1B">
        <w:rPr>
          <w:rFonts w:cs="Times New Roman"/>
          <w:szCs w:val="24"/>
        </w:rPr>
        <w:t xml:space="preserve">), </w:t>
      </w:r>
      <w:proofErr w:type="spellStart"/>
      <w:r w:rsidRPr="00693F1B">
        <w:rPr>
          <w:rFonts w:cs="Times New Roman"/>
          <w:szCs w:val="24"/>
        </w:rPr>
        <w:t>persoana</w:t>
      </w:r>
      <w:proofErr w:type="spellEnd"/>
      <w:r w:rsidRPr="00693F1B">
        <w:rPr>
          <w:rFonts w:cs="Times New Roman"/>
          <w:szCs w:val="24"/>
        </w:rPr>
        <w:t xml:space="preserve"> </w:t>
      </w:r>
      <w:proofErr w:type="spellStart"/>
      <w:r w:rsidRPr="00693F1B">
        <w:rPr>
          <w:rFonts w:cs="Times New Roman"/>
          <w:szCs w:val="24"/>
        </w:rPr>
        <w:t>împuternicită</w:t>
      </w:r>
      <w:proofErr w:type="spellEnd"/>
      <w:r w:rsidRPr="00693F1B">
        <w:rPr>
          <w:rFonts w:cs="Times New Roman"/>
          <w:szCs w:val="24"/>
        </w:rPr>
        <w:t xml:space="preserve"> de operator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persoanele</w:t>
      </w:r>
      <w:proofErr w:type="spellEnd"/>
      <w:r w:rsidRPr="00693F1B">
        <w:rPr>
          <w:rFonts w:cs="Times New Roman"/>
          <w:szCs w:val="24"/>
        </w:rPr>
        <w:t xml:space="preserve"> care, sub </w:t>
      </w:r>
      <w:proofErr w:type="spellStart"/>
      <w:r w:rsidRPr="00693F1B">
        <w:rPr>
          <w:rFonts w:cs="Times New Roman"/>
          <w:szCs w:val="24"/>
        </w:rPr>
        <w:t>directa</w:t>
      </w:r>
      <w:proofErr w:type="spellEnd"/>
      <w:r w:rsidRPr="00693F1B">
        <w:rPr>
          <w:rFonts w:cs="Times New Roman"/>
          <w:szCs w:val="24"/>
        </w:rPr>
        <w:t xml:space="preserve"> </w:t>
      </w:r>
      <w:proofErr w:type="spellStart"/>
      <w:r w:rsidRPr="00693F1B">
        <w:rPr>
          <w:rFonts w:cs="Times New Roman"/>
          <w:szCs w:val="24"/>
        </w:rPr>
        <w:t>autoritate</w:t>
      </w:r>
      <w:proofErr w:type="spellEnd"/>
      <w:r w:rsidRPr="00693F1B">
        <w:rPr>
          <w:rFonts w:cs="Times New Roman"/>
          <w:szCs w:val="24"/>
        </w:rPr>
        <w:t xml:space="preserve"> </w:t>
      </w:r>
      <w:proofErr w:type="gramStart"/>
      <w:r w:rsidRPr="00693F1B">
        <w:rPr>
          <w:rFonts w:cs="Times New Roman"/>
          <w:szCs w:val="24"/>
        </w:rPr>
        <w:t>a</w:t>
      </w:r>
      <w:proofErr w:type="gramEnd"/>
      <w:r w:rsidRPr="00693F1B">
        <w:rPr>
          <w:rFonts w:cs="Times New Roman"/>
          <w:szCs w:val="24"/>
        </w:rPr>
        <w:t xml:space="preserve"> </w:t>
      </w:r>
      <w:proofErr w:type="spellStart"/>
      <w:r w:rsidRPr="00693F1B">
        <w:rPr>
          <w:rFonts w:cs="Times New Roman"/>
          <w:szCs w:val="24"/>
        </w:rPr>
        <w:t>operatorului</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a </w:t>
      </w:r>
      <w:proofErr w:type="spellStart"/>
      <w:r w:rsidRPr="00693F1B">
        <w:rPr>
          <w:rFonts w:cs="Times New Roman"/>
          <w:szCs w:val="24"/>
        </w:rPr>
        <w:t>persoanei</w:t>
      </w:r>
      <w:proofErr w:type="spellEnd"/>
      <w:r w:rsidRPr="00693F1B">
        <w:rPr>
          <w:rFonts w:cs="Times New Roman"/>
          <w:szCs w:val="24"/>
        </w:rPr>
        <w:t xml:space="preserve"> </w:t>
      </w:r>
      <w:proofErr w:type="spellStart"/>
      <w:r w:rsidRPr="00693F1B">
        <w:rPr>
          <w:rFonts w:cs="Times New Roman"/>
          <w:szCs w:val="24"/>
        </w:rPr>
        <w:t>împuternicite</w:t>
      </w:r>
      <w:proofErr w:type="spellEnd"/>
      <w:r w:rsidRPr="00693F1B">
        <w:rPr>
          <w:rFonts w:cs="Times New Roman"/>
          <w:szCs w:val="24"/>
        </w:rPr>
        <w:t xml:space="preserve"> de operator, sunt </w:t>
      </w:r>
      <w:proofErr w:type="spellStart"/>
      <w:r w:rsidRPr="00693F1B">
        <w:rPr>
          <w:rFonts w:cs="Times New Roman"/>
          <w:szCs w:val="24"/>
        </w:rPr>
        <w:t>autorizate</w:t>
      </w:r>
      <w:proofErr w:type="spellEnd"/>
      <w:r w:rsidRPr="00693F1B">
        <w:rPr>
          <w:rFonts w:cs="Times New Roman"/>
          <w:szCs w:val="24"/>
        </w:rPr>
        <w:t xml:space="preserve"> să </w:t>
      </w:r>
      <w:proofErr w:type="spellStart"/>
      <w:r w:rsidRPr="00693F1B">
        <w:rPr>
          <w:rFonts w:cs="Times New Roman"/>
          <w:szCs w:val="24"/>
        </w:rPr>
        <w:t>prelucreze</w:t>
      </w:r>
      <w:proofErr w:type="spellEnd"/>
      <w:r w:rsidRPr="00693F1B">
        <w:rPr>
          <w:rFonts w:cs="Times New Roman"/>
          <w:szCs w:val="24"/>
        </w:rPr>
        <w:t xml:space="preserve"> date cu </w:t>
      </w:r>
      <w:proofErr w:type="spellStart"/>
      <w:r w:rsidRPr="00693F1B">
        <w:rPr>
          <w:rFonts w:cs="Times New Roman"/>
          <w:szCs w:val="24"/>
        </w:rPr>
        <w:t>caracter</w:t>
      </w:r>
      <w:proofErr w:type="spellEnd"/>
      <w:r w:rsidRPr="00693F1B">
        <w:rPr>
          <w:rFonts w:cs="Times New Roman"/>
          <w:szCs w:val="24"/>
        </w:rPr>
        <w:t xml:space="preserve"> personal;</w:t>
      </w:r>
    </w:p>
    <w:p w14:paraId="759D7BA7" w14:textId="77777777" w:rsidR="006D4E92" w:rsidRPr="00693F1B" w:rsidRDefault="00000000">
      <w:pPr>
        <w:numPr>
          <w:ilvl w:val="0"/>
          <w:numId w:val="7"/>
        </w:numPr>
        <w:jc w:val="both"/>
        <w:rPr>
          <w:rFonts w:cs="Times New Roman"/>
          <w:szCs w:val="24"/>
        </w:rPr>
      </w:pPr>
      <w:r w:rsidRPr="00693F1B">
        <w:rPr>
          <w:rFonts w:cs="Times New Roman"/>
          <w:b/>
          <w:bCs/>
          <w:szCs w:val="24"/>
        </w:rPr>
        <w:t>„</w:t>
      </w:r>
      <w:proofErr w:type="spellStart"/>
      <w:r w:rsidRPr="00693F1B">
        <w:rPr>
          <w:rFonts w:cs="Times New Roman"/>
          <w:b/>
          <w:bCs/>
          <w:szCs w:val="24"/>
        </w:rPr>
        <w:t>consimțământ</w:t>
      </w:r>
      <w:proofErr w:type="spellEnd"/>
      <w:r w:rsidRPr="00693F1B">
        <w:rPr>
          <w:rFonts w:cs="Times New Roman"/>
          <w:b/>
          <w:bCs/>
          <w:szCs w:val="24"/>
        </w:rPr>
        <w:t>”</w:t>
      </w:r>
      <w:r w:rsidRPr="00693F1B">
        <w:rPr>
          <w:rFonts w:cs="Times New Roman"/>
          <w:szCs w:val="24"/>
        </w:rPr>
        <w:t xml:space="preserve"> - al </w:t>
      </w:r>
      <w:proofErr w:type="spellStart"/>
      <w:r w:rsidRPr="00693F1B">
        <w:rPr>
          <w:rFonts w:cs="Times New Roman"/>
          <w:szCs w:val="24"/>
        </w:rPr>
        <w:t>persoanei</w:t>
      </w:r>
      <w:proofErr w:type="spellEnd"/>
      <w:r w:rsidRPr="00693F1B">
        <w:rPr>
          <w:rFonts w:cs="Times New Roman"/>
          <w:szCs w:val="24"/>
        </w:rPr>
        <w:t xml:space="preserve"> </w:t>
      </w:r>
      <w:proofErr w:type="spellStart"/>
      <w:r w:rsidRPr="00693F1B">
        <w:rPr>
          <w:rFonts w:cs="Times New Roman"/>
          <w:szCs w:val="24"/>
        </w:rPr>
        <w:t>vizate</w:t>
      </w:r>
      <w:proofErr w:type="spellEnd"/>
      <w:r w:rsidRPr="00693F1B">
        <w:rPr>
          <w:rFonts w:cs="Times New Roman"/>
          <w:szCs w:val="24"/>
        </w:rPr>
        <w:t xml:space="preserve"> </w:t>
      </w:r>
      <w:proofErr w:type="spellStart"/>
      <w:r w:rsidRPr="00693F1B">
        <w:rPr>
          <w:rFonts w:cs="Times New Roman"/>
          <w:szCs w:val="24"/>
        </w:rPr>
        <w:t>înseamnă</w:t>
      </w:r>
      <w:proofErr w:type="spellEnd"/>
      <w:r w:rsidRPr="00693F1B">
        <w:rPr>
          <w:rFonts w:cs="Times New Roman"/>
          <w:szCs w:val="24"/>
        </w:rPr>
        <w:t xml:space="preserve"> </w:t>
      </w:r>
      <w:proofErr w:type="spellStart"/>
      <w:r w:rsidRPr="00693F1B">
        <w:rPr>
          <w:rFonts w:cs="Times New Roman"/>
          <w:szCs w:val="24"/>
        </w:rPr>
        <w:t>orice</w:t>
      </w:r>
      <w:proofErr w:type="spellEnd"/>
      <w:r w:rsidRPr="00693F1B">
        <w:rPr>
          <w:rFonts w:cs="Times New Roman"/>
          <w:szCs w:val="24"/>
        </w:rPr>
        <w:t xml:space="preserve"> </w:t>
      </w:r>
      <w:proofErr w:type="spellStart"/>
      <w:r w:rsidRPr="00693F1B">
        <w:rPr>
          <w:rFonts w:cs="Times New Roman"/>
          <w:szCs w:val="24"/>
        </w:rPr>
        <w:t>manifestare</w:t>
      </w:r>
      <w:proofErr w:type="spellEnd"/>
      <w:r w:rsidRPr="00693F1B">
        <w:rPr>
          <w:rFonts w:cs="Times New Roman"/>
          <w:szCs w:val="24"/>
        </w:rPr>
        <w:t xml:space="preserve"> de </w:t>
      </w:r>
      <w:proofErr w:type="spellStart"/>
      <w:r w:rsidRPr="00693F1B">
        <w:rPr>
          <w:rFonts w:cs="Times New Roman"/>
          <w:szCs w:val="24"/>
        </w:rPr>
        <w:t>voință</w:t>
      </w:r>
      <w:proofErr w:type="spellEnd"/>
      <w:r w:rsidRPr="00693F1B">
        <w:rPr>
          <w:rFonts w:cs="Times New Roman"/>
          <w:szCs w:val="24"/>
        </w:rPr>
        <w:t xml:space="preserve"> </w:t>
      </w:r>
      <w:proofErr w:type="spellStart"/>
      <w:r w:rsidRPr="00693F1B">
        <w:rPr>
          <w:rFonts w:cs="Times New Roman"/>
          <w:szCs w:val="24"/>
        </w:rPr>
        <w:t>liberă</w:t>
      </w:r>
      <w:proofErr w:type="spellEnd"/>
      <w:r w:rsidRPr="00693F1B">
        <w:rPr>
          <w:rFonts w:cs="Times New Roman"/>
          <w:szCs w:val="24"/>
        </w:rPr>
        <w:t xml:space="preserve">, </w:t>
      </w:r>
      <w:proofErr w:type="spellStart"/>
      <w:r w:rsidRPr="00693F1B">
        <w:rPr>
          <w:rFonts w:cs="Times New Roman"/>
          <w:szCs w:val="24"/>
        </w:rPr>
        <w:t>specifică</w:t>
      </w:r>
      <w:proofErr w:type="spellEnd"/>
      <w:r w:rsidRPr="00693F1B">
        <w:rPr>
          <w:rFonts w:cs="Times New Roman"/>
          <w:szCs w:val="24"/>
        </w:rPr>
        <w:t xml:space="preserve">, </w:t>
      </w:r>
      <w:proofErr w:type="spellStart"/>
      <w:r w:rsidRPr="00693F1B">
        <w:rPr>
          <w:rFonts w:cs="Times New Roman"/>
          <w:szCs w:val="24"/>
        </w:rPr>
        <w:t>informată</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lipsită</w:t>
      </w:r>
      <w:proofErr w:type="spellEnd"/>
      <w:r w:rsidRPr="00693F1B">
        <w:rPr>
          <w:rFonts w:cs="Times New Roman"/>
          <w:szCs w:val="24"/>
        </w:rPr>
        <w:t xml:space="preserve"> de </w:t>
      </w:r>
      <w:proofErr w:type="spellStart"/>
      <w:r w:rsidRPr="00693F1B">
        <w:rPr>
          <w:rFonts w:cs="Times New Roman"/>
          <w:szCs w:val="24"/>
        </w:rPr>
        <w:t>ambiguitate</w:t>
      </w:r>
      <w:proofErr w:type="spellEnd"/>
      <w:r w:rsidRPr="00693F1B">
        <w:rPr>
          <w:rFonts w:cs="Times New Roman"/>
          <w:szCs w:val="24"/>
        </w:rPr>
        <w:t xml:space="preserve"> a </w:t>
      </w:r>
      <w:proofErr w:type="spellStart"/>
      <w:r w:rsidRPr="00693F1B">
        <w:rPr>
          <w:rFonts w:cs="Times New Roman"/>
          <w:szCs w:val="24"/>
        </w:rPr>
        <w:t>persoanei</w:t>
      </w:r>
      <w:proofErr w:type="spellEnd"/>
      <w:r w:rsidRPr="00693F1B">
        <w:rPr>
          <w:rFonts w:cs="Times New Roman"/>
          <w:szCs w:val="24"/>
        </w:rPr>
        <w:t xml:space="preserve"> </w:t>
      </w:r>
      <w:proofErr w:type="spellStart"/>
      <w:r w:rsidRPr="00693F1B">
        <w:rPr>
          <w:rFonts w:cs="Times New Roman"/>
          <w:szCs w:val="24"/>
        </w:rPr>
        <w:t>vizate</w:t>
      </w:r>
      <w:proofErr w:type="spellEnd"/>
      <w:r w:rsidRPr="00693F1B">
        <w:rPr>
          <w:rFonts w:cs="Times New Roman"/>
          <w:szCs w:val="24"/>
        </w:rPr>
        <w:t xml:space="preserve"> </w:t>
      </w:r>
      <w:proofErr w:type="spellStart"/>
      <w:r w:rsidRPr="00693F1B">
        <w:rPr>
          <w:rFonts w:cs="Times New Roman"/>
          <w:szCs w:val="24"/>
        </w:rPr>
        <w:t>prin</w:t>
      </w:r>
      <w:proofErr w:type="spellEnd"/>
      <w:r w:rsidRPr="00693F1B">
        <w:rPr>
          <w:rFonts w:cs="Times New Roman"/>
          <w:szCs w:val="24"/>
        </w:rPr>
        <w:t xml:space="preserve"> care </w:t>
      </w:r>
      <w:proofErr w:type="spellStart"/>
      <w:r w:rsidRPr="00693F1B">
        <w:rPr>
          <w:rFonts w:cs="Times New Roman"/>
          <w:szCs w:val="24"/>
        </w:rPr>
        <w:t>aceasta</w:t>
      </w:r>
      <w:proofErr w:type="spellEnd"/>
      <w:r w:rsidRPr="00693F1B">
        <w:rPr>
          <w:rFonts w:cs="Times New Roman"/>
          <w:szCs w:val="24"/>
        </w:rPr>
        <w:t xml:space="preserve"> </w:t>
      </w:r>
      <w:proofErr w:type="spellStart"/>
      <w:r w:rsidRPr="00693F1B">
        <w:rPr>
          <w:rFonts w:cs="Times New Roman"/>
          <w:szCs w:val="24"/>
        </w:rPr>
        <w:t>acceptă</w:t>
      </w:r>
      <w:proofErr w:type="spellEnd"/>
      <w:r w:rsidRPr="00693F1B">
        <w:rPr>
          <w:rFonts w:cs="Times New Roman"/>
          <w:szCs w:val="24"/>
        </w:rPr>
        <w:t xml:space="preserve">, </w:t>
      </w:r>
      <w:proofErr w:type="spellStart"/>
      <w:r w:rsidRPr="00693F1B">
        <w:rPr>
          <w:rFonts w:cs="Times New Roman"/>
          <w:szCs w:val="24"/>
        </w:rPr>
        <w:t>printr</w:t>
      </w:r>
      <w:proofErr w:type="spellEnd"/>
      <w:r w:rsidRPr="00693F1B">
        <w:rPr>
          <w:rFonts w:cs="Times New Roman"/>
          <w:szCs w:val="24"/>
        </w:rPr>
        <w:t xml:space="preserve">-o </w:t>
      </w:r>
      <w:proofErr w:type="spellStart"/>
      <w:r w:rsidRPr="00693F1B">
        <w:rPr>
          <w:rFonts w:cs="Times New Roman"/>
          <w:szCs w:val="24"/>
        </w:rPr>
        <w:t>declarație</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printr</w:t>
      </w:r>
      <w:proofErr w:type="spellEnd"/>
      <w:r w:rsidRPr="00693F1B">
        <w:rPr>
          <w:rFonts w:cs="Times New Roman"/>
          <w:szCs w:val="24"/>
        </w:rPr>
        <w:t xml:space="preserve">-o </w:t>
      </w:r>
      <w:proofErr w:type="spellStart"/>
      <w:r w:rsidRPr="00693F1B">
        <w:rPr>
          <w:rFonts w:cs="Times New Roman"/>
          <w:szCs w:val="24"/>
        </w:rPr>
        <w:t>acțiune</w:t>
      </w:r>
      <w:proofErr w:type="spellEnd"/>
      <w:r w:rsidRPr="00693F1B">
        <w:rPr>
          <w:rFonts w:cs="Times New Roman"/>
          <w:szCs w:val="24"/>
        </w:rPr>
        <w:t xml:space="preserve"> </w:t>
      </w:r>
      <w:proofErr w:type="spellStart"/>
      <w:r w:rsidRPr="00693F1B">
        <w:rPr>
          <w:rFonts w:cs="Times New Roman"/>
          <w:szCs w:val="24"/>
        </w:rPr>
        <w:t>fără</w:t>
      </w:r>
      <w:proofErr w:type="spellEnd"/>
      <w:r w:rsidRPr="00693F1B">
        <w:rPr>
          <w:rFonts w:cs="Times New Roman"/>
          <w:szCs w:val="24"/>
        </w:rPr>
        <w:t xml:space="preserve"> </w:t>
      </w:r>
      <w:proofErr w:type="spellStart"/>
      <w:r w:rsidRPr="00693F1B">
        <w:rPr>
          <w:rFonts w:cs="Times New Roman"/>
          <w:szCs w:val="24"/>
        </w:rPr>
        <w:t>echivoc</w:t>
      </w:r>
      <w:proofErr w:type="spellEnd"/>
      <w:r w:rsidRPr="00693F1B">
        <w:rPr>
          <w:rFonts w:cs="Times New Roman"/>
          <w:szCs w:val="24"/>
        </w:rPr>
        <w:t xml:space="preserve">, ca </w:t>
      </w:r>
      <w:proofErr w:type="spellStart"/>
      <w:r w:rsidRPr="00693F1B">
        <w:rPr>
          <w:rFonts w:cs="Times New Roman"/>
          <w:szCs w:val="24"/>
        </w:rPr>
        <w:t>datele</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 care o </w:t>
      </w:r>
      <w:proofErr w:type="spellStart"/>
      <w:r w:rsidRPr="00693F1B">
        <w:rPr>
          <w:rFonts w:cs="Times New Roman"/>
          <w:szCs w:val="24"/>
        </w:rPr>
        <w:t>privesc</w:t>
      </w:r>
      <w:proofErr w:type="spellEnd"/>
      <w:r w:rsidRPr="00693F1B">
        <w:rPr>
          <w:rFonts w:cs="Times New Roman"/>
          <w:szCs w:val="24"/>
        </w:rPr>
        <w:t xml:space="preserve"> </w:t>
      </w:r>
      <w:proofErr w:type="spellStart"/>
      <w:r w:rsidRPr="00693F1B">
        <w:rPr>
          <w:rFonts w:cs="Times New Roman"/>
          <w:szCs w:val="24"/>
        </w:rPr>
        <w:t>să</w:t>
      </w:r>
      <w:proofErr w:type="spellEnd"/>
      <w:r w:rsidRPr="00693F1B">
        <w:rPr>
          <w:rFonts w:cs="Times New Roman"/>
          <w:szCs w:val="24"/>
        </w:rPr>
        <w:t xml:space="preserve"> fie </w:t>
      </w:r>
      <w:proofErr w:type="spellStart"/>
      <w:r w:rsidRPr="00693F1B">
        <w:rPr>
          <w:rFonts w:cs="Times New Roman"/>
          <w:szCs w:val="24"/>
        </w:rPr>
        <w:t>prelucrate</w:t>
      </w:r>
      <w:proofErr w:type="spellEnd"/>
      <w:r w:rsidRPr="00693F1B">
        <w:rPr>
          <w:rFonts w:cs="Times New Roman"/>
          <w:szCs w:val="24"/>
        </w:rPr>
        <w:t>;</w:t>
      </w:r>
    </w:p>
    <w:p w14:paraId="359DB293" w14:textId="77777777" w:rsidR="006D4E92" w:rsidRPr="00693F1B" w:rsidRDefault="00000000">
      <w:pPr>
        <w:numPr>
          <w:ilvl w:val="0"/>
          <w:numId w:val="7"/>
        </w:numPr>
        <w:jc w:val="both"/>
        <w:rPr>
          <w:rFonts w:cs="Times New Roman"/>
          <w:szCs w:val="24"/>
        </w:rPr>
      </w:pPr>
      <w:r w:rsidRPr="00693F1B">
        <w:rPr>
          <w:rFonts w:cs="Times New Roman"/>
          <w:b/>
          <w:bCs/>
          <w:szCs w:val="24"/>
        </w:rPr>
        <w:t>„</w:t>
      </w:r>
      <w:proofErr w:type="spellStart"/>
      <w:r w:rsidRPr="00693F1B">
        <w:rPr>
          <w:rFonts w:cs="Times New Roman"/>
          <w:b/>
          <w:bCs/>
          <w:szCs w:val="24"/>
        </w:rPr>
        <w:t>încălcarea</w:t>
      </w:r>
      <w:proofErr w:type="spellEnd"/>
      <w:r w:rsidRPr="00693F1B">
        <w:rPr>
          <w:rFonts w:cs="Times New Roman"/>
          <w:b/>
          <w:bCs/>
          <w:szCs w:val="24"/>
        </w:rPr>
        <w:t xml:space="preserve"> </w:t>
      </w:r>
      <w:proofErr w:type="spellStart"/>
      <w:r w:rsidRPr="00693F1B">
        <w:rPr>
          <w:rFonts w:cs="Times New Roman"/>
          <w:b/>
          <w:bCs/>
          <w:szCs w:val="24"/>
        </w:rPr>
        <w:t>securității</w:t>
      </w:r>
      <w:proofErr w:type="spellEnd"/>
      <w:r w:rsidRPr="00693F1B">
        <w:rPr>
          <w:rFonts w:cs="Times New Roman"/>
          <w:b/>
          <w:bCs/>
          <w:szCs w:val="24"/>
        </w:rPr>
        <w:t xml:space="preserve"> </w:t>
      </w:r>
      <w:proofErr w:type="spellStart"/>
      <w:r w:rsidRPr="00693F1B">
        <w:rPr>
          <w:rFonts w:cs="Times New Roman"/>
          <w:b/>
          <w:bCs/>
          <w:szCs w:val="24"/>
        </w:rPr>
        <w:t>datelor</w:t>
      </w:r>
      <w:proofErr w:type="spellEnd"/>
      <w:r w:rsidRPr="00693F1B">
        <w:rPr>
          <w:rFonts w:cs="Times New Roman"/>
          <w:b/>
          <w:bCs/>
          <w:szCs w:val="24"/>
        </w:rPr>
        <w:t xml:space="preserve"> cu </w:t>
      </w:r>
      <w:proofErr w:type="spellStart"/>
      <w:r w:rsidRPr="00693F1B">
        <w:rPr>
          <w:rFonts w:cs="Times New Roman"/>
          <w:b/>
          <w:bCs/>
          <w:szCs w:val="24"/>
        </w:rPr>
        <w:t>caracter</w:t>
      </w:r>
      <w:proofErr w:type="spellEnd"/>
      <w:r w:rsidRPr="00693F1B">
        <w:rPr>
          <w:rFonts w:cs="Times New Roman"/>
          <w:b/>
          <w:bCs/>
          <w:szCs w:val="24"/>
        </w:rPr>
        <w:t xml:space="preserve"> personal”</w:t>
      </w:r>
      <w:r w:rsidRPr="00693F1B">
        <w:rPr>
          <w:rFonts w:cs="Times New Roman"/>
          <w:szCs w:val="24"/>
        </w:rPr>
        <w:t xml:space="preserve"> - </w:t>
      </w:r>
      <w:proofErr w:type="spellStart"/>
      <w:r w:rsidRPr="00693F1B">
        <w:rPr>
          <w:rFonts w:cs="Times New Roman"/>
          <w:szCs w:val="24"/>
        </w:rPr>
        <w:t>înseamnă</w:t>
      </w:r>
      <w:proofErr w:type="spellEnd"/>
      <w:r w:rsidRPr="00693F1B">
        <w:rPr>
          <w:rFonts w:cs="Times New Roman"/>
          <w:szCs w:val="24"/>
        </w:rPr>
        <w:t xml:space="preserve"> o </w:t>
      </w:r>
      <w:proofErr w:type="spellStart"/>
      <w:r w:rsidRPr="00693F1B">
        <w:rPr>
          <w:rFonts w:cs="Times New Roman"/>
          <w:szCs w:val="24"/>
        </w:rPr>
        <w:t>încălcare</w:t>
      </w:r>
      <w:proofErr w:type="spellEnd"/>
      <w:r w:rsidRPr="00693F1B">
        <w:rPr>
          <w:rFonts w:cs="Times New Roman"/>
          <w:szCs w:val="24"/>
        </w:rPr>
        <w:t xml:space="preserve"> a </w:t>
      </w:r>
      <w:proofErr w:type="spellStart"/>
      <w:r w:rsidRPr="00693F1B">
        <w:rPr>
          <w:rFonts w:cs="Times New Roman"/>
          <w:szCs w:val="24"/>
        </w:rPr>
        <w:t>securității</w:t>
      </w:r>
      <w:proofErr w:type="spellEnd"/>
      <w:r w:rsidRPr="00693F1B">
        <w:rPr>
          <w:rFonts w:cs="Times New Roman"/>
          <w:szCs w:val="24"/>
        </w:rPr>
        <w:t xml:space="preserve"> care duce, </w:t>
      </w:r>
      <w:proofErr w:type="spellStart"/>
      <w:r w:rsidRPr="00693F1B">
        <w:rPr>
          <w:rFonts w:cs="Times New Roman"/>
          <w:szCs w:val="24"/>
        </w:rPr>
        <w:t>în</w:t>
      </w:r>
      <w:proofErr w:type="spellEnd"/>
      <w:r w:rsidRPr="00693F1B">
        <w:rPr>
          <w:rFonts w:cs="Times New Roman"/>
          <w:szCs w:val="24"/>
        </w:rPr>
        <w:t xml:space="preserve"> mod accidental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ilegal</w:t>
      </w:r>
      <w:proofErr w:type="spellEnd"/>
      <w:r w:rsidRPr="00693F1B">
        <w:rPr>
          <w:rFonts w:cs="Times New Roman"/>
          <w:szCs w:val="24"/>
        </w:rPr>
        <w:t xml:space="preserve">, la </w:t>
      </w:r>
      <w:proofErr w:type="spellStart"/>
      <w:r w:rsidRPr="00693F1B">
        <w:rPr>
          <w:rFonts w:cs="Times New Roman"/>
          <w:szCs w:val="24"/>
        </w:rPr>
        <w:t>distrugerea</w:t>
      </w:r>
      <w:proofErr w:type="spellEnd"/>
      <w:r w:rsidRPr="00693F1B">
        <w:rPr>
          <w:rFonts w:cs="Times New Roman"/>
          <w:szCs w:val="24"/>
        </w:rPr>
        <w:t xml:space="preserve">, </w:t>
      </w:r>
      <w:proofErr w:type="spellStart"/>
      <w:r w:rsidRPr="00693F1B">
        <w:rPr>
          <w:rFonts w:cs="Times New Roman"/>
          <w:szCs w:val="24"/>
        </w:rPr>
        <w:t>pierderea</w:t>
      </w:r>
      <w:proofErr w:type="spellEnd"/>
      <w:r w:rsidRPr="00693F1B">
        <w:rPr>
          <w:rFonts w:cs="Times New Roman"/>
          <w:szCs w:val="24"/>
        </w:rPr>
        <w:t xml:space="preserve">, </w:t>
      </w:r>
      <w:proofErr w:type="spellStart"/>
      <w:r w:rsidRPr="00693F1B">
        <w:rPr>
          <w:rFonts w:cs="Times New Roman"/>
          <w:szCs w:val="24"/>
        </w:rPr>
        <w:t>modificarea</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divulgarea</w:t>
      </w:r>
      <w:proofErr w:type="spellEnd"/>
      <w:r w:rsidRPr="00693F1B">
        <w:rPr>
          <w:rFonts w:cs="Times New Roman"/>
          <w:szCs w:val="24"/>
        </w:rPr>
        <w:t xml:space="preserve"> </w:t>
      </w:r>
      <w:proofErr w:type="spellStart"/>
      <w:r w:rsidRPr="00693F1B">
        <w:rPr>
          <w:rFonts w:cs="Times New Roman"/>
          <w:szCs w:val="24"/>
        </w:rPr>
        <w:t>neautorizată</w:t>
      </w:r>
      <w:proofErr w:type="spellEnd"/>
      <w:r w:rsidRPr="00693F1B">
        <w:rPr>
          <w:rFonts w:cs="Times New Roman"/>
          <w:szCs w:val="24"/>
        </w:rPr>
        <w:t xml:space="preserve"> a </w:t>
      </w:r>
      <w:proofErr w:type="spellStart"/>
      <w:r w:rsidRPr="00693F1B">
        <w:rPr>
          <w:rFonts w:cs="Times New Roman"/>
          <w:szCs w:val="24"/>
        </w:rPr>
        <w:t>datelor</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 </w:t>
      </w:r>
      <w:proofErr w:type="spellStart"/>
      <w:r w:rsidRPr="00693F1B">
        <w:rPr>
          <w:rFonts w:cs="Times New Roman"/>
          <w:szCs w:val="24"/>
        </w:rPr>
        <w:t>transmise</w:t>
      </w:r>
      <w:proofErr w:type="spellEnd"/>
      <w:r w:rsidRPr="00693F1B">
        <w:rPr>
          <w:rFonts w:cs="Times New Roman"/>
          <w:szCs w:val="24"/>
        </w:rPr>
        <w:t xml:space="preserve">, </w:t>
      </w:r>
      <w:proofErr w:type="spellStart"/>
      <w:r w:rsidRPr="00693F1B">
        <w:rPr>
          <w:rFonts w:cs="Times New Roman"/>
          <w:szCs w:val="24"/>
        </w:rPr>
        <w:t>stocate</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prelucrate</w:t>
      </w:r>
      <w:proofErr w:type="spellEnd"/>
      <w:r w:rsidRPr="00693F1B">
        <w:rPr>
          <w:rFonts w:cs="Times New Roman"/>
          <w:szCs w:val="24"/>
        </w:rPr>
        <w:t xml:space="preserve"> </w:t>
      </w:r>
      <w:proofErr w:type="spellStart"/>
      <w:r w:rsidRPr="00693F1B">
        <w:rPr>
          <w:rFonts w:cs="Times New Roman"/>
          <w:szCs w:val="24"/>
        </w:rPr>
        <w:t>într</w:t>
      </w:r>
      <w:proofErr w:type="spellEnd"/>
      <w:r w:rsidRPr="00693F1B">
        <w:rPr>
          <w:rFonts w:cs="Times New Roman"/>
          <w:szCs w:val="24"/>
        </w:rPr>
        <w:t xml:space="preserve">-un alt mod, </w:t>
      </w:r>
      <w:proofErr w:type="spellStart"/>
      <w:r w:rsidRPr="00693F1B">
        <w:rPr>
          <w:rFonts w:cs="Times New Roman"/>
          <w:szCs w:val="24"/>
        </w:rPr>
        <w:t>sau</w:t>
      </w:r>
      <w:proofErr w:type="spellEnd"/>
      <w:r w:rsidRPr="00693F1B">
        <w:rPr>
          <w:rFonts w:cs="Times New Roman"/>
          <w:szCs w:val="24"/>
        </w:rPr>
        <w:t xml:space="preserve"> la </w:t>
      </w:r>
      <w:proofErr w:type="spellStart"/>
      <w:r w:rsidRPr="00693F1B">
        <w:rPr>
          <w:rFonts w:cs="Times New Roman"/>
          <w:szCs w:val="24"/>
        </w:rPr>
        <w:t>accesul</w:t>
      </w:r>
      <w:proofErr w:type="spellEnd"/>
      <w:r w:rsidRPr="00693F1B">
        <w:rPr>
          <w:rFonts w:cs="Times New Roman"/>
          <w:szCs w:val="24"/>
        </w:rPr>
        <w:t xml:space="preserve"> </w:t>
      </w:r>
      <w:proofErr w:type="spellStart"/>
      <w:r w:rsidRPr="00693F1B">
        <w:rPr>
          <w:rFonts w:cs="Times New Roman"/>
          <w:szCs w:val="24"/>
        </w:rPr>
        <w:t>neautorizat</w:t>
      </w:r>
      <w:proofErr w:type="spellEnd"/>
      <w:r w:rsidRPr="00693F1B">
        <w:rPr>
          <w:rFonts w:cs="Times New Roman"/>
          <w:szCs w:val="24"/>
        </w:rPr>
        <w:t xml:space="preserve"> la </w:t>
      </w:r>
      <w:proofErr w:type="spellStart"/>
      <w:r w:rsidRPr="00693F1B">
        <w:rPr>
          <w:rFonts w:cs="Times New Roman"/>
          <w:szCs w:val="24"/>
        </w:rPr>
        <w:t>acestea</w:t>
      </w:r>
      <w:proofErr w:type="spellEnd"/>
      <w:r w:rsidRPr="00693F1B">
        <w:rPr>
          <w:rFonts w:cs="Times New Roman"/>
          <w:szCs w:val="24"/>
        </w:rPr>
        <w:t>;</w:t>
      </w:r>
    </w:p>
    <w:p w14:paraId="7DD88372" w14:textId="77777777" w:rsidR="006D4E92" w:rsidRPr="00693F1B" w:rsidRDefault="00000000">
      <w:pPr>
        <w:numPr>
          <w:ilvl w:val="0"/>
          <w:numId w:val="7"/>
        </w:numPr>
        <w:jc w:val="both"/>
        <w:rPr>
          <w:rFonts w:cs="Times New Roman"/>
          <w:szCs w:val="24"/>
        </w:rPr>
      </w:pPr>
      <w:r w:rsidRPr="00693F1B">
        <w:rPr>
          <w:rFonts w:cs="Times New Roman"/>
          <w:b/>
          <w:bCs/>
          <w:szCs w:val="24"/>
        </w:rPr>
        <w:t>„</w:t>
      </w:r>
      <w:proofErr w:type="spellStart"/>
      <w:r w:rsidRPr="00693F1B">
        <w:rPr>
          <w:rFonts w:cs="Times New Roman"/>
          <w:b/>
          <w:bCs/>
          <w:szCs w:val="24"/>
        </w:rPr>
        <w:t>reprezentant</w:t>
      </w:r>
      <w:proofErr w:type="spellEnd"/>
      <w:r w:rsidRPr="00693F1B">
        <w:rPr>
          <w:rFonts w:cs="Times New Roman"/>
          <w:b/>
          <w:bCs/>
          <w:szCs w:val="24"/>
        </w:rPr>
        <w:t>”</w:t>
      </w:r>
      <w:r w:rsidRPr="00693F1B">
        <w:rPr>
          <w:rFonts w:cs="Times New Roman"/>
          <w:szCs w:val="24"/>
        </w:rPr>
        <w:t xml:space="preserve"> - </w:t>
      </w:r>
      <w:proofErr w:type="spellStart"/>
      <w:r w:rsidRPr="00693F1B">
        <w:rPr>
          <w:rFonts w:cs="Times New Roman"/>
          <w:szCs w:val="24"/>
        </w:rPr>
        <w:t>înseamnă</w:t>
      </w:r>
      <w:proofErr w:type="spellEnd"/>
      <w:r w:rsidRPr="00693F1B">
        <w:rPr>
          <w:rFonts w:cs="Times New Roman"/>
          <w:szCs w:val="24"/>
        </w:rPr>
        <w:t xml:space="preserve"> o </w:t>
      </w:r>
      <w:proofErr w:type="spellStart"/>
      <w:r w:rsidRPr="00693F1B">
        <w:rPr>
          <w:rFonts w:cs="Times New Roman"/>
          <w:szCs w:val="24"/>
        </w:rPr>
        <w:t>persoană</w:t>
      </w:r>
      <w:proofErr w:type="spellEnd"/>
      <w:r w:rsidRPr="00693F1B">
        <w:rPr>
          <w:rFonts w:cs="Times New Roman"/>
          <w:szCs w:val="24"/>
        </w:rPr>
        <w:t xml:space="preserve"> </w:t>
      </w:r>
      <w:proofErr w:type="spellStart"/>
      <w:r w:rsidRPr="00693F1B">
        <w:rPr>
          <w:rFonts w:cs="Times New Roman"/>
          <w:szCs w:val="24"/>
        </w:rPr>
        <w:t>fizică</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juridică</w:t>
      </w:r>
      <w:proofErr w:type="spellEnd"/>
      <w:r w:rsidRPr="00693F1B">
        <w:rPr>
          <w:rFonts w:cs="Times New Roman"/>
          <w:szCs w:val="24"/>
        </w:rPr>
        <w:t xml:space="preserve"> </w:t>
      </w:r>
      <w:proofErr w:type="spellStart"/>
      <w:r w:rsidRPr="00693F1B">
        <w:rPr>
          <w:rFonts w:cs="Times New Roman"/>
          <w:szCs w:val="24"/>
        </w:rPr>
        <w:t>stabilită</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Republica Moldova, </w:t>
      </w:r>
      <w:proofErr w:type="spellStart"/>
      <w:r w:rsidRPr="00693F1B">
        <w:rPr>
          <w:rFonts w:cs="Times New Roman"/>
          <w:szCs w:val="24"/>
        </w:rPr>
        <w:t>desemnată</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scris</w:t>
      </w:r>
      <w:proofErr w:type="spellEnd"/>
      <w:r w:rsidRPr="00693F1B">
        <w:rPr>
          <w:rFonts w:cs="Times New Roman"/>
          <w:szCs w:val="24"/>
        </w:rPr>
        <w:t xml:space="preserve"> de </w:t>
      </w:r>
      <w:proofErr w:type="spellStart"/>
      <w:r w:rsidRPr="00693F1B">
        <w:rPr>
          <w:rFonts w:cs="Times New Roman"/>
          <w:szCs w:val="24"/>
        </w:rPr>
        <w:t>către</w:t>
      </w:r>
      <w:proofErr w:type="spellEnd"/>
      <w:r w:rsidRPr="00693F1B">
        <w:rPr>
          <w:rFonts w:cs="Times New Roman"/>
          <w:szCs w:val="24"/>
        </w:rPr>
        <w:t xml:space="preserve"> operator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persoana</w:t>
      </w:r>
      <w:proofErr w:type="spellEnd"/>
      <w:r w:rsidRPr="00693F1B">
        <w:rPr>
          <w:rFonts w:cs="Times New Roman"/>
          <w:szCs w:val="24"/>
        </w:rPr>
        <w:t xml:space="preserve"> </w:t>
      </w:r>
      <w:proofErr w:type="spellStart"/>
      <w:r w:rsidRPr="00693F1B">
        <w:rPr>
          <w:rFonts w:cs="Times New Roman"/>
          <w:szCs w:val="24"/>
        </w:rPr>
        <w:t>împuternicită</w:t>
      </w:r>
      <w:proofErr w:type="spellEnd"/>
      <w:r w:rsidRPr="00693F1B">
        <w:rPr>
          <w:rFonts w:cs="Times New Roman"/>
          <w:szCs w:val="24"/>
        </w:rPr>
        <w:t xml:space="preserve"> de operator, care </w:t>
      </w:r>
      <w:proofErr w:type="spellStart"/>
      <w:r w:rsidRPr="00693F1B">
        <w:rPr>
          <w:rFonts w:cs="Times New Roman"/>
          <w:szCs w:val="24"/>
        </w:rPr>
        <w:t>reprezintă</w:t>
      </w:r>
      <w:proofErr w:type="spellEnd"/>
      <w:r w:rsidRPr="00693F1B">
        <w:rPr>
          <w:rFonts w:cs="Times New Roman"/>
          <w:szCs w:val="24"/>
        </w:rPr>
        <w:t xml:space="preserve"> </w:t>
      </w:r>
      <w:proofErr w:type="spellStart"/>
      <w:r w:rsidRPr="00693F1B">
        <w:rPr>
          <w:rFonts w:cs="Times New Roman"/>
          <w:szCs w:val="24"/>
        </w:rPr>
        <w:t>operatorul</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persoana</w:t>
      </w:r>
      <w:proofErr w:type="spellEnd"/>
      <w:r w:rsidRPr="00693F1B">
        <w:rPr>
          <w:rFonts w:cs="Times New Roman"/>
          <w:szCs w:val="24"/>
        </w:rPr>
        <w:t xml:space="preserve"> </w:t>
      </w:r>
      <w:proofErr w:type="spellStart"/>
      <w:r w:rsidRPr="00693F1B">
        <w:rPr>
          <w:rFonts w:cs="Times New Roman"/>
          <w:szCs w:val="24"/>
        </w:rPr>
        <w:t>împuternicită</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ceea</w:t>
      </w:r>
      <w:proofErr w:type="spellEnd"/>
      <w:r w:rsidRPr="00693F1B">
        <w:rPr>
          <w:rFonts w:cs="Times New Roman"/>
          <w:szCs w:val="24"/>
        </w:rPr>
        <w:t xml:space="preserve"> </w:t>
      </w:r>
      <w:proofErr w:type="spellStart"/>
      <w:r w:rsidRPr="00693F1B">
        <w:rPr>
          <w:rFonts w:cs="Times New Roman"/>
          <w:szCs w:val="24"/>
        </w:rPr>
        <w:t>ce</w:t>
      </w:r>
      <w:proofErr w:type="spellEnd"/>
      <w:r w:rsidRPr="00693F1B">
        <w:rPr>
          <w:rFonts w:cs="Times New Roman"/>
          <w:szCs w:val="24"/>
        </w:rPr>
        <w:t xml:space="preserve"> </w:t>
      </w:r>
      <w:proofErr w:type="spellStart"/>
      <w:r w:rsidRPr="00693F1B">
        <w:rPr>
          <w:rFonts w:cs="Times New Roman"/>
          <w:szCs w:val="24"/>
        </w:rPr>
        <w:t>privește</w:t>
      </w:r>
      <w:proofErr w:type="spellEnd"/>
      <w:r w:rsidRPr="00693F1B">
        <w:rPr>
          <w:rFonts w:cs="Times New Roman"/>
          <w:szCs w:val="24"/>
        </w:rPr>
        <w:t xml:space="preserve"> </w:t>
      </w:r>
      <w:proofErr w:type="spellStart"/>
      <w:r w:rsidRPr="00693F1B">
        <w:rPr>
          <w:rFonts w:cs="Times New Roman"/>
          <w:szCs w:val="24"/>
        </w:rPr>
        <w:t>obligațiile</w:t>
      </w:r>
      <w:proofErr w:type="spellEnd"/>
      <w:r w:rsidRPr="00693F1B">
        <w:rPr>
          <w:rFonts w:cs="Times New Roman"/>
          <w:szCs w:val="24"/>
        </w:rPr>
        <w:t xml:space="preserve"> lor care le </w:t>
      </w:r>
      <w:proofErr w:type="spellStart"/>
      <w:r w:rsidRPr="00693F1B">
        <w:rPr>
          <w:rFonts w:cs="Times New Roman"/>
          <w:szCs w:val="24"/>
        </w:rPr>
        <w:t>revin</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temeiul</w:t>
      </w:r>
      <w:proofErr w:type="spellEnd"/>
      <w:r w:rsidRPr="00693F1B">
        <w:rPr>
          <w:rFonts w:cs="Times New Roman"/>
          <w:szCs w:val="24"/>
        </w:rPr>
        <w:t xml:space="preserve"> </w:t>
      </w:r>
      <w:proofErr w:type="spellStart"/>
      <w:r w:rsidRPr="00693F1B">
        <w:rPr>
          <w:rFonts w:cs="Times New Roman"/>
          <w:szCs w:val="24"/>
        </w:rPr>
        <w:t>Legii</w:t>
      </w:r>
      <w:proofErr w:type="spellEnd"/>
      <w:r w:rsidRPr="00693F1B">
        <w:rPr>
          <w:rFonts w:cs="Times New Roman"/>
          <w:szCs w:val="24"/>
        </w:rPr>
        <w:t xml:space="preserve"> nr. 195/2024;</w:t>
      </w:r>
    </w:p>
    <w:p w14:paraId="7637A8A4" w14:textId="77777777" w:rsidR="006D4E92" w:rsidRPr="00693F1B" w:rsidRDefault="00000000">
      <w:pPr>
        <w:numPr>
          <w:ilvl w:val="0"/>
          <w:numId w:val="7"/>
        </w:numPr>
        <w:jc w:val="both"/>
        <w:rPr>
          <w:rFonts w:cs="Times New Roman"/>
          <w:szCs w:val="24"/>
        </w:rPr>
      </w:pPr>
      <w:r w:rsidRPr="00693F1B">
        <w:rPr>
          <w:rFonts w:cs="Times New Roman"/>
          <w:b/>
          <w:bCs/>
          <w:szCs w:val="24"/>
        </w:rPr>
        <w:t>„</w:t>
      </w:r>
      <w:proofErr w:type="gramStart"/>
      <w:r w:rsidRPr="00693F1B">
        <w:rPr>
          <w:rFonts w:cs="Times New Roman"/>
          <w:b/>
          <w:bCs/>
          <w:szCs w:val="24"/>
        </w:rPr>
        <w:t>reguli</w:t>
      </w:r>
      <w:proofErr w:type="gramEnd"/>
      <w:r w:rsidRPr="00693F1B">
        <w:rPr>
          <w:rFonts w:cs="Times New Roman"/>
          <w:b/>
          <w:bCs/>
          <w:szCs w:val="24"/>
        </w:rPr>
        <w:t xml:space="preserve"> </w:t>
      </w:r>
      <w:proofErr w:type="spellStart"/>
      <w:r w:rsidRPr="00693F1B">
        <w:rPr>
          <w:rFonts w:cs="Times New Roman"/>
          <w:b/>
          <w:bCs/>
          <w:szCs w:val="24"/>
        </w:rPr>
        <w:t>corporatiste</w:t>
      </w:r>
      <w:proofErr w:type="spellEnd"/>
      <w:r w:rsidRPr="00693F1B">
        <w:rPr>
          <w:rFonts w:cs="Times New Roman"/>
          <w:b/>
          <w:bCs/>
          <w:szCs w:val="24"/>
        </w:rPr>
        <w:t xml:space="preserve"> </w:t>
      </w:r>
      <w:proofErr w:type="spellStart"/>
      <w:r w:rsidRPr="00693F1B">
        <w:rPr>
          <w:rFonts w:cs="Times New Roman"/>
          <w:b/>
          <w:bCs/>
          <w:szCs w:val="24"/>
        </w:rPr>
        <w:t>obligatorii</w:t>
      </w:r>
      <w:proofErr w:type="spellEnd"/>
      <w:r w:rsidRPr="00693F1B">
        <w:rPr>
          <w:rFonts w:cs="Times New Roman"/>
          <w:b/>
          <w:bCs/>
          <w:szCs w:val="24"/>
        </w:rPr>
        <w:t xml:space="preserve"> / </w:t>
      </w:r>
      <w:proofErr w:type="spellStart"/>
      <w:r w:rsidRPr="00693F1B">
        <w:rPr>
          <w:rFonts w:cs="Times New Roman"/>
          <w:b/>
          <w:bCs/>
          <w:szCs w:val="24"/>
        </w:rPr>
        <w:t>acorduri</w:t>
      </w:r>
      <w:proofErr w:type="spellEnd"/>
      <w:r w:rsidRPr="00693F1B">
        <w:rPr>
          <w:rFonts w:cs="Times New Roman"/>
          <w:b/>
          <w:bCs/>
          <w:szCs w:val="24"/>
        </w:rPr>
        <w:t xml:space="preserve"> de transfer interne”</w:t>
      </w:r>
      <w:r w:rsidRPr="00693F1B">
        <w:rPr>
          <w:rFonts w:cs="Times New Roman"/>
          <w:szCs w:val="24"/>
        </w:rPr>
        <w:t xml:space="preserve"> - </w:t>
      </w:r>
      <w:proofErr w:type="spellStart"/>
      <w:r w:rsidRPr="00693F1B">
        <w:rPr>
          <w:rFonts w:cs="Times New Roman"/>
          <w:szCs w:val="24"/>
        </w:rPr>
        <w:t>înseamnă</w:t>
      </w:r>
      <w:proofErr w:type="spellEnd"/>
      <w:r w:rsidRPr="00693F1B">
        <w:rPr>
          <w:rFonts w:cs="Times New Roman"/>
          <w:szCs w:val="24"/>
        </w:rPr>
        <w:t xml:space="preserve"> </w:t>
      </w:r>
      <w:proofErr w:type="spellStart"/>
      <w:r w:rsidRPr="00693F1B">
        <w:rPr>
          <w:rFonts w:cs="Times New Roman"/>
          <w:szCs w:val="24"/>
        </w:rPr>
        <w:t>politicile</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materie</w:t>
      </w:r>
      <w:proofErr w:type="spellEnd"/>
      <w:r w:rsidRPr="00693F1B">
        <w:rPr>
          <w:rFonts w:cs="Times New Roman"/>
          <w:szCs w:val="24"/>
        </w:rPr>
        <w:t xml:space="preserve"> de </w:t>
      </w:r>
      <w:proofErr w:type="spellStart"/>
      <w:r w:rsidRPr="00693F1B">
        <w:rPr>
          <w:rFonts w:cs="Times New Roman"/>
          <w:szCs w:val="24"/>
        </w:rPr>
        <w:t>protecție</w:t>
      </w:r>
      <w:proofErr w:type="spellEnd"/>
      <w:r w:rsidRPr="00693F1B">
        <w:rPr>
          <w:rFonts w:cs="Times New Roman"/>
          <w:szCs w:val="24"/>
        </w:rPr>
        <w:t xml:space="preserve"> a </w:t>
      </w:r>
      <w:proofErr w:type="spellStart"/>
      <w:r w:rsidRPr="00693F1B">
        <w:rPr>
          <w:rFonts w:cs="Times New Roman"/>
          <w:szCs w:val="24"/>
        </w:rPr>
        <w:t>datelor</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 care </w:t>
      </w:r>
      <w:proofErr w:type="spellStart"/>
      <w:r w:rsidRPr="00693F1B">
        <w:rPr>
          <w:rFonts w:cs="Times New Roman"/>
          <w:szCs w:val="24"/>
        </w:rPr>
        <w:t>trebuie</w:t>
      </w:r>
      <w:proofErr w:type="spellEnd"/>
      <w:r w:rsidRPr="00693F1B">
        <w:rPr>
          <w:rFonts w:cs="Times New Roman"/>
          <w:szCs w:val="24"/>
        </w:rPr>
        <w:t xml:space="preserve"> </w:t>
      </w:r>
      <w:proofErr w:type="spellStart"/>
      <w:r w:rsidRPr="00693F1B">
        <w:rPr>
          <w:rFonts w:cs="Times New Roman"/>
          <w:szCs w:val="24"/>
        </w:rPr>
        <w:t>respectate</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cadrul</w:t>
      </w:r>
      <w:proofErr w:type="spellEnd"/>
      <w:r w:rsidRPr="00693F1B">
        <w:rPr>
          <w:rFonts w:cs="Times New Roman"/>
          <w:szCs w:val="24"/>
        </w:rPr>
        <w:t xml:space="preserve"> </w:t>
      </w:r>
      <w:proofErr w:type="spellStart"/>
      <w:r w:rsidRPr="00693F1B">
        <w:rPr>
          <w:rFonts w:cs="Times New Roman"/>
          <w:szCs w:val="24"/>
        </w:rPr>
        <w:t>structurii</w:t>
      </w:r>
      <w:proofErr w:type="spellEnd"/>
      <w:r w:rsidRPr="00693F1B">
        <w:rPr>
          <w:rFonts w:cs="Times New Roman"/>
          <w:szCs w:val="24"/>
        </w:rPr>
        <w:t xml:space="preserve"> </w:t>
      </w:r>
      <w:proofErr w:type="spellStart"/>
      <w:r w:rsidRPr="00693F1B">
        <w:rPr>
          <w:rFonts w:cs="Times New Roman"/>
          <w:szCs w:val="24"/>
        </w:rPr>
        <w:t>organizatorice</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ceea</w:t>
      </w:r>
      <w:proofErr w:type="spellEnd"/>
      <w:r w:rsidRPr="00693F1B">
        <w:rPr>
          <w:rFonts w:cs="Times New Roman"/>
          <w:szCs w:val="24"/>
        </w:rPr>
        <w:t xml:space="preserve"> </w:t>
      </w:r>
      <w:proofErr w:type="spellStart"/>
      <w:r w:rsidRPr="00693F1B">
        <w:rPr>
          <w:rFonts w:cs="Times New Roman"/>
          <w:szCs w:val="24"/>
        </w:rPr>
        <w:t>ce</w:t>
      </w:r>
      <w:proofErr w:type="spellEnd"/>
      <w:r w:rsidRPr="00693F1B">
        <w:rPr>
          <w:rFonts w:cs="Times New Roman"/>
          <w:szCs w:val="24"/>
        </w:rPr>
        <w:t xml:space="preserve"> </w:t>
      </w:r>
      <w:proofErr w:type="spellStart"/>
      <w:r w:rsidRPr="00693F1B">
        <w:rPr>
          <w:rFonts w:cs="Times New Roman"/>
          <w:szCs w:val="24"/>
        </w:rPr>
        <w:t>privește</w:t>
      </w:r>
      <w:proofErr w:type="spellEnd"/>
      <w:r w:rsidRPr="00693F1B">
        <w:rPr>
          <w:rFonts w:cs="Times New Roman"/>
          <w:szCs w:val="24"/>
        </w:rPr>
        <w:t xml:space="preserve"> </w:t>
      </w:r>
      <w:proofErr w:type="spellStart"/>
      <w:r w:rsidRPr="00693F1B">
        <w:rPr>
          <w:rFonts w:cs="Times New Roman"/>
          <w:szCs w:val="24"/>
        </w:rPr>
        <w:t>transferurile</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seturile</w:t>
      </w:r>
      <w:proofErr w:type="spellEnd"/>
      <w:r w:rsidRPr="00693F1B">
        <w:rPr>
          <w:rFonts w:cs="Times New Roman"/>
          <w:szCs w:val="24"/>
        </w:rPr>
        <w:t xml:space="preserve"> de </w:t>
      </w:r>
      <w:proofErr w:type="spellStart"/>
      <w:r w:rsidRPr="00693F1B">
        <w:rPr>
          <w:rFonts w:cs="Times New Roman"/>
          <w:szCs w:val="24"/>
        </w:rPr>
        <w:t>transferuri</w:t>
      </w:r>
      <w:proofErr w:type="spellEnd"/>
      <w:r w:rsidRPr="00693F1B">
        <w:rPr>
          <w:rFonts w:cs="Times New Roman"/>
          <w:szCs w:val="24"/>
        </w:rPr>
        <w:t xml:space="preserve"> de date cu </w:t>
      </w:r>
      <w:proofErr w:type="spellStart"/>
      <w:r w:rsidRPr="00693F1B">
        <w:rPr>
          <w:rFonts w:cs="Times New Roman"/>
          <w:szCs w:val="24"/>
        </w:rPr>
        <w:t>caracter</w:t>
      </w:r>
      <w:proofErr w:type="spellEnd"/>
      <w:r w:rsidRPr="00693F1B">
        <w:rPr>
          <w:rFonts w:cs="Times New Roman"/>
          <w:szCs w:val="24"/>
        </w:rPr>
        <w:t xml:space="preserve"> personal </w:t>
      </w:r>
      <w:proofErr w:type="spellStart"/>
      <w:r w:rsidRPr="00693F1B">
        <w:rPr>
          <w:rFonts w:cs="Times New Roman"/>
          <w:szCs w:val="24"/>
        </w:rPr>
        <w:t>către</w:t>
      </w:r>
      <w:proofErr w:type="spellEnd"/>
      <w:r w:rsidRPr="00693F1B">
        <w:rPr>
          <w:rFonts w:cs="Times New Roman"/>
          <w:szCs w:val="24"/>
        </w:rPr>
        <w:t xml:space="preserve"> un operator </w:t>
      </w:r>
      <w:proofErr w:type="spellStart"/>
      <w:r w:rsidRPr="00693F1B">
        <w:rPr>
          <w:rFonts w:cs="Times New Roman"/>
          <w:szCs w:val="24"/>
        </w:rPr>
        <w:t>sau</w:t>
      </w:r>
      <w:proofErr w:type="spellEnd"/>
      <w:r w:rsidRPr="00693F1B">
        <w:rPr>
          <w:rFonts w:cs="Times New Roman"/>
          <w:szCs w:val="24"/>
        </w:rPr>
        <w:t xml:space="preserve"> o </w:t>
      </w:r>
      <w:proofErr w:type="spellStart"/>
      <w:r w:rsidRPr="00693F1B">
        <w:rPr>
          <w:rFonts w:cs="Times New Roman"/>
          <w:szCs w:val="24"/>
        </w:rPr>
        <w:t>persoană</w:t>
      </w:r>
      <w:proofErr w:type="spellEnd"/>
      <w:r w:rsidRPr="00693F1B">
        <w:rPr>
          <w:rFonts w:cs="Times New Roman"/>
          <w:szCs w:val="24"/>
        </w:rPr>
        <w:t xml:space="preserve"> </w:t>
      </w:r>
      <w:proofErr w:type="spellStart"/>
      <w:r w:rsidRPr="00693F1B">
        <w:rPr>
          <w:rFonts w:cs="Times New Roman"/>
          <w:szCs w:val="24"/>
        </w:rPr>
        <w:t>împuternicită</w:t>
      </w:r>
      <w:proofErr w:type="spellEnd"/>
      <w:r w:rsidRPr="00693F1B">
        <w:rPr>
          <w:rFonts w:cs="Times New Roman"/>
          <w:szCs w:val="24"/>
        </w:rPr>
        <w:t xml:space="preserve"> </w:t>
      </w:r>
      <w:proofErr w:type="spellStart"/>
      <w:r w:rsidRPr="00693F1B">
        <w:rPr>
          <w:rFonts w:cs="Times New Roman"/>
          <w:szCs w:val="24"/>
        </w:rPr>
        <w:t>într</w:t>
      </w:r>
      <w:proofErr w:type="spellEnd"/>
      <w:r w:rsidRPr="00693F1B">
        <w:rPr>
          <w:rFonts w:cs="Times New Roman"/>
          <w:szCs w:val="24"/>
        </w:rPr>
        <w:t xml:space="preserve">-o </w:t>
      </w:r>
      <w:proofErr w:type="spellStart"/>
      <w:r w:rsidRPr="00693F1B">
        <w:rPr>
          <w:rFonts w:cs="Times New Roman"/>
          <w:szCs w:val="24"/>
        </w:rPr>
        <w:t>țară</w:t>
      </w:r>
      <w:proofErr w:type="spellEnd"/>
      <w:r w:rsidRPr="00693F1B">
        <w:rPr>
          <w:rFonts w:cs="Times New Roman"/>
          <w:szCs w:val="24"/>
        </w:rPr>
        <w:t xml:space="preserve"> </w:t>
      </w:r>
      <w:proofErr w:type="spellStart"/>
      <w:r w:rsidRPr="00693F1B">
        <w:rPr>
          <w:rFonts w:cs="Times New Roman"/>
          <w:szCs w:val="24"/>
        </w:rPr>
        <w:t>terță</w:t>
      </w:r>
      <w:proofErr w:type="spellEnd"/>
      <w:r w:rsidRPr="00693F1B">
        <w:rPr>
          <w:rFonts w:cs="Times New Roman"/>
          <w:szCs w:val="24"/>
        </w:rPr>
        <w:t>;</w:t>
      </w:r>
    </w:p>
    <w:p w14:paraId="504DA213" w14:textId="77777777" w:rsidR="006D4E92" w:rsidRPr="00693F1B" w:rsidRDefault="00000000">
      <w:pPr>
        <w:numPr>
          <w:ilvl w:val="0"/>
          <w:numId w:val="7"/>
        </w:numPr>
        <w:jc w:val="both"/>
        <w:rPr>
          <w:rFonts w:cs="Times New Roman"/>
          <w:szCs w:val="24"/>
        </w:rPr>
      </w:pPr>
      <w:r w:rsidRPr="00693F1B">
        <w:rPr>
          <w:rFonts w:cs="Times New Roman"/>
          <w:b/>
          <w:bCs/>
          <w:szCs w:val="24"/>
        </w:rPr>
        <w:t>„</w:t>
      </w:r>
      <w:proofErr w:type="spellStart"/>
      <w:proofErr w:type="gramStart"/>
      <w:r w:rsidRPr="00693F1B">
        <w:rPr>
          <w:rFonts w:cs="Times New Roman"/>
          <w:b/>
          <w:bCs/>
          <w:szCs w:val="24"/>
        </w:rPr>
        <w:t>autoritate</w:t>
      </w:r>
      <w:proofErr w:type="spellEnd"/>
      <w:proofErr w:type="gramEnd"/>
      <w:r w:rsidRPr="00693F1B">
        <w:rPr>
          <w:rFonts w:cs="Times New Roman"/>
          <w:b/>
          <w:bCs/>
          <w:szCs w:val="24"/>
        </w:rPr>
        <w:t xml:space="preserve"> de </w:t>
      </w:r>
      <w:proofErr w:type="spellStart"/>
      <w:r w:rsidRPr="00693F1B">
        <w:rPr>
          <w:rFonts w:cs="Times New Roman"/>
          <w:b/>
          <w:bCs/>
          <w:szCs w:val="24"/>
        </w:rPr>
        <w:t>supraveghere</w:t>
      </w:r>
      <w:proofErr w:type="spellEnd"/>
      <w:r w:rsidRPr="00693F1B">
        <w:rPr>
          <w:rFonts w:cs="Times New Roman"/>
          <w:b/>
          <w:bCs/>
          <w:szCs w:val="24"/>
        </w:rPr>
        <w:t>”</w:t>
      </w:r>
      <w:r w:rsidRPr="00693F1B">
        <w:rPr>
          <w:rFonts w:cs="Times New Roman"/>
          <w:szCs w:val="24"/>
        </w:rPr>
        <w:t xml:space="preserve"> - </w:t>
      </w:r>
      <w:proofErr w:type="spellStart"/>
      <w:r w:rsidRPr="00693F1B">
        <w:rPr>
          <w:rFonts w:cs="Times New Roman"/>
          <w:szCs w:val="24"/>
        </w:rPr>
        <w:t>înseamnă</w:t>
      </w:r>
      <w:proofErr w:type="spellEnd"/>
      <w:r w:rsidRPr="00693F1B">
        <w:rPr>
          <w:rFonts w:cs="Times New Roman"/>
          <w:szCs w:val="24"/>
        </w:rPr>
        <w:t xml:space="preserve"> o </w:t>
      </w:r>
      <w:proofErr w:type="spellStart"/>
      <w:r w:rsidRPr="00693F1B">
        <w:rPr>
          <w:rFonts w:cs="Times New Roman"/>
          <w:szCs w:val="24"/>
        </w:rPr>
        <w:t>autoritate</w:t>
      </w:r>
      <w:proofErr w:type="spellEnd"/>
      <w:r w:rsidRPr="00693F1B">
        <w:rPr>
          <w:rFonts w:cs="Times New Roman"/>
          <w:szCs w:val="24"/>
        </w:rPr>
        <w:t xml:space="preserve"> </w:t>
      </w:r>
      <w:proofErr w:type="spellStart"/>
      <w:r w:rsidRPr="00693F1B">
        <w:rPr>
          <w:rFonts w:cs="Times New Roman"/>
          <w:szCs w:val="24"/>
        </w:rPr>
        <w:t>publică</w:t>
      </w:r>
      <w:proofErr w:type="spellEnd"/>
      <w:r w:rsidRPr="00693F1B">
        <w:rPr>
          <w:rFonts w:cs="Times New Roman"/>
          <w:szCs w:val="24"/>
        </w:rPr>
        <w:t xml:space="preserve"> </w:t>
      </w:r>
      <w:proofErr w:type="spellStart"/>
      <w:r w:rsidRPr="00693F1B">
        <w:rPr>
          <w:rFonts w:cs="Times New Roman"/>
          <w:szCs w:val="24"/>
        </w:rPr>
        <w:t>independentă</w:t>
      </w:r>
      <w:proofErr w:type="spellEnd"/>
      <w:r w:rsidRPr="00693F1B">
        <w:rPr>
          <w:rFonts w:cs="Times New Roman"/>
          <w:szCs w:val="24"/>
        </w:rPr>
        <w:t xml:space="preserve"> </w:t>
      </w:r>
      <w:proofErr w:type="spellStart"/>
      <w:r w:rsidRPr="00693F1B">
        <w:rPr>
          <w:rFonts w:cs="Times New Roman"/>
          <w:szCs w:val="24"/>
        </w:rPr>
        <w:t>instituită</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temeiul</w:t>
      </w:r>
      <w:proofErr w:type="spellEnd"/>
      <w:r w:rsidRPr="00693F1B">
        <w:rPr>
          <w:rFonts w:cs="Times New Roman"/>
          <w:szCs w:val="24"/>
        </w:rPr>
        <w:t xml:space="preserve"> </w:t>
      </w:r>
      <w:proofErr w:type="spellStart"/>
      <w:r w:rsidRPr="00693F1B">
        <w:rPr>
          <w:rFonts w:cs="Times New Roman"/>
          <w:szCs w:val="24"/>
        </w:rPr>
        <w:t>legii</w:t>
      </w:r>
      <w:proofErr w:type="spellEnd"/>
      <w:r w:rsidRPr="00693F1B">
        <w:rPr>
          <w:rFonts w:cs="Times New Roman"/>
          <w:szCs w:val="24"/>
        </w:rPr>
        <w:t xml:space="preserve">, </w:t>
      </w:r>
      <w:proofErr w:type="spellStart"/>
      <w:r w:rsidRPr="00693F1B">
        <w:rPr>
          <w:rFonts w:cs="Times New Roman"/>
          <w:szCs w:val="24"/>
        </w:rPr>
        <w:t>respectiv</w:t>
      </w:r>
      <w:proofErr w:type="spellEnd"/>
      <w:r w:rsidRPr="00693F1B">
        <w:rPr>
          <w:rFonts w:cs="Times New Roman"/>
          <w:szCs w:val="24"/>
        </w:rPr>
        <w:t xml:space="preserve"> </w:t>
      </w:r>
      <w:proofErr w:type="spellStart"/>
      <w:r w:rsidRPr="00693F1B">
        <w:rPr>
          <w:rFonts w:cs="Times New Roman"/>
          <w:szCs w:val="24"/>
        </w:rPr>
        <w:t>Centrul</w:t>
      </w:r>
      <w:proofErr w:type="spellEnd"/>
      <w:r w:rsidRPr="00693F1B">
        <w:rPr>
          <w:rFonts w:cs="Times New Roman"/>
          <w:szCs w:val="24"/>
        </w:rPr>
        <w:t xml:space="preserve"> </w:t>
      </w:r>
      <w:proofErr w:type="spellStart"/>
      <w:r w:rsidRPr="00693F1B">
        <w:rPr>
          <w:rFonts w:cs="Times New Roman"/>
          <w:szCs w:val="24"/>
        </w:rPr>
        <w:t>Național</w:t>
      </w:r>
      <w:proofErr w:type="spellEnd"/>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Protecția</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cu Caracter Personal (CNPDCP) al </w:t>
      </w:r>
      <w:proofErr w:type="spellStart"/>
      <w:r w:rsidRPr="00693F1B">
        <w:rPr>
          <w:rFonts w:cs="Times New Roman"/>
          <w:szCs w:val="24"/>
        </w:rPr>
        <w:t>Republicii</w:t>
      </w:r>
      <w:proofErr w:type="spellEnd"/>
      <w:r w:rsidRPr="00693F1B">
        <w:rPr>
          <w:rFonts w:cs="Times New Roman"/>
          <w:szCs w:val="24"/>
        </w:rPr>
        <w:t xml:space="preserve"> Moldova;</w:t>
      </w:r>
    </w:p>
    <w:p w14:paraId="4D4F8E8A" w14:textId="77777777" w:rsidR="006D4E92" w:rsidRPr="00693F1B" w:rsidRDefault="00000000">
      <w:pPr>
        <w:numPr>
          <w:ilvl w:val="0"/>
          <w:numId w:val="7"/>
        </w:numPr>
        <w:jc w:val="both"/>
        <w:rPr>
          <w:rFonts w:cs="Times New Roman"/>
          <w:szCs w:val="24"/>
        </w:rPr>
      </w:pPr>
      <w:r w:rsidRPr="00693F1B">
        <w:rPr>
          <w:rFonts w:cs="Times New Roman"/>
          <w:b/>
          <w:bCs/>
          <w:szCs w:val="24"/>
        </w:rPr>
        <w:t>„DPIA”</w:t>
      </w:r>
      <w:r w:rsidRPr="00693F1B">
        <w:rPr>
          <w:rFonts w:cs="Times New Roman"/>
          <w:szCs w:val="24"/>
        </w:rPr>
        <w:t xml:space="preserve"> - </w:t>
      </w:r>
      <w:proofErr w:type="spellStart"/>
      <w:r w:rsidRPr="00693F1B">
        <w:rPr>
          <w:rFonts w:cs="Times New Roman"/>
          <w:szCs w:val="24"/>
        </w:rPr>
        <w:t>evaluarea</w:t>
      </w:r>
      <w:proofErr w:type="spellEnd"/>
      <w:r w:rsidRPr="00693F1B">
        <w:rPr>
          <w:rFonts w:cs="Times New Roman"/>
          <w:szCs w:val="24"/>
        </w:rPr>
        <w:t xml:space="preserve"> </w:t>
      </w:r>
      <w:proofErr w:type="spellStart"/>
      <w:r w:rsidRPr="00693F1B">
        <w:rPr>
          <w:rFonts w:cs="Times New Roman"/>
          <w:szCs w:val="24"/>
        </w:rPr>
        <w:t>impactului</w:t>
      </w:r>
      <w:proofErr w:type="spellEnd"/>
      <w:r w:rsidRPr="00693F1B">
        <w:rPr>
          <w:rFonts w:cs="Times New Roman"/>
          <w:szCs w:val="24"/>
        </w:rPr>
        <w:t xml:space="preserve"> </w:t>
      </w:r>
      <w:proofErr w:type="spellStart"/>
      <w:r w:rsidRPr="00693F1B">
        <w:rPr>
          <w:rFonts w:cs="Times New Roman"/>
          <w:szCs w:val="24"/>
        </w:rPr>
        <w:t>asupra</w:t>
      </w:r>
      <w:proofErr w:type="spellEnd"/>
      <w:r w:rsidRPr="00693F1B">
        <w:rPr>
          <w:rFonts w:cs="Times New Roman"/>
          <w:szCs w:val="24"/>
        </w:rPr>
        <w:t xml:space="preserve"> </w:t>
      </w:r>
      <w:proofErr w:type="spellStart"/>
      <w:r w:rsidRPr="00693F1B">
        <w:rPr>
          <w:rFonts w:cs="Times New Roman"/>
          <w:szCs w:val="24"/>
        </w:rPr>
        <w:t>protecției</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(Data Protection Impact Assessment).</w:t>
      </w:r>
    </w:p>
    <w:p w14:paraId="001C2398" w14:textId="77777777" w:rsidR="006D4E92" w:rsidRPr="00693F1B" w:rsidRDefault="006D4E92">
      <w:pPr>
        <w:jc w:val="both"/>
        <w:rPr>
          <w:rFonts w:cs="Times New Roman"/>
          <w:szCs w:val="24"/>
        </w:rPr>
      </w:pPr>
    </w:p>
    <w:p w14:paraId="528E416E" w14:textId="77777777" w:rsidR="006D4E92" w:rsidRPr="00693F1B" w:rsidRDefault="00000000">
      <w:pPr>
        <w:jc w:val="center"/>
        <w:rPr>
          <w:rFonts w:cs="Times New Roman"/>
          <w:b/>
          <w:bCs/>
          <w:szCs w:val="24"/>
        </w:rPr>
      </w:pPr>
      <w:r w:rsidRPr="00693F1B">
        <w:rPr>
          <w:rFonts w:cs="Times New Roman"/>
          <w:b/>
          <w:bCs/>
          <w:szCs w:val="24"/>
        </w:rPr>
        <w:t>2. SCOPUL ȘI DOMENIUL DE APLICARE</w:t>
      </w:r>
    </w:p>
    <w:p w14:paraId="3670F02E" w14:textId="77777777" w:rsidR="006D4E92" w:rsidRPr="00693F1B" w:rsidRDefault="00000000">
      <w:pPr>
        <w:jc w:val="both"/>
        <w:rPr>
          <w:rFonts w:cs="Times New Roman"/>
          <w:b/>
          <w:bCs/>
          <w:szCs w:val="24"/>
        </w:rPr>
      </w:pPr>
      <w:r w:rsidRPr="00693F1B">
        <w:rPr>
          <w:rFonts w:cs="Times New Roman"/>
          <w:b/>
          <w:bCs/>
          <w:szCs w:val="24"/>
        </w:rPr>
        <w:t>2.1. SCOPUL</w:t>
      </w:r>
    </w:p>
    <w:p w14:paraId="25BAE70F" w14:textId="77777777" w:rsidR="006D4E92" w:rsidRDefault="00000000">
      <w:pPr>
        <w:jc w:val="both"/>
        <w:rPr>
          <w:rFonts w:cs="Times New Roman"/>
          <w:szCs w:val="24"/>
        </w:rPr>
      </w:pPr>
      <w:r w:rsidRPr="00693F1B">
        <w:rPr>
          <w:rFonts w:cs="Times New Roman"/>
          <w:b/>
          <w:bCs/>
          <w:szCs w:val="24"/>
        </w:rPr>
        <w:t>2.1.1.</w:t>
      </w:r>
      <w:r w:rsidRPr="00693F1B">
        <w:rPr>
          <w:rFonts w:cs="Times New Roman"/>
          <w:szCs w:val="24"/>
        </w:rPr>
        <w:t xml:space="preserve"> </w:t>
      </w:r>
      <w:proofErr w:type="spellStart"/>
      <w:r w:rsidRPr="00693F1B">
        <w:rPr>
          <w:rFonts w:cs="Times New Roman"/>
          <w:szCs w:val="24"/>
        </w:rPr>
        <w:t>Prezent</w:t>
      </w:r>
      <w:r>
        <w:rPr>
          <w:rFonts w:cs="Times New Roman"/>
          <w:szCs w:val="24"/>
        </w:rPr>
        <w:t>ul</w:t>
      </w:r>
      <w:proofErr w:type="spellEnd"/>
      <w:r w:rsidRPr="00693F1B">
        <w:rPr>
          <w:rFonts w:cs="Times New Roman"/>
          <w:szCs w:val="24"/>
        </w:rPr>
        <w:t xml:space="preserve"> </w:t>
      </w:r>
      <w:proofErr w:type="spellStart"/>
      <w:r>
        <w:rPr>
          <w:rFonts w:cs="Times New Roman"/>
          <w:szCs w:val="24"/>
        </w:rPr>
        <w:t>regulament</w:t>
      </w:r>
      <w:proofErr w:type="spellEnd"/>
      <w:r w:rsidRPr="00693F1B">
        <w:rPr>
          <w:rFonts w:cs="Times New Roman"/>
          <w:szCs w:val="24"/>
        </w:rPr>
        <w:t xml:space="preserve"> </w:t>
      </w:r>
      <w:proofErr w:type="spellStart"/>
      <w:r w:rsidRPr="00693F1B">
        <w:rPr>
          <w:rFonts w:cs="Times New Roman"/>
          <w:szCs w:val="24"/>
        </w:rPr>
        <w:t>documentează</w:t>
      </w:r>
      <w:proofErr w:type="spellEnd"/>
      <w:r w:rsidRPr="00693F1B">
        <w:rPr>
          <w:rFonts w:cs="Times New Roman"/>
          <w:szCs w:val="24"/>
        </w:rPr>
        <w:t xml:space="preserve"> </w:t>
      </w:r>
      <w:proofErr w:type="spellStart"/>
      <w:r w:rsidRPr="00693F1B">
        <w:rPr>
          <w:rFonts w:cs="Times New Roman"/>
          <w:szCs w:val="24"/>
        </w:rPr>
        <w:t>cerințele</w:t>
      </w:r>
      <w:proofErr w:type="spellEnd"/>
      <w:r w:rsidRPr="00693F1B">
        <w:rPr>
          <w:rFonts w:cs="Times New Roman"/>
          <w:szCs w:val="24"/>
        </w:rPr>
        <w:t xml:space="preserve"> </w:t>
      </w:r>
      <w:proofErr w:type="spellStart"/>
      <w:r w:rsidRPr="00693F1B">
        <w:rPr>
          <w:rFonts w:cs="Times New Roman"/>
          <w:szCs w:val="24"/>
        </w:rPr>
        <w:t>Legii</w:t>
      </w:r>
      <w:proofErr w:type="spellEnd"/>
      <w:r w:rsidRPr="00693F1B">
        <w:rPr>
          <w:rFonts w:cs="Times New Roman"/>
          <w:szCs w:val="24"/>
        </w:rPr>
        <w:t xml:space="preserve"> nr. 195/2024 </w:t>
      </w:r>
      <w:proofErr w:type="spellStart"/>
      <w:r w:rsidRPr="00693F1B">
        <w:rPr>
          <w:rFonts w:cs="Times New Roman"/>
          <w:szCs w:val="24"/>
        </w:rPr>
        <w:t>privind</w:t>
      </w:r>
      <w:proofErr w:type="spellEnd"/>
      <w:r w:rsidRPr="00693F1B">
        <w:rPr>
          <w:rFonts w:cs="Times New Roman"/>
          <w:szCs w:val="24"/>
        </w:rPr>
        <w:t xml:space="preserve"> </w:t>
      </w:r>
      <w:proofErr w:type="spellStart"/>
      <w:r>
        <w:rPr>
          <w:rFonts w:cs="Times New Roman"/>
          <w:szCs w:val="24"/>
        </w:rPr>
        <w:t>protecția</w:t>
      </w:r>
      <w:proofErr w:type="spellEnd"/>
      <w:r>
        <w:rPr>
          <w:rFonts w:cs="Times New Roman"/>
          <w:szCs w:val="24"/>
        </w:rPr>
        <w:t xml:space="preserve"> </w:t>
      </w:r>
      <w:proofErr w:type="spellStart"/>
      <w:r>
        <w:rPr>
          <w:rFonts w:cs="Times New Roman"/>
          <w:szCs w:val="24"/>
        </w:rPr>
        <w:t>datelor</w:t>
      </w:r>
      <w:proofErr w:type="spellEnd"/>
      <w:r>
        <w:rPr>
          <w:rFonts w:cs="Times New Roman"/>
          <w:szCs w:val="24"/>
        </w:rPr>
        <w:t xml:space="preserve"> cu </w:t>
      </w:r>
      <w:proofErr w:type="spellStart"/>
      <w:r>
        <w:rPr>
          <w:rFonts w:cs="Times New Roman"/>
          <w:szCs w:val="24"/>
        </w:rPr>
        <w:t>caracter</w:t>
      </w:r>
      <w:proofErr w:type="spellEnd"/>
      <w:r>
        <w:rPr>
          <w:rFonts w:cs="Times New Roman"/>
          <w:szCs w:val="24"/>
        </w:rPr>
        <w:t xml:space="preserve"> personal</w:t>
      </w:r>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are </w:t>
      </w:r>
      <w:proofErr w:type="spellStart"/>
      <w:r w:rsidRPr="00693F1B">
        <w:rPr>
          <w:rFonts w:cs="Times New Roman"/>
          <w:szCs w:val="24"/>
        </w:rPr>
        <w:t>rolul</w:t>
      </w:r>
      <w:proofErr w:type="spellEnd"/>
      <w:r w:rsidRPr="00693F1B">
        <w:rPr>
          <w:rFonts w:cs="Times New Roman"/>
          <w:szCs w:val="24"/>
        </w:rPr>
        <w:t xml:space="preserve"> de a </w:t>
      </w:r>
      <w:proofErr w:type="spellStart"/>
      <w:r w:rsidRPr="00693F1B">
        <w:rPr>
          <w:rFonts w:cs="Times New Roman"/>
          <w:szCs w:val="24"/>
        </w:rPr>
        <w:t>prezenta</w:t>
      </w:r>
      <w:proofErr w:type="spellEnd"/>
      <w:r w:rsidRPr="00693F1B">
        <w:rPr>
          <w:rFonts w:cs="Times New Roman"/>
          <w:szCs w:val="24"/>
        </w:rPr>
        <w:t xml:space="preserve"> </w:t>
      </w:r>
      <w:proofErr w:type="spellStart"/>
      <w:r w:rsidRPr="00693F1B">
        <w:rPr>
          <w:rFonts w:cs="Times New Roman"/>
          <w:szCs w:val="24"/>
        </w:rPr>
        <w:t>modalitatea</w:t>
      </w:r>
      <w:proofErr w:type="spellEnd"/>
      <w:r w:rsidRPr="00693F1B">
        <w:rPr>
          <w:rFonts w:cs="Times New Roman"/>
          <w:szCs w:val="24"/>
        </w:rPr>
        <w:t xml:space="preserve"> </w:t>
      </w:r>
      <w:proofErr w:type="spellStart"/>
      <w:r w:rsidRPr="00693F1B">
        <w:rPr>
          <w:rFonts w:cs="Times New Roman"/>
          <w:szCs w:val="24"/>
        </w:rPr>
        <w:t>concretă</w:t>
      </w:r>
      <w:proofErr w:type="spellEnd"/>
      <w:r w:rsidRPr="00693F1B">
        <w:rPr>
          <w:rFonts w:cs="Times New Roman"/>
          <w:szCs w:val="24"/>
        </w:rPr>
        <w:t xml:space="preserve"> de </w:t>
      </w:r>
      <w:proofErr w:type="spellStart"/>
      <w:r w:rsidRPr="00693F1B">
        <w:rPr>
          <w:rFonts w:cs="Times New Roman"/>
          <w:szCs w:val="24"/>
        </w:rPr>
        <w:t>notificare</w:t>
      </w:r>
      <w:proofErr w:type="spellEnd"/>
      <w:r w:rsidRPr="00693F1B">
        <w:rPr>
          <w:rFonts w:cs="Times New Roman"/>
          <w:szCs w:val="24"/>
        </w:rPr>
        <w:t xml:space="preserve"> a </w:t>
      </w:r>
      <w:proofErr w:type="spellStart"/>
      <w:r w:rsidRPr="00693F1B">
        <w:rPr>
          <w:rFonts w:cs="Times New Roman"/>
          <w:szCs w:val="24"/>
        </w:rPr>
        <w:t>Centrului</w:t>
      </w:r>
      <w:proofErr w:type="spellEnd"/>
      <w:r w:rsidRPr="00693F1B">
        <w:rPr>
          <w:rFonts w:cs="Times New Roman"/>
          <w:szCs w:val="24"/>
        </w:rPr>
        <w:t xml:space="preserve"> </w:t>
      </w:r>
      <w:proofErr w:type="spellStart"/>
      <w:r w:rsidRPr="00693F1B">
        <w:rPr>
          <w:rFonts w:cs="Times New Roman"/>
          <w:szCs w:val="24"/>
        </w:rPr>
        <w:t>Național</w:t>
      </w:r>
      <w:proofErr w:type="spellEnd"/>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Protecția</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cu Caracter Personal (CNPDCP) </w:t>
      </w:r>
      <w:proofErr w:type="spellStart"/>
      <w:r w:rsidRPr="00693F1B">
        <w:rPr>
          <w:rFonts w:cs="Times New Roman"/>
          <w:szCs w:val="24"/>
        </w:rPr>
        <w:t>și</w:t>
      </w:r>
      <w:proofErr w:type="spellEnd"/>
      <w:r w:rsidRPr="00693F1B">
        <w:rPr>
          <w:rFonts w:cs="Times New Roman"/>
          <w:szCs w:val="24"/>
        </w:rPr>
        <w:t xml:space="preserve"> de </w:t>
      </w:r>
      <w:proofErr w:type="spellStart"/>
      <w:r w:rsidRPr="00693F1B">
        <w:rPr>
          <w:rFonts w:cs="Times New Roman"/>
          <w:szCs w:val="24"/>
        </w:rPr>
        <w:t>informare</w:t>
      </w:r>
      <w:proofErr w:type="spellEnd"/>
      <w:r w:rsidRPr="00693F1B">
        <w:rPr>
          <w:rFonts w:cs="Times New Roman"/>
          <w:szCs w:val="24"/>
        </w:rPr>
        <w:t xml:space="preserve"> a </w:t>
      </w:r>
      <w:proofErr w:type="spellStart"/>
      <w:r w:rsidRPr="00693F1B">
        <w:rPr>
          <w:rFonts w:cs="Times New Roman"/>
          <w:szCs w:val="24"/>
        </w:rPr>
        <w:t>persoanei</w:t>
      </w:r>
      <w:proofErr w:type="spellEnd"/>
      <w:r w:rsidRPr="00693F1B">
        <w:rPr>
          <w:rFonts w:cs="Times New Roman"/>
          <w:szCs w:val="24"/>
        </w:rPr>
        <w:t xml:space="preserve"> </w:t>
      </w:r>
      <w:proofErr w:type="spellStart"/>
      <w:r w:rsidRPr="00693F1B">
        <w:rPr>
          <w:rFonts w:cs="Times New Roman"/>
          <w:szCs w:val="24"/>
        </w:rPr>
        <w:t>vizate</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cazul</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care se produce o </w:t>
      </w:r>
      <w:proofErr w:type="spellStart"/>
      <w:r w:rsidRPr="00693F1B">
        <w:rPr>
          <w:rFonts w:cs="Times New Roman"/>
          <w:szCs w:val="24"/>
        </w:rPr>
        <w:t>încălcare</w:t>
      </w:r>
      <w:proofErr w:type="spellEnd"/>
      <w:r w:rsidRPr="00693F1B">
        <w:rPr>
          <w:rFonts w:cs="Times New Roman"/>
          <w:szCs w:val="24"/>
        </w:rPr>
        <w:t xml:space="preserve"> a </w:t>
      </w:r>
      <w:proofErr w:type="spellStart"/>
      <w:r w:rsidRPr="00693F1B">
        <w:rPr>
          <w:rFonts w:cs="Times New Roman"/>
          <w:szCs w:val="24"/>
        </w:rPr>
        <w:t>securității</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w:t>
      </w:r>
    </w:p>
    <w:p w14:paraId="0E3EF5D5" w14:textId="77777777" w:rsidR="006D4E92" w:rsidRDefault="00000000">
      <w:pPr>
        <w:jc w:val="both"/>
        <w:rPr>
          <w:rFonts w:cs="Times New Roman"/>
          <w:szCs w:val="24"/>
        </w:rPr>
      </w:pPr>
      <w:r w:rsidRPr="00693F1B">
        <w:rPr>
          <w:rFonts w:cs="Times New Roman"/>
          <w:b/>
          <w:bCs/>
          <w:szCs w:val="24"/>
        </w:rPr>
        <w:t>2.1.2.</w:t>
      </w:r>
      <w:r w:rsidRPr="00693F1B">
        <w:rPr>
          <w:rFonts w:cs="Times New Roman"/>
          <w:szCs w:val="24"/>
        </w:rPr>
        <w:t xml:space="preserve"> </w:t>
      </w:r>
      <w:proofErr w:type="spellStart"/>
      <w:r w:rsidRPr="00693F1B">
        <w:rPr>
          <w:rFonts w:cs="Times New Roman"/>
          <w:szCs w:val="24"/>
        </w:rPr>
        <w:t>Prezent</w:t>
      </w:r>
      <w:r>
        <w:rPr>
          <w:rFonts w:cs="Times New Roman"/>
          <w:szCs w:val="24"/>
        </w:rPr>
        <w:t>ul</w:t>
      </w:r>
      <w:proofErr w:type="spellEnd"/>
      <w:r w:rsidRPr="00693F1B">
        <w:rPr>
          <w:rFonts w:cs="Times New Roman"/>
          <w:szCs w:val="24"/>
        </w:rPr>
        <w:t xml:space="preserve"> </w:t>
      </w:r>
      <w:proofErr w:type="spellStart"/>
      <w:r>
        <w:rPr>
          <w:rFonts w:cs="Times New Roman"/>
          <w:szCs w:val="24"/>
        </w:rPr>
        <w:t>regulament</w:t>
      </w:r>
      <w:proofErr w:type="spellEnd"/>
      <w:r w:rsidRPr="00693F1B">
        <w:rPr>
          <w:rFonts w:cs="Times New Roman"/>
          <w:szCs w:val="24"/>
        </w:rPr>
        <w:t xml:space="preserve"> </w:t>
      </w:r>
      <w:proofErr w:type="spellStart"/>
      <w:r w:rsidRPr="00693F1B">
        <w:rPr>
          <w:rFonts w:cs="Times New Roman"/>
          <w:szCs w:val="24"/>
        </w:rPr>
        <w:t>descrie</w:t>
      </w:r>
      <w:proofErr w:type="spellEnd"/>
      <w:r w:rsidRPr="00693F1B">
        <w:rPr>
          <w:rFonts w:cs="Times New Roman"/>
          <w:szCs w:val="24"/>
        </w:rPr>
        <w:t xml:space="preserve"> </w:t>
      </w:r>
      <w:proofErr w:type="spellStart"/>
      <w:r w:rsidRPr="00693F1B">
        <w:rPr>
          <w:rFonts w:cs="Times New Roman"/>
          <w:szCs w:val="24"/>
        </w:rPr>
        <w:t>activitățile</w:t>
      </w:r>
      <w:proofErr w:type="spellEnd"/>
      <w:r w:rsidRPr="00693F1B">
        <w:rPr>
          <w:rFonts w:cs="Times New Roman"/>
          <w:szCs w:val="24"/>
        </w:rPr>
        <w:t xml:space="preserve"> </w:t>
      </w:r>
      <w:proofErr w:type="spellStart"/>
      <w:r w:rsidRPr="00693F1B">
        <w:rPr>
          <w:rFonts w:cs="Times New Roman"/>
          <w:szCs w:val="24"/>
        </w:rPr>
        <w:t>desfășurate</w:t>
      </w:r>
      <w:proofErr w:type="spellEnd"/>
      <w:r w:rsidRPr="00693F1B">
        <w:rPr>
          <w:rFonts w:cs="Times New Roman"/>
          <w:szCs w:val="24"/>
        </w:rPr>
        <w:t xml:space="preserve"> </w:t>
      </w:r>
      <w:proofErr w:type="spellStart"/>
      <w:r w:rsidRPr="00693F1B">
        <w:rPr>
          <w:rFonts w:cs="Times New Roman"/>
          <w:szCs w:val="24"/>
        </w:rPr>
        <w:t>atunci</w:t>
      </w:r>
      <w:proofErr w:type="spellEnd"/>
      <w:r w:rsidRPr="00693F1B">
        <w:rPr>
          <w:rFonts w:cs="Times New Roman"/>
          <w:szCs w:val="24"/>
        </w:rPr>
        <w:t xml:space="preserve"> </w:t>
      </w:r>
      <w:proofErr w:type="spellStart"/>
      <w:r w:rsidRPr="00693F1B">
        <w:rPr>
          <w:rFonts w:cs="Times New Roman"/>
          <w:szCs w:val="24"/>
        </w:rPr>
        <w:t>când</w:t>
      </w:r>
      <w:proofErr w:type="spellEnd"/>
      <w:r w:rsidRPr="00693F1B">
        <w:rPr>
          <w:rFonts w:cs="Times New Roman"/>
          <w:szCs w:val="24"/>
        </w:rPr>
        <w:t xml:space="preserve"> se produce un incident de </w:t>
      </w:r>
      <w:proofErr w:type="spellStart"/>
      <w:r w:rsidRPr="00693F1B">
        <w:rPr>
          <w:rFonts w:cs="Times New Roman"/>
          <w:szCs w:val="24"/>
        </w:rPr>
        <w:t>securitate</w:t>
      </w:r>
      <w:proofErr w:type="spellEnd"/>
      <w:r w:rsidRPr="00693F1B">
        <w:rPr>
          <w:rFonts w:cs="Times New Roman"/>
          <w:szCs w:val="24"/>
        </w:rPr>
        <w:t xml:space="preserve">, </w:t>
      </w:r>
      <w:proofErr w:type="spellStart"/>
      <w:r w:rsidRPr="00693F1B">
        <w:rPr>
          <w:rFonts w:cs="Times New Roman"/>
          <w:szCs w:val="24"/>
        </w:rPr>
        <w:t>respectiv</w:t>
      </w:r>
      <w:proofErr w:type="spellEnd"/>
      <w:r w:rsidRPr="00693F1B">
        <w:rPr>
          <w:rFonts w:cs="Times New Roman"/>
          <w:szCs w:val="24"/>
        </w:rPr>
        <w:t xml:space="preserve">, </w:t>
      </w:r>
      <w:proofErr w:type="spellStart"/>
      <w:r w:rsidRPr="00693F1B">
        <w:rPr>
          <w:rFonts w:cs="Times New Roman"/>
          <w:szCs w:val="24"/>
        </w:rPr>
        <w:t>înregistrarea</w:t>
      </w:r>
      <w:proofErr w:type="spellEnd"/>
      <w:r w:rsidRPr="00693F1B">
        <w:rPr>
          <w:rFonts w:cs="Times New Roman"/>
          <w:szCs w:val="24"/>
        </w:rPr>
        <w:t xml:space="preserve"> </w:t>
      </w:r>
      <w:proofErr w:type="spellStart"/>
      <w:r w:rsidRPr="00693F1B">
        <w:rPr>
          <w:rFonts w:cs="Times New Roman"/>
          <w:szCs w:val="24"/>
        </w:rPr>
        <w:t>încălcărilor</w:t>
      </w:r>
      <w:proofErr w:type="spellEnd"/>
      <w:r w:rsidRPr="00693F1B">
        <w:rPr>
          <w:rFonts w:cs="Times New Roman"/>
          <w:szCs w:val="24"/>
        </w:rPr>
        <w:t xml:space="preserve"> de </w:t>
      </w:r>
      <w:proofErr w:type="spellStart"/>
      <w:r w:rsidRPr="00693F1B">
        <w:rPr>
          <w:rFonts w:cs="Times New Roman"/>
          <w:szCs w:val="24"/>
        </w:rPr>
        <w:t>securitate</w:t>
      </w:r>
      <w:proofErr w:type="spellEnd"/>
      <w:r w:rsidRPr="00693F1B">
        <w:rPr>
          <w:rFonts w:cs="Times New Roman"/>
          <w:szCs w:val="24"/>
        </w:rPr>
        <w:t xml:space="preserve">, </w:t>
      </w:r>
      <w:proofErr w:type="spellStart"/>
      <w:r w:rsidRPr="00693F1B">
        <w:rPr>
          <w:rFonts w:cs="Times New Roman"/>
          <w:szCs w:val="24"/>
        </w:rPr>
        <w:t>întocmirea</w:t>
      </w:r>
      <w:proofErr w:type="spellEnd"/>
      <w:r w:rsidRPr="00693F1B">
        <w:rPr>
          <w:rFonts w:cs="Times New Roman"/>
          <w:szCs w:val="24"/>
        </w:rPr>
        <w:t xml:space="preserve"> </w:t>
      </w:r>
      <w:proofErr w:type="spellStart"/>
      <w:r w:rsidRPr="00693F1B">
        <w:rPr>
          <w:rFonts w:cs="Times New Roman"/>
          <w:szCs w:val="24"/>
        </w:rPr>
        <w:t>notificărilor</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informărilor</w:t>
      </w:r>
      <w:proofErr w:type="spellEnd"/>
      <w:r w:rsidRPr="00693F1B">
        <w:rPr>
          <w:rFonts w:cs="Times New Roman"/>
          <w:szCs w:val="24"/>
        </w:rPr>
        <w:t xml:space="preserve"> </w:t>
      </w:r>
      <w:proofErr w:type="spellStart"/>
      <w:r w:rsidRPr="00693F1B">
        <w:rPr>
          <w:rFonts w:cs="Times New Roman"/>
          <w:szCs w:val="24"/>
        </w:rPr>
        <w:t>impuse</w:t>
      </w:r>
      <w:proofErr w:type="spellEnd"/>
      <w:r w:rsidRPr="00693F1B">
        <w:rPr>
          <w:rFonts w:cs="Times New Roman"/>
          <w:szCs w:val="24"/>
        </w:rPr>
        <w:t xml:space="preserve"> de </w:t>
      </w:r>
      <w:proofErr w:type="spellStart"/>
      <w:r w:rsidRPr="00693F1B">
        <w:rPr>
          <w:rFonts w:cs="Times New Roman"/>
          <w:szCs w:val="24"/>
        </w:rPr>
        <w:t>Regulament</w:t>
      </w:r>
      <w:proofErr w:type="spellEnd"/>
      <w:r w:rsidRPr="00693F1B">
        <w:rPr>
          <w:rFonts w:cs="Times New Roman"/>
          <w:szCs w:val="24"/>
        </w:rPr>
        <w:t xml:space="preserve">, </w:t>
      </w:r>
      <w:proofErr w:type="spellStart"/>
      <w:r w:rsidRPr="00693F1B">
        <w:rPr>
          <w:rFonts w:cs="Times New Roman"/>
          <w:szCs w:val="24"/>
        </w:rPr>
        <w:t>stabilirea</w:t>
      </w:r>
      <w:proofErr w:type="spellEnd"/>
      <w:r w:rsidRPr="00693F1B">
        <w:rPr>
          <w:rFonts w:cs="Times New Roman"/>
          <w:szCs w:val="24"/>
        </w:rPr>
        <w:t xml:space="preserve"> </w:t>
      </w:r>
      <w:proofErr w:type="spellStart"/>
      <w:r w:rsidRPr="00693F1B">
        <w:rPr>
          <w:rFonts w:cs="Times New Roman"/>
          <w:szCs w:val="24"/>
        </w:rPr>
        <w:t>fluxului</w:t>
      </w:r>
      <w:proofErr w:type="spellEnd"/>
      <w:r w:rsidRPr="00693F1B">
        <w:rPr>
          <w:rFonts w:cs="Times New Roman"/>
          <w:szCs w:val="24"/>
        </w:rPr>
        <w:t xml:space="preserve"> de </w:t>
      </w:r>
      <w:proofErr w:type="spellStart"/>
      <w:r w:rsidRPr="00693F1B">
        <w:rPr>
          <w:rFonts w:cs="Times New Roman"/>
          <w:szCs w:val="24"/>
        </w:rPr>
        <w:t>parcurs</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redactarea</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difuzarea</w:t>
      </w:r>
      <w:proofErr w:type="spellEnd"/>
      <w:r w:rsidRPr="00693F1B">
        <w:rPr>
          <w:rFonts w:cs="Times New Roman"/>
          <w:szCs w:val="24"/>
        </w:rPr>
        <w:t xml:space="preserve"> </w:t>
      </w:r>
      <w:proofErr w:type="spellStart"/>
      <w:r w:rsidRPr="00693F1B">
        <w:rPr>
          <w:rFonts w:cs="Times New Roman"/>
          <w:szCs w:val="24"/>
        </w:rPr>
        <w:t>controlată</w:t>
      </w:r>
      <w:proofErr w:type="spellEnd"/>
      <w:r w:rsidRPr="00693F1B">
        <w:rPr>
          <w:rFonts w:cs="Times New Roman"/>
          <w:szCs w:val="24"/>
        </w:rPr>
        <w:t xml:space="preserve"> </w:t>
      </w:r>
      <w:proofErr w:type="gramStart"/>
      <w:r w:rsidRPr="00693F1B">
        <w:rPr>
          <w:rFonts w:cs="Times New Roman"/>
          <w:szCs w:val="24"/>
        </w:rPr>
        <w:t>a</w:t>
      </w:r>
      <w:proofErr w:type="gramEnd"/>
      <w:r w:rsidRPr="00693F1B">
        <w:rPr>
          <w:rFonts w:cs="Times New Roman"/>
          <w:szCs w:val="24"/>
        </w:rPr>
        <w:t xml:space="preserve"> </w:t>
      </w:r>
      <w:proofErr w:type="spellStart"/>
      <w:r w:rsidRPr="00693F1B">
        <w:rPr>
          <w:rFonts w:cs="Times New Roman"/>
          <w:szCs w:val="24"/>
        </w:rPr>
        <w:t>acestora</w:t>
      </w:r>
      <w:proofErr w:type="spellEnd"/>
      <w:r w:rsidRPr="00693F1B">
        <w:rPr>
          <w:rFonts w:cs="Times New Roman"/>
          <w:szCs w:val="24"/>
        </w:rPr>
        <w:t xml:space="preserve"> </w:t>
      </w:r>
      <w:proofErr w:type="spellStart"/>
      <w:r w:rsidRPr="00693F1B">
        <w:rPr>
          <w:rFonts w:cs="Times New Roman"/>
          <w:szCs w:val="24"/>
        </w:rPr>
        <w:t>către</w:t>
      </w:r>
      <w:proofErr w:type="spellEnd"/>
      <w:r w:rsidRPr="00693F1B">
        <w:rPr>
          <w:rFonts w:cs="Times New Roman"/>
          <w:szCs w:val="24"/>
        </w:rPr>
        <w:t xml:space="preserve"> </w:t>
      </w:r>
      <w:proofErr w:type="spellStart"/>
      <w:r w:rsidRPr="00693F1B">
        <w:rPr>
          <w:rFonts w:cs="Times New Roman"/>
          <w:szCs w:val="24"/>
        </w:rPr>
        <w:t>Autoritatea</w:t>
      </w:r>
      <w:proofErr w:type="spellEnd"/>
      <w:r w:rsidRPr="00693F1B">
        <w:rPr>
          <w:rFonts w:cs="Times New Roman"/>
          <w:szCs w:val="24"/>
        </w:rPr>
        <w:t xml:space="preserve"> de </w:t>
      </w:r>
      <w:proofErr w:type="spellStart"/>
      <w:r w:rsidRPr="00693F1B">
        <w:rPr>
          <w:rFonts w:cs="Times New Roman"/>
          <w:szCs w:val="24"/>
        </w:rPr>
        <w:t>supraveghere</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persoanele</w:t>
      </w:r>
      <w:proofErr w:type="spellEnd"/>
      <w:r w:rsidRPr="00693F1B">
        <w:rPr>
          <w:rFonts w:cs="Times New Roman"/>
          <w:szCs w:val="24"/>
        </w:rPr>
        <w:t xml:space="preserve"> </w:t>
      </w:r>
      <w:proofErr w:type="spellStart"/>
      <w:r w:rsidRPr="00693F1B">
        <w:rPr>
          <w:rFonts w:cs="Times New Roman"/>
          <w:szCs w:val="24"/>
        </w:rPr>
        <w:t>vizate</w:t>
      </w:r>
      <w:proofErr w:type="spellEnd"/>
      <w:r w:rsidRPr="00693F1B">
        <w:rPr>
          <w:rFonts w:cs="Times New Roman"/>
          <w:szCs w:val="24"/>
        </w:rPr>
        <w:t>.</w:t>
      </w:r>
      <w:r w:rsidRPr="00693F1B">
        <w:rPr>
          <w:rFonts w:cs="Times New Roman"/>
          <w:szCs w:val="24"/>
        </w:rPr>
        <w:br/>
      </w:r>
      <w:r w:rsidRPr="00693F1B">
        <w:rPr>
          <w:rFonts w:cs="Times New Roman"/>
          <w:b/>
          <w:bCs/>
          <w:szCs w:val="24"/>
        </w:rPr>
        <w:t>2.1.3.</w:t>
      </w:r>
      <w:r w:rsidRPr="00693F1B">
        <w:rPr>
          <w:rFonts w:cs="Times New Roman"/>
          <w:szCs w:val="24"/>
        </w:rPr>
        <w:t xml:space="preserve"> Prin </w:t>
      </w:r>
      <w:proofErr w:type="spellStart"/>
      <w:r>
        <w:rPr>
          <w:rFonts w:cs="Times New Roman"/>
          <w:szCs w:val="24"/>
        </w:rPr>
        <w:t>p</w:t>
      </w:r>
      <w:r w:rsidRPr="00693F1B">
        <w:rPr>
          <w:rFonts w:cs="Times New Roman"/>
          <w:szCs w:val="24"/>
        </w:rPr>
        <w:t>rezent</w:t>
      </w:r>
      <w:r>
        <w:rPr>
          <w:rFonts w:cs="Times New Roman"/>
          <w:szCs w:val="24"/>
        </w:rPr>
        <w:t>ul</w:t>
      </w:r>
      <w:proofErr w:type="spellEnd"/>
      <w:r w:rsidRPr="00693F1B">
        <w:rPr>
          <w:rFonts w:cs="Times New Roman"/>
          <w:szCs w:val="24"/>
        </w:rPr>
        <w:t xml:space="preserve"> </w:t>
      </w:r>
      <w:proofErr w:type="spellStart"/>
      <w:r>
        <w:rPr>
          <w:rFonts w:cs="Times New Roman"/>
          <w:szCs w:val="24"/>
        </w:rPr>
        <w:t>regulament</w:t>
      </w:r>
      <w:proofErr w:type="spellEnd"/>
      <w:r w:rsidRPr="00693F1B">
        <w:rPr>
          <w:rFonts w:cs="Times New Roman"/>
          <w:szCs w:val="24"/>
        </w:rPr>
        <w:t xml:space="preserve"> se </w:t>
      </w:r>
      <w:proofErr w:type="spellStart"/>
      <w:r w:rsidRPr="00693F1B">
        <w:rPr>
          <w:rFonts w:cs="Times New Roman"/>
          <w:szCs w:val="24"/>
        </w:rPr>
        <w:t>urmărește</w:t>
      </w:r>
      <w:proofErr w:type="spellEnd"/>
      <w:r w:rsidRPr="00693F1B">
        <w:rPr>
          <w:rFonts w:cs="Times New Roman"/>
          <w:szCs w:val="24"/>
        </w:rPr>
        <w:t xml:space="preserve"> </w:t>
      </w:r>
      <w:proofErr w:type="spellStart"/>
      <w:r w:rsidRPr="00693F1B">
        <w:rPr>
          <w:rFonts w:cs="Times New Roman"/>
          <w:szCs w:val="24"/>
        </w:rPr>
        <w:t>asigurarea</w:t>
      </w:r>
      <w:proofErr w:type="spellEnd"/>
      <w:r w:rsidRPr="00693F1B">
        <w:rPr>
          <w:rFonts w:cs="Times New Roman"/>
          <w:szCs w:val="24"/>
        </w:rPr>
        <w:t xml:space="preserve"> </w:t>
      </w:r>
      <w:proofErr w:type="spellStart"/>
      <w:r w:rsidRPr="00693F1B">
        <w:rPr>
          <w:rFonts w:cs="Times New Roman"/>
          <w:szCs w:val="24"/>
        </w:rPr>
        <w:t>unui</w:t>
      </w:r>
      <w:proofErr w:type="spellEnd"/>
      <w:r w:rsidRPr="00693F1B">
        <w:rPr>
          <w:rFonts w:cs="Times New Roman"/>
          <w:szCs w:val="24"/>
        </w:rPr>
        <w:t xml:space="preserve"> flux </w:t>
      </w:r>
      <w:proofErr w:type="spellStart"/>
      <w:r w:rsidRPr="00693F1B">
        <w:rPr>
          <w:rFonts w:cs="Times New Roman"/>
          <w:szCs w:val="24"/>
        </w:rPr>
        <w:t>corect</w:t>
      </w:r>
      <w:proofErr w:type="spellEnd"/>
      <w:r w:rsidRPr="00693F1B">
        <w:rPr>
          <w:rFonts w:cs="Times New Roman"/>
          <w:szCs w:val="24"/>
        </w:rPr>
        <w:t xml:space="preserve">, </w:t>
      </w:r>
      <w:proofErr w:type="spellStart"/>
      <w:r w:rsidRPr="00693F1B">
        <w:rPr>
          <w:rFonts w:cs="Times New Roman"/>
          <w:szCs w:val="24"/>
        </w:rPr>
        <w:t>eficient</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legal al </w:t>
      </w:r>
      <w:proofErr w:type="spellStart"/>
      <w:r w:rsidRPr="00693F1B">
        <w:rPr>
          <w:rFonts w:cs="Times New Roman"/>
          <w:szCs w:val="24"/>
        </w:rPr>
        <w:t>notificărilor</w:t>
      </w:r>
      <w:proofErr w:type="spellEnd"/>
      <w:r w:rsidRPr="00693F1B">
        <w:rPr>
          <w:rFonts w:cs="Times New Roman"/>
          <w:szCs w:val="24"/>
        </w:rPr>
        <w:t xml:space="preserve"> </w:t>
      </w:r>
      <w:proofErr w:type="spellStart"/>
      <w:r w:rsidRPr="00693F1B">
        <w:rPr>
          <w:rFonts w:cs="Times New Roman"/>
          <w:szCs w:val="24"/>
        </w:rPr>
        <w:lastRenderedPageBreak/>
        <w:t>transmise</w:t>
      </w:r>
      <w:proofErr w:type="spellEnd"/>
      <w:r w:rsidRPr="00693F1B">
        <w:rPr>
          <w:rFonts w:cs="Times New Roman"/>
          <w:szCs w:val="24"/>
        </w:rPr>
        <w:t xml:space="preserve"> </w:t>
      </w:r>
      <w:proofErr w:type="spellStart"/>
      <w:r w:rsidRPr="00693F1B">
        <w:rPr>
          <w:rFonts w:cs="Times New Roman"/>
          <w:szCs w:val="24"/>
        </w:rPr>
        <w:t>către</w:t>
      </w:r>
      <w:proofErr w:type="spellEnd"/>
      <w:r w:rsidRPr="00693F1B">
        <w:rPr>
          <w:rFonts w:cs="Times New Roman"/>
          <w:szCs w:val="24"/>
        </w:rPr>
        <w:t xml:space="preserve"> </w:t>
      </w:r>
      <w:proofErr w:type="spellStart"/>
      <w:r w:rsidRPr="00693F1B">
        <w:rPr>
          <w:rFonts w:cs="Times New Roman"/>
          <w:szCs w:val="24"/>
        </w:rPr>
        <w:t>Autoritatea</w:t>
      </w:r>
      <w:proofErr w:type="spellEnd"/>
      <w:r w:rsidRPr="00693F1B">
        <w:rPr>
          <w:rFonts w:cs="Times New Roman"/>
          <w:szCs w:val="24"/>
        </w:rPr>
        <w:t xml:space="preserve"> de </w:t>
      </w:r>
      <w:proofErr w:type="spellStart"/>
      <w:r w:rsidRPr="00693F1B">
        <w:rPr>
          <w:rFonts w:cs="Times New Roman"/>
          <w:szCs w:val="24"/>
        </w:rPr>
        <w:t>supraveghere</w:t>
      </w:r>
      <w:proofErr w:type="spellEnd"/>
      <w:r w:rsidRPr="00693F1B">
        <w:rPr>
          <w:rFonts w:cs="Times New Roman"/>
          <w:szCs w:val="24"/>
        </w:rPr>
        <w:t xml:space="preserve"> (CNPDCP) </w:t>
      </w:r>
      <w:proofErr w:type="spellStart"/>
      <w:r w:rsidRPr="00693F1B">
        <w:rPr>
          <w:rFonts w:cs="Times New Roman"/>
          <w:szCs w:val="24"/>
        </w:rPr>
        <w:t>și</w:t>
      </w:r>
      <w:proofErr w:type="spellEnd"/>
      <w:r w:rsidRPr="00693F1B">
        <w:rPr>
          <w:rFonts w:cs="Times New Roman"/>
          <w:szCs w:val="24"/>
        </w:rPr>
        <w:t xml:space="preserve"> al </w:t>
      </w:r>
      <w:proofErr w:type="spellStart"/>
      <w:r w:rsidRPr="00693F1B">
        <w:rPr>
          <w:rFonts w:cs="Times New Roman"/>
          <w:szCs w:val="24"/>
        </w:rPr>
        <w:t>informărilor</w:t>
      </w:r>
      <w:proofErr w:type="spellEnd"/>
      <w:r w:rsidRPr="00693F1B">
        <w:rPr>
          <w:rFonts w:cs="Times New Roman"/>
          <w:szCs w:val="24"/>
        </w:rPr>
        <w:t xml:space="preserve"> </w:t>
      </w:r>
      <w:proofErr w:type="spellStart"/>
      <w:r w:rsidRPr="00693F1B">
        <w:rPr>
          <w:rFonts w:cs="Times New Roman"/>
          <w:szCs w:val="24"/>
        </w:rPr>
        <w:t>persoanelor</w:t>
      </w:r>
      <w:proofErr w:type="spellEnd"/>
      <w:r w:rsidRPr="00693F1B">
        <w:rPr>
          <w:rFonts w:cs="Times New Roman"/>
          <w:szCs w:val="24"/>
        </w:rPr>
        <w:t xml:space="preserve"> </w:t>
      </w:r>
      <w:proofErr w:type="spellStart"/>
      <w:r w:rsidRPr="00693F1B">
        <w:rPr>
          <w:rFonts w:cs="Times New Roman"/>
          <w:szCs w:val="24"/>
        </w:rPr>
        <w:t>vizate</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cazul</w:t>
      </w:r>
      <w:proofErr w:type="spellEnd"/>
      <w:r w:rsidRPr="00693F1B">
        <w:rPr>
          <w:rFonts w:cs="Times New Roman"/>
          <w:szCs w:val="24"/>
        </w:rPr>
        <w:t xml:space="preserve"> </w:t>
      </w:r>
      <w:proofErr w:type="spellStart"/>
      <w:r w:rsidRPr="00693F1B">
        <w:rPr>
          <w:rFonts w:cs="Times New Roman"/>
          <w:szCs w:val="24"/>
        </w:rPr>
        <w:t>încălcării</w:t>
      </w:r>
      <w:proofErr w:type="spellEnd"/>
      <w:r w:rsidRPr="00693F1B">
        <w:rPr>
          <w:rFonts w:cs="Times New Roman"/>
          <w:szCs w:val="24"/>
        </w:rPr>
        <w:t xml:space="preserve"> </w:t>
      </w:r>
      <w:proofErr w:type="spellStart"/>
      <w:r w:rsidRPr="00693F1B">
        <w:rPr>
          <w:rFonts w:cs="Times New Roman"/>
          <w:szCs w:val="24"/>
        </w:rPr>
        <w:t>securității</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temeiul</w:t>
      </w:r>
      <w:proofErr w:type="spellEnd"/>
      <w:r w:rsidRPr="00693F1B">
        <w:rPr>
          <w:rFonts w:cs="Times New Roman"/>
          <w:szCs w:val="24"/>
        </w:rPr>
        <w:t xml:space="preserve"> </w:t>
      </w:r>
      <w:proofErr w:type="spellStart"/>
      <w:r w:rsidRPr="00693F1B">
        <w:rPr>
          <w:rFonts w:cs="Times New Roman"/>
          <w:szCs w:val="24"/>
        </w:rPr>
        <w:t>legii</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al </w:t>
      </w:r>
      <w:proofErr w:type="spellStart"/>
      <w:r w:rsidRPr="00693F1B">
        <w:rPr>
          <w:rFonts w:cs="Times New Roman"/>
          <w:szCs w:val="24"/>
        </w:rPr>
        <w:t>reglementărilor</w:t>
      </w:r>
      <w:proofErr w:type="spellEnd"/>
      <w:r w:rsidRPr="00693F1B">
        <w:rPr>
          <w:rFonts w:cs="Times New Roman"/>
          <w:szCs w:val="24"/>
        </w:rPr>
        <w:t xml:space="preserve"> </w:t>
      </w:r>
      <w:proofErr w:type="spellStart"/>
      <w:r w:rsidRPr="00693F1B">
        <w:rPr>
          <w:rFonts w:cs="Times New Roman"/>
          <w:szCs w:val="24"/>
        </w:rPr>
        <w:t>conexe</w:t>
      </w:r>
      <w:proofErr w:type="spellEnd"/>
      <w:r w:rsidRPr="00693F1B">
        <w:rPr>
          <w:rFonts w:cs="Times New Roman"/>
          <w:szCs w:val="24"/>
        </w:rPr>
        <w:t>.</w:t>
      </w:r>
    </w:p>
    <w:p w14:paraId="20699584" w14:textId="77777777" w:rsidR="006D4E92" w:rsidRDefault="00000000">
      <w:pPr>
        <w:jc w:val="both"/>
        <w:rPr>
          <w:rFonts w:cs="Times New Roman"/>
          <w:szCs w:val="24"/>
        </w:rPr>
      </w:pPr>
      <w:r w:rsidRPr="00693F1B">
        <w:rPr>
          <w:rFonts w:cs="Times New Roman"/>
          <w:b/>
          <w:bCs/>
          <w:szCs w:val="24"/>
        </w:rPr>
        <w:t>2.1.4.</w:t>
      </w:r>
      <w:r w:rsidRPr="00693F1B">
        <w:rPr>
          <w:rFonts w:cs="Times New Roman"/>
          <w:szCs w:val="24"/>
        </w:rPr>
        <w:t xml:space="preserve"> </w:t>
      </w:r>
      <w:proofErr w:type="spellStart"/>
      <w:r w:rsidRPr="00693F1B">
        <w:rPr>
          <w:rFonts w:cs="Times New Roman"/>
          <w:szCs w:val="24"/>
        </w:rPr>
        <w:t>Legea</w:t>
      </w:r>
      <w:proofErr w:type="spellEnd"/>
      <w:r w:rsidRPr="00693F1B">
        <w:rPr>
          <w:rFonts w:cs="Times New Roman"/>
          <w:szCs w:val="24"/>
        </w:rPr>
        <w:t xml:space="preserve"> nr. 195/2024 introduce o </w:t>
      </w:r>
      <w:proofErr w:type="spellStart"/>
      <w:r w:rsidRPr="00693F1B">
        <w:rPr>
          <w:rFonts w:cs="Times New Roman"/>
          <w:szCs w:val="24"/>
        </w:rPr>
        <w:t>obligație</w:t>
      </w:r>
      <w:proofErr w:type="spellEnd"/>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Primărie</w:t>
      </w:r>
      <w:proofErr w:type="spellEnd"/>
      <w:r w:rsidRPr="00693F1B">
        <w:rPr>
          <w:rFonts w:cs="Times New Roman"/>
          <w:szCs w:val="24"/>
        </w:rPr>
        <w:t xml:space="preserve"> de a </w:t>
      </w:r>
      <w:proofErr w:type="spellStart"/>
      <w:r w:rsidRPr="00693F1B">
        <w:rPr>
          <w:rFonts w:cs="Times New Roman"/>
          <w:szCs w:val="24"/>
        </w:rPr>
        <w:t>raporta</w:t>
      </w:r>
      <w:proofErr w:type="spellEnd"/>
      <w:r w:rsidRPr="00693F1B">
        <w:rPr>
          <w:rFonts w:cs="Times New Roman"/>
          <w:szCs w:val="24"/>
        </w:rPr>
        <w:t xml:space="preserve"> </w:t>
      </w:r>
      <w:proofErr w:type="spellStart"/>
      <w:r w:rsidRPr="00693F1B">
        <w:rPr>
          <w:rFonts w:cs="Times New Roman"/>
          <w:szCs w:val="24"/>
        </w:rPr>
        <w:t>anumite</w:t>
      </w:r>
      <w:proofErr w:type="spellEnd"/>
      <w:r w:rsidRPr="00693F1B">
        <w:rPr>
          <w:rFonts w:cs="Times New Roman"/>
          <w:szCs w:val="24"/>
        </w:rPr>
        <w:t xml:space="preserve"> </w:t>
      </w:r>
      <w:proofErr w:type="spellStart"/>
      <w:r w:rsidRPr="00693F1B">
        <w:rPr>
          <w:rFonts w:cs="Times New Roman"/>
          <w:szCs w:val="24"/>
        </w:rPr>
        <w:t>tipuri</w:t>
      </w:r>
      <w:proofErr w:type="spellEnd"/>
      <w:r w:rsidRPr="00693F1B">
        <w:rPr>
          <w:rFonts w:cs="Times New Roman"/>
          <w:szCs w:val="24"/>
        </w:rPr>
        <w:t xml:space="preserve"> de </w:t>
      </w:r>
      <w:proofErr w:type="spellStart"/>
      <w:r w:rsidRPr="00693F1B">
        <w:rPr>
          <w:rFonts w:cs="Times New Roman"/>
          <w:szCs w:val="24"/>
        </w:rPr>
        <w:t>încălcare</w:t>
      </w:r>
      <w:proofErr w:type="spellEnd"/>
      <w:r w:rsidRPr="00693F1B">
        <w:rPr>
          <w:rFonts w:cs="Times New Roman"/>
          <w:szCs w:val="24"/>
        </w:rPr>
        <w:t xml:space="preserve"> a </w:t>
      </w:r>
      <w:proofErr w:type="spellStart"/>
      <w:r w:rsidRPr="00693F1B">
        <w:rPr>
          <w:rFonts w:cs="Times New Roman"/>
          <w:szCs w:val="24"/>
        </w:rPr>
        <w:t>securității</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 </w:t>
      </w:r>
      <w:proofErr w:type="spellStart"/>
      <w:r w:rsidRPr="00693F1B">
        <w:rPr>
          <w:rFonts w:cs="Times New Roman"/>
          <w:szCs w:val="24"/>
        </w:rPr>
        <w:t>către</w:t>
      </w:r>
      <w:proofErr w:type="spellEnd"/>
      <w:r w:rsidRPr="00693F1B">
        <w:rPr>
          <w:rFonts w:cs="Times New Roman"/>
          <w:szCs w:val="24"/>
        </w:rPr>
        <w:t xml:space="preserve"> </w:t>
      </w:r>
      <w:proofErr w:type="spellStart"/>
      <w:r w:rsidRPr="00693F1B">
        <w:rPr>
          <w:rFonts w:cs="Times New Roman"/>
          <w:szCs w:val="24"/>
        </w:rPr>
        <w:t>autoritatea</w:t>
      </w:r>
      <w:proofErr w:type="spellEnd"/>
      <w:r w:rsidRPr="00693F1B">
        <w:rPr>
          <w:rFonts w:cs="Times New Roman"/>
          <w:szCs w:val="24"/>
        </w:rPr>
        <w:t xml:space="preserve"> de </w:t>
      </w:r>
      <w:proofErr w:type="spellStart"/>
      <w:r w:rsidRPr="00693F1B">
        <w:rPr>
          <w:rFonts w:cs="Times New Roman"/>
          <w:szCs w:val="24"/>
        </w:rPr>
        <w:t>supraveghere</w:t>
      </w:r>
      <w:proofErr w:type="spellEnd"/>
      <w:r w:rsidRPr="00693F1B">
        <w:rPr>
          <w:rFonts w:cs="Times New Roman"/>
          <w:szCs w:val="24"/>
        </w:rPr>
        <w:t xml:space="preserve"> – CNPDCP, </w:t>
      </w:r>
      <w:proofErr w:type="spellStart"/>
      <w:r w:rsidRPr="00693F1B">
        <w:rPr>
          <w:rFonts w:cs="Times New Roman"/>
          <w:szCs w:val="24"/>
        </w:rPr>
        <w:t>în</w:t>
      </w:r>
      <w:proofErr w:type="spellEnd"/>
      <w:r w:rsidRPr="00693F1B">
        <w:rPr>
          <w:rFonts w:cs="Times New Roman"/>
          <w:szCs w:val="24"/>
        </w:rPr>
        <w:t xml:space="preserve"> termen de 72 de ore de la </w:t>
      </w:r>
      <w:proofErr w:type="spellStart"/>
      <w:r w:rsidRPr="00693F1B">
        <w:rPr>
          <w:rFonts w:cs="Times New Roman"/>
          <w:szCs w:val="24"/>
        </w:rPr>
        <w:t>constatarea</w:t>
      </w:r>
      <w:proofErr w:type="spellEnd"/>
      <w:r w:rsidRPr="00693F1B">
        <w:rPr>
          <w:rFonts w:cs="Times New Roman"/>
          <w:szCs w:val="24"/>
        </w:rPr>
        <w:t xml:space="preserve"> </w:t>
      </w:r>
      <w:proofErr w:type="spellStart"/>
      <w:r w:rsidRPr="00693F1B">
        <w:rPr>
          <w:rFonts w:cs="Times New Roman"/>
          <w:szCs w:val="24"/>
        </w:rPr>
        <w:t>încălcării</w:t>
      </w:r>
      <w:proofErr w:type="spellEnd"/>
      <w:r w:rsidRPr="00693F1B">
        <w:rPr>
          <w:rFonts w:cs="Times New Roman"/>
          <w:szCs w:val="24"/>
        </w:rPr>
        <w:t xml:space="preserve">. </w:t>
      </w:r>
      <w:proofErr w:type="spellStart"/>
      <w:r w:rsidRPr="00693F1B">
        <w:rPr>
          <w:rFonts w:cs="Times New Roman"/>
          <w:szCs w:val="24"/>
        </w:rPr>
        <w:t>Dacă</w:t>
      </w:r>
      <w:proofErr w:type="spellEnd"/>
      <w:r w:rsidRPr="00693F1B">
        <w:rPr>
          <w:rFonts w:cs="Times New Roman"/>
          <w:szCs w:val="24"/>
        </w:rPr>
        <w:t xml:space="preserve"> </w:t>
      </w:r>
      <w:proofErr w:type="spellStart"/>
      <w:r w:rsidRPr="00693F1B">
        <w:rPr>
          <w:rFonts w:cs="Times New Roman"/>
          <w:szCs w:val="24"/>
        </w:rPr>
        <w:t>este</w:t>
      </w:r>
      <w:proofErr w:type="spellEnd"/>
      <w:r w:rsidRPr="00693F1B">
        <w:rPr>
          <w:rFonts w:cs="Times New Roman"/>
          <w:szCs w:val="24"/>
        </w:rPr>
        <w:t xml:space="preserve"> </w:t>
      </w:r>
      <w:proofErr w:type="spellStart"/>
      <w:r w:rsidRPr="00693F1B">
        <w:rPr>
          <w:rFonts w:cs="Times New Roman"/>
          <w:szCs w:val="24"/>
        </w:rPr>
        <w:t>depășit</w:t>
      </w:r>
      <w:proofErr w:type="spellEnd"/>
      <w:r w:rsidRPr="00693F1B">
        <w:rPr>
          <w:rFonts w:cs="Times New Roman"/>
          <w:szCs w:val="24"/>
        </w:rPr>
        <w:t xml:space="preserve"> </w:t>
      </w:r>
      <w:proofErr w:type="spellStart"/>
      <w:r w:rsidRPr="00693F1B">
        <w:rPr>
          <w:rFonts w:cs="Times New Roman"/>
          <w:szCs w:val="24"/>
        </w:rPr>
        <w:t>acest</w:t>
      </w:r>
      <w:proofErr w:type="spellEnd"/>
      <w:r w:rsidRPr="00693F1B">
        <w:rPr>
          <w:rFonts w:cs="Times New Roman"/>
          <w:szCs w:val="24"/>
        </w:rPr>
        <w:t xml:space="preserve"> termen, </w:t>
      </w:r>
      <w:proofErr w:type="spellStart"/>
      <w:r w:rsidRPr="00693F1B">
        <w:rPr>
          <w:rFonts w:cs="Times New Roman"/>
          <w:szCs w:val="24"/>
        </w:rPr>
        <w:t>trebuie</w:t>
      </w:r>
      <w:proofErr w:type="spellEnd"/>
      <w:r w:rsidRPr="00693F1B">
        <w:rPr>
          <w:rFonts w:cs="Times New Roman"/>
          <w:szCs w:val="24"/>
        </w:rPr>
        <w:t xml:space="preserve"> </w:t>
      </w:r>
      <w:proofErr w:type="spellStart"/>
      <w:r w:rsidRPr="00693F1B">
        <w:rPr>
          <w:rFonts w:cs="Times New Roman"/>
          <w:szCs w:val="24"/>
        </w:rPr>
        <w:t>furnizate</w:t>
      </w:r>
      <w:proofErr w:type="spellEnd"/>
      <w:r w:rsidRPr="00693F1B">
        <w:rPr>
          <w:rFonts w:cs="Times New Roman"/>
          <w:szCs w:val="24"/>
        </w:rPr>
        <w:t xml:space="preserve"> motive </w:t>
      </w:r>
      <w:proofErr w:type="spellStart"/>
      <w:r w:rsidRPr="00693F1B">
        <w:rPr>
          <w:rFonts w:cs="Times New Roman"/>
          <w:szCs w:val="24"/>
        </w:rPr>
        <w:t>temeinice</w:t>
      </w:r>
      <w:proofErr w:type="spellEnd"/>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întârziere</w:t>
      </w:r>
      <w:proofErr w:type="spellEnd"/>
      <w:r w:rsidRPr="00693F1B">
        <w:rPr>
          <w:rFonts w:cs="Times New Roman"/>
          <w:szCs w:val="24"/>
        </w:rPr>
        <w:t>.</w:t>
      </w:r>
    </w:p>
    <w:p w14:paraId="0D99B815" w14:textId="77777777" w:rsidR="006D4E92" w:rsidRDefault="00000000">
      <w:pPr>
        <w:jc w:val="both"/>
        <w:rPr>
          <w:rFonts w:cs="Times New Roman"/>
          <w:szCs w:val="24"/>
        </w:rPr>
      </w:pPr>
      <w:r w:rsidRPr="00693F1B">
        <w:rPr>
          <w:rFonts w:cs="Times New Roman"/>
          <w:b/>
          <w:bCs/>
          <w:szCs w:val="24"/>
        </w:rPr>
        <w:t>2.1.5.</w:t>
      </w:r>
      <w:r w:rsidRPr="00693F1B">
        <w:rPr>
          <w:rFonts w:cs="Times New Roman"/>
          <w:szCs w:val="24"/>
        </w:rPr>
        <w:t xml:space="preserve"> </w:t>
      </w:r>
      <w:proofErr w:type="spellStart"/>
      <w:r w:rsidRPr="00693F1B">
        <w:rPr>
          <w:rFonts w:cs="Times New Roman"/>
          <w:szCs w:val="24"/>
        </w:rPr>
        <w:t>Legea</w:t>
      </w:r>
      <w:proofErr w:type="spellEnd"/>
      <w:r w:rsidRPr="00693F1B">
        <w:rPr>
          <w:rFonts w:cs="Times New Roman"/>
          <w:szCs w:val="24"/>
        </w:rPr>
        <w:t xml:space="preserve"> introduce </w:t>
      </w:r>
      <w:proofErr w:type="spellStart"/>
      <w:r w:rsidRPr="00693F1B">
        <w:rPr>
          <w:rFonts w:cs="Times New Roman"/>
          <w:szCs w:val="24"/>
        </w:rPr>
        <w:t>obligația</w:t>
      </w:r>
      <w:proofErr w:type="spellEnd"/>
      <w:r w:rsidRPr="00693F1B">
        <w:rPr>
          <w:rFonts w:cs="Times New Roman"/>
          <w:szCs w:val="24"/>
        </w:rPr>
        <w:t xml:space="preserve"> </w:t>
      </w:r>
      <w:proofErr w:type="spellStart"/>
      <w:r w:rsidRPr="00693F1B">
        <w:rPr>
          <w:rFonts w:cs="Times New Roman"/>
          <w:szCs w:val="24"/>
        </w:rPr>
        <w:t>informării</w:t>
      </w:r>
      <w:proofErr w:type="spellEnd"/>
      <w:r w:rsidRPr="00693F1B">
        <w:rPr>
          <w:rFonts w:cs="Times New Roman"/>
          <w:szCs w:val="24"/>
        </w:rPr>
        <w:t xml:space="preserve"> </w:t>
      </w:r>
      <w:proofErr w:type="spellStart"/>
      <w:r w:rsidRPr="00693F1B">
        <w:rPr>
          <w:rFonts w:cs="Times New Roman"/>
          <w:szCs w:val="24"/>
        </w:rPr>
        <w:t>persoanelor</w:t>
      </w:r>
      <w:proofErr w:type="spellEnd"/>
      <w:r w:rsidRPr="00693F1B">
        <w:rPr>
          <w:rFonts w:cs="Times New Roman"/>
          <w:szCs w:val="24"/>
        </w:rPr>
        <w:t xml:space="preserve"> </w:t>
      </w:r>
      <w:proofErr w:type="spellStart"/>
      <w:r w:rsidRPr="00693F1B">
        <w:rPr>
          <w:rFonts w:cs="Times New Roman"/>
          <w:szCs w:val="24"/>
        </w:rPr>
        <w:t>vizate</w:t>
      </w:r>
      <w:proofErr w:type="spellEnd"/>
      <w:r w:rsidRPr="00693F1B">
        <w:rPr>
          <w:rFonts w:cs="Times New Roman"/>
          <w:szCs w:val="24"/>
        </w:rPr>
        <w:t xml:space="preserve"> cu </w:t>
      </w:r>
      <w:proofErr w:type="spellStart"/>
      <w:r w:rsidRPr="00693F1B">
        <w:rPr>
          <w:rFonts w:cs="Times New Roman"/>
          <w:szCs w:val="24"/>
        </w:rPr>
        <w:t>privire</w:t>
      </w:r>
      <w:proofErr w:type="spellEnd"/>
      <w:r w:rsidRPr="00693F1B">
        <w:rPr>
          <w:rFonts w:cs="Times New Roman"/>
          <w:szCs w:val="24"/>
        </w:rPr>
        <w:t xml:space="preserve"> la </w:t>
      </w:r>
      <w:proofErr w:type="spellStart"/>
      <w:r w:rsidRPr="00693F1B">
        <w:rPr>
          <w:rFonts w:cs="Times New Roman"/>
          <w:szCs w:val="24"/>
        </w:rPr>
        <w:t>încălcarea</w:t>
      </w:r>
      <w:proofErr w:type="spellEnd"/>
      <w:r w:rsidRPr="00693F1B">
        <w:rPr>
          <w:rFonts w:cs="Times New Roman"/>
          <w:szCs w:val="24"/>
        </w:rPr>
        <w:t xml:space="preserve"> </w:t>
      </w:r>
      <w:proofErr w:type="spellStart"/>
      <w:r w:rsidRPr="00693F1B">
        <w:rPr>
          <w:rFonts w:cs="Times New Roman"/>
          <w:szCs w:val="24"/>
        </w:rPr>
        <w:t>securității</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 </w:t>
      </w:r>
      <w:proofErr w:type="spellStart"/>
      <w:r w:rsidRPr="00693F1B">
        <w:rPr>
          <w:rFonts w:cs="Times New Roman"/>
          <w:szCs w:val="24"/>
        </w:rPr>
        <w:t>dacă</w:t>
      </w:r>
      <w:proofErr w:type="spellEnd"/>
      <w:r w:rsidRPr="00693F1B">
        <w:rPr>
          <w:rFonts w:cs="Times New Roman"/>
          <w:szCs w:val="24"/>
        </w:rPr>
        <w:t xml:space="preserve"> </w:t>
      </w:r>
      <w:proofErr w:type="spellStart"/>
      <w:r w:rsidRPr="00693F1B">
        <w:rPr>
          <w:rFonts w:cs="Times New Roman"/>
          <w:szCs w:val="24"/>
        </w:rPr>
        <w:t>încălcarea</w:t>
      </w:r>
      <w:proofErr w:type="spellEnd"/>
      <w:r w:rsidRPr="00693F1B">
        <w:rPr>
          <w:rFonts w:cs="Times New Roman"/>
          <w:szCs w:val="24"/>
        </w:rPr>
        <w:t xml:space="preserve"> </w:t>
      </w:r>
      <w:proofErr w:type="spellStart"/>
      <w:r w:rsidRPr="00693F1B">
        <w:rPr>
          <w:rFonts w:cs="Times New Roman"/>
          <w:szCs w:val="24"/>
        </w:rPr>
        <w:t>respectivă</w:t>
      </w:r>
      <w:proofErr w:type="spellEnd"/>
      <w:r w:rsidRPr="00693F1B">
        <w:rPr>
          <w:rFonts w:cs="Times New Roman"/>
          <w:szCs w:val="24"/>
        </w:rPr>
        <w:t xml:space="preserve"> </w:t>
      </w:r>
      <w:proofErr w:type="spellStart"/>
      <w:r w:rsidRPr="00693F1B">
        <w:rPr>
          <w:rFonts w:cs="Times New Roman"/>
          <w:szCs w:val="24"/>
        </w:rPr>
        <w:t>este</w:t>
      </w:r>
      <w:proofErr w:type="spellEnd"/>
      <w:r w:rsidRPr="00693F1B">
        <w:rPr>
          <w:rFonts w:cs="Times New Roman"/>
          <w:szCs w:val="24"/>
        </w:rPr>
        <w:t xml:space="preserve"> </w:t>
      </w:r>
      <w:proofErr w:type="spellStart"/>
      <w:r w:rsidRPr="00693F1B">
        <w:rPr>
          <w:rFonts w:cs="Times New Roman"/>
          <w:szCs w:val="24"/>
        </w:rPr>
        <w:t>susceptibilă</w:t>
      </w:r>
      <w:proofErr w:type="spellEnd"/>
      <w:r w:rsidRPr="00693F1B">
        <w:rPr>
          <w:rFonts w:cs="Times New Roman"/>
          <w:szCs w:val="24"/>
        </w:rPr>
        <w:t xml:space="preserve"> </w:t>
      </w:r>
      <w:proofErr w:type="spellStart"/>
      <w:r w:rsidRPr="00693F1B">
        <w:rPr>
          <w:rFonts w:cs="Times New Roman"/>
          <w:szCs w:val="24"/>
        </w:rPr>
        <w:t>să</w:t>
      </w:r>
      <w:proofErr w:type="spellEnd"/>
      <w:r w:rsidRPr="00693F1B">
        <w:rPr>
          <w:rFonts w:cs="Times New Roman"/>
          <w:szCs w:val="24"/>
        </w:rPr>
        <w:t xml:space="preserve"> </w:t>
      </w:r>
      <w:proofErr w:type="spellStart"/>
      <w:r w:rsidRPr="00693F1B">
        <w:rPr>
          <w:rFonts w:cs="Times New Roman"/>
          <w:szCs w:val="24"/>
        </w:rPr>
        <w:t>genereze</w:t>
      </w:r>
      <w:proofErr w:type="spellEnd"/>
      <w:r w:rsidRPr="00693F1B">
        <w:rPr>
          <w:rFonts w:cs="Times New Roman"/>
          <w:szCs w:val="24"/>
        </w:rPr>
        <w:t xml:space="preserve"> un </w:t>
      </w:r>
      <w:proofErr w:type="spellStart"/>
      <w:r w:rsidRPr="00693F1B">
        <w:rPr>
          <w:rFonts w:cs="Times New Roman"/>
          <w:szCs w:val="24"/>
        </w:rPr>
        <w:t>risc</w:t>
      </w:r>
      <w:proofErr w:type="spellEnd"/>
      <w:r w:rsidRPr="00693F1B">
        <w:rPr>
          <w:rFonts w:cs="Times New Roman"/>
          <w:szCs w:val="24"/>
        </w:rPr>
        <w:t xml:space="preserve"> </w:t>
      </w:r>
      <w:proofErr w:type="spellStart"/>
      <w:r w:rsidRPr="00693F1B">
        <w:rPr>
          <w:rFonts w:cs="Times New Roman"/>
          <w:szCs w:val="24"/>
        </w:rPr>
        <w:t>ridicat</w:t>
      </w:r>
      <w:proofErr w:type="spellEnd"/>
      <w:r w:rsidRPr="00693F1B">
        <w:rPr>
          <w:rFonts w:cs="Times New Roman"/>
          <w:szCs w:val="24"/>
        </w:rPr>
        <w:t xml:space="preserve"> de </w:t>
      </w:r>
      <w:proofErr w:type="spellStart"/>
      <w:r w:rsidRPr="00693F1B">
        <w:rPr>
          <w:rFonts w:cs="Times New Roman"/>
          <w:szCs w:val="24"/>
        </w:rPr>
        <w:t>afectare</w:t>
      </w:r>
      <w:proofErr w:type="spellEnd"/>
      <w:r w:rsidRPr="00693F1B">
        <w:rPr>
          <w:rFonts w:cs="Times New Roman"/>
          <w:szCs w:val="24"/>
        </w:rPr>
        <w:t xml:space="preserve"> </w:t>
      </w:r>
      <w:proofErr w:type="spellStart"/>
      <w:r w:rsidRPr="00693F1B">
        <w:rPr>
          <w:rFonts w:cs="Times New Roman"/>
          <w:szCs w:val="24"/>
        </w:rPr>
        <w:t>negativă</w:t>
      </w:r>
      <w:proofErr w:type="spellEnd"/>
      <w:r w:rsidRPr="00693F1B">
        <w:rPr>
          <w:rFonts w:cs="Times New Roman"/>
          <w:szCs w:val="24"/>
        </w:rPr>
        <w:t xml:space="preserve"> a </w:t>
      </w:r>
      <w:proofErr w:type="spellStart"/>
      <w:r w:rsidRPr="00693F1B">
        <w:rPr>
          <w:rFonts w:cs="Times New Roman"/>
          <w:szCs w:val="24"/>
        </w:rPr>
        <w:t>drepturilor</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libertăților</w:t>
      </w:r>
      <w:proofErr w:type="spellEnd"/>
      <w:r w:rsidRPr="00693F1B">
        <w:rPr>
          <w:rFonts w:cs="Times New Roman"/>
          <w:szCs w:val="24"/>
        </w:rPr>
        <w:t xml:space="preserve"> </w:t>
      </w:r>
      <w:proofErr w:type="spellStart"/>
      <w:r w:rsidRPr="00693F1B">
        <w:rPr>
          <w:rFonts w:cs="Times New Roman"/>
          <w:szCs w:val="24"/>
        </w:rPr>
        <w:t>persoanelor</w:t>
      </w:r>
      <w:proofErr w:type="spellEnd"/>
      <w:r w:rsidRPr="00693F1B">
        <w:rPr>
          <w:rFonts w:cs="Times New Roman"/>
          <w:szCs w:val="24"/>
        </w:rPr>
        <w:t xml:space="preserve"> </w:t>
      </w:r>
      <w:proofErr w:type="spellStart"/>
      <w:r w:rsidRPr="00693F1B">
        <w:rPr>
          <w:rFonts w:cs="Times New Roman"/>
          <w:szCs w:val="24"/>
        </w:rPr>
        <w:t>vizate</w:t>
      </w:r>
      <w:proofErr w:type="spellEnd"/>
      <w:r w:rsidRPr="00693F1B">
        <w:rPr>
          <w:rFonts w:cs="Times New Roman"/>
          <w:szCs w:val="24"/>
        </w:rPr>
        <w:t xml:space="preserve">, </w:t>
      </w:r>
      <w:proofErr w:type="spellStart"/>
      <w:r w:rsidRPr="00693F1B">
        <w:rPr>
          <w:rFonts w:cs="Times New Roman"/>
          <w:szCs w:val="24"/>
        </w:rPr>
        <w:t>fără</w:t>
      </w:r>
      <w:proofErr w:type="spellEnd"/>
      <w:r w:rsidRPr="00693F1B">
        <w:rPr>
          <w:rFonts w:cs="Times New Roman"/>
          <w:szCs w:val="24"/>
        </w:rPr>
        <w:t xml:space="preserve"> </w:t>
      </w:r>
      <w:proofErr w:type="spellStart"/>
      <w:r w:rsidRPr="00693F1B">
        <w:rPr>
          <w:rFonts w:cs="Times New Roman"/>
          <w:szCs w:val="24"/>
        </w:rPr>
        <w:t>întârzieri</w:t>
      </w:r>
      <w:proofErr w:type="spellEnd"/>
      <w:r w:rsidRPr="00693F1B">
        <w:rPr>
          <w:rFonts w:cs="Times New Roman"/>
          <w:szCs w:val="24"/>
        </w:rPr>
        <w:t xml:space="preserve"> </w:t>
      </w:r>
      <w:proofErr w:type="spellStart"/>
      <w:r w:rsidRPr="00693F1B">
        <w:rPr>
          <w:rFonts w:cs="Times New Roman"/>
          <w:szCs w:val="24"/>
        </w:rPr>
        <w:t>nejustificate</w:t>
      </w:r>
      <w:proofErr w:type="spellEnd"/>
      <w:r w:rsidRPr="00693F1B">
        <w:rPr>
          <w:rFonts w:cs="Times New Roman"/>
          <w:szCs w:val="24"/>
        </w:rPr>
        <w:t>.</w:t>
      </w:r>
    </w:p>
    <w:p w14:paraId="5D37A9E9" w14:textId="77777777" w:rsidR="006D4E92" w:rsidRPr="00693F1B" w:rsidRDefault="00000000">
      <w:pPr>
        <w:jc w:val="both"/>
        <w:rPr>
          <w:rFonts w:cs="Times New Roman"/>
          <w:b/>
          <w:bCs/>
          <w:szCs w:val="24"/>
        </w:rPr>
      </w:pPr>
      <w:r w:rsidRPr="00693F1B">
        <w:rPr>
          <w:rFonts w:cs="Times New Roman"/>
          <w:b/>
          <w:bCs/>
          <w:szCs w:val="24"/>
        </w:rPr>
        <w:t>2.2. DOMENIUL DE APLICARE</w:t>
      </w:r>
    </w:p>
    <w:p w14:paraId="3B7E36E5" w14:textId="77777777" w:rsidR="006D4E92" w:rsidRDefault="00000000">
      <w:pPr>
        <w:jc w:val="both"/>
      </w:pPr>
      <w:proofErr w:type="spellStart"/>
      <w:r w:rsidRPr="00693F1B">
        <w:rPr>
          <w:rFonts w:cs="Times New Roman"/>
          <w:szCs w:val="24"/>
        </w:rPr>
        <w:t>Prezent</w:t>
      </w:r>
      <w:r>
        <w:rPr>
          <w:rFonts w:cs="Times New Roman"/>
          <w:szCs w:val="24"/>
        </w:rPr>
        <w:t>ul</w:t>
      </w:r>
      <w:proofErr w:type="spellEnd"/>
      <w:r w:rsidRPr="00693F1B">
        <w:rPr>
          <w:rFonts w:cs="Times New Roman"/>
          <w:szCs w:val="24"/>
        </w:rPr>
        <w:t xml:space="preserve"> </w:t>
      </w:r>
      <w:proofErr w:type="spellStart"/>
      <w:r>
        <w:rPr>
          <w:rFonts w:cs="Times New Roman"/>
          <w:szCs w:val="24"/>
        </w:rPr>
        <w:t>regulament</w:t>
      </w:r>
      <w:proofErr w:type="spellEnd"/>
      <w:r w:rsidRPr="00693F1B">
        <w:rPr>
          <w:rFonts w:cs="Times New Roman"/>
          <w:szCs w:val="24"/>
        </w:rPr>
        <w:t xml:space="preserve"> se </w:t>
      </w:r>
      <w:proofErr w:type="spellStart"/>
      <w:r w:rsidRPr="00693F1B">
        <w:rPr>
          <w:rFonts w:cs="Times New Roman"/>
          <w:szCs w:val="24"/>
        </w:rPr>
        <w:t>aplică</w:t>
      </w:r>
      <w:proofErr w:type="spellEnd"/>
      <w:r w:rsidRPr="00693F1B">
        <w:rPr>
          <w:rFonts w:cs="Times New Roman"/>
          <w:szCs w:val="24"/>
        </w:rPr>
        <w:t xml:space="preserve"> </w:t>
      </w:r>
      <w:proofErr w:type="spellStart"/>
      <w:r w:rsidRPr="00693F1B">
        <w:rPr>
          <w:rFonts w:cs="Times New Roman"/>
          <w:szCs w:val="24"/>
        </w:rPr>
        <w:t>tuturor</w:t>
      </w:r>
      <w:proofErr w:type="spellEnd"/>
      <w:r w:rsidRPr="00693F1B">
        <w:rPr>
          <w:rFonts w:cs="Times New Roman"/>
          <w:szCs w:val="24"/>
        </w:rPr>
        <w:t xml:space="preserve"> </w:t>
      </w:r>
      <w:proofErr w:type="spellStart"/>
      <w:r w:rsidRPr="00693F1B">
        <w:rPr>
          <w:rFonts w:cs="Times New Roman"/>
          <w:szCs w:val="24"/>
        </w:rPr>
        <w:t>structurilor</w:t>
      </w:r>
      <w:proofErr w:type="spellEnd"/>
      <w:r w:rsidRPr="00693F1B">
        <w:rPr>
          <w:rFonts w:cs="Times New Roman"/>
          <w:szCs w:val="24"/>
        </w:rPr>
        <w:t xml:space="preserve"> </w:t>
      </w:r>
      <w:proofErr w:type="spellStart"/>
      <w:r w:rsidRPr="00693F1B">
        <w:rPr>
          <w:rFonts w:cs="Times New Roman"/>
          <w:szCs w:val="24"/>
        </w:rPr>
        <w:t>organizatorice</w:t>
      </w:r>
      <w:proofErr w:type="spellEnd"/>
      <w:r w:rsidRPr="00693F1B">
        <w:rPr>
          <w:rFonts w:cs="Times New Roman"/>
          <w:szCs w:val="24"/>
        </w:rPr>
        <w:t xml:space="preserve">, </w:t>
      </w:r>
      <w:proofErr w:type="spellStart"/>
      <w:r w:rsidRPr="00693F1B">
        <w:rPr>
          <w:rFonts w:cs="Times New Roman"/>
          <w:szCs w:val="24"/>
        </w:rPr>
        <w:t>direcțiilor</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serviciilor</w:t>
      </w:r>
      <w:proofErr w:type="spellEnd"/>
      <w:r w:rsidRPr="00693F1B">
        <w:rPr>
          <w:rFonts w:cs="Times New Roman"/>
          <w:szCs w:val="24"/>
        </w:rPr>
        <w:t xml:space="preserve"> din </w:t>
      </w:r>
      <w:proofErr w:type="spellStart"/>
      <w:r w:rsidRPr="00693F1B">
        <w:rPr>
          <w:rFonts w:cs="Times New Roman"/>
          <w:szCs w:val="24"/>
        </w:rPr>
        <w:t>cadrul</w:t>
      </w:r>
      <w:proofErr w:type="spellEnd"/>
      <w:r w:rsidRPr="00693F1B">
        <w:rPr>
          <w:rFonts w:cs="Times New Roman"/>
          <w:szCs w:val="24"/>
        </w:rPr>
        <w:t xml:space="preserve"> </w:t>
      </w:r>
      <w:proofErr w:type="spellStart"/>
      <w:r w:rsidRPr="00693F1B">
        <w:rPr>
          <w:rFonts w:cs="Times New Roman"/>
          <w:szCs w:val="24"/>
        </w:rPr>
        <w:t>Operatorului</w:t>
      </w:r>
      <w:proofErr w:type="spellEnd"/>
      <w:r w:rsidRPr="00693F1B">
        <w:rPr>
          <w:rFonts w:cs="Times New Roman"/>
          <w:szCs w:val="24"/>
        </w:rPr>
        <w:t xml:space="preserve"> </w:t>
      </w:r>
      <w:proofErr w:type="spellStart"/>
      <w:r w:rsidRPr="00693F1B">
        <w:rPr>
          <w:rFonts w:cs="Times New Roman"/>
          <w:b/>
          <w:bCs/>
          <w:szCs w:val="24"/>
        </w:rPr>
        <w:t>Primăria</w:t>
      </w:r>
      <w:proofErr w:type="spellEnd"/>
      <w:r w:rsidRPr="00693F1B">
        <w:rPr>
          <w:rFonts w:cs="Times New Roman"/>
          <w:b/>
          <w:bCs/>
          <w:szCs w:val="24"/>
        </w:rPr>
        <w:t xml:space="preserve"> </w:t>
      </w:r>
      <w:proofErr w:type="spellStart"/>
      <w:r>
        <w:rPr>
          <w:rFonts w:cs="Times New Roman"/>
          <w:b/>
          <w:bCs/>
          <w:szCs w:val="24"/>
        </w:rPr>
        <w:t>Satului</w:t>
      </w:r>
      <w:proofErr w:type="spellEnd"/>
      <w:r>
        <w:rPr>
          <w:rFonts w:cs="Times New Roman"/>
          <w:b/>
          <w:bCs/>
          <w:szCs w:val="24"/>
        </w:rPr>
        <w:t xml:space="preserve"> </w:t>
      </w:r>
      <w:proofErr w:type="spellStart"/>
      <w:r>
        <w:rPr>
          <w:rFonts w:cs="Times New Roman"/>
          <w:b/>
          <w:bCs/>
          <w:szCs w:val="24"/>
        </w:rPr>
        <w:t>Mereni</w:t>
      </w:r>
      <w:proofErr w:type="spellEnd"/>
      <w:r w:rsidRPr="00693F1B">
        <w:rPr>
          <w:rFonts w:cs="Times New Roman"/>
          <w:szCs w:val="24"/>
        </w:rPr>
        <w:t xml:space="preserve"> (</w:t>
      </w:r>
      <w:proofErr w:type="spellStart"/>
      <w:r w:rsidRPr="00693F1B">
        <w:rPr>
          <w:rFonts w:cs="Times New Roman"/>
          <w:szCs w:val="24"/>
        </w:rPr>
        <w:t>inclusiv</w:t>
      </w:r>
      <w:proofErr w:type="spellEnd"/>
      <w:r w:rsidRPr="00693F1B">
        <w:rPr>
          <w:rFonts w:cs="Times New Roman"/>
          <w:szCs w:val="24"/>
        </w:rPr>
        <w:t xml:space="preserve"> </w:t>
      </w:r>
      <w:proofErr w:type="spellStart"/>
      <w:r w:rsidRPr="00693F1B">
        <w:rPr>
          <w:rFonts w:cs="Times New Roman"/>
          <w:szCs w:val="24"/>
        </w:rPr>
        <w:t>Cancelarie</w:t>
      </w:r>
      <w:proofErr w:type="spellEnd"/>
      <w:r w:rsidRPr="00693F1B">
        <w:rPr>
          <w:rFonts w:cs="Times New Roman"/>
          <w:szCs w:val="24"/>
        </w:rPr>
        <w:t xml:space="preserve">, </w:t>
      </w:r>
      <w:proofErr w:type="spellStart"/>
      <w:r w:rsidRPr="00693F1B">
        <w:rPr>
          <w:rFonts w:cs="Times New Roman"/>
          <w:szCs w:val="24"/>
        </w:rPr>
        <w:t>Serviciul</w:t>
      </w:r>
      <w:proofErr w:type="spellEnd"/>
      <w:r w:rsidRPr="00693F1B">
        <w:rPr>
          <w:rFonts w:cs="Times New Roman"/>
          <w:szCs w:val="24"/>
        </w:rPr>
        <w:t xml:space="preserve"> </w:t>
      </w:r>
      <w:proofErr w:type="spellStart"/>
      <w:r w:rsidRPr="00693F1B">
        <w:rPr>
          <w:rFonts w:cs="Times New Roman"/>
          <w:szCs w:val="24"/>
        </w:rPr>
        <w:t>Asistență</w:t>
      </w:r>
      <w:proofErr w:type="spellEnd"/>
      <w:r w:rsidRPr="00693F1B">
        <w:rPr>
          <w:rFonts w:cs="Times New Roman"/>
          <w:szCs w:val="24"/>
        </w:rPr>
        <w:t xml:space="preserve"> </w:t>
      </w:r>
      <w:proofErr w:type="spellStart"/>
      <w:r w:rsidRPr="00693F1B">
        <w:rPr>
          <w:rFonts w:cs="Times New Roman"/>
          <w:szCs w:val="24"/>
        </w:rPr>
        <w:t>Socială</w:t>
      </w:r>
      <w:proofErr w:type="spellEnd"/>
      <w:r w:rsidRPr="00693F1B">
        <w:rPr>
          <w:rFonts w:cs="Times New Roman"/>
          <w:szCs w:val="24"/>
        </w:rPr>
        <w:t xml:space="preserve">, </w:t>
      </w:r>
      <w:proofErr w:type="spellStart"/>
      <w:r w:rsidRPr="00693F1B">
        <w:rPr>
          <w:rFonts w:cs="Times New Roman"/>
          <w:szCs w:val="24"/>
        </w:rPr>
        <w:t>Serviciul</w:t>
      </w:r>
      <w:proofErr w:type="spellEnd"/>
      <w:r w:rsidRPr="00693F1B">
        <w:rPr>
          <w:rFonts w:cs="Times New Roman"/>
          <w:szCs w:val="24"/>
        </w:rPr>
        <w:t xml:space="preserve"> </w:t>
      </w:r>
      <w:proofErr w:type="spellStart"/>
      <w:r w:rsidRPr="00693F1B">
        <w:rPr>
          <w:rFonts w:cs="Times New Roman"/>
          <w:szCs w:val="24"/>
        </w:rPr>
        <w:t>Colectare</w:t>
      </w:r>
      <w:proofErr w:type="spellEnd"/>
      <w:r w:rsidRPr="00693F1B">
        <w:rPr>
          <w:rFonts w:cs="Times New Roman"/>
          <w:szCs w:val="24"/>
        </w:rPr>
        <w:t xml:space="preserve"> </w:t>
      </w:r>
      <w:proofErr w:type="spellStart"/>
      <w:r w:rsidRPr="00693F1B">
        <w:rPr>
          <w:rFonts w:cs="Times New Roman"/>
          <w:szCs w:val="24"/>
        </w:rPr>
        <w:t>Impozite</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Taxe Locale, Urbanism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Resurse</w:t>
      </w:r>
      <w:proofErr w:type="spellEnd"/>
      <w:r w:rsidRPr="00693F1B">
        <w:rPr>
          <w:rFonts w:cs="Times New Roman"/>
          <w:szCs w:val="24"/>
        </w:rPr>
        <w:t xml:space="preserve"> </w:t>
      </w:r>
      <w:proofErr w:type="spellStart"/>
      <w:r w:rsidRPr="00693F1B">
        <w:rPr>
          <w:rFonts w:cs="Times New Roman"/>
          <w:szCs w:val="24"/>
        </w:rPr>
        <w:t>Umane</w:t>
      </w:r>
      <w:proofErr w:type="spellEnd"/>
      <w:r>
        <w:rPr>
          <w:rFonts w:cs="Times New Roman"/>
          <w:szCs w:val="24"/>
        </w:rPr>
        <w:t>, etc.</w:t>
      </w:r>
      <w:r w:rsidRPr="00693F1B">
        <w:rPr>
          <w:rFonts w:cs="Times New Roman"/>
          <w:szCs w:val="24"/>
        </w:rPr>
        <w:t xml:space="preserve">). </w:t>
      </w:r>
      <w:proofErr w:type="spellStart"/>
      <w:r w:rsidRPr="00693F1B">
        <w:rPr>
          <w:rFonts w:cs="Times New Roman"/>
          <w:szCs w:val="24"/>
        </w:rPr>
        <w:t>Prezent</w:t>
      </w:r>
      <w:r>
        <w:rPr>
          <w:rFonts w:cs="Times New Roman"/>
          <w:szCs w:val="24"/>
        </w:rPr>
        <w:t>ul</w:t>
      </w:r>
      <w:proofErr w:type="spellEnd"/>
      <w:r w:rsidRPr="00693F1B">
        <w:rPr>
          <w:rFonts w:cs="Times New Roman"/>
          <w:szCs w:val="24"/>
        </w:rPr>
        <w:t xml:space="preserve"> </w:t>
      </w:r>
      <w:proofErr w:type="spellStart"/>
      <w:r>
        <w:rPr>
          <w:rFonts w:cs="Times New Roman"/>
          <w:szCs w:val="24"/>
        </w:rPr>
        <w:t>regulament</w:t>
      </w:r>
      <w:proofErr w:type="spellEnd"/>
      <w:r w:rsidRPr="00693F1B">
        <w:rPr>
          <w:rFonts w:cs="Times New Roman"/>
          <w:szCs w:val="24"/>
        </w:rPr>
        <w:t xml:space="preserve"> </w:t>
      </w:r>
      <w:proofErr w:type="spellStart"/>
      <w:r w:rsidRPr="00693F1B">
        <w:rPr>
          <w:rFonts w:cs="Times New Roman"/>
          <w:szCs w:val="24"/>
        </w:rPr>
        <w:t>este</w:t>
      </w:r>
      <w:proofErr w:type="spellEnd"/>
      <w:r w:rsidRPr="00693F1B">
        <w:rPr>
          <w:rFonts w:cs="Times New Roman"/>
          <w:szCs w:val="24"/>
        </w:rPr>
        <w:t xml:space="preserve"> </w:t>
      </w:r>
      <w:proofErr w:type="spellStart"/>
      <w:r w:rsidRPr="00693F1B">
        <w:rPr>
          <w:rFonts w:cs="Times New Roman"/>
          <w:szCs w:val="24"/>
        </w:rPr>
        <w:t>întocmit</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scopul</w:t>
      </w:r>
      <w:proofErr w:type="spellEnd"/>
      <w:r w:rsidRPr="00693F1B">
        <w:rPr>
          <w:rFonts w:cs="Times New Roman"/>
          <w:szCs w:val="24"/>
        </w:rPr>
        <w:t xml:space="preserve"> </w:t>
      </w:r>
      <w:proofErr w:type="spellStart"/>
      <w:r w:rsidRPr="00693F1B">
        <w:rPr>
          <w:rFonts w:cs="Times New Roman"/>
          <w:szCs w:val="24"/>
        </w:rPr>
        <w:t>pregătirii</w:t>
      </w:r>
      <w:proofErr w:type="spellEnd"/>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producerea</w:t>
      </w:r>
      <w:proofErr w:type="spellEnd"/>
      <w:r w:rsidRPr="00693F1B">
        <w:rPr>
          <w:rFonts w:cs="Times New Roman"/>
          <w:szCs w:val="24"/>
        </w:rPr>
        <w:t xml:space="preserve"> </w:t>
      </w:r>
      <w:proofErr w:type="spellStart"/>
      <w:r w:rsidRPr="00693F1B">
        <w:rPr>
          <w:rFonts w:cs="Times New Roman"/>
          <w:szCs w:val="24"/>
        </w:rPr>
        <w:t>unei</w:t>
      </w:r>
      <w:proofErr w:type="spellEnd"/>
      <w:r w:rsidRPr="00693F1B">
        <w:rPr>
          <w:rFonts w:cs="Times New Roman"/>
          <w:szCs w:val="24"/>
        </w:rPr>
        <w:t xml:space="preserve"> </w:t>
      </w:r>
      <w:proofErr w:type="spellStart"/>
      <w:r w:rsidRPr="00693F1B">
        <w:rPr>
          <w:rFonts w:cs="Times New Roman"/>
          <w:szCs w:val="24"/>
        </w:rPr>
        <w:t>încălcări</w:t>
      </w:r>
      <w:proofErr w:type="spellEnd"/>
      <w:r w:rsidRPr="00693F1B">
        <w:rPr>
          <w:rFonts w:cs="Times New Roman"/>
          <w:szCs w:val="24"/>
        </w:rPr>
        <w:t xml:space="preserve"> a </w:t>
      </w:r>
      <w:proofErr w:type="spellStart"/>
      <w:r w:rsidRPr="00693F1B">
        <w:rPr>
          <w:rFonts w:cs="Times New Roman"/>
          <w:szCs w:val="24"/>
        </w:rPr>
        <w:t>securității</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planul</w:t>
      </w:r>
      <w:proofErr w:type="spellEnd"/>
      <w:r w:rsidRPr="00693F1B">
        <w:rPr>
          <w:rFonts w:cs="Times New Roman"/>
          <w:szCs w:val="24"/>
        </w:rPr>
        <w:t xml:space="preserve"> de </w:t>
      </w:r>
      <w:proofErr w:type="spellStart"/>
      <w:r w:rsidRPr="00693F1B">
        <w:rPr>
          <w:rFonts w:cs="Times New Roman"/>
          <w:szCs w:val="24"/>
        </w:rPr>
        <w:t>reacție</w:t>
      </w:r>
      <w:proofErr w:type="spellEnd"/>
      <w:r w:rsidRPr="00693F1B">
        <w:rPr>
          <w:rFonts w:cs="Times New Roman"/>
          <w:szCs w:val="24"/>
        </w:rPr>
        <w:t xml:space="preserve"> la </w:t>
      </w:r>
      <w:proofErr w:type="spellStart"/>
      <w:r w:rsidRPr="00693F1B">
        <w:rPr>
          <w:rFonts w:cs="Times New Roman"/>
          <w:szCs w:val="24"/>
        </w:rPr>
        <w:t>aceasta</w:t>
      </w:r>
      <w:proofErr w:type="spellEnd"/>
      <w:r w:rsidRPr="00693F1B">
        <w:rPr>
          <w:rFonts w:cs="Times New Roman"/>
          <w:szCs w:val="24"/>
        </w:rPr>
        <w:t xml:space="preserve">, precum </w:t>
      </w:r>
      <w:proofErr w:type="spellStart"/>
      <w:r w:rsidRPr="00693F1B">
        <w:rPr>
          <w:rFonts w:cs="Times New Roman"/>
          <w:szCs w:val="24"/>
        </w:rPr>
        <w:t>și</w:t>
      </w:r>
      <w:proofErr w:type="spellEnd"/>
      <w:r w:rsidRPr="00693F1B">
        <w:rPr>
          <w:rFonts w:cs="Times New Roman"/>
          <w:szCs w:val="24"/>
        </w:rPr>
        <w:t xml:space="preserve"> </w:t>
      </w:r>
      <w:proofErr w:type="gramStart"/>
      <w:r w:rsidRPr="00693F1B">
        <w:rPr>
          <w:rFonts w:cs="Times New Roman"/>
          <w:szCs w:val="24"/>
        </w:rPr>
        <w:t>a</w:t>
      </w:r>
      <w:proofErr w:type="gramEnd"/>
      <w:r w:rsidRPr="00693F1B">
        <w:rPr>
          <w:rFonts w:cs="Times New Roman"/>
          <w:szCs w:val="24"/>
        </w:rPr>
        <w:t xml:space="preserve"> </w:t>
      </w:r>
      <w:proofErr w:type="spellStart"/>
      <w:r w:rsidRPr="00693F1B">
        <w:rPr>
          <w:rFonts w:cs="Times New Roman"/>
          <w:szCs w:val="24"/>
        </w:rPr>
        <w:t>atribuțiilor</w:t>
      </w:r>
      <w:proofErr w:type="spellEnd"/>
      <w:r w:rsidRPr="00693F1B">
        <w:rPr>
          <w:rFonts w:cs="Times New Roman"/>
          <w:szCs w:val="24"/>
        </w:rPr>
        <w:t xml:space="preserve"> </w:t>
      </w:r>
      <w:proofErr w:type="spellStart"/>
      <w:r w:rsidRPr="00693F1B">
        <w:rPr>
          <w:rFonts w:cs="Times New Roman"/>
          <w:szCs w:val="24"/>
        </w:rPr>
        <w:t>persoanelor</w:t>
      </w:r>
      <w:proofErr w:type="spellEnd"/>
      <w:r w:rsidRPr="00693F1B">
        <w:rPr>
          <w:rFonts w:cs="Times New Roman"/>
          <w:szCs w:val="24"/>
        </w:rPr>
        <w:t xml:space="preserve"> implicate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procesul</w:t>
      </w:r>
      <w:proofErr w:type="spellEnd"/>
      <w:r w:rsidRPr="00693F1B">
        <w:rPr>
          <w:rFonts w:cs="Times New Roman"/>
          <w:szCs w:val="24"/>
        </w:rPr>
        <w:t xml:space="preserve"> de </w:t>
      </w:r>
      <w:proofErr w:type="spellStart"/>
      <w:r w:rsidRPr="00693F1B">
        <w:rPr>
          <w:rFonts w:cs="Times New Roman"/>
          <w:szCs w:val="24"/>
        </w:rPr>
        <w:t>notificare</w:t>
      </w:r>
      <w:proofErr w:type="spellEnd"/>
      <w:r w:rsidRPr="00693F1B">
        <w:rPr>
          <w:rFonts w:cs="Times New Roman"/>
          <w:szCs w:val="24"/>
        </w:rPr>
        <w:t xml:space="preserve"> a </w:t>
      </w:r>
      <w:proofErr w:type="spellStart"/>
      <w:r w:rsidRPr="00693F1B">
        <w:rPr>
          <w:rFonts w:cs="Times New Roman"/>
          <w:szCs w:val="24"/>
        </w:rPr>
        <w:t>Autorității</w:t>
      </w:r>
      <w:proofErr w:type="spellEnd"/>
      <w:r w:rsidRPr="00693F1B">
        <w:rPr>
          <w:rFonts w:cs="Times New Roman"/>
          <w:szCs w:val="24"/>
        </w:rPr>
        <w:t xml:space="preserve"> de </w:t>
      </w:r>
      <w:proofErr w:type="spellStart"/>
      <w:r w:rsidRPr="00693F1B">
        <w:rPr>
          <w:rFonts w:cs="Times New Roman"/>
          <w:szCs w:val="24"/>
        </w:rPr>
        <w:t>supraveghere</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de </w:t>
      </w:r>
      <w:proofErr w:type="spellStart"/>
      <w:r w:rsidRPr="00693F1B">
        <w:rPr>
          <w:rFonts w:cs="Times New Roman"/>
          <w:szCs w:val="24"/>
        </w:rPr>
        <w:t>informare</w:t>
      </w:r>
      <w:proofErr w:type="spellEnd"/>
      <w:r w:rsidRPr="00693F1B">
        <w:rPr>
          <w:rFonts w:cs="Times New Roman"/>
          <w:szCs w:val="24"/>
        </w:rPr>
        <w:t xml:space="preserve"> a </w:t>
      </w:r>
      <w:proofErr w:type="spellStart"/>
      <w:r w:rsidRPr="00693F1B">
        <w:rPr>
          <w:rFonts w:cs="Times New Roman"/>
          <w:szCs w:val="24"/>
        </w:rPr>
        <w:t>persoanelor</w:t>
      </w:r>
      <w:proofErr w:type="spellEnd"/>
      <w:r w:rsidRPr="00693F1B">
        <w:rPr>
          <w:rFonts w:cs="Times New Roman"/>
          <w:szCs w:val="24"/>
        </w:rPr>
        <w:t xml:space="preserve"> </w:t>
      </w:r>
      <w:proofErr w:type="spellStart"/>
      <w:r w:rsidRPr="00693F1B">
        <w:rPr>
          <w:rFonts w:cs="Times New Roman"/>
          <w:szCs w:val="24"/>
        </w:rPr>
        <w:t>vizate</w:t>
      </w:r>
      <w:proofErr w:type="spellEnd"/>
      <w:r w:rsidRPr="00693F1B">
        <w:rPr>
          <w:rFonts w:cs="Times New Roman"/>
          <w:szCs w:val="24"/>
        </w:rPr>
        <w:t xml:space="preserve"> </w:t>
      </w:r>
      <w:proofErr w:type="spellStart"/>
      <w:r w:rsidRPr="00693F1B">
        <w:rPr>
          <w:rFonts w:cs="Times New Roman"/>
          <w:szCs w:val="24"/>
        </w:rPr>
        <w:t>afectate</w:t>
      </w:r>
      <w:proofErr w:type="spellEnd"/>
      <w:r w:rsidRPr="00693F1B">
        <w:rPr>
          <w:rFonts w:cs="Times New Roman"/>
          <w:szCs w:val="24"/>
        </w:rPr>
        <w:t xml:space="preserve">. La </w:t>
      </w:r>
      <w:proofErr w:type="spellStart"/>
      <w:r>
        <w:rPr>
          <w:rFonts w:cs="Times New Roman"/>
          <w:szCs w:val="24"/>
        </w:rPr>
        <w:t>p</w:t>
      </w:r>
      <w:r w:rsidRPr="00693F1B">
        <w:rPr>
          <w:rFonts w:cs="Times New Roman"/>
          <w:szCs w:val="24"/>
        </w:rPr>
        <w:t>rezent</w:t>
      </w:r>
      <w:r>
        <w:rPr>
          <w:rFonts w:cs="Times New Roman"/>
          <w:szCs w:val="24"/>
        </w:rPr>
        <w:t>ul</w:t>
      </w:r>
      <w:proofErr w:type="spellEnd"/>
      <w:r w:rsidRPr="00693F1B">
        <w:rPr>
          <w:rFonts w:cs="Times New Roman"/>
          <w:szCs w:val="24"/>
        </w:rPr>
        <w:t xml:space="preserve"> </w:t>
      </w:r>
      <w:proofErr w:type="spellStart"/>
      <w:r>
        <w:rPr>
          <w:rFonts w:cs="Times New Roman"/>
          <w:szCs w:val="24"/>
        </w:rPr>
        <w:t>regulament</w:t>
      </w:r>
      <w:proofErr w:type="spellEnd"/>
      <w:r w:rsidRPr="00693F1B">
        <w:rPr>
          <w:rFonts w:cs="Times New Roman"/>
          <w:szCs w:val="24"/>
        </w:rPr>
        <w:t xml:space="preserve"> </w:t>
      </w:r>
      <w:proofErr w:type="spellStart"/>
      <w:r w:rsidRPr="00693F1B">
        <w:rPr>
          <w:rFonts w:cs="Times New Roman"/>
          <w:szCs w:val="24"/>
        </w:rPr>
        <w:t>participă</w:t>
      </w:r>
      <w:proofErr w:type="spellEnd"/>
      <w:r w:rsidRPr="00693F1B">
        <w:rPr>
          <w:rFonts w:cs="Times New Roman"/>
          <w:szCs w:val="24"/>
        </w:rPr>
        <w:t xml:space="preserve"> </w:t>
      </w:r>
      <w:proofErr w:type="spellStart"/>
      <w:r w:rsidRPr="00693F1B">
        <w:rPr>
          <w:rFonts w:cs="Times New Roman"/>
          <w:szCs w:val="24"/>
        </w:rPr>
        <w:t>toate</w:t>
      </w:r>
      <w:proofErr w:type="spellEnd"/>
      <w:r w:rsidRPr="00693F1B">
        <w:rPr>
          <w:rFonts w:cs="Times New Roman"/>
          <w:szCs w:val="24"/>
        </w:rPr>
        <w:t xml:space="preserve"> </w:t>
      </w:r>
      <w:proofErr w:type="spellStart"/>
      <w:r w:rsidRPr="00693F1B">
        <w:rPr>
          <w:rFonts w:cs="Times New Roman"/>
          <w:szCs w:val="24"/>
        </w:rPr>
        <w:t>structurile</w:t>
      </w:r>
      <w:proofErr w:type="spellEnd"/>
      <w:r w:rsidRPr="00693F1B">
        <w:rPr>
          <w:rFonts w:cs="Times New Roman"/>
          <w:szCs w:val="24"/>
        </w:rPr>
        <w:t xml:space="preserve"> </w:t>
      </w:r>
      <w:proofErr w:type="spellStart"/>
      <w:r w:rsidRPr="00693F1B">
        <w:rPr>
          <w:rFonts w:cs="Times New Roman"/>
          <w:szCs w:val="24"/>
        </w:rPr>
        <w:t>organizatorice</w:t>
      </w:r>
      <w:proofErr w:type="spellEnd"/>
      <w:r w:rsidRPr="00693F1B">
        <w:rPr>
          <w:rFonts w:cs="Times New Roman"/>
          <w:szCs w:val="24"/>
        </w:rPr>
        <w:t xml:space="preserve"> conform cu </w:t>
      </w:r>
      <w:proofErr w:type="spellStart"/>
      <w:r w:rsidRPr="00693F1B">
        <w:rPr>
          <w:rFonts w:cs="Times New Roman"/>
          <w:szCs w:val="24"/>
        </w:rPr>
        <w:t>atribuțiile</w:t>
      </w:r>
      <w:proofErr w:type="spellEnd"/>
      <w:r w:rsidRPr="00693F1B">
        <w:rPr>
          <w:rFonts w:cs="Times New Roman"/>
          <w:szCs w:val="24"/>
        </w:rPr>
        <w:t xml:space="preserve"> care le </w:t>
      </w:r>
      <w:proofErr w:type="spellStart"/>
      <w:r w:rsidRPr="00693F1B">
        <w:rPr>
          <w:rFonts w:cs="Times New Roman"/>
          <w:szCs w:val="24"/>
        </w:rPr>
        <w:t>revin</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ceea</w:t>
      </w:r>
      <w:proofErr w:type="spellEnd"/>
      <w:r w:rsidRPr="00693F1B">
        <w:rPr>
          <w:rFonts w:cs="Times New Roman"/>
          <w:szCs w:val="24"/>
        </w:rPr>
        <w:t xml:space="preserve"> </w:t>
      </w:r>
      <w:proofErr w:type="spellStart"/>
      <w:r w:rsidRPr="00693F1B">
        <w:rPr>
          <w:rFonts w:cs="Times New Roman"/>
          <w:szCs w:val="24"/>
        </w:rPr>
        <w:t>ce</w:t>
      </w:r>
      <w:proofErr w:type="spellEnd"/>
      <w:r w:rsidRPr="00693F1B">
        <w:rPr>
          <w:rFonts w:cs="Times New Roman"/>
          <w:szCs w:val="24"/>
        </w:rPr>
        <w:t xml:space="preserve"> </w:t>
      </w:r>
      <w:proofErr w:type="spellStart"/>
      <w:r w:rsidRPr="00693F1B">
        <w:rPr>
          <w:rFonts w:cs="Times New Roman"/>
          <w:szCs w:val="24"/>
        </w:rPr>
        <w:t>privește</w:t>
      </w:r>
      <w:proofErr w:type="spellEnd"/>
      <w:r w:rsidRPr="00693F1B">
        <w:rPr>
          <w:rFonts w:cs="Times New Roman"/>
          <w:szCs w:val="24"/>
        </w:rPr>
        <w:t xml:space="preserve"> </w:t>
      </w:r>
      <w:proofErr w:type="spellStart"/>
      <w:r w:rsidRPr="00693F1B">
        <w:rPr>
          <w:rFonts w:cs="Times New Roman"/>
          <w:szCs w:val="24"/>
        </w:rPr>
        <w:t>asigurarea</w:t>
      </w:r>
      <w:proofErr w:type="spellEnd"/>
      <w:r w:rsidRPr="00693F1B">
        <w:rPr>
          <w:rFonts w:cs="Times New Roman"/>
          <w:szCs w:val="24"/>
        </w:rPr>
        <w:t xml:space="preserve"> </w:t>
      </w:r>
      <w:proofErr w:type="spellStart"/>
      <w:r w:rsidRPr="00693F1B">
        <w:rPr>
          <w:rFonts w:cs="Times New Roman"/>
          <w:szCs w:val="24"/>
        </w:rPr>
        <w:t>securității</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w:t>
      </w:r>
    </w:p>
    <w:p w14:paraId="740CD491" w14:textId="77777777" w:rsidR="006D4E92" w:rsidRDefault="00000000">
      <w:pPr>
        <w:jc w:val="both"/>
        <w:rPr>
          <w:rFonts w:cs="Times New Roman"/>
          <w:b/>
          <w:bCs/>
          <w:szCs w:val="24"/>
          <w:lang w:val="ru-MD"/>
        </w:rPr>
      </w:pPr>
      <w:r>
        <w:rPr>
          <w:rFonts w:cs="Times New Roman"/>
          <w:b/>
          <w:bCs/>
          <w:szCs w:val="24"/>
          <w:lang w:val="ru-MD"/>
        </w:rPr>
        <w:t>2.3. DOCUMENTE DE REFERINȚĂ</w:t>
      </w:r>
    </w:p>
    <w:p w14:paraId="2B43B5AA" w14:textId="77777777" w:rsidR="006D4E92" w:rsidRPr="00693F1B" w:rsidRDefault="00000000">
      <w:pPr>
        <w:numPr>
          <w:ilvl w:val="0"/>
          <w:numId w:val="6"/>
        </w:numPr>
        <w:jc w:val="both"/>
        <w:rPr>
          <w:rFonts w:cs="Times New Roman"/>
          <w:szCs w:val="24"/>
        </w:rPr>
      </w:pPr>
      <w:proofErr w:type="spellStart"/>
      <w:r w:rsidRPr="00693F1B">
        <w:rPr>
          <w:rFonts w:cs="Times New Roman"/>
          <w:szCs w:val="24"/>
        </w:rPr>
        <w:t>Legea</w:t>
      </w:r>
      <w:proofErr w:type="spellEnd"/>
      <w:r w:rsidRPr="00693F1B">
        <w:rPr>
          <w:rFonts w:cs="Times New Roman"/>
          <w:szCs w:val="24"/>
        </w:rPr>
        <w:t xml:space="preserve"> nr. 195 </w:t>
      </w:r>
      <w:proofErr w:type="gramStart"/>
      <w:r w:rsidRPr="00693F1B">
        <w:rPr>
          <w:rFonts w:cs="Times New Roman"/>
          <w:szCs w:val="24"/>
        </w:rPr>
        <w:t>din</w:t>
      </w:r>
      <w:proofErr w:type="gramEnd"/>
      <w:r w:rsidRPr="00693F1B">
        <w:rPr>
          <w:rFonts w:cs="Times New Roman"/>
          <w:szCs w:val="24"/>
        </w:rPr>
        <w:t xml:space="preserve"> 24.07.2024 </w:t>
      </w:r>
      <w:proofErr w:type="spellStart"/>
      <w:r w:rsidRPr="00693F1B">
        <w:rPr>
          <w:rFonts w:cs="Times New Roman"/>
          <w:szCs w:val="24"/>
        </w:rPr>
        <w:t>privind</w:t>
      </w:r>
      <w:proofErr w:type="spellEnd"/>
      <w:r w:rsidRPr="00693F1B">
        <w:rPr>
          <w:rFonts w:cs="Times New Roman"/>
          <w:szCs w:val="24"/>
        </w:rPr>
        <w:t xml:space="preserve"> </w:t>
      </w:r>
      <w:proofErr w:type="spellStart"/>
      <w:r w:rsidRPr="00693F1B">
        <w:rPr>
          <w:rFonts w:cs="Times New Roman"/>
          <w:szCs w:val="24"/>
        </w:rPr>
        <w:t>protecția</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 din Republica Moldova;</w:t>
      </w:r>
    </w:p>
    <w:p w14:paraId="5F9CFF51" w14:textId="77777777" w:rsidR="006D4E92" w:rsidRPr="00693F1B" w:rsidRDefault="00000000">
      <w:pPr>
        <w:numPr>
          <w:ilvl w:val="0"/>
          <w:numId w:val="6"/>
        </w:numPr>
        <w:jc w:val="both"/>
        <w:rPr>
          <w:rFonts w:cs="Times New Roman"/>
          <w:szCs w:val="24"/>
        </w:rPr>
      </w:pPr>
      <w:proofErr w:type="spellStart"/>
      <w:r w:rsidRPr="00693F1B">
        <w:rPr>
          <w:rFonts w:cs="Times New Roman"/>
          <w:szCs w:val="24"/>
        </w:rPr>
        <w:t>Regulamentul</w:t>
      </w:r>
      <w:proofErr w:type="spellEnd"/>
      <w:r w:rsidRPr="00693F1B">
        <w:rPr>
          <w:rFonts w:cs="Times New Roman"/>
          <w:szCs w:val="24"/>
        </w:rPr>
        <w:t xml:space="preserve"> de </w:t>
      </w:r>
      <w:proofErr w:type="spellStart"/>
      <w:r w:rsidRPr="00693F1B">
        <w:rPr>
          <w:rFonts w:cs="Times New Roman"/>
          <w:szCs w:val="24"/>
        </w:rPr>
        <w:t>ordine</w:t>
      </w:r>
      <w:proofErr w:type="spellEnd"/>
      <w:r w:rsidRPr="00693F1B">
        <w:rPr>
          <w:rFonts w:cs="Times New Roman"/>
          <w:szCs w:val="24"/>
        </w:rPr>
        <w:t xml:space="preserve"> </w:t>
      </w:r>
      <w:proofErr w:type="spellStart"/>
      <w:r w:rsidRPr="00693F1B">
        <w:rPr>
          <w:rFonts w:cs="Times New Roman"/>
          <w:szCs w:val="24"/>
        </w:rPr>
        <w:t>internă</w:t>
      </w:r>
      <w:proofErr w:type="spellEnd"/>
      <w:r w:rsidRPr="00693F1B">
        <w:rPr>
          <w:rFonts w:cs="Times New Roman"/>
          <w:szCs w:val="24"/>
        </w:rPr>
        <w:t xml:space="preserve"> al </w:t>
      </w:r>
      <w:proofErr w:type="spellStart"/>
      <w:r w:rsidRPr="00693F1B">
        <w:rPr>
          <w:rFonts w:cs="Times New Roman"/>
          <w:b/>
          <w:bCs/>
          <w:szCs w:val="24"/>
        </w:rPr>
        <w:t>Primări</w:t>
      </w:r>
      <w:r>
        <w:rPr>
          <w:rFonts w:cs="Times New Roman"/>
          <w:b/>
          <w:bCs/>
          <w:szCs w:val="24"/>
        </w:rPr>
        <w:t>ei</w:t>
      </w:r>
      <w:proofErr w:type="spellEnd"/>
      <w:r w:rsidRPr="00693F1B">
        <w:rPr>
          <w:rFonts w:cs="Times New Roman"/>
          <w:b/>
          <w:bCs/>
          <w:szCs w:val="24"/>
        </w:rPr>
        <w:t xml:space="preserve"> </w:t>
      </w:r>
      <w:proofErr w:type="spellStart"/>
      <w:r>
        <w:rPr>
          <w:rFonts w:cs="Times New Roman"/>
          <w:b/>
          <w:bCs/>
          <w:szCs w:val="24"/>
        </w:rPr>
        <w:t>Satului</w:t>
      </w:r>
      <w:proofErr w:type="spellEnd"/>
      <w:r>
        <w:rPr>
          <w:rFonts w:cs="Times New Roman"/>
          <w:b/>
          <w:bCs/>
          <w:szCs w:val="24"/>
        </w:rPr>
        <w:t xml:space="preserve"> </w:t>
      </w:r>
      <w:proofErr w:type="spellStart"/>
      <w:r>
        <w:rPr>
          <w:rFonts w:cs="Times New Roman"/>
          <w:b/>
          <w:bCs/>
          <w:szCs w:val="24"/>
        </w:rPr>
        <w:t>Mereni</w:t>
      </w:r>
      <w:proofErr w:type="spellEnd"/>
      <w:r w:rsidRPr="00693F1B">
        <w:rPr>
          <w:rFonts w:cs="Times New Roman"/>
          <w:szCs w:val="24"/>
        </w:rPr>
        <w:t>;</w:t>
      </w:r>
    </w:p>
    <w:p w14:paraId="24FBA7FC" w14:textId="77777777" w:rsidR="006D4E92" w:rsidRPr="00693F1B" w:rsidRDefault="00000000">
      <w:pPr>
        <w:numPr>
          <w:ilvl w:val="0"/>
          <w:numId w:val="6"/>
        </w:numPr>
        <w:jc w:val="both"/>
        <w:rPr>
          <w:rFonts w:cs="Times New Roman"/>
          <w:szCs w:val="24"/>
        </w:rPr>
      </w:pPr>
      <w:proofErr w:type="spellStart"/>
      <w:proofErr w:type="gramStart"/>
      <w:r>
        <w:rPr>
          <w:rFonts w:cs="Times New Roman"/>
          <w:szCs w:val="24"/>
        </w:rPr>
        <w:t>Regulamentul</w:t>
      </w:r>
      <w:proofErr w:type="spellEnd"/>
      <w:r>
        <w:rPr>
          <w:rFonts w:cs="Times New Roman"/>
          <w:szCs w:val="24"/>
        </w:rPr>
        <w:t xml:space="preserve"> </w:t>
      </w:r>
      <w:r w:rsidRPr="00693F1B">
        <w:rPr>
          <w:rFonts w:cs="Times New Roman"/>
          <w:szCs w:val="24"/>
        </w:rPr>
        <w:t xml:space="preserve"> </w:t>
      </w:r>
      <w:r>
        <w:rPr>
          <w:rFonts w:cs="Times New Roman"/>
          <w:szCs w:val="24"/>
        </w:rPr>
        <w:t>general</w:t>
      </w:r>
      <w:proofErr w:type="gramEnd"/>
      <w:r>
        <w:rPr>
          <w:rFonts w:cs="Times New Roman"/>
          <w:szCs w:val="24"/>
        </w:rPr>
        <w:t xml:space="preserve"> </w:t>
      </w:r>
      <w:proofErr w:type="spellStart"/>
      <w:r>
        <w:rPr>
          <w:rFonts w:cs="Times New Roman"/>
          <w:szCs w:val="24"/>
        </w:rPr>
        <w:t>privind</w:t>
      </w:r>
      <w:proofErr w:type="spellEnd"/>
      <w:r>
        <w:rPr>
          <w:rFonts w:cs="Times New Roman"/>
          <w:szCs w:val="24"/>
        </w:rPr>
        <w:t xml:space="preserve"> </w:t>
      </w:r>
      <w:proofErr w:type="spellStart"/>
      <w:r>
        <w:rPr>
          <w:rFonts w:cs="Times New Roman"/>
          <w:szCs w:val="24"/>
        </w:rPr>
        <w:t>protecția</w:t>
      </w:r>
      <w:proofErr w:type="spellEnd"/>
      <w:r>
        <w:rPr>
          <w:rFonts w:cs="Times New Roman"/>
          <w:szCs w:val="24"/>
        </w:rPr>
        <w:t xml:space="preserve"> </w:t>
      </w:r>
      <w:proofErr w:type="spellStart"/>
      <w:r>
        <w:rPr>
          <w:rFonts w:cs="Times New Roman"/>
          <w:szCs w:val="24"/>
        </w:rPr>
        <w:t>datelor</w:t>
      </w:r>
      <w:proofErr w:type="spellEnd"/>
      <w:r>
        <w:rPr>
          <w:rFonts w:cs="Times New Roman"/>
          <w:szCs w:val="24"/>
        </w:rPr>
        <w:t xml:space="preserve"> cu </w:t>
      </w:r>
      <w:proofErr w:type="spellStart"/>
      <w:r>
        <w:rPr>
          <w:rFonts w:cs="Times New Roman"/>
          <w:szCs w:val="24"/>
        </w:rPr>
        <w:t>caracter</w:t>
      </w:r>
      <w:proofErr w:type="spellEnd"/>
      <w:r>
        <w:rPr>
          <w:rFonts w:cs="Times New Roman"/>
          <w:szCs w:val="24"/>
        </w:rPr>
        <w:t xml:space="preserve"> personal</w:t>
      </w:r>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ghidurile</w:t>
      </w:r>
      <w:proofErr w:type="spellEnd"/>
      <w:r w:rsidRPr="00693F1B">
        <w:rPr>
          <w:rFonts w:cs="Times New Roman"/>
          <w:szCs w:val="24"/>
        </w:rPr>
        <w:t xml:space="preserve"> </w:t>
      </w:r>
      <w:proofErr w:type="spellStart"/>
      <w:r w:rsidRPr="00693F1B">
        <w:rPr>
          <w:rFonts w:cs="Times New Roman"/>
          <w:szCs w:val="24"/>
        </w:rPr>
        <w:t>operaționale</w:t>
      </w:r>
      <w:proofErr w:type="spellEnd"/>
      <w:r w:rsidRPr="00693F1B">
        <w:rPr>
          <w:rFonts w:cs="Times New Roman"/>
          <w:szCs w:val="24"/>
        </w:rPr>
        <w:t xml:space="preserve"> </w:t>
      </w:r>
      <w:proofErr w:type="spellStart"/>
      <w:r w:rsidRPr="00693F1B">
        <w:rPr>
          <w:rFonts w:cs="Times New Roman"/>
          <w:szCs w:val="24"/>
        </w:rPr>
        <w:t>aprobate</w:t>
      </w:r>
      <w:proofErr w:type="spellEnd"/>
      <w:r w:rsidRPr="00693F1B">
        <w:rPr>
          <w:rFonts w:cs="Times New Roman"/>
          <w:szCs w:val="24"/>
        </w:rPr>
        <w:t xml:space="preserve"> </w:t>
      </w:r>
      <w:proofErr w:type="spellStart"/>
      <w:r w:rsidRPr="00693F1B">
        <w:rPr>
          <w:rFonts w:cs="Times New Roman"/>
          <w:szCs w:val="24"/>
        </w:rPr>
        <w:t>prin</w:t>
      </w:r>
      <w:proofErr w:type="spellEnd"/>
      <w:r w:rsidRPr="00693F1B">
        <w:rPr>
          <w:rFonts w:cs="Times New Roman"/>
          <w:szCs w:val="24"/>
        </w:rPr>
        <w:t xml:space="preserve"> </w:t>
      </w:r>
      <w:proofErr w:type="spellStart"/>
      <w:r w:rsidRPr="00693F1B">
        <w:rPr>
          <w:rFonts w:cs="Times New Roman"/>
          <w:szCs w:val="24"/>
        </w:rPr>
        <w:t>dispoziție</w:t>
      </w:r>
      <w:proofErr w:type="spellEnd"/>
      <w:r w:rsidRPr="00693F1B">
        <w:rPr>
          <w:rFonts w:cs="Times New Roman"/>
          <w:szCs w:val="24"/>
        </w:rPr>
        <w:t>.</w:t>
      </w:r>
    </w:p>
    <w:p w14:paraId="6568350D" w14:textId="77777777" w:rsidR="006D4E92" w:rsidRPr="00693F1B" w:rsidRDefault="006D4E92">
      <w:pPr>
        <w:jc w:val="both"/>
        <w:rPr>
          <w:rFonts w:cs="Times New Roman"/>
          <w:szCs w:val="24"/>
        </w:rPr>
      </w:pPr>
    </w:p>
    <w:p w14:paraId="69C83100" w14:textId="77777777" w:rsidR="006D4E92" w:rsidRPr="00693F1B" w:rsidRDefault="00000000">
      <w:pPr>
        <w:jc w:val="center"/>
        <w:rPr>
          <w:rFonts w:cs="Times New Roman"/>
          <w:b/>
          <w:bCs/>
          <w:szCs w:val="24"/>
        </w:rPr>
      </w:pPr>
      <w:r w:rsidRPr="00693F1B">
        <w:rPr>
          <w:rFonts w:cs="Times New Roman"/>
          <w:b/>
          <w:bCs/>
          <w:szCs w:val="24"/>
        </w:rPr>
        <w:t>3. REGULI PRIVIND PROCEDURA DE RAPORTARE ȘI TRATARE INCIDENTE DE SECURITATE</w:t>
      </w:r>
    </w:p>
    <w:p w14:paraId="400CC1D0" w14:textId="77777777" w:rsidR="006D4E92" w:rsidRPr="00693F1B" w:rsidRDefault="00000000">
      <w:pPr>
        <w:jc w:val="both"/>
        <w:rPr>
          <w:rFonts w:cs="Times New Roman"/>
          <w:b/>
          <w:bCs/>
          <w:szCs w:val="24"/>
        </w:rPr>
      </w:pPr>
      <w:r w:rsidRPr="00693F1B">
        <w:rPr>
          <w:rFonts w:cs="Times New Roman"/>
          <w:b/>
          <w:bCs/>
          <w:szCs w:val="24"/>
        </w:rPr>
        <w:t xml:space="preserve">3.1. </w:t>
      </w:r>
      <w:proofErr w:type="spellStart"/>
      <w:r w:rsidRPr="00693F1B">
        <w:rPr>
          <w:rFonts w:cs="Times New Roman"/>
          <w:b/>
          <w:bCs/>
          <w:szCs w:val="24"/>
        </w:rPr>
        <w:t>Aspecte</w:t>
      </w:r>
      <w:proofErr w:type="spellEnd"/>
      <w:r w:rsidRPr="00693F1B">
        <w:rPr>
          <w:rFonts w:cs="Times New Roman"/>
          <w:b/>
          <w:bCs/>
          <w:szCs w:val="24"/>
        </w:rPr>
        <w:t xml:space="preserve"> generale</w:t>
      </w:r>
    </w:p>
    <w:p w14:paraId="44742938" w14:textId="77777777" w:rsidR="006D4E92" w:rsidRDefault="00000000">
      <w:pPr>
        <w:jc w:val="both"/>
      </w:pPr>
      <w:proofErr w:type="spellStart"/>
      <w:r w:rsidRPr="00693F1B">
        <w:rPr>
          <w:rFonts w:cs="Times New Roman"/>
          <w:szCs w:val="24"/>
        </w:rPr>
        <w:t>Incidentul</w:t>
      </w:r>
      <w:proofErr w:type="spellEnd"/>
      <w:r w:rsidRPr="00693F1B">
        <w:rPr>
          <w:rFonts w:cs="Times New Roman"/>
          <w:szCs w:val="24"/>
        </w:rPr>
        <w:t xml:space="preserve"> de </w:t>
      </w:r>
      <w:proofErr w:type="spellStart"/>
      <w:r w:rsidRPr="00693F1B">
        <w:rPr>
          <w:rFonts w:cs="Times New Roman"/>
          <w:szCs w:val="24"/>
        </w:rPr>
        <w:t>securitate</w:t>
      </w:r>
      <w:proofErr w:type="spellEnd"/>
      <w:r w:rsidRPr="00693F1B">
        <w:rPr>
          <w:rFonts w:cs="Times New Roman"/>
          <w:szCs w:val="24"/>
        </w:rPr>
        <w:t xml:space="preserve"> </w:t>
      </w:r>
      <w:proofErr w:type="spellStart"/>
      <w:r w:rsidRPr="00693F1B">
        <w:rPr>
          <w:rFonts w:cs="Times New Roman"/>
          <w:szCs w:val="24"/>
        </w:rPr>
        <w:t>înseamnă</w:t>
      </w:r>
      <w:proofErr w:type="spellEnd"/>
      <w:r w:rsidRPr="00693F1B">
        <w:rPr>
          <w:rFonts w:cs="Times New Roman"/>
          <w:szCs w:val="24"/>
        </w:rPr>
        <w:t xml:space="preserve"> o </w:t>
      </w:r>
      <w:proofErr w:type="spellStart"/>
      <w:r w:rsidRPr="00693F1B">
        <w:rPr>
          <w:rFonts w:cs="Times New Roman"/>
          <w:szCs w:val="24"/>
        </w:rPr>
        <w:t>încălcare</w:t>
      </w:r>
      <w:proofErr w:type="spellEnd"/>
      <w:r w:rsidRPr="00693F1B">
        <w:rPr>
          <w:rFonts w:cs="Times New Roman"/>
          <w:szCs w:val="24"/>
        </w:rPr>
        <w:t xml:space="preserve"> a </w:t>
      </w:r>
      <w:proofErr w:type="spellStart"/>
      <w:r w:rsidRPr="00693F1B">
        <w:rPr>
          <w:rFonts w:cs="Times New Roman"/>
          <w:szCs w:val="24"/>
        </w:rPr>
        <w:t>securității</w:t>
      </w:r>
      <w:proofErr w:type="spellEnd"/>
      <w:r w:rsidRPr="00693F1B">
        <w:rPr>
          <w:rFonts w:cs="Times New Roman"/>
          <w:szCs w:val="24"/>
        </w:rPr>
        <w:t xml:space="preserve"> care duce la </w:t>
      </w:r>
      <w:proofErr w:type="spellStart"/>
      <w:r w:rsidRPr="00693F1B">
        <w:rPr>
          <w:rFonts w:cs="Times New Roman"/>
          <w:szCs w:val="24"/>
        </w:rPr>
        <w:t>distrugerea</w:t>
      </w:r>
      <w:proofErr w:type="spellEnd"/>
      <w:r w:rsidRPr="00693F1B">
        <w:rPr>
          <w:rFonts w:cs="Times New Roman"/>
          <w:szCs w:val="24"/>
        </w:rPr>
        <w:t xml:space="preserve">, </w:t>
      </w:r>
      <w:proofErr w:type="spellStart"/>
      <w:r w:rsidRPr="00693F1B">
        <w:rPr>
          <w:rFonts w:cs="Times New Roman"/>
          <w:szCs w:val="24"/>
        </w:rPr>
        <w:t>pierderea</w:t>
      </w:r>
      <w:proofErr w:type="spellEnd"/>
      <w:r w:rsidRPr="00693F1B">
        <w:rPr>
          <w:rFonts w:cs="Times New Roman"/>
          <w:szCs w:val="24"/>
        </w:rPr>
        <w:t xml:space="preserve">, </w:t>
      </w:r>
      <w:proofErr w:type="spellStart"/>
      <w:r w:rsidRPr="00693F1B">
        <w:rPr>
          <w:rFonts w:cs="Times New Roman"/>
          <w:szCs w:val="24"/>
        </w:rPr>
        <w:t>modificarea</w:t>
      </w:r>
      <w:proofErr w:type="spellEnd"/>
      <w:r w:rsidRPr="00693F1B">
        <w:rPr>
          <w:rFonts w:cs="Times New Roman"/>
          <w:szCs w:val="24"/>
        </w:rPr>
        <w:t xml:space="preserve">, </w:t>
      </w:r>
      <w:proofErr w:type="spellStart"/>
      <w:r w:rsidRPr="00693F1B">
        <w:rPr>
          <w:rFonts w:cs="Times New Roman"/>
          <w:szCs w:val="24"/>
        </w:rPr>
        <w:t>divulgarea</w:t>
      </w:r>
      <w:proofErr w:type="spellEnd"/>
      <w:r w:rsidRPr="00693F1B">
        <w:rPr>
          <w:rFonts w:cs="Times New Roman"/>
          <w:szCs w:val="24"/>
        </w:rPr>
        <w:t xml:space="preserve"> </w:t>
      </w:r>
      <w:proofErr w:type="spellStart"/>
      <w:r w:rsidRPr="00693F1B">
        <w:rPr>
          <w:rFonts w:cs="Times New Roman"/>
          <w:szCs w:val="24"/>
        </w:rPr>
        <w:t>neautorizată</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accesul</w:t>
      </w:r>
      <w:proofErr w:type="spellEnd"/>
      <w:r w:rsidRPr="00693F1B">
        <w:rPr>
          <w:rFonts w:cs="Times New Roman"/>
          <w:szCs w:val="24"/>
        </w:rPr>
        <w:t xml:space="preserve"> </w:t>
      </w:r>
      <w:proofErr w:type="spellStart"/>
      <w:r w:rsidRPr="00693F1B">
        <w:rPr>
          <w:rFonts w:cs="Times New Roman"/>
          <w:szCs w:val="24"/>
        </w:rPr>
        <w:t>neautorizat</w:t>
      </w:r>
      <w:proofErr w:type="spellEnd"/>
      <w:r w:rsidRPr="00693F1B">
        <w:rPr>
          <w:rFonts w:cs="Times New Roman"/>
          <w:szCs w:val="24"/>
        </w:rPr>
        <w:t xml:space="preserve"> la </w:t>
      </w:r>
      <w:proofErr w:type="spellStart"/>
      <w:r w:rsidRPr="00693F1B">
        <w:rPr>
          <w:rFonts w:cs="Times New Roman"/>
          <w:szCs w:val="24"/>
        </w:rPr>
        <w:t>datele</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 </w:t>
      </w:r>
      <w:proofErr w:type="spellStart"/>
      <w:r w:rsidRPr="00693F1B">
        <w:rPr>
          <w:rFonts w:cs="Times New Roman"/>
          <w:szCs w:val="24"/>
        </w:rPr>
        <w:t>în</w:t>
      </w:r>
      <w:proofErr w:type="spellEnd"/>
      <w:r w:rsidRPr="00693F1B">
        <w:rPr>
          <w:rFonts w:cs="Times New Roman"/>
          <w:szCs w:val="24"/>
        </w:rPr>
        <w:t xml:space="preserve"> mod accidental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ilegal</w:t>
      </w:r>
      <w:proofErr w:type="spellEnd"/>
      <w:r w:rsidRPr="00693F1B">
        <w:rPr>
          <w:rFonts w:cs="Times New Roman"/>
          <w:szCs w:val="24"/>
        </w:rPr>
        <w:t xml:space="preserve">. </w:t>
      </w:r>
      <w:proofErr w:type="spellStart"/>
      <w:r w:rsidRPr="00693F1B">
        <w:rPr>
          <w:rFonts w:cs="Times New Roman"/>
          <w:szCs w:val="24"/>
        </w:rPr>
        <w:t>Aceasta</w:t>
      </w:r>
      <w:proofErr w:type="spellEnd"/>
      <w:r w:rsidRPr="00693F1B">
        <w:rPr>
          <w:rFonts w:cs="Times New Roman"/>
          <w:szCs w:val="24"/>
        </w:rPr>
        <w:t xml:space="preserve"> include </w:t>
      </w:r>
      <w:proofErr w:type="spellStart"/>
      <w:r w:rsidRPr="00693F1B">
        <w:rPr>
          <w:rFonts w:cs="Times New Roman"/>
          <w:szCs w:val="24"/>
        </w:rPr>
        <w:t>încălcările</w:t>
      </w:r>
      <w:proofErr w:type="spellEnd"/>
      <w:r w:rsidRPr="00693F1B">
        <w:rPr>
          <w:rFonts w:cs="Times New Roman"/>
          <w:szCs w:val="24"/>
        </w:rPr>
        <w:t xml:space="preserve"> </w:t>
      </w:r>
      <w:proofErr w:type="spellStart"/>
      <w:r w:rsidRPr="00693F1B">
        <w:rPr>
          <w:rFonts w:cs="Times New Roman"/>
          <w:szCs w:val="24"/>
        </w:rPr>
        <w:t>cauzate</w:t>
      </w:r>
      <w:proofErr w:type="spellEnd"/>
      <w:r w:rsidRPr="00693F1B">
        <w:rPr>
          <w:rFonts w:cs="Times New Roman"/>
          <w:szCs w:val="24"/>
        </w:rPr>
        <w:t xml:space="preserve"> </w:t>
      </w:r>
      <w:proofErr w:type="spellStart"/>
      <w:r w:rsidRPr="00693F1B">
        <w:rPr>
          <w:rFonts w:cs="Times New Roman"/>
          <w:szCs w:val="24"/>
        </w:rPr>
        <w:t>atât</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mod accidental, </w:t>
      </w:r>
      <w:proofErr w:type="spellStart"/>
      <w:r w:rsidRPr="00693F1B">
        <w:rPr>
          <w:rFonts w:cs="Times New Roman"/>
          <w:szCs w:val="24"/>
        </w:rPr>
        <w:t>cât</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mod </w:t>
      </w:r>
      <w:proofErr w:type="spellStart"/>
      <w:r w:rsidRPr="00693F1B">
        <w:rPr>
          <w:rFonts w:cs="Times New Roman"/>
          <w:szCs w:val="24"/>
        </w:rPr>
        <w:t>intenționat</w:t>
      </w:r>
      <w:proofErr w:type="spellEnd"/>
      <w:r w:rsidRPr="00693F1B">
        <w:rPr>
          <w:rFonts w:cs="Times New Roman"/>
          <w:szCs w:val="24"/>
        </w:rPr>
        <w:t>.</w:t>
      </w:r>
    </w:p>
    <w:p w14:paraId="375E2F52" w14:textId="77777777" w:rsidR="006D4E92" w:rsidRDefault="00000000">
      <w:pPr>
        <w:jc w:val="both"/>
      </w:pPr>
      <w:proofErr w:type="spellStart"/>
      <w:r w:rsidRPr="00693F1B">
        <w:rPr>
          <w:rFonts w:cs="Times New Roman"/>
          <w:szCs w:val="24"/>
        </w:rPr>
        <w:t>Încălcările</w:t>
      </w:r>
      <w:proofErr w:type="spellEnd"/>
      <w:r w:rsidRPr="00693F1B">
        <w:rPr>
          <w:rFonts w:cs="Times New Roman"/>
          <w:szCs w:val="24"/>
        </w:rPr>
        <w:t xml:space="preserve"> de </w:t>
      </w:r>
      <w:proofErr w:type="spellStart"/>
      <w:r w:rsidRPr="00693F1B">
        <w:rPr>
          <w:rFonts w:cs="Times New Roman"/>
          <w:szCs w:val="24"/>
        </w:rPr>
        <w:t>securitate</w:t>
      </w:r>
      <w:proofErr w:type="spellEnd"/>
      <w:r w:rsidRPr="00693F1B">
        <w:rPr>
          <w:rFonts w:cs="Times New Roman"/>
          <w:szCs w:val="24"/>
        </w:rPr>
        <w:t xml:space="preserve"> </w:t>
      </w:r>
      <w:proofErr w:type="spellStart"/>
      <w:r w:rsidRPr="00693F1B">
        <w:rPr>
          <w:rFonts w:cs="Times New Roman"/>
          <w:szCs w:val="24"/>
        </w:rPr>
        <w:t>vor</w:t>
      </w:r>
      <w:proofErr w:type="spellEnd"/>
      <w:r w:rsidRPr="00693F1B">
        <w:rPr>
          <w:rFonts w:cs="Times New Roman"/>
          <w:szCs w:val="24"/>
        </w:rPr>
        <w:t xml:space="preserve"> fi </w:t>
      </w:r>
      <w:proofErr w:type="spellStart"/>
      <w:r w:rsidRPr="00693F1B">
        <w:rPr>
          <w:rFonts w:cs="Times New Roman"/>
          <w:szCs w:val="24"/>
        </w:rPr>
        <w:t>raportate</w:t>
      </w:r>
      <w:proofErr w:type="spellEnd"/>
      <w:r w:rsidRPr="00693F1B">
        <w:rPr>
          <w:rFonts w:cs="Times New Roman"/>
          <w:szCs w:val="24"/>
        </w:rPr>
        <w:t xml:space="preserve"> la CNPDCP </w:t>
      </w:r>
      <w:proofErr w:type="spellStart"/>
      <w:r w:rsidRPr="00693F1B">
        <w:rPr>
          <w:rFonts w:cs="Times New Roman"/>
          <w:szCs w:val="24"/>
        </w:rPr>
        <w:t>fără</w:t>
      </w:r>
      <w:proofErr w:type="spellEnd"/>
      <w:r w:rsidRPr="00693F1B">
        <w:rPr>
          <w:rFonts w:cs="Times New Roman"/>
          <w:szCs w:val="24"/>
        </w:rPr>
        <w:t xml:space="preserve"> </w:t>
      </w:r>
      <w:proofErr w:type="spellStart"/>
      <w:r w:rsidRPr="00693F1B">
        <w:rPr>
          <w:rFonts w:cs="Times New Roman"/>
          <w:szCs w:val="24"/>
        </w:rPr>
        <w:t>întârzieri</w:t>
      </w:r>
      <w:proofErr w:type="spellEnd"/>
      <w:r w:rsidRPr="00693F1B">
        <w:rPr>
          <w:rFonts w:cs="Times New Roman"/>
          <w:szCs w:val="24"/>
        </w:rPr>
        <w:t xml:space="preserve"> </w:t>
      </w:r>
      <w:proofErr w:type="spellStart"/>
      <w:r w:rsidRPr="00693F1B">
        <w:rPr>
          <w:rFonts w:cs="Times New Roman"/>
          <w:szCs w:val="24"/>
        </w:rPr>
        <w:t>nejustificate</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cel </w:t>
      </w:r>
      <w:proofErr w:type="spellStart"/>
      <w:r w:rsidRPr="00693F1B">
        <w:rPr>
          <w:rFonts w:cs="Times New Roman"/>
          <w:szCs w:val="24"/>
        </w:rPr>
        <w:t>mult</w:t>
      </w:r>
      <w:proofErr w:type="spellEnd"/>
      <w:r w:rsidRPr="00693F1B">
        <w:rPr>
          <w:rFonts w:cs="Times New Roman"/>
          <w:szCs w:val="24"/>
        </w:rPr>
        <w:t xml:space="preserve"> 72 de ore de la </w:t>
      </w:r>
      <w:proofErr w:type="spellStart"/>
      <w:r w:rsidRPr="00693F1B">
        <w:rPr>
          <w:rFonts w:cs="Times New Roman"/>
          <w:szCs w:val="24"/>
        </w:rPr>
        <w:t>constatarea</w:t>
      </w:r>
      <w:proofErr w:type="spellEnd"/>
      <w:r w:rsidRPr="00693F1B">
        <w:rPr>
          <w:rFonts w:cs="Times New Roman"/>
          <w:szCs w:val="24"/>
        </w:rPr>
        <w:t xml:space="preserve"> </w:t>
      </w:r>
      <w:proofErr w:type="spellStart"/>
      <w:r w:rsidRPr="00693F1B">
        <w:rPr>
          <w:rFonts w:cs="Times New Roman"/>
          <w:szCs w:val="24"/>
        </w:rPr>
        <w:t>acesteia</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măsura</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care nu </w:t>
      </w:r>
      <w:proofErr w:type="spellStart"/>
      <w:r w:rsidRPr="00693F1B">
        <w:rPr>
          <w:rFonts w:cs="Times New Roman"/>
          <w:szCs w:val="24"/>
        </w:rPr>
        <w:t>este</w:t>
      </w:r>
      <w:proofErr w:type="spellEnd"/>
      <w:r w:rsidRPr="00693F1B">
        <w:rPr>
          <w:rFonts w:cs="Times New Roman"/>
          <w:szCs w:val="24"/>
        </w:rPr>
        <w:t xml:space="preserve"> </w:t>
      </w:r>
      <w:proofErr w:type="spellStart"/>
      <w:r w:rsidRPr="00693F1B">
        <w:rPr>
          <w:rFonts w:cs="Times New Roman"/>
          <w:szCs w:val="24"/>
        </w:rPr>
        <w:t>posibilă</w:t>
      </w:r>
      <w:proofErr w:type="spellEnd"/>
      <w:r w:rsidRPr="00693F1B">
        <w:rPr>
          <w:rFonts w:cs="Times New Roman"/>
          <w:szCs w:val="24"/>
        </w:rPr>
        <w:t xml:space="preserve"> </w:t>
      </w:r>
      <w:proofErr w:type="spellStart"/>
      <w:r w:rsidRPr="00693F1B">
        <w:rPr>
          <w:rFonts w:cs="Times New Roman"/>
          <w:szCs w:val="24"/>
        </w:rPr>
        <w:t>furnizarea</w:t>
      </w:r>
      <w:proofErr w:type="spellEnd"/>
      <w:r w:rsidRPr="00693F1B">
        <w:rPr>
          <w:rFonts w:cs="Times New Roman"/>
          <w:szCs w:val="24"/>
        </w:rPr>
        <w:t xml:space="preserve"> </w:t>
      </w:r>
      <w:proofErr w:type="spellStart"/>
      <w:r w:rsidRPr="00693F1B">
        <w:rPr>
          <w:rFonts w:cs="Times New Roman"/>
          <w:szCs w:val="24"/>
        </w:rPr>
        <w:t>tuturor</w:t>
      </w:r>
      <w:proofErr w:type="spellEnd"/>
      <w:r w:rsidRPr="00693F1B">
        <w:rPr>
          <w:rFonts w:cs="Times New Roman"/>
          <w:szCs w:val="24"/>
        </w:rPr>
        <w:t xml:space="preserve"> </w:t>
      </w:r>
      <w:proofErr w:type="spellStart"/>
      <w:r w:rsidRPr="00693F1B">
        <w:rPr>
          <w:rFonts w:cs="Times New Roman"/>
          <w:szCs w:val="24"/>
        </w:rPr>
        <w:t>informațiilor</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termenul</w:t>
      </w:r>
      <w:proofErr w:type="spellEnd"/>
      <w:r w:rsidRPr="00693F1B">
        <w:rPr>
          <w:rFonts w:cs="Times New Roman"/>
          <w:szCs w:val="24"/>
        </w:rPr>
        <w:t xml:space="preserve"> </w:t>
      </w:r>
      <w:proofErr w:type="spellStart"/>
      <w:r w:rsidRPr="00693F1B">
        <w:rPr>
          <w:rFonts w:cs="Times New Roman"/>
          <w:szCs w:val="24"/>
        </w:rPr>
        <w:t>menționat</w:t>
      </w:r>
      <w:proofErr w:type="spellEnd"/>
      <w:r w:rsidRPr="00693F1B">
        <w:rPr>
          <w:rFonts w:cs="Times New Roman"/>
          <w:szCs w:val="24"/>
        </w:rPr>
        <w:t xml:space="preserve">, </w:t>
      </w:r>
      <w:proofErr w:type="spellStart"/>
      <w:r w:rsidRPr="00693F1B">
        <w:rPr>
          <w:rFonts w:cs="Times New Roman"/>
          <w:szCs w:val="24"/>
        </w:rPr>
        <w:t>acestea</w:t>
      </w:r>
      <w:proofErr w:type="spellEnd"/>
      <w:r w:rsidRPr="00693F1B">
        <w:rPr>
          <w:rFonts w:cs="Times New Roman"/>
          <w:szCs w:val="24"/>
        </w:rPr>
        <w:t xml:space="preserve"> </w:t>
      </w:r>
      <w:proofErr w:type="spellStart"/>
      <w:r w:rsidRPr="00693F1B">
        <w:rPr>
          <w:rFonts w:cs="Times New Roman"/>
          <w:szCs w:val="24"/>
        </w:rPr>
        <w:t>vor</w:t>
      </w:r>
      <w:proofErr w:type="spellEnd"/>
      <w:r w:rsidRPr="00693F1B">
        <w:rPr>
          <w:rFonts w:cs="Times New Roman"/>
          <w:szCs w:val="24"/>
        </w:rPr>
        <w:t xml:space="preserve"> fi </w:t>
      </w:r>
      <w:proofErr w:type="spellStart"/>
      <w:r w:rsidRPr="00693F1B">
        <w:rPr>
          <w:rFonts w:cs="Times New Roman"/>
          <w:szCs w:val="24"/>
        </w:rPr>
        <w:t>transmise</w:t>
      </w:r>
      <w:proofErr w:type="spellEnd"/>
      <w:r w:rsidRPr="00693F1B">
        <w:rPr>
          <w:rFonts w:cs="Times New Roman"/>
          <w:szCs w:val="24"/>
        </w:rPr>
        <w:t xml:space="preserve"> </w:t>
      </w:r>
      <w:proofErr w:type="spellStart"/>
      <w:r w:rsidRPr="00693F1B">
        <w:rPr>
          <w:rFonts w:cs="Times New Roman"/>
          <w:szCs w:val="24"/>
        </w:rPr>
        <w:t>etapizat</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orice</w:t>
      </w:r>
      <w:proofErr w:type="spellEnd"/>
      <w:r w:rsidRPr="00693F1B">
        <w:rPr>
          <w:rFonts w:cs="Times New Roman"/>
          <w:szCs w:val="24"/>
        </w:rPr>
        <w:t xml:space="preserve"> </w:t>
      </w:r>
      <w:proofErr w:type="spellStart"/>
      <w:r w:rsidRPr="00693F1B">
        <w:rPr>
          <w:rFonts w:cs="Times New Roman"/>
          <w:szCs w:val="24"/>
        </w:rPr>
        <w:t>situație</w:t>
      </w:r>
      <w:proofErr w:type="spellEnd"/>
      <w:r w:rsidRPr="00693F1B">
        <w:rPr>
          <w:rFonts w:cs="Times New Roman"/>
          <w:szCs w:val="24"/>
        </w:rPr>
        <w:t xml:space="preserve"> de </w:t>
      </w:r>
      <w:proofErr w:type="spellStart"/>
      <w:r w:rsidRPr="00693F1B">
        <w:rPr>
          <w:rFonts w:cs="Times New Roman"/>
          <w:szCs w:val="24"/>
        </w:rPr>
        <w:t>depășire</w:t>
      </w:r>
      <w:proofErr w:type="spellEnd"/>
      <w:r w:rsidRPr="00693F1B">
        <w:rPr>
          <w:rFonts w:cs="Times New Roman"/>
          <w:szCs w:val="24"/>
        </w:rPr>
        <w:t xml:space="preserve"> a </w:t>
      </w:r>
      <w:proofErr w:type="spellStart"/>
      <w:r w:rsidRPr="00693F1B">
        <w:rPr>
          <w:rFonts w:cs="Times New Roman"/>
          <w:szCs w:val="24"/>
        </w:rPr>
        <w:t>termenului</w:t>
      </w:r>
      <w:proofErr w:type="spellEnd"/>
      <w:r w:rsidRPr="00693F1B">
        <w:rPr>
          <w:rFonts w:cs="Times New Roman"/>
          <w:szCs w:val="24"/>
        </w:rPr>
        <w:t xml:space="preserve"> de 72 de ore de la </w:t>
      </w:r>
      <w:proofErr w:type="spellStart"/>
      <w:r w:rsidRPr="00693F1B">
        <w:rPr>
          <w:rFonts w:cs="Times New Roman"/>
          <w:szCs w:val="24"/>
        </w:rPr>
        <w:t>constatarea</w:t>
      </w:r>
      <w:proofErr w:type="spellEnd"/>
      <w:r w:rsidRPr="00693F1B">
        <w:rPr>
          <w:rFonts w:cs="Times New Roman"/>
          <w:szCs w:val="24"/>
        </w:rPr>
        <w:t xml:space="preserve"> </w:t>
      </w:r>
      <w:proofErr w:type="spellStart"/>
      <w:r w:rsidRPr="00693F1B">
        <w:rPr>
          <w:rFonts w:cs="Times New Roman"/>
          <w:szCs w:val="24"/>
        </w:rPr>
        <w:t>încălcării</w:t>
      </w:r>
      <w:proofErr w:type="spellEnd"/>
      <w:r w:rsidRPr="00693F1B">
        <w:rPr>
          <w:rFonts w:cs="Times New Roman"/>
          <w:szCs w:val="24"/>
        </w:rPr>
        <w:t xml:space="preserve">, </w:t>
      </w:r>
      <w:proofErr w:type="spellStart"/>
      <w:r w:rsidRPr="00693F1B">
        <w:rPr>
          <w:rFonts w:cs="Times New Roman"/>
          <w:szCs w:val="24"/>
        </w:rPr>
        <w:t>vor</w:t>
      </w:r>
      <w:proofErr w:type="spellEnd"/>
      <w:r w:rsidRPr="00693F1B">
        <w:rPr>
          <w:rFonts w:cs="Times New Roman"/>
          <w:szCs w:val="24"/>
        </w:rPr>
        <w:t xml:space="preserve"> fi </w:t>
      </w:r>
      <w:proofErr w:type="spellStart"/>
      <w:r w:rsidRPr="00693F1B">
        <w:rPr>
          <w:rFonts w:cs="Times New Roman"/>
          <w:szCs w:val="24"/>
        </w:rPr>
        <w:t>furnizate</w:t>
      </w:r>
      <w:proofErr w:type="spellEnd"/>
      <w:r w:rsidRPr="00693F1B">
        <w:rPr>
          <w:rFonts w:cs="Times New Roman"/>
          <w:szCs w:val="24"/>
        </w:rPr>
        <w:t xml:space="preserve"> motive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întârziere</w:t>
      </w:r>
      <w:proofErr w:type="spellEnd"/>
      <w:r w:rsidRPr="00693F1B">
        <w:rPr>
          <w:rFonts w:cs="Times New Roman"/>
          <w:szCs w:val="24"/>
        </w:rPr>
        <w:t xml:space="preserve">, precum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termenul</w:t>
      </w:r>
      <w:proofErr w:type="spellEnd"/>
      <w:r w:rsidRPr="00693F1B">
        <w:rPr>
          <w:rFonts w:cs="Times New Roman"/>
          <w:szCs w:val="24"/>
        </w:rPr>
        <w:t xml:space="preserve"> </w:t>
      </w:r>
      <w:proofErr w:type="spellStart"/>
      <w:r w:rsidRPr="00693F1B">
        <w:rPr>
          <w:rFonts w:cs="Times New Roman"/>
          <w:szCs w:val="24"/>
        </w:rPr>
        <w:t>preconizat</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interiorul</w:t>
      </w:r>
      <w:proofErr w:type="spellEnd"/>
      <w:r w:rsidRPr="00693F1B">
        <w:rPr>
          <w:rFonts w:cs="Times New Roman"/>
          <w:szCs w:val="24"/>
        </w:rPr>
        <w:t xml:space="preserve"> </w:t>
      </w:r>
      <w:proofErr w:type="spellStart"/>
      <w:r w:rsidRPr="00693F1B">
        <w:rPr>
          <w:rFonts w:cs="Times New Roman"/>
          <w:szCs w:val="24"/>
        </w:rPr>
        <w:t>căruia</w:t>
      </w:r>
      <w:proofErr w:type="spellEnd"/>
      <w:r w:rsidRPr="00693F1B">
        <w:rPr>
          <w:rFonts w:cs="Times New Roman"/>
          <w:szCs w:val="24"/>
        </w:rPr>
        <w:t xml:space="preserve"> </w:t>
      </w:r>
      <w:proofErr w:type="spellStart"/>
      <w:r w:rsidRPr="00693F1B">
        <w:rPr>
          <w:rFonts w:cs="Times New Roman"/>
          <w:szCs w:val="24"/>
        </w:rPr>
        <w:t>vor</w:t>
      </w:r>
      <w:proofErr w:type="spellEnd"/>
      <w:r w:rsidRPr="00693F1B">
        <w:rPr>
          <w:rFonts w:cs="Times New Roman"/>
          <w:szCs w:val="24"/>
        </w:rPr>
        <w:t xml:space="preserve"> fi </w:t>
      </w:r>
      <w:proofErr w:type="spellStart"/>
      <w:r w:rsidRPr="00693F1B">
        <w:rPr>
          <w:rFonts w:cs="Times New Roman"/>
          <w:szCs w:val="24"/>
        </w:rPr>
        <w:t>transmise</w:t>
      </w:r>
      <w:proofErr w:type="spellEnd"/>
      <w:r w:rsidRPr="00693F1B">
        <w:rPr>
          <w:rFonts w:cs="Times New Roman"/>
          <w:szCs w:val="24"/>
        </w:rPr>
        <w:t xml:space="preserve"> </w:t>
      </w:r>
      <w:proofErr w:type="spellStart"/>
      <w:r w:rsidRPr="00693F1B">
        <w:rPr>
          <w:rFonts w:cs="Times New Roman"/>
          <w:szCs w:val="24"/>
        </w:rPr>
        <w:t>mai</w:t>
      </w:r>
      <w:proofErr w:type="spellEnd"/>
      <w:r w:rsidRPr="00693F1B">
        <w:rPr>
          <w:rFonts w:cs="Times New Roman"/>
          <w:szCs w:val="24"/>
        </w:rPr>
        <w:t xml:space="preserve"> </w:t>
      </w:r>
      <w:proofErr w:type="spellStart"/>
      <w:r w:rsidRPr="00693F1B">
        <w:rPr>
          <w:rFonts w:cs="Times New Roman"/>
          <w:szCs w:val="24"/>
        </w:rPr>
        <w:t>multe</w:t>
      </w:r>
      <w:proofErr w:type="spellEnd"/>
      <w:r w:rsidRPr="00693F1B">
        <w:rPr>
          <w:rFonts w:cs="Times New Roman"/>
          <w:szCs w:val="24"/>
        </w:rPr>
        <w:t xml:space="preserve"> </w:t>
      </w:r>
      <w:proofErr w:type="spellStart"/>
      <w:r w:rsidRPr="00693F1B">
        <w:rPr>
          <w:rFonts w:cs="Times New Roman"/>
          <w:szCs w:val="24"/>
        </w:rPr>
        <w:t>informații</w:t>
      </w:r>
      <w:proofErr w:type="spellEnd"/>
      <w:r w:rsidRPr="00693F1B">
        <w:rPr>
          <w:rFonts w:cs="Times New Roman"/>
          <w:szCs w:val="24"/>
        </w:rPr>
        <w:t>.</w:t>
      </w:r>
    </w:p>
    <w:p w14:paraId="334A3ECC" w14:textId="77777777" w:rsidR="006D4E92" w:rsidRDefault="00000000">
      <w:pPr>
        <w:jc w:val="both"/>
        <w:rPr>
          <w:rFonts w:cs="Times New Roman"/>
          <w:szCs w:val="24"/>
        </w:rPr>
      </w:pPr>
      <w:proofErr w:type="spellStart"/>
      <w:r w:rsidRPr="00693F1B">
        <w:rPr>
          <w:rFonts w:cs="Times New Roman"/>
          <w:szCs w:val="24"/>
        </w:rPr>
        <w:lastRenderedPageBreak/>
        <w:t>În</w:t>
      </w:r>
      <w:proofErr w:type="spellEnd"/>
      <w:r w:rsidRPr="00693F1B">
        <w:rPr>
          <w:rFonts w:cs="Times New Roman"/>
          <w:szCs w:val="24"/>
        </w:rPr>
        <w:t xml:space="preserve"> </w:t>
      </w:r>
      <w:proofErr w:type="spellStart"/>
      <w:r w:rsidRPr="00693F1B">
        <w:rPr>
          <w:rFonts w:cs="Times New Roman"/>
          <w:szCs w:val="24"/>
        </w:rPr>
        <w:t>situația</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care o </w:t>
      </w:r>
      <w:proofErr w:type="spellStart"/>
      <w:r w:rsidRPr="00693F1B">
        <w:rPr>
          <w:rFonts w:cs="Times New Roman"/>
          <w:szCs w:val="24"/>
        </w:rPr>
        <w:t>breșă</w:t>
      </w:r>
      <w:proofErr w:type="spellEnd"/>
      <w:r w:rsidRPr="00693F1B">
        <w:rPr>
          <w:rFonts w:cs="Times New Roman"/>
          <w:szCs w:val="24"/>
        </w:rPr>
        <w:t xml:space="preserve"> de </w:t>
      </w:r>
      <w:proofErr w:type="spellStart"/>
      <w:r w:rsidRPr="00693F1B">
        <w:rPr>
          <w:rFonts w:cs="Times New Roman"/>
          <w:szCs w:val="24"/>
        </w:rPr>
        <w:t>securitate</w:t>
      </w:r>
      <w:proofErr w:type="spellEnd"/>
      <w:r w:rsidRPr="00693F1B">
        <w:rPr>
          <w:rFonts w:cs="Times New Roman"/>
          <w:szCs w:val="24"/>
        </w:rPr>
        <w:t xml:space="preserve"> </w:t>
      </w:r>
      <w:proofErr w:type="spellStart"/>
      <w:r w:rsidRPr="00693F1B">
        <w:rPr>
          <w:rFonts w:cs="Times New Roman"/>
          <w:szCs w:val="24"/>
        </w:rPr>
        <w:t>implică</w:t>
      </w:r>
      <w:proofErr w:type="spellEnd"/>
      <w:r w:rsidRPr="00693F1B">
        <w:rPr>
          <w:rFonts w:cs="Times New Roman"/>
          <w:szCs w:val="24"/>
        </w:rPr>
        <w:t xml:space="preserve"> un </w:t>
      </w:r>
      <w:proofErr w:type="spellStart"/>
      <w:r w:rsidRPr="00693F1B">
        <w:rPr>
          <w:rFonts w:cs="Times New Roman"/>
          <w:szCs w:val="24"/>
        </w:rPr>
        <w:t>risc</w:t>
      </w:r>
      <w:proofErr w:type="spellEnd"/>
      <w:r w:rsidRPr="00693F1B">
        <w:rPr>
          <w:rFonts w:cs="Times New Roman"/>
          <w:szCs w:val="24"/>
        </w:rPr>
        <w:t xml:space="preserve"> </w:t>
      </w:r>
      <w:proofErr w:type="spellStart"/>
      <w:r w:rsidRPr="00693F1B">
        <w:rPr>
          <w:rFonts w:cs="Times New Roman"/>
          <w:szCs w:val="24"/>
        </w:rPr>
        <w:t>ridicat</w:t>
      </w:r>
      <w:proofErr w:type="spellEnd"/>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drepturile</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libertățile</w:t>
      </w:r>
      <w:proofErr w:type="spellEnd"/>
      <w:r w:rsidRPr="00693F1B">
        <w:rPr>
          <w:rFonts w:cs="Times New Roman"/>
          <w:szCs w:val="24"/>
        </w:rPr>
        <w:t xml:space="preserve"> </w:t>
      </w:r>
      <w:proofErr w:type="spellStart"/>
      <w:r w:rsidRPr="00693F1B">
        <w:rPr>
          <w:rFonts w:cs="Times New Roman"/>
          <w:szCs w:val="24"/>
        </w:rPr>
        <w:t>persoanelor</w:t>
      </w:r>
      <w:proofErr w:type="spellEnd"/>
      <w:r w:rsidRPr="00693F1B">
        <w:rPr>
          <w:rFonts w:cs="Times New Roman"/>
          <w:szCs w:val="24"/>
        </w:rPr>
        <w:t xml:space="preserve">, </w:t>
      </w:r>
      <w:proofErr w:type="spellStart"/>
      <w:r w:rsidRPr="00693F1B">
        <w:rPr>
          <w:rFonts w:cs="Times New Roman"/>
          <w:b/>
          <w:bCs/>
          <w:szCs w:val="24"/>
        </w:rPr>
        <w:t>Primăria</w:t>
      </w:r>
      <w:proofErr w:type="spellEnd"/>
      <w:r w:rsidRPr="00693F1B">
        <w:rPr>
          <w:rFonts w:cs="Times New Roman"/>
          <w:b/>
          <w:bCs/>
          <w:szCs w:val="24"/>
        </w:rPr>
        <w:t xml:space="preserve"> </w:t>
      </w:r>
      <w:proofErr w:type="spellStart"/>
      <w:r>
        <w:rPr>
          <w:rFonts w:cs="Times New Roman"/>
          <w:b/>
          <w:bCs/>
          <w:szCs w:val="24"/>
        </w:rPr>
        <w:t>Satului</w:t>
      </w:r>
      <w:proofErr w:type="spellEnd"/>
      <w:r>
        <w:rPr>
          <w:rFonts w:cs="Times New Roman"/>
          <w:b/>
          <w:bCs/>
          <w:szCs w:val="24"/>
        </w:rPr>
        <w:t xml:space="preserve"> </w:t>
      </w:r>
      <w:proofErr w:type="spellStart"/>
      <w:r>
        <w:rPr>
          <w:rFonts w:cs="Times New Roman"/>
          <w:b/>
          <w:bCs/>
          <w:szCs w:val="24"/>
        </w:rPr>
        <w:t>Mereni</w:t>
      </w:r>
      <w:proofErr w:type="spellEnd"/>
      <w:r w:rsidRPr="00693F1B">
        <w:rPr>
          <w:rFonts w:cs="Times New Roman"/>
          <w:szCs w:val="24"/>
        </w:rPr>
        <w:t xml:space="preserve"> are </w:t>
      </w:r>
      <w:proofErr w:type="spellStart"/>
      <w:r w:rsidRPr="00693F1B">
        <w:rPr>
          <w:rFonts w:cs="Times New Roman"/>
          <w:szCs w:val="24"/>
        </w:rPr>
        <w:t>obligația</w:t>
      </w:r>
      <w:proofErr w:type="spellEnd"/>
      <w:r w:rsidRPr="00693F1B">
        <w:rPr>
          <w:rFonts w:cs="Times New Roman"/>
          <w:szCs w:val="24"/>
        </w:rPr>
        <w:t xml:space="preserve"> de </w:t>
      </w:r>
      <w:proofErr w:type="gramStart"/>
      <w:r w:rsidRPr="00693F1B">
        <w:rPr>
          <w:rFonts w:cs="Times New Roman"/>
          <w:szCs w:val="24"/>
        </w:rPr>
        <w:t>a</w:t>
      </w:r>
      <w:proofErr w:type="gramEnd"/>
      <w:r w:rsidRPr="00693F1B">
        <w:rPr>
          <w:rFonts w:cs="Times New Roman"/>
          <w:szCs w:val="24"/>
        </w:rPr>
        <w:t xml:space="preserve"> </w:t>
      </w:r>
      <w:proofErr w:type="spellStart"/>
      <w:r w:rsidRPr="00693F1B">
        <w:rPr>
          <w:rFonts w:cs="Times New Roman"/>
          <w:szCs w:val="24"/>
        </w:rPr>
        <w:t>informa</w:t>
      </w:r>
      <w:proofErr w:type="spellEnd"/>
      <w:r w:rsidRPr="00693F1B">
        <w:rPr>
          <w:rFonts w:cs="Times New Roman"/>
          <w:szCs w:val="24"/>
        </w:rPr>
        <w:t xml:space="preserve"> </w:t>
      </w:r>
      <w:proofErr w:type="spellStart"/>
      <w:r w:rsidRPr="00693F1B">
        <w:rPr>
          <w:rFonts w:cs="Times New Roman"/>
          <w:szCs w:val="24"/>
        </w:rPr>
        <w:t>persoanele</w:t>
      </w:r>
      <w:proofErr w:type="spellEnd"/>
      <w:r w:rsidRPr="00693F1B">
        <w:rPr>
          <w:rFonts w:cs="Times New Roman"/>
          <w:szCs w:val="24"/>
        </w:rPr>
        <w:t xml:space="preserve"> </w:t>
      </w:r>
      <w:proofErr w:type="spellStart"/>
      <w:r w:rsidRPr="00693F1B">
        <w:rPr>
          <w:rFonts w:cs="Times New Roman"/>
          <w:szCs w:val="24"/>
        </w:rPr>
        <w:t>vizate</w:t>
      </w:r>
      <w:proofErr w:type="spellEnd"/>
      <w:r w:rsidRPr="00693F1B">
        <w:rPr>
          <w:rFonts w:cs="Times New Roman"/>
          <w:szCs w:val="24"/>
        </w:rPr>
        <w:t xml:space="preserve"> direct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fără</w:t>
      </w:r>
      <w:proofErr w:type="spellEnd"/>
      <w:r w:rsidRPr="00693F1B">
        <w:rPr>
          <w:rFonts w:cs="Times New Roman"/>
          <w:szCs w:val="24"/>
        </w:rPr>
        <w:t xml:space="preserve"> </w:t>
      </w:r>
      <w:proofErr w:type="spellStart"/>
      <w:r w:rsidRPr="00693F1B">
        <w:rPr>
          <w:rFonts w:cs="Times New Roman"/>
          <w:szCs w:val="24"/>
        </w:rPr>
        <w:t>întârzieri</w:t>
      </w:r>
      <w:proofErr w:type="spellEnd"/>
      <w:r w:rsidRPr="00693F1B">
        <w:rPr>
          <w:rFonts w:cs="Times New Roman"/>
          <w:szCs w:val="24"/>
        </w:rPr>
        <w:t xml:space="preserve"> </w:t>
      </w:r>
      <w:proofErr w:type="spellStart"/>
      <w:r w:rsidRPr="00693F1B">
        <w:rPr>
          <w:rFonts w:cs="Times New Roman"/>
          <w:szCs w:val="24"/>
        </w:rPr>
        <w:t>nejustificate</w:t>
      </w:r>
      <w:proofErr w:type="spellEnd"/>
      <w:r w:rsidRPr="00693F1B">
        <w:rPr>
          <w:rFonts w:cs="Times New Roman"/>
          <w:szCs w:val="24"/>
        </w:rPr>
        <w:t>.</w:t>
      </w:r>
    </w:p>
    <w:p w14:paraId="4257E210" w14:textId="77777777" w:rsidR="006D4E92" w:rsidRPr="00693F1B" w:rsidRDefault="00000000">
      <w:pPr>
        <w:jc w:val="both"/>
        <w:rPr>
          <w:rFonts w:cs="Times New Roman"/>
          <w:b/>
          <w:bCs/>
          <w:szCs w:val="24"/>
        </w:rPr>
      </w:pPr>
      <w:r w:rsidRPr="00693F1B">
        <w:rPr>
          <w:rFonts w:cs="Times New Roman"/>
          <w:b/>
          <w:bCs/>
          <w:szCs w:val="24"/>
        </w:rPr>
        <w:t xml:space="preserve">3.2. </w:t>
      </w:r>
      <w:proofErr w:type="spellStart"/>
      <w:r w:rsidRPr="00693F1B">
        <w:rPr>
          <w:rFonts w:cs="Times New Roman"/>
          <w:b/>
          <w:bCs/>
          <w:szCs w:val="24"/>
        </w:rPr>
        <w:t>Descrierea</w:t>
      </w:r>
      <w:proofErr w:type="spellEnd"/>
      <w:r w:rsidRPr="00693F1B">
        <w:rPr>
          <w:rFonts w:cs="Times New Roman"/>
          <w:b/>
          <w:bCs/>
          <w:szCs w:val="24"/>
        </w:rPr>
        <w:t xml:space="preserve"> </w:t>
      </w:r>
      <w:proofErr w:type="spellStart"/>
      <w:r w:rsidRPr="00693F1B">
        <w:rPr>
          <w:rFonts w:cs="Times New Roman"/>
          <w:b/>
          <w:bCs/>
          <w:szCs w:val="24"/>
        </w:rPr>
        <w:t>încălcărilor</w:t>
      </w:r>
      <w:proofErr w:type="spellEnd"/>
    </w:p>
    <w:p w14:paraId="4088645E" w14:textId="77777777" w:rsidR="006D4E92" w:rsidRDefault="00000000">
      <w:pPr>
        <w:jc w:val="both"/>
        <w:rPr>
          <w:rFonts w:cs="Times New Roman"/>
          <w:szCs w:val="24"/>
        </w:rPr>
      </w:pPr>
      <w:proofErr w:type="spellStart"/>
      <w:r w:rsidRPr="00693F1B">
        <w:rPr>
          <w:rFonts w:cs="Times New Roman"/>
          <w:szCs w:val="24"/>
        </w:rPr>
        <w:t>Încălcarea</w:t>
      </w:r>
      <w:proofErr w:type="spellEnd"/>
      <w:r w:rsidRPr="00693F1B">
        <w:rPr>
          <w:rFonts w:cs="Times New Roman"/>
          <w:szCs w:val="24"/>
        </w:rPr>
        <w:t xml:space="preserve"> </w:t>
      </w:r>
      <w:proofErr w:type="spellStart"/>
      <w:r w:rsidRPr="00693F1B">
        <w:rPr>
          <w:rFonts w:cs="Times New Roman"/>
          <w:szCs w:val="24"/>
        </w:rPr>
        <w:t>securității</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 </w:t>
      </w:r>
      <w:proofErr w:type="spellStart"/>
      <w:r w:rsidRPr="00693F1B">
        <w:rPr>
          <w:rFonts w:cs="Times New Roman"/>
          <w:szCs w:val="24"/>
        </w:rPr>
        <w:t>poate</w:t>
      </w:r>
      <w:proofErr w:type="spellEnd"/>
      <w:r w:rsidRPr="00693F1B">
        <w:rPr>
          <w:rFonts w:cs="Times New Roman"/>
          <w:szCs w:val="24"/>
        </w:rPr>
        <w:t xml:space="preserve"> </w:t>
      </w:r>
      <w:proofErr w:type="spellStart"/>
      <w:r w:rsidRPr="00693F1B">
        <w:rPr>
          <w:rFonts w:cs="Times New Roman"/>
          <w:szCs w:val="24"/>
        </w:rPr>
        <w:t>afecta</w:t>
      </w:r>
      <w:proofErr w:type="spellEnd"/>
      <w:r w:rsidRPr="00693F1B">
        <w:rPr>
          <w:rFonts w:cs="Times New Roman"/>
          <w:szCs w:val="24"/>
        </w:rPr>
        <w:t xml:space="preserve"> </w:t>
      </w:r>
      <w:proofErr w:type="spellStart"/>
      <w:r w:rsidRPr="00693F1B">
        <w:rPr>
          <w:rFonts w:cs="Times New Roman"/>
          <w:szCs w:val="24"/>
        </w:rPr>
        <w:t>confidențialitatea</w:t>
      </w:r>
      <w:proofErr w:type="spellEnd"/>
      <w:r w:rsidRPr="00693F1B">
        <w:rPr>
          <w:rFonts w:cs="Times New Roman"/>
          <w:szCs w:val="24"/>
        </w:rPr>
        <w:t xml:space="preserve">, </w:t>
      </w:r>
      <w:proofErr w:type="spellStart"/>
      <w:r w:rsidRPr="00693F1B">
        <w:rPr>
          <w:rFonts w:cs="Times New Roman"/>
          <w:szCs w:val="24"/>
        </w:rPr>
        <w:t>integritatea</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disponibilitatea</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w:t>
      </w:r>
    </w:p>
    <w:p w14:paraId="4B7F3AD9" w14:textId="77777777" w:rsidR="006D4E92" w:rsidRDefault="00000000">
      <w:pPr>
        <w:jc w:val="both"/>
        <w:rPr>
          <w:rFonts w:cs="Times New Roman"/>
          <w:szCs w:val="24"/>
        </w:rPr>
      </w:pPr>
      <w:proofErr w:type="spellStart"/>
      <w:r w:rsidRPr="00693F1B">
        <w:rPr>
          <w:rFonts w:cs="Times New Roman"/>
          <w:szCs w:val="24"/>
        </w:rPr>
        <w:t>Încălcările</w:t>
      </w:r>
      <w:proofErr w:type="spellEnd"/>
      <w:r w:rsidRPr="00693F1B">
        <w:rPr>
          <w:rFonts w:cs="Times New Roman"/>
          <w:szCs w:val="24"/>
        </w:rPr>
        <w:t xml:space="preserve"> </w:t>
      </w:r>
      <w:proofErr w:type="spellStart"/>
      <w:r w:rsidRPr="00693F1B">
        <w:rPr>
          <w:rFonts w:cs="Times New Roman"/>
          <w:szCs w:val="24"/>
        </w:rPr>
        <w:t>securității</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cadrul</w:t>
      </w:r>
      <w:proofErr w:type="spellEnd"/>
      <w:r w:rsidRPr="00693F1B">
        <w:rPr>
          <w:rFonts w:cs="Times New Roman"/>
          <w:szCs w:val="24"/>
        </w:rPr>
        <w:t xml:space="preserve"> </w:t>
      </w:r>
      <w:proofErr w:type="spellStart"/>
      <w:r w:rsidRPr="00693F1B">
        <w:rPr>
          <w:rFonts w:cs="Times New Roman"/>
          <w:b/>
          <w:bCs/>
          <w:szCs w:val="24"/>
        </w:rPr>
        <w:t>Primări</w:t>
      </w:r>
      <w:r>
        <w:rPr>
          <w:rFonts w:cs="Times New Roman"/>
          <w:b/>
          <w:bCs/>
          <w:szCs w:val="24"/>
        </w:rPr>
        <w:t>ei</w:t>
      </w:r>
      <w:proofErr w:type="spellEnd"/>
      <w:r w:rsidRPr="00693F1B">
        <w:rPr>
          <w:rFonts w:cs="Times New Roman"/>
          <w:b/>
          <w:bCs/>
          <w:szCs w:val="24"/>
        </w:rPr>
        <w:t xml:space="preserve"> </w:t>
      </w:r>
      <w:proofErr w:type="spellStart"/>
      <w:r>
        <w:rPr>
          <w:rFonts w:cs="Times New Roman"/>
          <w:b/>
          <w:bCs/>
          <w:szCs w:val="24"/>
        </w:rPr>
        <w:t>Satului</w:t>
      </w:r>
      <w:proofErr w:type="spellEnd"/>
      <w:r>
        <w:rPr>
          <w:rFonts w:cs="Times New Roman"/>
          <w:b/>
          <w:bCs/>
          <w:szCs w:val="24"/>
        </w:rPr>
        <w:t xml:space="preserve"> </w:t>
      </w:r>
      <w:proofErr w:type="spellStart"/>
      <w:r>
        <w:rPr>
          <w:rFonts w:cs="Times New Roman"/>
          <w:b/>
          <w:bCs/>
          <w:szCs w:val="24"/>
        </w:rPr>
        <w:t>Mereni</w:t>
      </w:r>
      <w:proofErr w:type="spellEnd"/>
      <w:r w:rsidRPr="00693F1B">
        <w:rPr>
          <w:rFonts w:cs="Times New Roman"/>
          <w:szCs w:val="24"/>
        </w:rPr>
        <w:t xml:space="preserve"> pot </w:t>
      </w:r>
      <w:proofErr w:type="spellStart"/>
      <w:r w:rsidRPr="00693F1B">
        <w:rPr>
          <w:rFonts w:cs="Times New Roman"/>
          <w:szCs w:val="24"/>
        </w:rPr>
        <w:t>cuprinde</w:t>
      </w:r>
      <w:proofErr w:type="spellEnd"/>
      <w:r w:rsidRPr="00693F1B">
        <w:rPr>
          <w:rFonts w:cs="Times New Roman"/>
          <w:szCs w:val="24"/>
        </w:rPr>
        <w:t>:</w:t>
      </w:r>
    </w:p>
    <w:p w14:paraId="6B01625C" w14:textId="77777777" w:rsidR="006D4E92" w:rsidRPr="00693F1B" w:rsidRDefault="00000000">
      <w:pPr>
        <w:numPr>
          <w:ilvl w:val="0"/>
          <w:numId w:val="3"/>
        </w:numPr>
        <w:jc w:val="both"/>
        <w:rPr>
          <w:rFonts w:cs="Times New Roman"/>
          <w:szCs w:val="24"/>
        </w:rPr>
      </w:pPr>
      <w:proofErr w:type="spellStart"/>
      <w:r w:rsidRPr="00693F1B">
        <w:rPr>
          <w:rFonts w:cs="Times New Roman"/>
          <w:szCs w:val="24"/>
        </w:rPr>
        <w:t>accesul</w:t>
      </w:r>
      <w:proofErr w:type="spellEnd"/>
      <w:r w:rsidRPr="00693F1B">
        <w:rPr>
          <w:rFonts w:cs="Times New Roman"/>
          <w:szCs w:val="24"/>
        </w:rPr>
        <w:t xml:space="preserve"> </w:t>
      </w:r>
      <w:proofErr w:type="spellStart"/>
      <w:r w:rsidRPr="00693F1B">
        <w:rPr>
          <w:rFonts w:cs="Times New Roman"/>
          <w:szCs w:val="24"/>
        </w:rPr>
        <w:t>unui</w:t>
      </w:r>
      <w:proofErr w:type="spellEnd"/>
      <w:r w:rsidRPr="00693F1B">
        <w:rPr>
          <w:rFonts w:cs="Times New Roman"/>
          <w:szCs w:val="24"/>
        </w:rPr>
        <w:t xml:space="preserve"> </w:t>
      </w:r>
      <w:proofErr w:type="spellStart"/>
      <w:r w:rsidRPr="00693F1B">
        <w:rPr>
          <w:rFonts w:cs="Times New Roman"/>
          <w:szCs w:val="24"/>
        </w:rPr>
        <w:t>terț</w:t>
      </w:r>
      <w:proofErr w:type="spellEnd"/>
      <w:r w:rsidRPr="00693F1B">
        <w:rPr>
          <w:rFonts w:cs="Times New Roman"/>
          <w:szCs w:val="24"/>
        </w:rPr>
        <w:t xml:space="preserve"> </w:t>
      </w:r>
      <w:proofErr w:type="spellStart"/>
      <w:r w:rsidRPr="00693F1B">
        <w:rPr>
          <w:rFonts w:cs="Times New Roman"/>
          <w:szCs w:val="24"/>
        </w:rPr>
        <w:t>neautorizat</w:t>
      </w:r>
      <w:proofErr w:type="spellEnd"/>
      <w:r w:rsidRPr="00693F1B">
        <w:rPr>
          <w:rFonts w:cs="Times New Roman"/>
          <w:szCs w:val="24"/>
        </w:rPr>
        <w:t xml:space="preserve"> la </w:t>
      </w:r>
      <w:proofErr w:type="spellStart"/>
      <w:r w:rsidRPr="00693F1B">
        <w:rPr>
          <w:rFonts w:cs="Times New Roman"/>
          <w:szCs w:val="24"/>
        </w:rPr>
        <w:t>dosarele</w:t>
      </w:r>
      <w:proofErr w:type="spellEnd"/>
      <w:r w:rsidRPr="00693F1B">
        <w:rPr>
          <w:rFonts w:cs="Times New Roman"/>
          <w:szCs w:val="24"/>
        </w:rPr>
        <w:t xml:space="preserve"> din </w:t>
      </w:r>
      <w:proofErr w:type="spellStart"/>
      <w:r w:rsidRPr="00693F1B">
        <w:rPr>
          <w:rFonts w:cs="Times New Roman"/>
          <w:szCs w:val="24"/>
        </w:rPr>
        <w:t>birouri</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la </w:t>
      </w:r>
      <w:proofErr w:type="spellStart"/>
      <w:r w:rsidRPr="00693F1B">
        <w:rPr>
          <w:rFonts w:cs="Times New Roman"/>
          <w:szCs w:val="24"/>
        </w:rPr>
        <w:t>calculatoarele</w:t>
      </w:r>
      <w:proofErr w:type="spellEnd"/>
      <w:r w:rsidRPr="00693F1B">
        <w:rPr>
          <w:rFonts w:cs="Times New Roman"/>
          <w:szCs w:val="24"/>
        </w:rPr>
        <w:t xml:space="preserve"> </w:t>
      </w:r>
      <w:proofErr w:type="spellStart"/>
      <w:r w:rsidRPr="00693F1B">
        <w:rPr>
          <w:rFonts w:cs="Times New Roman"/>
          <w:szCs w:val="24"/>
        </w:rPr>
        <w:t>instituției</w:t>
      </w:r>
      <w:proofErr w:type="spellEnd"/>
      <w:r w:rsidRPr="00693F1B">
        <w:rPr>
          <w:rFonts w:cs="Times New Roman"/>
          <w:szCs w:val="24"/>
        </w:rPr>
        <w:t>;</w:t>
      </w:r>
    </w:p>
    <w:p w14:paraId="2F2740DC" w14:textId="77777777" w:rsidR="006D4E92" w:rsidRPr="00693F1B" w:rsidRDefault="00000000">
      <w:pPr>
        <w:numPr>
          <w:ilvl w:val="0"/>
          <w:numId w:val="3"/>
        </w:numPr>
        <w:jc w:val="both"/>
        <w:rPr>
          <w:rFonts w:cs="Times New Roman"/>
          <w:szCs w:val="24"/>
        </w:rPr>
      </w:pPr>
      <w:proofErr w:type="spellStart"/>
      <w:r w:rsidRPr="00693F1B">
        <w:rPr>
          <w:rFonts w:cs="Times New Roman"/>
          <w:szCs w:val="24"/>
        </w:rPr>
        <w:t>acțiunea</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inacțiunea</w:t>
      </w:r>
      <w:proofErr w:type="spellEnd"/>
      <w:r w:rsidRPr="00693F1B">
        <w:rPr>
          <w:rFonts w:cs="Times New Roman"/>
          <w:szCs w:val="24"/>
        </w:rPr>
        <w:t xml:space="preserve">) </w:t>
      </w:r>
      <w:proofErr w:type="spellStart"/>
      <w:r w:rsidRPr="00693F1B">
        <w:rPr>
          <w:rFonts w:cs="Times New Roman"/>
          <w:szCs w:val="24"/>
        </w:rPr>
        <w:t>intenționată</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accidentală</w:t>
      </w:r>
      <w:proofErr w:type="spellEnd"/>
      <w:r w:rsidRPr="00693F1B">
        <w:rPr>
          <w:rFonts w:cs="Times New Roman"/>
          <w:szCs w:val="24"/>
        </w:rPr>
        <w:t xml:space="preserve"> a </w:t>
      </w:r>
      <w:proofErr w:type="spellStart"/>
      <w:r w:rsidRPr="00693F1B">
        <w:rPr>
          <w:rFonts w:cs="Times New Roman"/>
          <w:szCs w:val="24"/>
        </w:rPr>
        <w:t>unui</w:t>
      </w:r>
      <w:proofErr w:type="spellEnd"/>
      <w:r w:rsidRPr="00693F1B">
        <w:rPr>
          <w:rFonts w:cs="Times New Roman"/>
          <w:szCs w:val="24"/>
        </w:rPr>
        <w:t xml:space="preserve"> </w:t>
      </w:r>
      <w:proofErr w:type="spellStart"/>
      <w:r w:rsidRPr="00693F1B">
        <w:rPr>
          <w:rFonts w:cs="Times New Roman"/>
          <w:szCs w:val="24"/>
        </w:rPr>
        <w:t>funcționar</w:t>
      </w:r>
      <w:proofErr w:type="spellEnd"/>
      <w:r w:rsidRPr="00693F1B">
        <w:rPr>
          <w:rFonts w:cs="Times New Roman"/>
          <w:szCs w:val="24"/>
        </w:rPr>
        <w:t xml:space="preserve"> al </w:t>
      </w:r>
      <w:proofErr w:type="spellStart"/>
      <w:r w:rsidRPr="00693F1B">
        <w:rPr>
          <w:rFonts w:cs="Times New Roman"/>
          <w:szCs w:val="24"/>
        </w:rPr>
        <w:t>Primăriei</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a </w:t>
      </w:r>
      <w:proofErr w:type="spellStart"/>
      <w:r w:rsidRPr="00693F1B">
        <w:rPr>
          <w:rFonts w:cs="Times New Roman"/>
          <w:szCs w:val="24"/>
        </w:rPr>
        <w:t>unei</w:t>
      </w:r>
      <w:proofErr w:type="spellEnd"/>
      <w:r w:rsidRPr="00693F1B">
        <w:rPr>
          <w:rFonts w:cs="Times New Roman"/>
          <w:szCs w:val="24"/>
        </w:rPr>
        <w:t xml:space="preserve"> </w:t>
      </w:r>
      <w:proofErr w:type="spellStart"/>
      <w:r w:rsidRPr="00693F1B">
        <w:rPr>
          <w:rFonts w:cs="Times New Roman"/>
          <w:szCs w:val="24"/>
        </w:rPr>
        <w:t>persoane</w:t>
      </w:r>
      <w:proofErr w:type="spellEnd"/>
      <w:r w:rsidRPr="00693F1B">
        <w:rPr>
          <w:rFonts w:cs="Times New Roman"/>
          <w:szCs w:val="24"/>
        </w:rPr>
        <w:t xml:space="preserve"> </w:t>
      </w:r>
      <w:proofErr w:type="spellStart"/>
      <w:r w:rsidRPr="00693F1B">
        <w:rPr>
          <w:rFonts w:cs="Times New Roman"/>
          <w:szCs w:val="24"/>
        </w:rPr>
        <w:t>împuternicite</w:t>
      </w:r>
      <w:proofErr w:type="spellEnd"/>
      <w:r w:rsidRPr="00693F1B">
        <w:rPr>
          <w:rFonts w:cs="Times New Roman"/>
          <w:szCs w:val="24"/>
        </w:rPr>
        <w:t xml:space="preserve"> de operator;</w:t>
      </w:r>
    </w:p>
    <w:p w14:paraId="0FEFFEE2" w14:textId="77777777" w:rsidR="006D4E92" w:rsidRPr="00693F1B" w:rsidRDefault="00000000">
      <w:pPr>
        <w:numPr>
          <w:ilvl w:val="0"/>
          <w:numId w:val="3"/>
        </w:numPr>
        <w:jc w:val="both"/>
        <w:rPr>
          <w:rFonts w:cs="Times New Roman"/>
          <w:szCs w:val="24"/>
        </w:rPr>
      </w:pPr>
      <w:proofErr w:type="spellStart"/>
      <w:r w:rsidRPr="00693F1B">
        <w:rPr>
          <w:rFonts w:cs="Times New Roman"/>
          <w:szCs w:val="24"/>
        </w:rPr>
        <w:t>trimiterea</w:t>
      </w:r>
      <w:proofErr w:type="spellEnd"/>
      <w:r w:rsidRPr="00693F1B">
        <w:rPr>
          <w:rFonts w:cs="Times New Roman"/>
          <w:szCs w:val="24"/>
        </w:rPr>
        <w:t xml:space="preserve"> </w:t>
      </w:r>
      <w:proofErr w:type="spellStart"/>
      <w:r w:rsidRPr="00693F1B">
        <w:rPr>
          <w:rFonts w:cs="Times New Roman"/>
          <w:szCs w:val="24"/>
        </w:rPr>
        <w:t>unor</w:t>
      </w:r>
      <w:proofErr w:type="spellEnd"/>
      <w:r w:rsidRPr="00693F1B">
        <w:rPr>
          <w:rFonts w:cs="Times New Roman"/>
          <w:szCs w:val="24"/>
        </w:rPr>
        <w:t xml:space="preserve"> date cu </w:t>
      </w:r>
      <w:proofErr w:type="spellStart"/>
      <w:r w:rsidRPr="00693F1B">
        <w:rPr>
          <w:rFonts w:cs="Times New Roman"/>
          <w:szCs w:val="24"/>
        </w:rPr>
        <w:t>caracter</w:t>
      </w:r>
      <w:proofErr w:type="spellEnd"/>
      <w:r w:rsidRPr="00693F1B">
        <w:rPr>
          <w:rFonts w:cs="Times New Roman"/>
          <w:szCs w:val="24"/>
        </w:rPr>
        <w:t xml:space="preserve"> personal </w:t>
      </w:r>
      <w:proofErr w:type="spellStart"/>
      <w:r w:rsidRPr="00693F1B">
        <w:rPr>
          <w:rFonts w:cs="Times New Roman"/>
          <w:szCs w:val="24"/>
        </w:rPr>
        <w:t>către</w:t>
      </w:r>
      <w:proofErr w:type="spellEnd"/>
      <w:r w:rsidRPr="00693F1B">
        <w:rPr>
          <w:rFonts w:cs="Times New Roman"/>
          <w:szCs w:val="24"/>
        </w:rPr>
        <w:t xml:space="preserve"> un </w:t>
      </w:r>
      <w:proofErr w:type="spellStart"/>
      <w:r w:rsidRPr="00693F1B">
        <w:rPr>
          <w:rFonts w:cs="Times New Roman"/>
          <w:szCs w:val="24"/>
        </w:rPr>
        <w:t>destinatar</w:t>
      </w:r>
      <w:proofErr w:type="spellEnd"/>
      <w:r w:rsidRPr="00693F1B">
        <w:rPr>
          <w:rFonts w:cs="Times New Roman"/>
          <w:szCs w:val="24"/>
        </w:rPr>
        <w:t xml:space="preserve"> </w:t>
      </w:r>
      <w:proofErr w:type="spellStart"/>
      <w:r w:rsidRPr="00693F1B">
        <w:rPr>
          <w:rFonts w:cs="Times New Roman"/>
          <w:szCs w:val="24"/>
        </w:rPr>
        <w:t>greșit</w:t>
      </w:r>
      <w:proofErr w:type="spellEnd"/>
      <w:r w:rsidRPr="00693F1B">
        <w:rPr>
          <w:rFonts w:cs="Times New Roman"/>
          <w:szCs w:val="24"/>
        </w:rPr>
        <w:t xml:space="preserve"> (ex: </w:t>
      </w:r>
      <w:proofErr w:type="spellStart"/>
      <w:r w:rsidRPr="00693F1B">
        <w:rPr>
          <w:rFonts w:cs="Times New Roman"/>
          <w:szCs w:val="24"/>
        </w:rPr>
        <w:t>trimiterea</w:t>
      </w:r>
      <w:proofErr w:type="spellEnd"/>
      <w:r w:rsidRPr="00693F1B">
        <w:rPr>
          <w:rFonts w:cs="Times New Roman"/>
          <w:szCs w:val="24"/>
        </w:rPr>
        <w:t xml:space="preserve"> </w:t>
      </w:r>
      <w:proofErr w:type="spellStart"/>
      <w:r w:rsidRPr="00693F1B">
        <w:rPr>
          <w:rFonts w:cs="Times New Roman"/>
          <w:szCs w:val="24"/>
        </w:rPr>
        <w:t>unui</w:t>
      </w:r>
      <w:proofErr w:type="spellEnd"/>
      <w:r w:rsidRPr="00693F1B">
        <w:rPr>
          <w:rFonts w:cs="Times New Roman"/>
          <w:szCs w:val="24"/>
        </w:rPr>
        <w:t xml:space="preserve"> </w:t>
      </w:r>
      <w:proofErr w:type="spellStart"/>
      <w:r w:rsidRPr="00693F1B">
        <w:rPr>
          <w:rFonts w:cs="Times New Roman"/>
          <w:szCs w:val="24"/>
        </w:rPr>
        <w:t>răspuns</w:t>
      </w:r>
      <w:proofErr w:type="spellEnd"/>
      <w:r w:rsidRPr="00693F1B">
        <w:rPr>
          <w:rFonts w:cs="Times New Roman"/>
          <w:szCs w:val="24"/>
        </w:rPr>
        <w:t xml:space="preserve"> la o </w:t>
      </w:r>
      <w:proofErr w:type="spellStart"/>
      <w:r w:rsidRPr="00693F1B">
        <w:rPr>
          <w:rFonts w:cs="Times New Roman"/>
          <w:szCs w:val="24"/>
        </w:rPr>
        <w:t>petiție</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a </w:t>
      </w:r>
      <w:proofErr w:type="spellStart"/>
      <w:r w:rsidRPr="00693F1B">
        <w:rPr>
          <w:rFonts w:cs="Times New Roman"/>
          <w:szCs w:val="24"/>
        </w:rPr>
        <w:t>unui</w:t>
      </w:r>
      <w:proofErr w:type="spellEnd"/>
      <w:r w:rsidRPr="00693F1B">
        <w:rPr>
          <w:rFonts w:cs="Times New Roman"/>
          <w:szCs w:val="24"/>
        </w:rPr>
        <w:t xml:space="preserve"> </w:t>
      </w:r>
      <w:proofErr w:type="spellStart"/>
      <w:r w:rsidRPr="00693F1B">
        <w:rPr>
          <w:rFonts w:cs="Times New Roman"/>
          <w:szCs w:val="24"/>
        </w:rPr>
        <w:t>dosar</w:t>
      </w:r>
      <w:proofErr w:type="spellEnd"/>
      <w:r w:rsidRPr="00693F1B">
        <w:rPr>
          <w:rFonts w:cs="Times New Roman"/>
          <w:szCs w:val="24"/>
        </w:rPr>
        <w:t xml:space="preserve"> social/fiscal </w:t>
      </w:r>
      <w:proofErr w:type="spellStart"/>
      <w:r w:rsidRPr="00693F1B">
        <w:rPr>
          <w:rFonts w:cs="Times New Roman"/>
          <w:szCs w:val="24"/>
        </w:rPr>
        <w:t>către</w:t>
      </w:r>
      <w:proofErr w:type="spellEnd"/>
      <w:r w:rsidRPr="00693F1B">
        <w:rPr>
          <w:rFonts w:cs="Times New Roman"/>
          <w:szCs w:val="24"/>
        </w:rPr>
        <w:t xml:space="preserve"> alt </w:t>
      </w:r>
      <w:proofErr w:type="spellStart"/>
      <w:r w:rsidRPr="00693F1B">
        <w:rPr>
          <w:rFonts w:cs="Times New Roman"/>
          <w:szCs w:val="24"/>
        </w:rPr>
        <w:t>cetățean</w:t>
      </w:r>
      <w:proofErr w:type="spellEnd"/>
      <w:r w:rsidRPr="00693F1B">
        <w:rPr>
          <w:rFonts w:cs="Times New Roman"/>
          <w:szCs w:val="24"/>
        </w:rPr>
        <w:t>);</w:t>
      </w:r>
    </w:p>
    <w:p w14:paraId="0511D81B" w14:textId="77777777" w:rsidR="006D4E92" w:rsidRPr="00693F1B" w:rsidRDefault="00000000">
      <w:pPr>
        <w:numPr>
          <w:ilvl w:val="0"/>
          <w:numId w:val="3"/>
        </w:numPr>
        <w:jc w:val="both"/>
        <w:rPr>
          <w:rFonts w:cs="Times New Roman"/>
          <w:szCs w:val="24"/>
        </w:rPr>
      </w:pPr>
      <w:proofErr w:type="spellStart"/>
      <w:r w:rsidRPr="00693F1B">
        <w:rPr>
          <w:rFonts w:cs="Times New Roman"/>
          <w:szCs w:val="24"/>
        </w:rPr>
        <w:t>pierderea</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furtul</w:t>
      </w:r>
      <w:proofErr w:type="spellEnd"/>
      <w:r w:rsidRPr="00693F1B">
        <w:rPr>
          <w:rFonts w:cs="Times New Roman"/>
          <w:szCs w:val="24"/>
        </w:rPr>
        <w:t xml:space="preserve"> </w:t>
      </w:r>
      <w:proofErr w:type="spellStart"/>
      <w:r w:rsidRPr="00693F1B">
        <w:rPr>
          <w:rFonts w:cs="Times New Roman"/>
          <w:szCs w:val="24"/>
        </w:rPr>
        <w:t>unor</w:t>
      </w:r>
      <w:proofErr w:type="spellEnd"/>
      <w:r w:rsidRPr="00693F1B">
        <w:rPr>
          <w:rFonts w:cs="Times New Roman"/>
          <w:szCs w:val="24"/>
        </w:rPr>
        <w:t xml:space="preserve"> </w:t>
      </w:r>
      <w:proofErr w:type="spellStart"/>
      <w:r w:rsidRPr="00693F1B">
        <w:rPr>
          <w:rFonts w:cs="Times New Roman"/>
          <w:szCs w:val="24"/>
        </w:rPr>
        <w:t>dispozitive</w:t>
      </w:r>
      <w:proofErr w:type="spellEnd"/>
      <w:r w:rsidRPr="00693F1B">
        <w:rPr>
          <w:rFonts w:cs="Times New Roman"/>
          <w:szCs w:val="24"/>
        </w:rPr>
        <w:t xml:space="preserve"> </w:t>
      </w:r>
      <w:proofErr w:type="spellStart"/>
      <w:r w:rsidRPr="00693F1B">
        <w:rPr>
          <w:rFonts w:cs="Times New Roman"/>
          <w:szCs w:val="24"/>
        </w:rPr>
        <w:t>informatice</w:t>
      </w:r>
      <w:proofErr w:type="spellEnd"/>
      <w:r w:rsidRPr="00693F1B">
        <w:rPr>
          <w:rFonts w:cs="Times New Roman"/>
          <w:szCs w:val="24"/>
        </w:rPr>
        <w:t xml:space="preserve"> (</w:t>
      </w:r>
      <w:proofErr w:type="spellStart"/>
      <w:r w:rsidRPr="00693F1B">
        <w:rPr>
          <w:rFonts w:cs="Times New Roman"/>
          <w:szCs w:val="24"/>
        </w:rPr>
        <w:t>calculatoare</w:t>
      </w:r>
      <w:proofErr w:type="spellEnd"/>
      <w:r w:rsidRPr="00693F1B">
        <w:rPr>
          <w:rFonts w:cs="Times New Roman"/>
          <w:szCs w:val="24"/>
        </w:rPr>
        <w:t xml:space="preserve">, </w:t>
      </w:r>
      <w:proofErr w:type="spellStart"/>
      <w:r w:rsidRPr="00693F1B">
        <w:rPr>
          <w:rFonts w:cs="Times New Roman"/>
          <w:szCs w:val="24"/>
        </w:rPr>
        <w:t>laptopuri</w:t>
      </w:r>
      <w:proofErr w:type="spellEnd"/>
      <w:r w:rsidRPr="00693F1B">
        <w:rPr>
          <w:rFonts w:cs="Times New Roman"/>
          <w:szCs w:val="24"/>
        </w:rPr>
        <w:t xml:space="preserve">, </w:t>
      </w:r>
      <w:proofErr w:type="spellStart"/>
      <w:r w:rsidRPr="00693F1B">
        <w:rPr>
          <w:rFonts w:cs="Times New Roman"/>
          <w:szCs w:val="24"/>
        </w:rPr>
        <w:t>tablete</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suporturi</w:t>
      </w:r>
      <w:proofErr w:type="spellEnd"/>
      <w:r w:rsidRPr="00693F1B">
        <w:rPr>
          <w:rFonts w:cs="Times New Roman"/>
          <w:szCs w:val="24"/>
        </w:rPr>
        <w:t xml:space="preserve"> de </w:t>
      </w:r>
      <w:proofErr w:type="spellStart"/>
      <w:r w:rsidRPr="00693F1B">
        <w:rPr>
          <w:rFonts w:cs="Times New Roman"/>
          <w:szCs w:val="24"/>
        </w:rPr>
        <w:t>memorie</w:t>
      </w:r>
      <w:proofErr w:type="spellEnd"/>
      <w:r w:rsidRPr="00693F1B">
        <w:rPr>
          <w:rFonts w:cs="Times New Roman"/>
          <w:szCs w:val="24"/>
        </w:rPr>
        <w:t xml:space="preserve"> care </w:t>
      </w:r>
      <w:proofErr w:type="spellStart"/>
      <w:r w:rsidRPr="00693F1B">
        <w:rPr>
          <w:rFonts w:cs="Times New Roman"/>
          <w:szCs w:val="24"/>
        </w:rPr>
        <w:t>conțin</w:t>
      </w:r>
      <w:proofErr w:type="spellEnd"/>
      <w:r w:rsidRPr="00693F1B">
        <w:rPr>
          <w:rFonts w:cs="Times New Roman"/>
          <w:szCs w:val="24"/>
        </w:rPr>
        <w:t xml:space="preserve"> date cu </w:t>
      </w:r>
      <w:proofErr w:type="spellStart"/>
      <w:r w:rsidRPr="00693F1B">
        <w:rPr>
          <w:rFonts w:cs="Times New Roman"/>
          <w:szCs w:val="24"/>
        </w:rPr>
        <w:t>caracter</w:t>
      </w:r>
      <w:proofErr w:type="spellEnd"/>
      <w:r w:rsidRPr="00693F1B">
        <w:rPr>
          <w:rFonts w:cs="Times New Roman"/>
          <w:szCs w:val="24"/>
        </w:rPr>
        <w:t xml:space="preserve"> personal ale </w:t>
      </w:r>
      <w:proofErr w:type="spellStart"/>
      <w:r w:rsidRPr="00693F1B">
        <w:rPr>
          <w:rFonts w:cs="Times New Roman"/>
          <w:szCs w:val="24"/>
        </w:rPr>
        <w:t>cetățenilor</w:t>
      </w:r>
      <w:proofErr w:type="spellEnd"/>
      <w:r w:rsidRPr="00693F1B">
        <w:rPr>
          <w:rFonts w:cs="Times New Roman"/>
          <w:szCs w:val="24"/>
        </w:rPr>
        <w:t>;</w:t>
      </w:r>
    </w:p>
    <w:p w14:paraId="189C3989" w14:textId="77777777" w:rsidR="006D4E92" w:rsidRPr="00693F1B" w:rsidRDefault="00000000">
      <w:pPr>
        <w:numPr>
          <w:ilvl w:val="0"/>
          <w:numId w:val="3"/>
        </w:numPr>
        <w:jc w:val="both"/>
        <w:rPr>
          <w:rFonts w:cs="Times New Roman"/>
          <w:szCs w:val="24"/>
        </w:rPr>
      </w:pPr>
      <w:proofErr w:type="spellStart"/>
      <w:r w:rsidRPr="00693F1B">
        <w:rPr>
          <w:rFonts w:cs="Times New Roman"/>
          <w:szCs w:val="24"/>
        </w:rPr>
        <w:t>modificarea</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 din </w:t>
      </w:r>
      <w:proofErr w:type="spellStart"/>
      <w:r w:rsidRPr="00693F1B">
        <w:rPr>
          <w:rFonts w:cs="Times New Roman"/>
          <w:szCs w:val="24"/>
        </w:rPr>
        <w:t>registrele</w:t>
      </w:r>
      <w:proofErr w:type="spellEnd"/>
      <w:r w:rsidRPr="00693F1B">
        <w:rPr>
          <w:rFonts w:cs="Times New Roman"/>
          <w:szCs w:val="24"/>
        </w:rPr>
        <w:t xml:space="preserve"> </w:t>
      </w:r>
      <w:proofErr w:type="spellStart"/>
      <w:r w:rsidRPr="00693F1B">
        <w:rPr>
          <w:rFonts w:cs="Times New Roman"/>
          <w:szCs w:val="24"/>
        </w:rPr>
        <w:t>oficiale</w:t>
      </w:r>
      <w:proofErr w:type="spellEnd"/>
      <w:r w:rsidRPr="00693F1B">
        <w:rPr>
          <w:rFonts w:cs="Times New Roman"/>
          <w:szCs w:val="24"/>
        </w:rPr>
        <w:t xml:space="preserve"> </w:t>
      </w:r>
      <w:proofErr w:type="spellStart"/>
      <w:r w:rsidRPr="00693F1B">
        <w:rPr>
          <w:rFonts w:cs="Times New Roman"/>
          <w:szCs w:val="24"/>
        </w:rPr>
        <w:t>fără</w:t>
      </w:r>
      <w:proofErr w:type="spellEnd"/>
      <w:r w:rsidRPr="00693F1B">
        <w:rPr>
          <w:rFonts w:cs="Times New Roman"/>
          <w:szCs w:val="24"/>
        </w:rPr>
        <w:t xml:space="preserve"> </w:t>
      </w:r>
      <w:proofErr w:type="spellStart"/>
      <w:r w:rsidRPr="00693F1B">
        <w:rPr>
          <w:rFonts w:cs="Times New Roman"/>
          <w:szCs w:val="24"/>
        </w:rPr>
        <w:t>permisiune</w:t>
      </w:r>
      <w:proofErr w:type="spellEnd"/>
      <w:r w:rsidRPr="00693F1B">
        <w:rPr>
          <w:rFonts w:cs="Times New Roman"/>
          <w:szCs w:val="24"/>
        </w:rPr>
        <w:t xml:space="preserve"> </w:t>
      </w:r>
      <w:proofErr w:type="spellStart"/>
      <w:r w:rsidRPr="00693F1B">
        <w:rPr>
          <w:rFonts w:cs="Times New Roman"/>
          <w:szCs w:val="24"/>
        </w:rPr>
        <w:t>legală</w:t>
      </w:r>
      <w:proofErr w:type="spellEnd"/>
      <w:r w:rsidRPr="00693F1B">
        <w:rPr>
          <w:rFonts w:cs="Times New Roman"/>
          <w:szCs w:val="24"/>
        </w:rPr>
        <w:t>;</w:t>
      </w:r>
    </w:p>
    <w:p w14:paraId="3C57F950" w14:textId="77777777" w:rsidR="006D4E92" w:rsidRPr="00693F1B" w:rsidRDefault="00000000">
      <w:pPr>
        <w:numPr>
          <w:ilvl w:val="0"/>
          <w:numId w:val="3"/>
        </w:numPr>
        <w:jc w:val="both"/>
        <w:rPr>
          <w:rFonts w:cs="Times New Roman"/>
          <w:szCs w:val="24"/>
        </w:rPr>
      </w:pPr>
      <w:proofErr w:type="spellStart"/>
      <w:r w:rsidRPr="00693F1B">
        <w:rPr>
          <w:rFonts w:cs="Times New Roman"/>
          <w:szCs w:val="24"/>
        </w:rPr>
        <w:t>pierderea</w:t>
      </w:r>
      <w:proofErr w:type="spellEnd"/>
      <w:r w:rsidRPr="00693F1B">
        <w:rPr>
          <w:rFonts w:cs="Times New Roman"/>
          <w:szCs w:val="24"/>
        </w:rPr>
        <w:t xml:space="preserve"> </w:t>
      </w:r>
      <w:proofErr w:type="spellStart"/>
      <w:r w:rsidRPr="00693F1B">
        <w:rPr>
          <w:rFonts w:cs="Times New Roman"/>
          <w:szCs w:val="24"/>
        </w:rPr>
        <w:t>disponibilității</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 (ex: </w:t>
      </w:r>
      <w:proofErr w:type="spellStart"/>
      <w:r w:rsidRPr="00693F1B">
        <w:rPr>
          <w:rFonts w:cs="Times New Roman"/>
          <w:szCs w:val="24"/>
        </w:rPr>
        <w:t>blocarea</w:t>
      </w:r>
      <w:proofErr w:type="spellEnd"/>
      <w:r w:rsidRPr="00693F1B">
        <w:rPr>
          <w:rFonts w:cs="Times New Roman"/>
          <w:szCs w:val="24"/>
        </w:rPr>
        <w:t xml:space="preserve"> </w:t>
      </w:r>
      <w:proofErr w:type="spellStart"/>
      <w:r w:rsidRPr="00693F1B">
        <w:rPr>
          <w:rFonts w:cs="Times New Roman"/>
          <w:szCs w:val="24"/>
        </w:rPr>
        <w:t>bazelor</w:t>
      </w:r>
      <w:proofErr w:type="spellEnd"/>
      <w:r w:rsidRPr="00693F1B">
        <w:rPr>
          <w:rFonts w:cs="Times New Roman"/>
          <w:szCs w:val="24"/>
        </w:rPr>
        <w:t xml:space="preserve"> de date </w:t>
      </w:r>
      <w:proofErr w:type="spellStart"/>
      <w:r w:rsidRPr="00693F1B">
        <w:rPr>
          <w:rFonts w:cs="Times New Roman"/>
          <w:szCs w:val="24"/>
        </w:rPr>
        <w:t>fiscale</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de urbanism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urma</w:t>
      </w:r>
      <w:proofErr w:type="spellEnd"/>
      <w:r w:rsidRPr="00693F1B">
        <w:rPr>
          <w:rFonts w:cs="Times New Roman"/>
          <w:szCs w:val="24"/>
        </w:rPr>
        <w:t xml:space="preserve"> </w:t>
      </w:r>
      <w:proofErr w:type="spellStart"/>
      <w:r w:rsidRPr="00693F1B">
        <w:rPr>
          <w:rFonts w:cs="Times New Roman"/>
          <w:szCs w:val="24"/>
        </w:rPr>
        <w:t>unui</w:t>
      </w:r>
      <w:proofErr w:type="spellEnd"/>
      <w:r w:rsidRPr="00693F1B">
        <w:rPr>
          <w:rFonts w:cs="Times New Roman"/>
          <w:szCs w:val="24"/>
        </w:rPr>
        <w:t xml:space="preserve"> </w:t>
      </w:r>
      <w:proofErr w:type="spellStart"/>
      <w:r w:rsidRPr="00693F1B">
        <w:rPr>
          <w:rFonts w:cs="Times New Roman"/>
          <w:szCs w:val="24"/>
        </w:rPr>
        <w:t>atac</w:t>
      </w:r>
      <w:proofErr w:type="spellEnd"/>
      <w:r w:rsidRPr="00693F1B">
        <w:rPr>
          <w:rFonts w:cs="Times New Roman"/>
          <w:szCs w:val="24"/>
        </w:rPr>
        <w:t xml:space="preserve"> </w:t>
      </w:r>
      <w:proofErr w:type="spellStart"/>
      <w:r w:rsidRPr="00693F1B">
        <w:rPr>
          <w:rFonts w:cs="Times New Roman"/>
          <w:szCs w:val="24"/>
        </w:rPr>
        <w:t>cibernetic</w:t>
      </w:r>
      <w:proofErr w:type="spellEnd"/>
      <w:r w:rsidRPr="00693F1B">
        <w:rPr>
          <w:rFonts w:cs="Times New Roman"/>
          <w:szCs w:val="24"/>
        </w:rPr>
        <w:t xml:space="preserve"> de tip ransomware).</w:t>
      </w:r>
    </w:p>
    <w:p w14:paraId="160442EA" w14:textId="77777777" w:rsidR="006D4E92" w:rsidRPr="00693F1B" w:rsidRDefault="00000000">
      <w:pPr>
        <w:jc w:val="both"/>
        <w:rPr>
          <w:rFonts w:cs="Times New Roman"/>
          <w:b/>
          <w:bCs/>
          <w:szCs w:val="24"/>
        </w:rPr>
      </w:pPr>
      <w:r w:rsidRPr="00693F1B">
        <w:rPr>
          <w:rFonts w:cs="Times New Roman"/>
          <w:b/>
          <w:bCs/>
          <w:szCs w:val="24"/>
        </w:rPr>
        <w:t xml:space="preserve">3.3. </w:t>
      </w:r>
      <w:proofErr w:type="spellStart"/>
      <w:r w:rsidRPr="00693F1B">
        <w:rPr>
          <w:rFonts w:cs="Times New Roman"/>
          <w:b/>
          <w:bCs/>
          <w:szCs w:val="24"/>
        </w:rPr>
        <w:t>Înregistrarea</w:t>
      </w:r>
      <w:proofErr w:type="spellEnd"/>
      <w:r w:rsidRPr="00693F1B">
        <w:rPr>
          <w:rFonts w:cs="Times New Roman"/>
          <w:b/>
          <w:bCs/>
          <w:szCs w:val="24"/>
        </w:rPr>
        <w:t xml:space="preserve"> </w:t>
      </w:r>
      <w:proofErr w:type="spellStart"/>
      <w:r w:rsidRPr="00693F1B">
        <w:rPr>
          <w:rFonts w:cs="Times New Roman"/>
          <w:b/>
          <w:bCs/>
          <w:szCs w:val="24"/>
        </w:rPr>
        <w:t>încălcărilor</w:t>
      </w:r>
      <w:proofErr w:type="spellEnd"/>
      <w:r w:rsidRPr="00693F1B">
        <w:rPr>
          <w:rFonts w:cs="Times New Roman"/>
          <w:b/>
          <w:bCs/>
          <w:szCs w:val="24"/>
        </w:rPr>
        <w:t xml:space="preserve"> de </w:t>
      </w:r>
      <w:proofErr w:type="spellStart"/>
      <w:r w:rsidRPr="00693F1B">
        <w:rPr>
          <w:rFonts w:cs="Times New Roman"/>
          <w:b/>
          <w:bCs/>
          <w:szCs w:val="24"/>
        </w:rPr>
        <w:t>securitate</w:t>
      </w:r>
      <w:proofErr w:type="spellEnd"/>
    </w:p>
    <w:p w14:paraId="3C87BE1C" w14:textId="77777777" w:rsidR="006D4E92" w:rsidRDefault="00000000">
      <w:pPr>
        <w:jc w:val="both"/>
        <w:rPr>
          <w:rFonts w:cs="Times New Roman"/>
          <w:szCs w:val="24"/>
        </w:rPr>
      </w:pPr>
      <w:proofErr w:type="spellStart"/>
      <w:r w:rsidRPr="00693F1B">
        <w:rPr>
          <w:rFonts w:cs="Times New Roman"/>
          <w:szCs w:val="24"/>
        </w:rPr>
        <w:t>Persoana</w:t>
      </w:r>
      <w:proofErr w:type="spellEnd"/>
      <w:r w:rsidRPr="00693F1B">
        <w:rPr>
          <w:rFonts w:cs="Times New Roman"/>
          <w:szCs w:val="24"/>
        </w:rPr>
        <w:t xml:space="preserve"> </w:t>
      </w:r>
      <w:proofErr w:type="spellStart"/>
      <w:r w:rsidRPr="00693F1B">
        <w:rPr>
          <w:rFonts w:cs="Times New Roman"/>
          <w:szCs w:val="24"/>
        </w:rPr>
        <w:t>responsabilă</w:t>
      </w:r>
      <w:proofErr w:type="spellEnd"/>
      <w:r w:rsidRPr="00693F1B">
        <w:rPr>
          <w:rFonts w:cs="Times New Roman"/>
          <w:szCs w:val="24"/>
        </w:rPr>
        <w:t xml:space="preserve"> de </w:t>
      </w:r>
      <w:proofErr w:type="spellStart"/>
      <w:r w:rsidRPr="00693F1B">
        <w:rPr>
          <w:rFonts w:cs="Times New Roman"/>
          <w:szCs w:val="24"/>
        </w:rPr>
        <w:t>înregistrarea</w:t>
      </w:r>
      <w:proofErr w:type="spellEnd"/>
      <w:r w:rsidRPr="00693F1B">
        <w:rPr>
          <w:rFonts w:cs="Times New Roman"/>
          <w:szCs w:val="24"/>
        </w:rPr>
        <w:t xml:space="preserve"> </w:t>
      </w:r>
      <w:proofErr w:type="spellStart"/>
      <w:r w:rsidRPr="00693F1B">
        <w:rPr>
          <w:rFonts w:cs="Times New Roman"/>
          <w:szCs w:val="24"/>
        </w:rPr>
        <w:t>incidentelor</w:t>
      </w:r>
      <w:proofErr w:type="spellEnd"/>
      <w:r w:rsidRPr="00693F1B">
        <w:rPr>
          <w:rFonts w:cs="Times New Roman"/>
          <w:szCs w:val="24"/>
        </w:rPr>
        <w:t xml:space="preserve"> cu </w:t>
      </w:r>
      <w:proofErr w:type="spellStart"/>
      <w:r w:rsidRPr="00693F1B">
        <w:rPr>
          <w:rFonts w:cs="Times New Roman"/>
          <w:szCs w:val="24"/>
        </w:rPr>
        <w:t>privire</w:t>
      </w:r>
      <w:proofErr w:type="spellEnd"/>
      <w:r w:rsidRPr="00693F1B">
        <w:rPr>
          <w:rFonts w:cs="Times New Roman"/>
          <w:szCs w:val="24"/>
        </w:rPr>
        <w:t xml:space="preserve"> la </w:t>
      </w:r>
      <w:proofErr w:type="spellStart"/>
      <w:r w:rsidRPr="00693F1B">
        <w:rPr>
          <w:rFonts w:cs="Times New Roman"/>
          <w:szCs w:val="24"/>
        </w:rPr>
        <w:t>încălcarea</w:t>
      </w:r>
      <w:proofErr w:type="spellEnd"/>
      <w:r w:rsidRPr="00693F1B">
        <w:rPr>
          <w:rFonts w:cs="Times New Roman"/>
          <w:szCs w:val="24"/>
        </w:rPr>
        <w:t xml:space="preserve"> </w:t>
      </w:r>
      <w:proofErr w:type="spellStart"/>
      <w:r w:rsidRPr="00693F1B">
        <w:rPr>
          <w:rFonts w:cs="Times New Roman"/>
          <w:szCs w:val="24"/>
        </w:rPr>
        <w:t>securității</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cadrul</w:t>
      </w:r>
      <w:proofErr w:type="spellEnd"/>
      <w:r w:rsidRPr="00693F1B">
        <w:rPr>
          <w:rFonts w:cs="Times New Roman"/>
          <w:szCs w:val="24"/>
        </w:rPr>
        <w:t xml:space="preserve"> </w:t>
      </w:r>
      <w:proofErr w:type="spellStart"/>
      <w:r w:rsidRPr="00693F1B">
        <w:rPr>
          <w:rFonts w:cs="Times New Roman"/>
          <w:szCs w:val="24"/>
        </w:rPr>
        <w:t>instituției</w:t>
      </w:r>
      <w:proofErr w:type="spellEnd"/>
      <w:r w:rsidRPr="00693F1B">
        <w:rPr>
          <w:rFonts w:cs="Times New Roman"/>
          <w:szCs w:val="24"/>
        </w:rPr>
        <w:t xml:space="preserve"> </w:t>
      </w:r>
      <w:proofErr w:type="spellStart"/>
      <w:r w:rsidRPr="00693F1B">
        <w:rPr>
          <w:rFonts w:cs="Times New Roman"/>
          <w:szCs w:val="24"/>
        </w:rPr>
        <w:t>este</w:t>
      </w:r>
      <w:proofErr w:type="spellEnd"/>
      <w:r w:rsidRPr="00693F1B">
        <w:rPr>
          <w:rFonts w:cs="Times New Roman"/>
          <w:szCs w:val="24"/>
        </w:rPr>
        <w:t xml:space="preserve">: </w:t>
      </w:r>
      <w:proofErr w:type="spellStart"/>
      <w:r w:rsidRPr="00693F1B">
        <w:rPr>
          <w:rFonts w:cs="Times New Roman"/>
          <w:b/>
          <w:bCs/>
          <w:szCs w:val="24"/>
        </w:rPr>
        <w:t>Responsabilul</w:t>
      </w:r>
      <w:proofErr w:type="spellEnd"/>
      <w:r w:rsidRPr="00693F1B">
        <w:rPr>
          <w:rFonts w:cs="Times New Roman"/>
          <w:b/>
          <w:bCs/>
          <w:szCs w:val="24"/>
        </w:rPr>
        <w:t xml:space="preserve"> cu </w:t>
      </w:r>
      <w:proofErr w:type="spellStart"/>
      <w:r w:rsidRPr="00693F1B">
        <w:rPr>
          <w:rFonts w:cs="Times New Roman"/>
          <w:b/>
          <w:bCs/>
          <w:szCs w:val="24"/>
        </w:rPr>
        <w:t>Protecția</w:t>
      </w:r>
      <w:proofErr w:type="spellEnd"/>
      <w:r w:rsidRPr="00693F1B">
        <w:rPr>
          <w:rFonts w:cs="Times New Roman"/>
          <w:b/>
          <w:bCs/>
          <w:szCs w:val="24"/>
        </w:rPr>
        <w:t xml:space="preserve"> </w:t>
      </w:r>
      <w:proofErr w:type="spellStart"/>
      <w:r w:rsidRPr="00693F1B">
        <w:rPr>
          <w:rFonts w:cs="Times New Roman"/>
          <w:b/>
          <w:bCs/>
          <w:szCs w:val="24"/>
        </w:rPr>
        <w:t>Datelor</w:t>
      </w:r>
      <w:proofErr w:type="spellEnd"/>
      <w:r w:rsidRPr="00693F1B">
        <w:rPr>
          <w:rFonts w:cs="Times New Roman"/>
          <w:szCs w:val="24"/>
        </w:rPr>
        <w:t xml:space="preserve"> al </w:t>
      </w:r>
      <w:proofErr w:type="spellStart"/>
      <w:r w:rsidRPr="00693F1B">
        <w:rPr>
          <w:rFonts w:cs="Times New Roman"/>
          <w:b/>
          <w:bCs/>
          <w:szCs w:val="24"/>
        </w:rPr>
        <w:t>Primăria</w:t>
      </w:r>
      <w:proofErr w:type="spellEnd"/>
      <w:r w:rsidRPr="00693F1B">
        <w:rPr>
          <w:rFonts w:cs="Times New Roman"/>
          <w:b/>
          <w:bCs/>
          <w:szCs w:val="24"/>
        </w:rPr>
        <w:t xml:space="preserve"> </w:t>
      </w:r>
      <w:proofErr w:type="spellStart"/>
      <w:r>
        <w:rPr>
          <w:rFonts w:cs="Times New Roman"/>
          <w:b/>
          <w:bCs/>
          <w:szCs w:val="24"/>
        </w:rPr>
        <w:t>Satului</w:t>
      </w:r>
      <w:proofErr w:type="spellEnd"/>
      <w:r>
        <w:rPr>
          <w:rFonts w:cs="Times New Roman"/>
          <w:b/>
          <w:bCs/>
          <w:szCs w:val="24"/>
        </w:rPr>
        <w:t xml:space="preserve"> </w:t>
      </w:r>
      <w:proofErr w:type="spellStart"/>
      <w:r>
        <w:rPr>
          <w:rFonts w:cs="Times New Roman"/>
          <w:b/>
          <w:bCs/>
          <w:szCs w:val="24"/>
        </w:rPr>
        <w:t>Mereni</w:t>
      </w:r>
      <w:proofErr w:type="spellEnd"/>
      <w:r w:rsidRPr="00693F1B">
        <w:rPr>
          <w:rFonts w:cs="Times New Roman"/>
          <w:szCs w:val="24"/>
        </w:rPr>
        <w:t>.</w:t>
      </w:r>
    </w:p>
    <w:p w14:paraId="3E950D5E" w14:textId="77777777" w:rsidR="006D4E92" w:rsidRPr="00693F1B" w:rsidRDefault="00000000">
      <w:pPr>
        <w:jc w:val="both"/>
        <w:rPr>
          <w:rFonts w:cs="Times New Roman"/>
          <w:szCs w:val="24"/>
        </w:rPr>
      </w:pPr>
      <w:proofErr w:type="spellStart"/>
      <w:r w:rsidRPr="00693F1B">
        <w:rPr>
          <w:rFonts w:cs="Times New Roman"/>
          <w:szCs w:val="24"/>
        </w:rPr>
        <w:t>Responsabilul</w:t>
      </w:r>
      <w:proofErr w:type="spellEnd"/>
      <w:r w:rsidRPr="00693F1B">
        <w:rPr>
          <w:rFonts w:cs="Times New Roman"/>
          <w:szCs w:val="24"/>
        </w:rPr>
        <w:t xml:space="preserve"> cu </w:t>
      </w:r>
      <w:proofErr w:type="spellStart"/>
      <w:r w:rsidRPr="00693F1B">
        <w:rPr>
          <w:rFonts w:cs="Times New Roman"/>
          <w:szCs w:val="24"/>
        </w:rPr>
        <w:t>Protecția</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are </w:t>
      </w:r>
      <w:proofErr w:type="spellStart"/>
      <w:r w:rsidRPr="00693F1B">
        <w:rPr>
          <w:rFonts w:cs="Times New Roman"/>
          <w:szCs w:val="24"/>
        </w:rPr>
        <w:t>următoarele</w:t>
      </w:r>
      <w:proofErr w:type="spellEnd"/>
      <w:r w:rsidRPr="00693F1B">
        <w:rPr>
          <w:rFonts w:cs="Times New Roman"/>
          <w:szCs w:val="24"/>
        </w:rPr>
        <w:t xml:space="preserve"> </w:t>
      </w:r>
      <w:proofErr w:type="spellStart"/>
      <w:r w:rsidRPr="00693F1B">
        <w:rPr>
          <w:rFonts w:cs="Times New Roman"/>
          <w:szCs w:val="24"/>
        </w:rPr>
        <w:t>sarcini</w:t>
      </w:r>
      <w:proofErr w:type="spellEnd"/>
      <w:r w:rsidRPr="00693F1B">
        <w:rPr>
          <w:rFonts w:cs="Times New Roman"/>
          <w:szCs w:val="24"/>
        </w:rPr>
        <w:t>:</w:t>
      </w:r>
    </w:p>
    <w:p w14:paraId="772E96C7" w14:textId="77777777" w:rsidR="006D4E92" w:rsidRPr="00693F1B" w:rsidRDefault="00000000">
      <w:pPr>
        <w:numPr>
          <w:ilvl w:val="0"/>
          <w:numId w:val="2"/>
        </w:numPr>
        <w:jc w:val="both"/>
        <w:rPr>
          <w:rFonts w:cs="Times New Roman"/>
          <w:szCs w:val="24"/>
        </w:rPr>
      </w:pPr>
      <w:proofErr w:type="spellStart"/>
      <w:r w:rsidRPr="00693F1B">
        <w:rPr>
          <w:rFonts w:cs="Times New Roman"/>
          <w:szCs w:val="24"/>
        </w:rPr>
        <w:t>primește</w:t>
      </w:r>
      <w:proofErr w:type="spellEnd"/>
      <w:r w:rsidRPr="00693F1B">
        <w:rPr>
          <w:rFonts w:cs="Times New Roman"/>
          <w:szCs w:val="24"/>
        </w:rPr>
        <w:t xml:space="preserve"> </w:t>
      </w:r>
      <w:proofErr w:type="spellStart"/>
      <w:r w:rsidRPr="00693F1B">
        <w:rPr>
          <w:rFonts w:cs="Times New Roman"/>
          <w:szCs w:val="24"/>
        </w:rPr>
        <w:t>informările</w:t>
      </w:r>
      <w:proofErr w:type="spellEnd"/>
      <w:r w:rsidRPr="00693F1B">
        <w:rPr>
          <w:rFonts w:cs="Times New Roman"/>
          <w:szCs w:val="24"/>
        </w:rPr>
        <w:t xml:space="preserve"> cu </w:t>
      </w:r>
      <w:proofErr w:type="spellStart"/>
      <w:r w:rsidRPr="00693F1B">
        <w:rPr>
          <w:rFonts w:cs="Times New Roman"/>
          <w:szCs w:val="24"/>
        </w:rPr>
        <w:t>privire</w:t>
      </w:r>
      <w:proofErr w:type="spellEnd"/>
      <w:r w:rsidRPr="00693F1B">
        <w:rPr>
          <w:rFonts w:cs="Times New Roman"/>
          <w:szCs w:val="24"/>
        </w:rPr>
        <w:t xml:space="preserve"> la </w:t>
      </w:r>
      <w:proofErr w:type="spellStart"/>
      <w:r w:rsidRPr="00693F1B">
        <w:rPr>
          <w:rFonts w:cs="Times New Roman"/>
          <w:szCs w:val="24"/>
        </w:rPr>
        <w:t>incidentele</w:t>
      </w:r>
      <w:proofErr w:type="spellEnd"/>
      <w:r w:rsidRPr="00693F1B">
        <w:rPr>
          <w:rFonts w:cs="Times New Roman"/>
          <w:szCs w:val="24"/>
        </w:rPr>
        <w:t xml:space="preserve"> de </w:t>
      </w:r>
      <w:proofErr w:type="spellStart"/>
      <w:r w:rsidRPr="00693F1B">
        <w:rPr>
          <w:rFonts w:cs="Times New Roman"/>
          <w:szCs w:val="24"/>
        </w:rPr>
        <w:t>securitate</w:t>
      </w:r>
      <w:proofErr w:type="spellEnd"/>
      <w:r w:rsidRPr="00693F1B">
        <w:rPr>
          <w:rFonts w:cs="Times New Roman"/>
          <w:szCs w:val="24"/>
        </w:rPr>
        <w:t xml:space="preserve"> din </w:t>
      </w:r>
      <w:proofErr w:type="spellStart"/>
      <w:r w:rsidRPr="00693F1B">
        <w:rPr>
          <w:rFonts w:cs="Times New Roman"/>
          <w:szCs w:val="24"/>
        </w:rPr>
        <w:t>partea</w:t>
      </w:r>
      <w:proofErr w:type="spellEnd"/>
      <w:r w:rsidRPr="00693F1B">
        <w:rPr>
          <w:rFonts w:cs="Times New Roman"/>
          <w:szCs w:val="24"/>
        </w:rPr>
        <w:t xml:space="preserve"> </w:t>
      </w:r>
      <w:proofErr w:type="spellStart"/>
      <w:r w:rsidRPr="00693F1B">
        <w:rPr>
          <w:rFonts w:cs="Times New Roman"/>
          <w:szCs w:val="24"/>
        </w:rPr>
        <w:t>tuturor</w:t>
      </w:r>
      <w:proofErr w:type="spellEnd"/>
      <w:r w:rsidRPr="00693F1B">
        <w:rPr>
          <w:rFonts w:cs="Times New Roman"/>
          <w:szCs w:val="24"/>
        </w:rPr>
        <w:t xml:space="preserve"> </w:t>
      </w:r>
      <w:proofErr w:type="spellStart"/>
      <w:r w:rsidRPr="00693F1B">
        <w:rPr>
          <w:rFonts w:cs="Times New Roman"/>
          <w:szCs w:val="24"/>
        </w:rPr>
        <w:t>subdiviziunilor</w:t>
      </w:r>
      <w:proofErr w:type="spellEnd"/>
      <w:r w:rsidRPr="00693F1B">
        <w:rPr>
          <w:rFonts w:cs="Times New Roman"/>
          <w:szCs w:val="24"/>
        </w:rPr>
        <w:t>;</w:t>
      </w:r>
    </w:p>
    <w:p w14:paraId="515B4302" w14:textId="77777777" w:rsidR="006D4E92" w:rsidRPr="00693F1B" w:rsidRDefault="00000000">
      <w:pPr>
        <w:numPr>
          <w:ilvl w:val="0"/>
          <w:numId w:val="2"/>
        </w:numPr>
        <w:jc w:val="both"/>
        <w:rPr>
          <w:rFonts w:cs="Times New Roman"/>
          <w:szCs w:val="24"/>
        </w:rPr>
      </w:pPr>
      <w:proofErr w:type="spellStart"/>
      <w:r w:rsidRPr="00693F1B">
        <w:rPr>
          <w:rFonts w:cs="Times New Roman"/>
          <w:szCs w:val="24"/>
        </w:rPr>
        <w:t>conlucrează</w:t>
      </w:r>
      <w:proofErr w:type="spellEnd"/>
      <w:r w:rsidRPr="00693F1B">
        <w:rPr>
          <w:rFonts w:cs="Times New Roman"/>
          <w:szCs w:val="24"/>
        </w:rPr>
        <w:t xml:space="preserve"> cu </w:t>
      </w:r>
      <w:proofErr w:type="spellStart"/>
      <w:r w:rsidRPr="00693F1B">
        <w:rPr>
          <w:rFonts w:cs="Times New Roman"/>
          <w:szCs w:val="24"/>
        </w:rPr>
        <w:t>celelalte</w:t>
      </w:r>
      <w:proofErr w:type="spellEnd"/>
      <w:r w:rsidRPr="00693F1B">
        <w:rPr>
          <w:rFonts w:cs="Times New Roman"/>
          <w:szCs w:val="24"/>
        </w:rPr>
        <w:t xml:space="preserve"> </w:t>
      </w:r>
      <w:proofErr w:type="spellStart"/>
      <w:r w:rsidRPr="00693F1B">
        <w:rPr>
          <w:rFonts w:cs="Times New Roman"/>
          <w:szCs w:val="24"/>
        </w:rPr>
        <w:t>departamente</w:t>
      </w:r>
      <w:proofErr w:type="spellEnd"/>
      <w:r w:rsidRPr="00693F1B">
        <w:rPr>
          <w:rFonts w:cs="Times New Roman"/>
          <w:szCs w:val="24"/>
        </w:rPr>
        <w:t xml:space="preserve"> (Juridic, </w:t>
      </w:r>
      <w:proofErr w:type="spellStart"/>
      <w:r w:rsidRPr="00693F1B">
        <w:rPr>
          <w:rFonts w:cs="Times New Roman"/>
          <w:szCs w:val="24"/>
        </w:rPr>
        <w:t>Cancelarie</w:t>
      </w:r>
      <w:proofErr w:type="spellEnd"/>
      <w:r w:rsidRPr="00693F1B">
        <w:rPr>
          <w:rFonts w:cs="Times New Roman"/>
          <w:szCs w:val="24"/>
        </w:rPr>
        <w:t xml:space="preserve">, IT)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vederea</w:t>
      </w:r>
      <w:proofErr w:type="spellEnd"/>
      <w:r w:rsidRPr="00693F1B">
        <w:rPr>
          <w:rFonts w:cs="Times New Roman"/>
          <w:szCs w:val="24"/>
        </w:rPr>
        <w:t xml:space="preserve"> </w:t>
      </w:r>
      <w:proofErr w:type="spellStart"/>
      <w:r w:rsidRPr="00693F1B">
        <w:rPr>
          <w:rFonts w:cs="Times New Roman"/>
          <w:szCs w:val="24"/>
        </w:rPr>
        <w:t>analizării</w:t>
      </w:r>
      <w:proofErr w:type="spellEnd"/>
      <w:r w:rsidRPr="00693F1B">
        <w:rPr>
          <w:rFonts w:cs="Times New Roman"/>
          <w:szCs w:val="24"/>
        </w:rPr>
        <w:t xml:space="preserve"> </w:t>
      </w:r>
      <w:proofErr w:type="spellStart"/>
      <w:r w:rsidRPr="00693F1B">
        <w:rPr>
          <w:rFonts w:cs="Times New Roman"/>
          <w:szCs w:val="24"/>
        </w:rPr>
        <w:t>incidentului</w:t>
      </w:r>
      <w:proofErr w:type="spellEnd"/>
      <w:r w:rsidRPr="00693F1B">
        <w:rPr>
          <w:rFonts w:cs="Times New Roman"/>
          <w:szCs w:val="24"/>
        </w:rPr>
        <w:t xml:space="preserve"> de </w:t>
      </w:r>
      <w:proofErr w:type="spellStart"/>
      <w:r w:rsidRPr="00693F1B">
        <w:rPr>
          <w:rFonts w:cs="Times New Roman"/>
          <w:szCs w:val="24"/>
        </w:rPr>
        <w:t>securitate</w:t>
      </w:r>
      <w:proofErr w:type="spellEnd"/>
      <w:r w:rsidRPr="00693F1B">
        <w:rPr>
          <w:rFonts w:cs="Times New Roman"/>
          <w:szCs w:val="24"/>
        </w:rPr>
        <w:t>;</w:t>
      </w:r>
    </w:p>
    <w:p w14:paraId="3526812A" w14:textId="77777777" w:rsidR="006D4E92" w:rsidRPr="00693F1B" w:rsidRDefault="00000000">
      <w:pPr>
        <w:numPr>
          <w:ilvl w:val="0"/>
          <w:numId w:val="2"/>
        </w:numPr>
        <w:jc w:val="both"/>
        <w:rPr>
          <w:rFonts w:cs="Times New Roman"/>
          <w:szCs w:val="24"/>
        </w:rPr>
      </w:pPr>
      <w:proofErr w:type="spellStart"/>
      <w:r w:rsidRPr="00693F1B">
        <w:rPr>
          <w:rFonts w:cs="Times New Roman"/>
          <w:szCs w:val="24"/>
        </w:rPr>
        <w:t>înregistrează</w:t>
      </w:r>
      <w:proofErr w:type="spellEnd"/>
      <w:r w:rsidRPr="00693F1B">
        <w:rPr>
          <w:rFonts w:cs="Times New Roman"/>
          <w:szCs w:val="24"/>
        </w:rPr>
        <w:t xml:space="preserve"> </w:t>
      </w:r>
      <w:proofErr w:type="spellStart"/>
      <w:r w:rsidRPr="00693F1B">
        <w:rPr>
          <w:rFonts w:cs="Times New Roman"/>
          <w:szCs w:val="24"/>
        </w:rPr>
        <w:t>incidentele</w:t>
      </w:r>
      <w:proofErr w:type="spellEnd"/>
      <w:r w:rsidRPr="00693F1B">
        <w:rPr>
          <w:rFonts w:cs="Times New Roman"/>
          <w:szCs w:val="24"/>
        </w:rPr>
        <w:t xml:space="preserve"> de </w:t>
      </w:r>
      <w:proofErr w:type="spellStart"/>
      <w:r w:rsidRPr="00693F1B">
        <w:rPr>
          <w:rFonts w:cs="Times New Roman"/>
          <w:szCs w:val="24"/>
        </w:rPr>
        <w:t>securitate</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Registrul</w:t>
      </w:r>
      <w:proofErr w:type="spellEnd"/>
      <w:r w:rsidRPr="00693F1B">
        <w:rPr>
          <w:rFonts w:cs="Times New Roman"/>
          <w:szCs w:val="24"/>
        </w:rPr>
        <w:t xml:space="preserve"> de </w:t>
      </w:r>
      <w:proofErr w:type="spellStart"/>
      <w:r w:rsidRPr="00693F1B">
        <w:rPr>
          <w:rFonts w:cs="Times New Roman"/>
          <w:szCs w:val="24"/>
        </w:rPr>
        <w:t>evidență</w:t>
      </w:r>
      <w:proofErr w:type="spellEnd"/>
      <w:r w:rsidRPr="00693F1B">
        <w:rPr>
          <w:rFonts w:cs="Times New Roman"/>
          <w:szCs w:val="24"/>
        </w:rPr>
        <w:t xml:space="preserve"> (</w:t>
      </w:r>
      <w:proofErr w:type="spellStart"/>
      <w:r w:rsidRPr="00693F1B">
        <w:rPr>
          <w:rFonts w:cs="Times New Roman"/>
          <w:b/>
          <w:bCs/>
          <w:szCs w:val="24"/>
        </w:rPr>
        <w:t>Registrul</w:t>
      </w:r>
      <w:proofErr w:type="spellEnd"/>
      <w:r w:rsidRPr="00693F1B">
        <w:rPr>
          <w:rFonts w:cs="Times New Roman"/>
          <w:b/>
          <w:bCs/>
          <w:szCs w:val="24"/>
        </w:rPr>
        <w:t xml:space="preserve"> </w:t>
      </w:r>
      <w:proofErr w:type="spellStart"/>
      <w:r w:rsidRPr="00693F1B">
        <w:rPr>
          <w:rFonts w:cs="Times New Roman"/>
          <w:b/>
          <w:bCs/>
          <w:szCs w:val="24"/>
        </w:rPr>
        <w:t>privind</w:t>
      </w:r>
      <w:proofErr w:type="spellEnd"/>
      <w:r w:rsidRPr="00693F1B">
        <w:rPr>
          <w:rFonts w:cs="Times New Roman"/>
          <w:b/>
          <w:bCs/>
          <w:szCs w:val="24"/>
        </w:rPr>
        <w:t xml:space="preserve"> </w:t>
      </w:r>
      <w:proofErr w:type="spellStart"/>
      <w:r w:rsidRPr="00693F1B">
        <w:rPr>
          <w:rFonts w:cs="Times New Roman"/>
          <w:b/>
          <w:bCs/>
          <w:szCs w:val="24"/>
        </w:rPr>
        <w:t>încălcările</w:t>
      </w:r>
      <w:proofErr w:type="spellEnd"/>
      <w:r w:rsidRPr="00693F1B">
        <w:rPr>
          <w:rFonts w:cs="Times New Roman"/>
          <w:b/>
          <w:bCs/>
          <w:szCs w:val="24"/>
        </w:rPr>
        <w:t xml:space="preserve"> </w:t>
      </w:r>
      <w:proofErr w:type="spellStart"/>
      <w:r w:rsidRPr="00693F1B">
        <w:rPr>
          <w:rFonts w:cs="Times New Roman"/>
          <w:b/>
          <w:bCs/>
          <w:szCs w:val="24"/>
        </w:rPr>
        <w:t>securității</w:t>
      </w:r>
      <w:proofErr w:type="spellEnd"/>
      <w:r w:rsidRPr="00693F1B">
        <w:rPr>
          <w:rFonts w:cs="Times New Roman"/>
          <w:b/>
          <w:bCs/>
          <w:szCs w:val="24"/>
        </w:rPr>
        <w:t xml:space="preserve"> </w:t>
      </w:r>
      <w:proofErr w:type="spellStart"/>
      <w:r w:rsidRPr="00693F1B">
        <w:rPr>
          <w:rFonts w:cs="Times New Roman"/>
          <w:b/>
          <w:bCs/>
          <w:szCs w:val="24"/>
        </w:rPr>
        <w:t>datelor</w:t>
      </w:r>
      <w:proofErr w:type="spellEnd"/>
      <w:r w:rsidRPr="00693F1B">
        <w:rPr>
          <w:rFonts w:cs="Times New Roman"/>
          <w:b/>
          <w:bCs/>
          <w:szCs w:val="24"/>
        </w:rPr>
        <w:t xml:space="preserve"> cu </w:t>
      </w:r>
      <w:proofErr w:type="spellStart"/>
      <w:r w:rsidRPr="00693F1B">
        <w:rPr>
          <w:rFonts w:cs="Times New Roman"/>
          <w:b/>
          <w:bCs/>
          <w:szCs w:val="24"/>
        </w:rPr>
        <w:t>caracter</w:t>
      </w:r>
      <w:proofErr w:type="spellEnd"/>
      <w:r w:rsidRPr="00693F1B">
        <w:rPr>
          <w:rFonts w:cs="Times New Roman"/>
          <w:b/>
          <w:bCs/>
          <w:szCs w:val="24"/>
        </w:rPr>
        <w:t xml:space="preserve"> personal al </w:t>
      </w:r>
      <w:proofErr w:type="spellStart"/>
      <w:r w:rsidRPr="00693F1B">
        <w:rPr>
          <w:rFonts w:cs="Times New Roman"/>
          <w:b/>
          <w:bCs/>
          <w:szCs w:val="24"/>
        </w:rPr>
        <w:t>Primăria</w:t>
      </w:r>
      <w:proofErr w:type="spellEnd"/>
      <w:r w:rsidRPr="00693F1B">
        <w:rPr>
          <w:rFonts w:cs="Times New Roman"/>
          <w:b/>
          <w:bCs/>
          <w:szCs w:val="24"/>
        </w:rPr>
        <w:t xml:space="preserve"> </w:t>
      </w:r>
      <w:proofErr w:type="spellStart"/>
      <w:r>
        <w:rPr>
          <w:rFonts w:cs="Times New Roman"/>
          <w:b/>
          <w:bCs/>
          <w:szCs w:val="24"/>
        </w:rPr>
        <w:t>Satului</w:t>
      </w:r>
      <w:proofErr w:type="spellEnd"/>
      <w:r>
        <w:rPr>
          <w:rFonts w:cs="Times New Roman"/>
          <w:b/>
          <w:bCs/>
          <w:szCs w:val="24"/>
        </w:rPr>
        <w:t xml:space="preserve"> </w:t>
      </w:r>
      <w:proofErr w:type="spellStart"/>
      <w:r>
        <w:rPr>
          <w:rFonts w:cs="Times New Roman"/>
          <w:b/>
          <w:bCs/>
          <w:szCs w:val="24"/>
        </w:rPr>
        <w:t>Mereni</w:t>
      </w:r>
      <w:proofErr w:type="spellEnd"/>
      <w:r w:rsidRPr="00693F1B">
        <w:rPr>
          <w:rFonts w:cs="Times New Roman"/>
          <w:szCs w:val="24"/>
        </w:rPr>
        <w:t>);</w:t>
      </w:r>
    </w:p>
    <w:p w14:paraId="2135EF24" w14:textId="77777777" w:rsidR="006D4E92" w:rsidRPr="00693F1B" w:rsidRDefault="00000000">
      <w:pPr>
        <w:numPr>
          <w:ilvl w:val="0"/>
          <w:numId w:val="2"/>
        </w:numPr>
        <w:jc w:val="both"/>
        <w:rPr>
          <w:rFonts w:cs="Times New Roman"/>
          <w:szCs w:val="24"/>
        </w:rPr>
      </w:pPr>
      <w:proofErr w:type="spellStart"/>
      <w:r w:rsidRPr="00693F1B">
        <w:rPr>
          <w:rFonts w:cs="Times New Roman"/>
          <w:szCs w:val="24"/>
        </w:rPr>
        <w:t>răspunde</w:t>
      </w:r>
      <w:proofErr w:type="spellEnd"/>
      <w:r w:rsidRPr="00693F1B">
        <w:rPr>
          <w:rFonts w:cs="Times New Roman"/>
          <w:szCs w:val="24"/>
        </w:rPr>
        <w:t xml:space="preserve"> de </w:t>
      </w:r>
      <w:proofErr w:type="spellStart"/>
      <w:r w:rsidRPr="00693F1B">
        <w:rPr>
          <w:rFonts w:cs="Times New Roman"/>
          <w:szCs w:val="24"/>
        </w:rPr>
        <w:t>menținerea</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actualizarea</w:t>
      </w:r>
      <w:proofErr w:type="spellEnd"/>
      <w:r w:rsidRPr="00693F1B">
        <w:rPr>
          <w:rFonts w:cs="Times New Roman"/>
          <w:szCs w:val="24"/>
        </w:rPr>
        <w:t xml:space="preserve"> </w:t>
      </w:r>
      <w:proofErr w:type="spellStart"/>
      <w:r w:rsidRPr="00693F1B">
        <w:rPr>
          <w:rFonts w:cs="Times New Roman"/>
          <w:szCs w:val="24"/>
        </w:rPr>
        <w:t>Registrului</w:t>
      </w:r>
      <w:proofErr w:type="spellEnd"/>
      <w:r w:rsidRPr="00693F1B">
        <w:rPr>
          <w:rFonts w:cs="Times New Roman"/>
          <w:szCs w:val="24"/>
        </w:rPr>
        <w:t xml:space="preserve"> de </w:t>
      </w:r>
      <w:proofErr w:type="spellStart"/>
      <w:r w:rsidRPr="00693F1B">
        <w:rPr>
          <w:rFonts w:cs="Times New Roman"/>
          <w:szCs w:val="24"/>
        </w:rPr>
        <w:t>evidență</w:t>
      </w:r>
      <w:proofErr w:type="spellEnd"/>
      <w:r w:rsidRPr="00693F1B">
        <w:rPr>
          <w:rFonts w:cs="Times New Roman"/>
          <w:szCs w:val="24"/>
        </w:rPr>
        <w:t>.</w:t>
      </w:r>
    </w:p>
    <w:p w14:paraId="2D240B7A" w14:textId="77777777" w:rsidR="006D4E92" w:rsidRDefault="00000000">
      <w:pPr>
        <w:jc w:val="both"/>
      </w:pPr>
      <w:r w:rsidRPr="00693F1B">
        <w:rPr>
          <w:rFonts w:cs="Times New Roman"/>
          <w:szCs w:val="24"/>
        </w:rPr>
        <w:t xml:space="preserve">Reguli generale </w:t>
      </w:r>
      <w:proofErr w:type="spellStart"/>
      <w:r w:rsidRPr="00693F1B">
        <w:rPr>
          <w:rFonts w:cs="Times New Roman"/>
          <w:szCs w:val="24"/>
        </w:rPr>
        <w:t>privind</w:t>
      </w:r>
      <w:proofErr w:type="spellEnd"/>
      <w:r w:rsidRPr="00693F1B">
        <w:rPr>
          <w:rFonts w:cs="Times New Roman"/>
          <w:szCs w:val="24"/>
        </w:rPr>
        <w:t xml:space="preserve"> </w:t>
      </w:r>
      <w:proofErr w:type="spellStart"/>
      <w:r w:rsidRPr="00693F1B">
        <w:rPr>
          <w:rFonts w:cs="Times New Roman"/>
          <w:szCs w:val="24"/>
        </w:rPr>
        <w:t>înregistrarea</w:t>
      </w:r>
      <w:proofErr w:type="spellEnd"/>
      <w:r w:rsidRPr="00693F1B">
        <w:rPr>
          <w:rFonts w:cs="Times New Roman"/>
          <w:szCs w:val="24"/>
        </w:rPr>
        <w:t>:</w:t>
      </w:r>
    </w:p>
    <w:p w14:paraId="5AD9012A" w14:textId="77777777" w:rsidR="006D4E92" w:rsidRDefault="00000000">
      <w:pPr>
        <w:ind w:left="720"/>
        <w:jc w:val="both"/>
      </w:pPr>
      <w:r w:rsidRPr="00693F1B">
        <w:rPr>
          <w:rFonts w:cs="Times New Roman"/>
          <w:b/>
          <w:bCs/>
          <w:szCs w:val="24"/>
        </w:rPr>
        <w:t>a)</w:t>
      </w:r>
      <w:r w:rsidRPr="00693F1B">
        <w:rPr>
          <w:rFonts w:cs="Times New Roman"/>
          <w:szCs w:val="24"/>
        </w:rPr>
        <w:t xml:space="preserve"> </w:t>
      </w:r>
      <w:proofErr w:type="spellStart"/>
      <w:r w:rsidRPr="00693F1B">
        <w:rPr>
          <w:rFonts w:cs="Times New Roman"/>
          <w:szCs w:val="24"/>
        </w:rPr>
        <w:t>toate</w:t>
      </w:r>
      <w:proofErr w:type="spellEnd"/>
      <w:r w:rsidRPr="00693F1B">
        <w:rPr>
          <w:rFonts w:cs="Times New Roman"/>
          <w:szCs w:val="24"/>
        </w:rPr>
        <w:t xml:space="preserve"> </w:t>
      </w:r>
      <w:proofErr w:type="spellStart"/>
      <w:r w:rsidRPr="00693F1B">
        <w:rPr>
          <w:rFonts w:cs="Times New Roman"/>
          <w:szCs w:val="24"/>
        </w:rPr>
        <w:t>documentele</w:t>
      </w:r>
      <w:proofErr w:type="spellEnd"/>
      <w:r w:rsidRPr="00693F1B">
        <w:rPr>
          <w:rFonts w:cs="Times New Roman"/>
          <w:szCs w:val="24"/>
        </w:rPr>
        <w:t xml:space="preserve"> care </w:t>
      </w:r>
      <w:proofErr w:type="spellStart"/>
      <w:r w:rsidRPr="00693F1B">
        <w:rPr>
          <w:rFonts w:cs="Times New Roman"/>
          <w:szCs w:val="24"/>
        </w:rPr>
        <w:t>privesc</w:t>
      </w:r>
      <w:proofErr w:type="spellEnd"/>
      <w:r w:rsidRPr="00693F1B">
        <w:rPr>
          <w:rFonts w:cs="Times New Roman"/>
          <w:szCs w:val="24"/>
        </w:rPr>
        <w:t xml:space="preserve"> </w:t>
      </w:r>
      <w:proofErr w:type="spellStart"/>
      <w:r w:rsidRPr="00693F1B">
        <w:rPr>
          <w:rFonts w:cs="Times New Roman"/>
          <w:szCs w:val="24"/>
        </w:rPr>
        <w:t>aceeași</w:t>
      </w:r>
      <w:proofErr w:type="spellEnd"/>
      <w:r w:rsidRPr="00693F1B">
        <w:rPr>
          <w:rFonts w:cs="Times New Roman"/>
          <w:szCs w:val="24"/>
        </w:rPr>
        <w:t xml:space="preserve"> </w:t>
      </w:r>
      <w:proofErr w:type="spellStart"/>
      <w:r w:rsidRPr="00693F1B">
        <w:rPr>
          <w:rFonts w:cs="Times New Roman"/>
          <w:szCs w:val="24"/>
        </w:rPr>
        <w:t>problemă</w:t>
      </w:r>
      <w:proofErr w:type="spellEnd"/>
      <w:r w:rsidRPr="00693F1B">
        <w:rPr>
          <w:rFonts w:cs="Times New Roman"/>
          <w:szCs w:val="24"/>
        </w:rPr>
        <w:t xml:space="preserve">/incident se </w:t>
      </w:r>
      <w:proofErr w:type="spellStart"/>
      <w:r w:rsidRPr="00693F1B">
        <w:rPr>
          <w:rFonts w:cs="Times New Roman"/>
          <w:szCs w:val="24"/>
        </w:rPr>
        <w:t>conexează</w:t>
      </w:r>
      <w:proofErr w:type="spellEnd"/>
      <w:r w:rsidRPr="00693F1B">
        <w:rPr>
          <w:rFonts w:cs="Times New Roman"/>
          <w:szCs w:val="24"/>
        </w:rPr>
        <w:t xml:space="preserve"> la </w:t>
      </w:r>
      <w:proofErr w:type="spellStart"/>
      <w:r w:rsidRPr="00693F1B">
        <w:rPr>
          <w:rFonts w:cs="Times New Roman"/>
          <w:szCs w:val="24"/>
        </w:rPr>
        <w:t>primul</w:t>
      </w:r>
      <w:proofErr w:type="spellEnd"/>
      <w:r w:rsidRPr="00693F1B">
        <w:rPr>
          <w:rFonts w:cs="Times New Roman"/>
          <w:szCs w:val="24"/>
        </w:rPr>
        <w:t xml:space="preserve"> act </w:t>
      </w:r>
      <w:proofErr w:type="spellStart"/>
      <w:r w:rsidRPr="00693F1B">
        <w:rPr>
          <w:rFonts w:cs="Times New Roman"/>
          <w:szCs w:val="24"/>
        </w:rPr>
        <w:t>înregistrat</w:t>
      </w:r>
      <w:proofErr w:type="spellEnd"/>
      <w:r w:rsidRPr="00693F1B">
        <w:rPr>
          <w:rFonts w:cs="Times New Roman"/>
          <w:szCs w:val="24"/>
        </w:rPr>
        <w:t xml:space="preserve">, </w:t>
      </w:r>
      <w:proofErr w:type="spellStart"/>
      <w:r w:rsidRPr="00693F1B">
        <w:rPr>
          <w:rFonts w:cs="Times New Roman"/>
          <w:szCs w:val="24"/>
        </w:rPr>
        <w:t>numărul</w:t>
      </w:r>
      <w:proofErr w:type="spellEnd"/>
      <w:r w:rsidRPr="00693F1B">
        <w:rPr>
          <w:rFonts w:cs="Times New Roman"/>
          <w:szCs w:val="24"/>
        </w:rPr>
        <w:t xml:space="preserve"> </w:t>
      </w:r>
      <w:proofErr w:type="spellStart"/>
      <w:r w:rsidRPr="00693F1B">
        <w:rPr>
          <w:rFonts w:cs="Times New Roman"/>
          <w:szCs w:val="24"/>
        </w:rPr>
        <w:t>primului</w:t>
      </w:r>
      <w:proofErr w:type="spellEnd"/>
      <w:r w:rsidRPr="00693F1B">
        <w:rPr>
          <w:rFonts w:cs="Times New Roman"/>
          <w:szCs w:val="24"/>
        </w:rPr>
        <w:t xml:space="preserve"> act </w:t>
      </w:r>
      <w:proofErr w:type="spellStart"/>
      <w:r w:rsidRPr="00693F1B">
        <w:rPr>
          <w:rFonts w:cs="Times New Roman"/>
          <w:szCs w:val="24"/>
        </w:rPr>
        <w:t>fiind</w:t>
      </w:r>
      <w:proofErr w:type="spellEnd"/>
      <w:r w:rsidRPr="00693F1B">
        <w:rPr>
          <w:rFonts w:cs="Times New Roman"/>
          <w:szCs w:val="24"/>
        </w:rPr>
        <w:t xml:space="preserve"> </w:t>
      </w:r>
      <w:proofErr w:type="spellStart"/>
      <w:r w:rsidRPr="00693F1B">
        <w:rPr>
          <w:rFonts w:cs="Times New Roman"/>
          <w:szCs w:val="24"/>
        </w:rPr>
        <w:t>numărul</w:t>
      </w:r>
      <w:proofErr w:type="spellEnd"/>
      <w:r w:rsidRPr="00693F1B">
        <w:rPr>
          <w:rFonts w:cs="Times New Roman"/>
          <w:szCs w:val="24"/>
        </w:rPr>
        <w:t xml:space="preserve"> de </w:t>
      </w:r>
      <w:proofErr w:type="spellStart"/>
      <w:r w:rsidRPr="00693F1B">
        <w:rPr>
          <w:rFonts w:cs="Times New Roman"/>
          <w:szCs w:val="24"/>
        </w:rPr>
        <w:t>bază</w:t>
      </w:r>
      <w:proofErr w:type="spellEnd"/>
      <w:r w:rsidRPr="00693F1B">
        <w:rPr>
          <w:rFonts w:cs="Times New Roman"/>
          <w:szCs w:val="24"/>
        </w:rPr>
        <w:t>;</w:t>
      </w:r>
    </w:p>
    <w:p w14:paraId="520E8ACA" w14:textId="77777777" w:rsidR="006D4E92" w:rsidRDefault="00000000">
      <w:pPr>
        <w:ind w:left="720"/>
        <w:jc w:val="both"/>
      </w:pPr>
      <w:r w:rsidRPr="00693F1B">
        <w:rPr>
          <w:rFonts w:cs="Times New Roman"/>
          <w:b/>
          <w:bCs/>
          <w:szCs w:val="24"/>
        </w:rPr>
        <w:lastRenderedPageBreak/>
        <w:t>b)</w:t>
      </w:r>
      <w:r w:rsidRPr="00693F1B">
        <w:rPr>
          <w:rFonts w:cs="Times New Roman"/>
          <w:szCs w:val="24"/>
        </w:rPr>
        <w:t xml:space="preserve"> </w:t>
      </w:r>
      <w:proofErr w:type="spellStart"/>
      <w:r w:rsidRPr="00693F1B">
        <w:rPr>
          <w:rFonts w:cs="Times New Roman"/>
          <w:szCs w:val="24"/>
        </w:rPr>
        <w:t>actele</w:t>
      </w:r>
      <w:proofErr w:type="spellEnd"/>
      <w:r w:rsidRPr="00693F1B">
        <w:rPr>
          <w:rFonts w:cs="Times New Roman"/>
          <w:szCs w:val="24"/>
        </w:rPr>
        <w:t xml:space="preserve"> </w:t>
      </w:r>
      <w:proofErr w:type="spellStart"/>
      <w:r w:rsidRPr="00693F1B">
        <w:rPr>
          <w:rFonts w:cs="Times New Roman"/>
          <w:szCs w:val="24"/>
        </w:rPr>
        <w:t>transmise</w:t>
      </w:r>
      <w:proofErr w:type="spellEnd"/>
      <w:r w:rsidRPr="00693F1B">
        <w:rPr>
          <w:rFonts w:cs="Times New Roman"/>
          <w:szCs w:val="24"/>
        </w:rPr>
        <w:t xml:space="preserve"> se </w:t>
      </w:r>
      <w:proofErr w:type="spellStart"/>
      <w:r w:rsidRPr="00693F1B">
        <w:rPr>
          <w:rFonts w:cs="Times New Roman"/>
          <w:szCs w:val="24"/>
        </w:rPr>
        <w:t>înregistrează</w:t>
      </w:r>
      <w:proofErr w:type="spellEnd"/>
      <w:r w:rsidRPr="00693F1B">
        <w:rPr>
          <w:rFonts w:cs="Times New Roman"/>
          <w:szCs w:val="24"/>
        </w:rPr>
        <w:t xml:space="preserve"> </w:t>
      </w:r>
      <w:proofErr w:type="spellStart"/>
      <w:r w:rsidRPr="00693F1B">
        <w:rPr>
          <w:rFonts w:cs="Times New Roman"/>
          <w:szCs w:val="24"/>
        </w:rPr>
        <w:t>cronologic</w:t>
      </w:r>
      <w:proofErr w:type="spellEnd"/>
      <w:r w:rsidRPr="00693F1B">
        <w:rPr>
          <w:rFonts w:cs="Times New Roman"/>
          <w:szCs w:val="24"/>
        </w:rPr>
        <w:t xml:space="preserve">, </w:t>
      </w:r>
      <w:proofErr w:type="spellStart"/>
      <w:r w:rsidRPr="00693F1B">
        <w:rPr>
          <w:rFonts w:cs="Times New Roman"/>
          <w:szCs w:val="24"/>
        </w:rPr>
        <w:t>începând</w:t>
      </w:r>
      <w:proofErr w:type="spellEnd"/>
      <w:r w:rsidRPr="00693F1B">
        <w:rPr>
          <w:rFonts w:cs="Times New Roman"/>
          <w:szCs w:val="24"/>
        </w:rPr>
        <w:t xml:space="preserve"> cu data de </w:t>
      </w:r>
      <w:r w:rsidRPr="00693F1B">
        <w:rPr>
          <w:rFonts w:cs="Times New Roman"/>
          <w:b/>
          <w:bCs/>
          <w:szCs w:val="24"/>
        </w:rPr>
        <w:t xml:space="preserve">1 </w:t>
      </w:r>
      <w:proofErr w:type="spellStart"/>
      <w:r w:rsidRPr="00693F1B">
        <w:rPr>
          <w:rFonts w:cs="Times New Roman"/>
          <w:b/>
          <w:bCs/>
          <w:szCs w:val="24"/>
        </w:rPr>
        <w:t>ianuarie</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terminând</w:t>
      </w:r>
      <w:proofErr w:type="spellEnd"/>
      <w:r w:rsidRPr="00693F1B">
        <w:rPr>
          <w:rFonts w:cs="Times New Roman"/>
          <w:szCs w:val="24"/>
        </w:rPr>
        <w:t xml:space="preserve"> cu data de </w:t>
      </w:r>
      <w:r w:rsidRPr="00693F1B">
        <w:rPr>
          <w:rFonts w:cs="Times New Roman"/>
          <w:b/>
          <w:bCs/>
          <w:szCs w:val="24"/>
        </w:rPr>
        <w:t xml:space="preserve">31 </w:t>
      </w:r>
      <w:proofErr w:type="spellStart"/>
      <w:r w:rsidRPr="00693F1B">
        <w:rPr>
          <w:rFonts w:cs="Times New Roman"/>
          <w:b/>
          <w:bCs/>
          <w:szCs w:val="24"/>
        </w:rPr>
        <w:t>decembrie</w:t>
      </w:r>
      <w:proofErr w:type="spellEnd"/>
      <w:r w:rsidRPr="00693F1B">
        <w:rPr>
          <w:rFonts w:cs="Times New Roman"/>
          <w:szCs w:val="24"/>
        </w:rPr>
        <w:t xml:space="preserve"> a </w:t>
      </w:r>
      <w:proofErr w:type="spellStart"/>
      <w:r w:rsidRPr="00693F1B">
        <w:rPr>
          <w:rFonts w:cs="Times New Roman"/>
          <w:szCs w:val="24"/>
        </w:rPr>
        <w:t>fiecărui</w:t>
      </w:r>
      <w:proofErr w:type="spellEnd"/>
      <w:r w:rsidRPr="00693F1B">
        <w:rPr>
          <w:rFonts w:cs="Times New Roman"/>
          <w:szCs w:val="24"/>
        </w:rPr>
        <w:t xml:space="preserve"> an; </w:t>
      </w:r>
      <w:proofErr w:type="spellStart"/>
      <w:r w:rsidRPr="00693F1B">
        <w:rPr>
          <w:rFonts w:cs="Times New Roman"/>
          <w:szCs w:val="24"/>
        </w:rPr>
        <w:t>actele</w:t>
      </w:r>
      <w:proofErr w:type="spellEnd"/>
      <w:r w:rsidRPr="00693F1B">
        <w:rPr>
          <w:rFonts w:cs="Times New Roman"/>
          <w:szCs w:val="24"/>
        </w:rPr>
        <w:t xml:space="preserve"> care sunt </w:t>
      </w:r>
      <w:proofErr w:type="spellStart"/>
      <w:r w:rsidRPr="00693F1B">
        <w:rPr>
          <w:rFonts w:cs="Times New Roman"/>
          <w:szCs w:val="24"/>
        </w:rPr>
        <w:t>transmise</w:t>
      </w:r>
      <w:proofErr w:type="spellEnd"/>
      <w:r w:rsidRPr="00693F1B">
        <w:rPr>
          <w:rFonts w:cs="Times New Roman"/>
          <w:szCs w:val="24"/>
        </w:rPr>
        <w:t xml:space="preserve"> de </w:t>
      </w:r>
      <w:proofErr w:type="spellStart"/>
      <w:r w:rsidRPr="00693F1B">
        <w:rPr>
          <w:rFonts w:cs="Times New Roman"/>
          <w:szCs w:val="24"/>
        </w:rPr>
        <w:t>către</w:t>
      </w:r>
      <w:proofErr w:type="spellEnd"/>
      <w:r w:rsidRPr="00693F1B">
        <w:rPr>
          <w:rFonts w:cs="Times New Roman"/>
          <w:szCs w:val="24"/>
        </w:rPr>
        <w:t xml:space="preserve"> </w:t>
      </w:r>
      <w:proofErr w:type="spellStart"/>
      <w:r w:rsidRPr="00693F1B">
        <w:rPr>
          <w:rFonts w:cs="Times New Roman"/>
          <w:szCs w:val="24"/>
        </w:rPr>
        <w:t>instituție</w:t>
      </w:r>
      <w:proofErr w:type="spellEnd"/>
      <w:r w:rsidRPr="00693F1B">
        <w:rPr>
          <w:rFonts w:cs="Times New Roman"/>
          <w:szCs w:val="24"/>
        </w:rPr>
        <w:t xml:space="preserve"> </w:t>
      </w:r>
      <w:proofErr w:type="spellStart"/>
      <w:r w:rsidRPr="00693F1B">
        <w:rPr>
          <w:rFonts w:cs="Times New Roman"/>
          <w:szCs w:val="24"/>
        </w:rPr>
        <w:t>prin</w:t>
      </w:r>
      <w:proofErr w:type="spellEnd"/>
      <w:r w:rsidRPr="00693F1B">
        <w:rPr>
          <w:rFonts w:cs="Times New Roman"/>
          <w:szCs w:val="24"/>
        </w:rPr>
        <w:t xml:space="preserve"> </w:t>
      </w:r>
      <w:proofErr w:type="spellStart"/>
      <w:r w:rsidRPr="00693F1B">
        <w:rPr>
          <w:rFonts w:cs="Times New Roman"/>
          <w:szCs w:val="24"/>
        </w:rPr>
        <w:t>poștă</w:t>
      </w:r>
      <w:proofErr w:type="spellEnd"/>
      <w:r w:rsidRPr="00693F1B">
        <w:rPr>
          <w:rFonts w:cs="Times New Roman"/>
          <w:szCs w:val="24"/>
        </w:rPr>
        <w:t xml:space="preserve"> (Î.S. „</w:t>
      </w:r>
      <w:proofErr w:type="spellStart"/>
      <w:r w:rsidRPr="00693F1B">
        <w:rPr>
          <w:rFonts w:cs="Times New Roman"/>
          <w:szCs w:val="24"/>
        </w:rPr>
        <w:t>Poșta</w:t>
      </w:r>
      <w:proofErr w:type="spellEnd"/>
      <w:r w:rsidRPr="00693F1B">
        <w:rPr>
          <w:rFonts w:cs="Times New Roman"/>
          <w:szCs w:val="24"/>
        </w:rPr>
        <w:t xml:space="preserve"> </w:t>
      </w:r>
      <w:proofErr w:type="spellStart"/>
      <w:r w:rsidRPr="00693F1B">
        <w:rPr>
          <w:rFonts w:cs="Times New Roman"/>
          <w:szCs w:val="24"/>
        </w:rPr>
        <w:t>Moldovei</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curieri</w:t>
      </w:r>
      <w:proofErr w:type="spellEnd"/>
      <w:r w:rsidRPr="00693F1B">
        <w:rPr>
          <w:rFonts w:cs="Times New Roman"/>
          <w:szCs w:val="24"/>
        </w:rPr>
        <w:t xml:space="preserve"> se </w:t>
      </w:r>
      <w:proofErr w:type="spellStart"/>
      <w:r w:rsidRPr="00693F1B">
        <w:rPr>
          <w:rFonts w:cs="Times New Roman"/>
          <w:szCs w:val="24"/>
        </w:rPr>
        <w:t>înregistrează</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ordinea</w:t>
      </w:r>
      <w:proofErr w:type="spellEnd"/>
      <w:r w:rsidRPr="00693F1B">
        <w:rPr>
          <w:rFonts w:cs="Times New Roman"/>
          <w:szCs w:val="24"/>
        </w:rPr>
        <w:t xml:space="preserve"> </w:t>
      </w:r>
      <w:proofErr w:type="spellStart"/>
      <w:r w:rsidRPr="00693F1B">
        <w:rPr>
          <w:rFonts w:cs="Times New Roman"/>
          <w:szCs w:val="24"/>
        </w:rPr>
        <w:t>transmiterii</w:t>
      </w:r>
      <w:proofErr w:type="spellEnd"/>
      <w:r w:rsidRPr="00693F1B">
        <w:rPr>
          <w:rFonts w:cs="Times New Roman"/>
          <w:szCs w:val="24"/>
        </w:rPr>
        <w:t xml:space="preserve"> lor;</w:t>
      </w:r>
    </w:p>
    <w:p w14:paraId="12EF3BC1" w14:textId="77777777" w:rsidR="006D4E92" w:rsidRDefault="00000000">
      <w:pPr>
        <w:ind w:left="720"/>
        <w:jc w:val="both"/>
      </w:pPr>
      <w:r w:rsidRPr="00693F1B">
        <w:rPr>
          <w:rFonts w:cs="Times New Roman"/>
          <w:b/>
          <w:bCs/>
          <w:szCs w:val="24"/>
        </w:rPr>
        <w:t>c)</w:t>
      </w:r>
      <w:r w:rsidRPr="00693F1B">
        <w:rPr>
          <w:rFonts w:cs="Times New Roman"/>
          <w:szCs w:val="24"/>
        </w:rPr>
        <w:t xml:space="preserve"> </w:t>
      </w:r>
      <w:proofErr w:type="spellStart"/>
      <w:r w:rsidRPr="00693F1B">
        <w:rPr>
          <w:rFonts w:cs="Times New Roman"/>
          <w:szCs w:val="24"/>
        </w:rPr>
        <w:t>atât</w:t>
      </w:r>
      <w:proofErr w:type="spellEnd"/>
      <w:r w:rsidRPr="00693F1B">
        <w:rPr>
          <w:rFonts w:cs="Times New Roman"/>
          <w:szCs w:val="24"/>
        </w:rPr>
        <w:t xml:space="preserve"> </w:t>
      </w:r>
      <w:proofErr w:type="spellStart"/>
      <w:r w:rsidRPr="00693F1B">
        <w:rPr>
          <w:rFonts w:cs="Times New Roman"/>
          <w:szCs w:val="24"/>
        </w:rPr>
        <w:t>documentele</w:t>
      </w:r>
      <w:proofErr w:type="spellEnd"/>
      <w:r w:rsidRPr="00693F1B">
        <w:rPr>
          <w:rFonts w:cs="Times New Roman"/>
          <w:szCs w:val="24"/>
        </w:rPr>
        <w:t xml:space="preserve"> care se </w:t>
      </w:r>
      <w:proofErr w:type="spellStart"/>
      <w:r w:rsidRPr="00693F1B">
        <w:rPr>
          <w:rFonts w:cs="Times New Roman"/>
          <w:szCs w:val="24"/>
        </w:rPr>
        <w:t>înregistrează</w:t>
      </w:r>
      <w:proofErr w:type="spellEnd"/>
      <w:r w:rsidRPr="00693F1B">
        <w:rPr>
          <w:rFonts w:cs="Times New Roman"/>
          <w:szCs w:val="24"/>
        </w:rPr>
        <w:t xml:space="preserve">, </w:t>
      </w:r>
      <w:proofErr w:type="spellStart"/>
      <w:r w:rsidRPr="00693F1B">
        <w:rPr>
          <w:rFonts w:cs="Times New Roman"/>
          <w:szCs w:val="24"/>
        </w:rPr>
        <w:t>cât</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răspunsurile</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actele</w:t>
      </w:r>
      <w:proofErr w:type="spellEnd"/>
      <w:r w:rsidRPr="00693F1B">
        <w:rPr>
          <w:rFonts w:cs="Times New Roman"/>
          <w:szCs w:val="24"/>
        </w:rPr>
        <w:t xml:space="preserve"> </w:t>
      </w:r>
      <w:proofErr w:type="spellStart"/>
      <w:r w:rsidRPr="00693F1B">
        <w:rPr>
          <w:rFonts w:cs="Times New Roman"/>
          <w:szCs w:val="24"/>
        </w:rPr>
        <w:t>transmise</w:t>
      </w:r>
      <w:proofErr w:type="spellEnd"/>
      <w:r w:rsidRPr="00693F1B">
        <w:rPr>
          <w:rFonts w:cs="Times New Roman"/>
          <w:szCs w:val="24"/>
        </w:rPr>
        <w:t xml:space="preserve"> </w:t>
      </w:r>
      <w:proofErr w:type="spellStart"/>
      <w:r w:rsidRPr="00693F1B">
        <w:rPr>
          <w:rFonts w:cs="Times New Roman"/>
          <w:szCs w:val="24"/>
        </w:rPr>
        <w:t>către</w:t>
      </w:r>
      <w:proofErr w:type="spellEnd"/>
      <w:r w:rsidRPr="00693F1B">
        <w:rPr>
          <w:rFonts w:cs="Times New Roman"/>
          <w:szCs w:val="24"/>
        </w:rPr>
        <w:t xml:space="preserve"> </w:t>
      </w:r>
      <w:proofErr w:type="spellStart"/>
      <w:r w:rsidRPr="00693F1B">
        <w:rPr>
          <w:rFonts w:cs="Times New Roman"/>
          <w:szCs w:val="24"/>
        </w:rPr>
        <w:t>Autoritatea</w:t>
      </w:r>
      <w:proofErr w:type="spellEnd"/>
      <w:r w:rsidRPr="00693F1B">
        <w:rPr>
          <w:rFonts w:cs="Times New Roman"/>
          <w:szCs w:val="24"/>
        </w:rPr>
        <w:t xml:space="preserve"> de </w:t>
      </w:r>
      <w:proofErr w:type="spellStart"/>
      <w:r w:rsidRPr="00693F1B">
        <w:rPr>
          <w:rFonts w:cs="Times New Roman"/>
          <w:szCs w:val="24"/>
        </w:rPr>
        <w:t>supraveghere</w:t>
      </w:r>
      <w:proofErr w:type="spellEnd"/>
      <w:r w:rsidRPr="00693F1B">
        <w:rPr>
          <w:rFonts w:cs="Times New Roman"/>
          <w:szCs w:val="24"/>
        </w:rPr>
        <w:t xml:space="preserve"> (CNPDCP) </w:t>
      </w:r>
      <w:proofErr w:type="spellStart"/>
      <w:r w:rsidRPr="00693F1B">
        <w:rPr>
          <w:rFonts w:cs="Times New Roman"/>
          <w:szCs w:val="24"/>
        </w:rPr>
        <w:t>și</w:t>
      </w:r>
      <w:proofErr w:type="spellEnd"/>
      <w:r w:rsidRPr="00693F1B">
        <w:rPr>
          <w:rFonts w:cs="Times New Roman"/>
          <w:szCs w:val="24"/>
        </w:rPr>
        <w:t>/</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persoanele</w:t>
      </w:r>
      <w:proofErr w:type="spellEnd"/>
      <w:r w:rsidRPr="00693F1B">
        <w:rPr>
          <w:rFonts w:cs="Times New Roman"/>
          <w:szCs w:val="24"/>
        </w:rPr>
        <w:t xml:space="preserve"> </w:t>
      </w:r>
      <w:proofErr w:type="spellStart"/>
      <w:r w:rsidRPr="00693F1B">
        <w:rPr>
          <w:rFonts w:cs="Times New Roman"/>
          <w:szCs w:val="24"/>
        </w:rPr>
        <w:t>vizate</w:t>
      </w:r>
      <w:proofErr w:type="spellEnd"/>
      <w:r w:rsidRPr="00693F1B">
        <w:rPr>
          <w:rFonts w:cs="Times New Roman"/>
          <w:szCs w:val="24"/>
        </w:rPr>
        <w:t xml:space="preserve"> </w:t>
      </w:r>
      <w:proofErr w:type="spellStart"/>
      <w:r w:rsidRPr="00693F1B">
        <w:rPr>
          <w:rFonts w:cs="Times New Roman"/>
          <w:szCs w:val="24"/>
        </w:rPr>
        <w:t>vor</w:t>
      </w:r>
      <w:proofErr w:type="spellEnd"/>
      <w:r w:rsidRPr="00693F1B">
        <w:rPr>
          <w:rFonts w:cs="Times New Roman"/>
          <w:szCs w:val="24"/>
        </w:rPr>
        <w:t xml:space="preserve"> </w:t>
      </w:r>
      <w:proofErr w:type="spellStart"/>
      <w:r w:rsidRPr="00693F1B">
        <w:rPr>
          <w:rFonts w:cs="Times New Roman"/>
          <w:szCs w:val="24"/>
        </w:rPr>
        <w:t>purta</w:t>
      </w:r>
      <w:proofErr w:type="spellEnd"/>
      <w:r w:rsidRPr="00693F1B">
        <w:rPr>
          <w:rFonts w:cs="Times New Roman"/>
          <w:szCs w:val="24"/>
        </w:rPr>
        <w:t xml:space="preserve"> </w:t>
      </w:r>
      <w:proofErr w:type="spellStart"/>
      <w:r w:rsidRPr="00693F1B">
        <w:rPr>
          <w:rFonts w:cs="Times New Roman"/>
          <w:szCs w:val="24"/>
        </w:rPr>
        <w:t>numărul</w:t>
      </w:r>
      <w:proofErr w:type="spellEnd"/>
      <w:r w:rsidRPr="00693F1B">
        <w:rPr>
          <w:rFonts w:cs="Times New Roman"/>
          <w:szCs w:val="24"/>
        </w:rPr>
        <w:t xml:space="preserve"> de </w:t>
      </w:r>
      <w:proofErr w:type="spellStart"/>
      <w:r w:rsidRPr="00693F1B">
        <w:rPr>
          <w:rFonts w:cs="Times New Roman"/>
          <w:szCs w:val="24"/>
        </w:rPr>
        <w:t>înregistrare</w:t>
      </w:r>
      <w:proofErr w:type="spellEnd"/>
      <w:r w:rsidRPr="00693F1B">
        <w:rPr>
          <w:rFonts w:cs="Times New Roman"/>
          <w:szCs w:val="24"/>
        </w:rPr>
        <w:t xml:space="preserve"> al </w:t>
      </w:r>
      <w:proofErr w:type="spellStart"/>
      <w:r w:rsidRPr="00693F1B">
        <w:rPr>
          <w:rFonts w:cs="Times New Roman"/>
          <w:szCs w:val="24"/>
        </w:rPr>
        <w:t>documentului</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indicativul</w:t>
      </w:r>
      <w:proofErr w:type="spellEnd"/>
      <w:r w:rsidRPr="00693F1B">
        <w:rPr>
          <w:rFonts w:cs="Times New Roman"/>
          <w:szCs w:val="24"/>
        </w:rPr>
        <w:t xml:space="preserve"> </w:t>
      </w:r>
      <w:proofErr w:type="spellStart"/>
      <w:r w:rsidRPr="00693F1B">
        <w:rPr>
          <w:rFonts w:cs="Times New Roman"/>
          <w:szCs w:val="24"/>
        </w:rPr>
        <w:t>dosarului</w:t>
      </w:r>
      <w:proofErr w:type="spellEnd"/>
      <w:r w:rsidRPr="00693F1B">
        <w:rPr>
          <w:rFonts w:cs="Times New Roman"/>
          <w:szCs w:val="24"/>
        </w:rPr>
        <w:t xml:space="preserve"> din </w:t>
      </w:r>
      <w:proofErr w:type="spellStart"/>
      <w:r w:rsidRPr="00693F1B">
        <w:rPr>
          <w:rFonts w:cs="Times New Roman"/>
          <w:szCs w:val="24"/>
        </w:rPr>
        <w:t>Nomenclatorul</w:t>
      </w:r>
      <w:proofErr w:type="spellEnd"/>
      <w:r w:rsidRPr="00693F1B">
        <w:rPr>
          <w:rFonts w:cs="Times New Roman"/>
          <w:szCs w:val="24"/>
        </w:rPr>
        <w:t xml:space="preserve"> </w:t>
      </w:r>
      <w:proofErr w:type="spellStart"/>
      <w:r w:rsidRPr="00693F1B">
        <w:rPr>
          <w:rFonts w:cs="Times New Roman"/>
          <w:szCs w:val="24"/>
        </w:rPr>
        <w:t>arhivistic</w:t>
      </w:r>
      <w:proofErr w:type="spellEnd"/>
      <w:r w:rsidRPr="00693F1B">
        <w:rPr>
          <w:rFonts w:cs="Times New Roman"/>
          <w:szCs w:val="24"/>
        </w:rPr>
        <w:t xml:space="preserve"> la care se </w:t>
      </w:r>
      <w:proofErr w:type="spellStart"/>
      <w:r w:rsidRPr="00693F1B">
        <w:rPr>
          <w:rFonts w:cs="Times New Roman"/>
          <w:szCs w:val="24"/>
        </w:rPr>
        <w:t>păstrează</w:t>
      </w:r>
      <w:proofErr w:type="spellEnd"/>
      <w:r w:rsidRPr="00693F1B">
        <w:rPr>
          <w:rFonts w:cs="Times New Roman"/>
          <w:szCs w:val="24"/>
        </w:rPr>
        <w:t>;</w:t>
      </w:r>
    </w:p>
    <w:p w14:paraId="7ED422D1" w14:textId="77777777" w:rsidR="006D4E92" w:rsidRDefault="00000000">
      <w:pPr>
        <w:ind w:left="720"/>
        <w:jc w:val="both"/>
      </w:pPr>
      <w:r w:rsidRPr="00693F1B">
        <w:rPr>
          <w:rFonts w:cs="Times New Roman"/>
          <w:b/>
          <w:bCs/>
          <w:szCs w:val="24"/>
        </w:rPr>
        <w:t>d)</w:t>
      </w:r>
      <w:r w:rsidRPr="00693F1B">
        <w:rPr>
          <w:rFonts w:cs="Times New Roman"/>
          <w:szCs w:val="24"/>
        </w:rPr>
        <w:t xml:space="preserve"> </w:t>
      </w:r>
      <w:proofErr w:type="spellStart"/>
      <w:r w:rsidRPr="00693F1B">
        <w:rPr>
          <w:rFonts w:cs="Times New Roman"/>
          <w:szCs w:val="24"/>
        </w:rPr>
        <w:t>este</w:t>
      </w:r>
      <w:proofErr w:type="spellEnd"/>
      <w:r w:rsidRPr="00693F1B">
        <w:rPr>
          <w:rFonts w:cs="Times New Roman"/>
          <w:szCs w:val="24"/>
        </w:rPr>
        <w:t xml:space="preserve"> </w:t>
      </w:r>
      <w:proofErr w:type="spellStart"/>
      <w:r w:rsidRPr="00693F1B">
        <w:rPr>
          <w:rFonts w:cs="Times New Roman"/>
          <w:szCs w:val="24"/>
        </w:rPr>
        <w:t>interzisă</w:t>
      </w:r>
      <w:proofErr w:type="spellEnd"/>
      <w:r w:rsidRPr="00693F1B">
        <w:rPr>
          <w:rFonts w:cs="Times New Roman"/>
          <w:szCs w:val="24"/>
        </w:rPr>
        <w:t xml:space="preserve"> </w:t>
      </w:r>
      <w:proofErr w:type="spellStart"/>
      <w:r w:rsidRPr="00693F1B">
        <w:rPr>
          <w:rFonts w:cs="Times New Roman"/>
          <w:szCs w:val="24"/>
        </w:rPr>
        <w:t>circulația</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cadrul</w:t>
      </w:r>
      <w:proofErr w:type="spellEnd"/>
      <w:r w:rsidRPr="00693F1B">
        <w:rPr>
          <w:rFonts w:cs="Times New Roman"/>
          <w:szCs w:val="24"/>
        </w:rPr>
        <w:t xml:space="preserve"> </w:t>
      </w:r>
      <w:proofErr w:type="spellStart"/>
      <w:r w:rsidRPr="00693F1B">
        <w:rPr>
          <w:rFonts w:cs="Times New Roman"/>
          <w:b/>
          <w:bCs/>
          <w:szCs w:val="24"/>
        </w:rPr>
        <w:t>Primăria</w:t>
      </w:r>
      <w:proofErr w:type="spellEnd"/>
      <w:r w:rsidRPr="00693F1B">
        <w:rPr>
          <w:rFonts w:cs="Times New Roman"/>
          <w:b/>
          <w:bCs/>
          <w:szCs w:val="24"/>
        </w:rPr>
        <w:t xml:space="preserve"> </w:t>
      </w:r>
      <w:proofErr w:type="spellStart"/>
      <w:r>
        <w:rPr>
          <w:rFonts w:cs="Times New Roman"/>
          <w:b/>
          <w:bCs/>
          <w:szCs w:val="24"/>
        </w:rPr>
        <w:t>Satului</w:t>
      </w:r>
      <w:proofErr w:type="spellEnd"/>
      <w:r>
        <w:rPr>
          <w:rFonts w:cs="Times New Roman"/>
          <w:b/>
          <w:bCs/>
          <w:szCs w:val="24"/>
        </w:rPr>
        <w:t xml:space="preserve"> </w:t>
      </w:r>
      <w:proofErr w:type="spellStart"/>
      <w:r>
        <w:rPr>
          <w:rFonts w:cs="Times New Roman"/>
          <w:b/>
          <w:bCs/>
          <w:szCs w:val="24"/>
        </w:rPr>
        <w:t>Mereni</w:t>
      </w:r>
      <w:proofErr w:type="spellEnd"/>
      <w:r w:rsidRPr="00693F1B">
        <w:rPr>
          <w:rFonts w:cs="Times New Roman"/>
          <w:szCs w:val="24"/>
        </w:rPr>
        <w:t xml:space="preserve"> a </w:t>
      </w:r>
      <w:proofErr w:type="spellStart"/>
      <w:r w:rsidRPr="00693F1B">
        <w:rPr>
          <w:rFonts w:cs="Times New Roman"/>
          <w:szCs w:val="24"/>
        </w:rPr>
        <w:t>documentelor</w:t>
      </w:r>
      <w:proofErr w:type="spellEnd"/>
      <w:r w:rsidRPr="00693F1B">
        <w:rPr>
          <w:rFonts w:cs="Times New Roman"/>
          <w:szCs w:val="24"/>
        </w:rPr>
        <w:t xml:space="preserve"> cu </w:t>
      </w:r>
      <w:proofErr w:type="spellStart"/>
      <w:r w:rsidRPr="00693F1B">
        <w:rPr>
          <w:rFonts w:cs="Times New Roman"/>
          <w:szCs w:val="24"/>
        </w:rPr>
        <w:t>privire</w:t>
      </w:r>
      <w:proofErr w:type="spellEnd"/>
      <w:r w:rsidRPr="00693F1B">
        <w:rPr>
          <w:rFonts w:cs="Times New Roman"/>
          <w:szCs w:val="24"/>
        </w:rPr>
        <w:t xml:space="preserve"> la </w:t>
      </w:r>
      <w:proofErr w:type="spellStart"/>
      <w:r w:rsidRPr="00693F1B">
        <w:rPr>
          <w:rFonts w:cs="Times New Roman"/>
          <w:szCs w:val="24"/>
        </w:rPr>
        <w:t>încălcarea</w:t>
      </w:r>
      <w:proofErr w:type="spellEnd"/>
      <w:r w:rsidRPr="00693F1B">
        <w:rPr>
          <w:rFonts w:cs="Times New Roman"/>
          <w:szCs w:val="24"/>
        </w:rPr>
        <w:t xml:space="preserve"> </w:t>
      </w:r>
      <w:proofErr w:type="spellStart"/>
      <w:r w:rsidRPr="00693F1B">
        <w:rPr>
          <w:rFonts w:cs="Times New Roman"/>
          <w:szCs w:val="24"/>
        </w:rPr>
        <w:t>securității</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 care nu sunt </w:t>
      </w:r>
      <w:proofErr w:type="spellStart"/>
      <w:r w:rsidRPr="00693F1B">
        <w:rPr>
          <w:rFonts w:cs="Times New Roman"/>
          <w:szCs w:val="24"/>
        </w:rPr>
        <w:t>înregistrate</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mod </w:t>
      </w:r>
      <w:proofErr w:type="spellStart"/>
      <w:r w:rsidRPr="00693F1B">
        <w:rPr>
          <w:rFonts w:cs="Times New Roman"/>
          <w:szCs w:val="24"/>
        </w:rPr>
        <w:t>oficial</w:t>
      </w:r>
      <w:proofErr w:type="spellEnd"/>
      <w:r w:rsidRPr="00693F1B">
        <w:rPr>
          <w:rFonts w:cs="Times New Roman"/>
          <w:szCs w:val="24"/>
        </w:rPr>
        <w:t>.</w:t>
      </w:r>
    </w:p>
    <w:p w14:paraId="2B48A59C" w14:textId="77777777" w:rsidR="006D4E92" w:rsidRPr="00693F1B" w:rsidRDefault="00000000">
      <w:pPr>
        <w:jc w:val="both"/>
        <w:rPr>
          <w:rFonts w:cs="Times New Roman"/>
          <w:b/>
          <w:bCs/>
          <w:szCs w:val="24"/>
        </w:rPr>
      </w:pPr>
      <w:r w:rsidRPr="00693F1B">
        <w:rPr>
          <w:rFonts w:cs="Times New Roman"/>
          <w:b/>
          <w:bCs/>
          <w:szCs w:val="24"/>
        </w:rPr>
        <w:t xml:space="preserve">3.4. Analiza </w:t>
      </w:r>
      <w:proofErr w:type="spellStart"/>
      <w:r w:rsidRPr="00693F1B">
        <w:rPr>
          <w:rFonts w:cs="Times New Roman"/>
          <w:b/>
          <w:bCs/>
          <w:szCs w:val="24"/>
        </w:rPr>
        <w:t>încălcărilor</w:t>
      </w:r>
      <w:proofErr w:type="spellEnd"/>
      <w:r w:rsidRPr="00693F1B">
        <w:rPr>
          <w:rFonts w:cs="Times New Roman"/>
          <w:b/>
          <w:bCs/>
          <w:szCs w:val="24"/>
        </w:rPr>
        <w:t xml:space="preserve"> de </w:t>
      </w:r>
      <w:proofErr w:type="spellStart"/>
      <w:r w:rsidRPr="00693F1B">
        <w:rPr>
          <w:rFonts w:cs="Times New Roman"/>
          <w:b/>
          <w:bCs/>
          <w:szCs w:val="24"/>
        </w:rPr>
        <w:t>securitate</w:t>
      </w:r>
      <w:proofErr w:type="spellEnd"/>
    </w:p>
    <w:p w14:paraId="1D062AEA" w14:textId="77777777" w:rsidR="006D4E92" w:rsidRDefault="00000000">
      <w:pPr>
        <w:jc w:val="both"/>
      </w:pPr>
      <w:proofErr w:type="spellStart"/>
      <w:r w:rsidRPr="00693F1B">
        <w:rPr>
          <w:rFonts w:cs="Times New Roman"/>
          <w:szCs w:val="24"/>
        </w:rPr>
        <w:t>Unele</w:t>
      </w:r>
      <w:proofErr w:type="spellEnd"/>
      <w:r w:rsidRPr="00693F1B">
        <w:rPr>
          <w:rFonts w:cs="Times New Roman"/>
          <w:szCs w:val="24"/>
        </w:rPr>
        <w:t xml:space="preserve"> </w:t>
      </w:r>
      <w:proofErr w:type="spellStart"/>
      <w:r w:rsidRPr="00693F1B">
        <w:rPr>
          <w:rFonts w:cs="Times New Roman"/>
          <w:szCs w:val="24"/>
        </w:rPr>
        <w:t>încălcări</w:t>
      </w:r>
      <w:proofErr w:type="spellEnd"/>
      <w:r w:rsidRPr="00693F1B">
        <w:rPr>
          <w:rFonts w:cs="Times New Roman"/>
          <w:szCs w:val="24"/>
        </w:rPr>
        <w:t xml:space="preserve"> ale </w:t>
      </w:r>
      <w:proofErr w:type="spellStart"/>
      <w:r w:rsidRPr="00693F1B">
        <w:rPr>
          <w:rFonts w:cs="Times New Roman"/>
          <w:szCs w:val="24"/>
        </w:rPr>
        <w:t>securității</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 nu </w:t>
      </w:r>
      <w:proofErr w:type="spellStart"/>
      <w:r w:rsidRPr="00693F1B">
        <w:rPr>
          <w:rFonts w:cs="Times New Roman"/>
          <w:szCs w:val="24"/>
        </w:rPr>
        <w:t>vor</w:t>
      </w:r>
      <w:proofErr w:type="spellEnd"/>
      <w:r w:rsidRPr="00693F1B">
        <w:rPr>
          <w:rFonts w:cs="Times New Roman"/>
          <w:szCs w:val="24"/>
        </w:rPr>
        <w:t xml:space="preserve"> conduce la </w:t>
      </w:r>
      <w:proofErr w:type="spellStart"/>
      <w:r w:rsidRPr="00693F1B">
        <w:rPr>
          <w:rFonts w:cs="Times New Roman"/>
          <w:szCs w:val="24"/>
        </w:rPr>
        <w:t>riscuri</w:t>
      </w:r>
      <w:proofErr w:type="spellEnd"/>
      <w:r w:rsidRPr="00693F1B">
        <w:rPr>
          <w:rFonts w:cs="Times New Roman"/>
          <w:szCs w:val="24"/>
        </w:rPr>
        <w:t xml:space="preserve"> </w:t>
      </w:r>
      <w:proofErr w:type="spellStart"/>
      <w:r w:rsidRPr="00693F1B">
        <w:rPr>
          <w:rFonts w:cs="Times New Roman"/>
          <w:szCs w:val="24"/>
        </w:rPr>
        <w:t>ce</w:t>
      </w:r>
      <w:proofErr w:type="spellEnd"/>
      <w:r w:rsidRPr="00693F1B">
        <w:rPr>
          <w:rFonts w:cs="Times New Roman"/>
          <w:szCs w:val="24"/>
        </w:rPr>
        <w:t xml:space="preserve"> </w:t>
      </w:r>
      <w:proofErr w:type="spellStart"/>
      <w:r w:rsidRPr="00693F1B">
        <w:rPr>
          <w:rFonts w:cs="Times New Roman"/>
          <w:szCs w:val="24"/>
        </w:rPr>
        <w:t>depășesc</w:t>
      </w:r>
      <w:proofErr w:type="spellEnd"/>
      <w:r w:rsidRPr="00693F1B">
        <w:rPr>
          <w:rFonts w:cs="Times New Roman"/>
          <w:szCs w:val="24"/>
        </w:rPr>
        <w:t xml:space="preserve"> </w:t>
      </w:r>
      <w:proofErr w:type="spellStart"/>
      <w:r w:rsidRPr="00693F1B">
        <w:rPr>
          <w:rFonts w:cs="Times New Roman"/>
          <w:szCs w:val="24"/>
        </w:rPr>
        <w:t>posibilele</w:t>
      </w:r>
      <w:proofErr w:type="spellEnd"/>
      <w:r w:rsidRPr="00693F1B">
        <w:rPr>
          <w:rFonts w:cs="Times New Roman"/>
          <w:szCs w:val="24"/>
        </w:rPr>
        <w:t xml:space="preserve"> </w:t>
      </w:r>
      <w:proofErr w:type="spellStart"/>
      <w:r w:rsidRPr="00693F1B">
        <w:rPr>
          <w:rFonts w:cs="Times New Roman"/>
          <w:szCs w:val="24"/>
        </w:rPr>
        <w:t>inconveniențe</w:t>
      </w:r>
      <w:proofErr w:type="spellEnd"/>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funcționarii</w:t>
      </w:r>
      <w:proofErr w:type="spellEnd"/>
      <w:r w:rsidRPr="00693F1B">
        <w:rPr>
          <w:rFonts w:cs="Times New Roman"/>
          <w:szCs w:val="24"/>
        </w:rPr>
        <w:t xml:space="preserve"> care au </w:t>
      </w:r>
      <w:proofErr w:type="spellStart"/>
      <w:r w:rsidRPr="00693F1B">
        <w:rPr>
          <w:rFonts w:cs="Times New Roman"/>
          <w:szCs w:val="24"/>
        </w:rPr>
        <w:t>nevoie</w:t>
      </w:r>
      <w:proofErr w:type="spellEnd"/>
      <w:r w:rsidRPr="00693F1B">
        <w:rPr>
          <w:rFonts w:cs="Times New Roman"/>
          <w:szCs w:val="24"/>
        </w:rPr>
        <w:t xml:space="preserve"> de </w:t>
      </w:r>
      <w:proofErr w:type="spellStart"/>
      <w:r w:rsidRPr="00693F1B">
        <w:rPr>
          <w:rFonts w:cs="Times New Roman"/>
          <w:szCs w:val="24"/>
        </w:rPr>
        <w:t>datele</w:t>
      </w:r>
      <w:proofErr w:type="spellEnd"/>
      <w:r w:rsidRPr="00693F1B">
        <w:rPr>
          <w:rFonts w:cs="Times New Roman"/>
          <w:szCs w:val="24"/>
        </w:rPr>
        <w:t xml:space="preserve"> respective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munca</w:t>
      </w:r>
      <w:proofErr w:type="spellEnd"/>
      <w:r w:rsidRPr="00693F1B">
        <w:rPr>
          <w:rFonts w:cs="Times New Roman"/>
          <w:szCs w:val="24"/>
        </w:rPr>
        <w:t xml:space="preserve"> lor. Alte </w:t>
      </w:r>
      <w:proofErr w:type="spellStart"/>
      <w:r w:rsidRPr="00693F1B">
        <w:rPr>
          <w:rFonts w:cs="Times New Roman"/>
          <w:szCs w:val="24"/>
        </w:rPr>
        <w:t>încălcări</w:t>
      </w:r>
      <w:proofErr w:type="spellEnd"/>
      <w:r w:rsidRPr="00693F1B">
        <w:rPr>
          <w:rFonts w:cs="Times New Roman"/>
          <w:szCs w:val="24"/>
        </w:rPr>
        <w:t xml:space="preserve"> pot </w:t>
      </w:r>
      <w:proofErr w:type="spellStart"/>
      <w:r w:rsidRPr="00693F1B">
        <w:rPr>
          <w:rFonts w:cs="Times New Roman"/>
          <w:szCs w:val="24"/>
        </w:rPr>
        <w:t>afecta</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mod </w:t>
      </w:r>
      <w:proofErr w:type="spellStart"/>
      <w:r w:rsidRPr="00693F1B">
        <w:rPr>
          <w:rFonts w:cs="Times New Roman"/>
          <w:szCs w:val="24"/>
        </w:rPr>
        <w:t>semnificativ</w:t>
      </w:r>
      <w:proofErr w:type="spellEnd"/>
      <w:r w:rsidRPr="00693F1B">
        <w:rPr>
          <w:rFonts w:cs="Times New Roman"/>
          <w:szCs w:val="24"/>
        </w:rPr>
        <w:t xml:space="preserve"> </w:t>
      </w:r>
      <w:proofErr w:type="spellStart"/>
      <w:r w:rsidRPr="00693F1B">
        <w:rPr>
          <w:rFonts w:cs="Times New Roman"/>
          <w:szCs w:val="24"/>
        </w:rPr>
        <w:t>cetățenii</w:t>
      </w:r>
      <w:proofErr w:type="spellEnd"/>
      <w:r w:rsidRPr="00693F1B">
        <w:rPr>
          <w:rFonts w:cs="Times New Roman"/>
          <w:szCs w:val="24"/>
        </w:rPr>
        <w:t xml:space="preserve"> ale </w:t>
      </w:r>
      <w:proofErr w:type="spellStart"/>
      <w:r w:rsidRPr="00693F1B">
        <w:rPr>
          <w:rFonts w:cs="Times New Roman"/>
          <w:szCs w:val="24"/>
        </w:rPr>
        <w:t>căror</w:t>
      </w:r>
      <w:proofErr w:type="spellEnd"/>
      <w:r w:rsidRPr="00693F1B">
        <w:rPr>
          <w:rFonts w:cs="Times New Roman"/>
          <w:szCs w:val="24"/>
        </w:rPr>
        <w:t xml:space="preserve"> date cu </w:t>
      </w:r>
      <w:proofErr w:type="spellStart"/>
      <w:r w:rsidRPr="00693F1B">
        <w:rPr>
          <w:rFonts w:cs="Times New Roman"/>
          <w:szCs w:val="24"/>
        </w:rPr>
        <w:t>caracter</w:t>
      </w:r>
      <w:proofErr w:type="spellEnd"/>
      <w:r w:rsidRPr="00693F1B">
        <w:rPr>
          <w:rFonts w:cs="Times New Roman"/>
          <w:szCs w:val="24"/>
        </w:rPr>
        <w:t xml:space="preserve"> personal au </w:t>
      </w:r>
      <w:proofErr w:type="spellStart"/>
      <w:r w:rsidRPr="00693F1B">
        <w:rPr>
          <w:rFonts w:cs="Times New Roman"/>
          <w:szCs w:val="24"/>
        </w:rPr>
        <w:t>fost</w:t>
      </w:r>
      <w:proofErr w:type="spellEnd"/>
      <w:r w:rsidRPr="00693F1B">
        <w:rPr>
          <w:rFonts w:cs="Times New Roman"/>
          <w:szCs w:val="24"/>
        </w:rPr>
        <w:t xml:space="preserve"> compromise.</w:t>
      </w:r>
    </w:p>
    <w:p w14:paraId="10A9134D" w14:textId="77777777" w:rsidR="006D4E92" w:rsidRDefault="00000000">
      <w:pPr>
        <w:jc w:val="both"/>
      </w:pP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analiza</w:t>
      </w:r>
      <w:proofErr w:type="spellEnd"/>
      <w:r w:rsidRPr="00693F1B">
        <w:rPr>
          <w:rFonts w:cs="Times New Roman"/>
          <w:szCs w:val="24"/>
        </w:rPr>
        <w:t xml:space="preserve"> </w:t>
      </w:r>
      <w:proofErr w:type="spellStart"/>
      <w:r w:rsidRPr="00693F1B">
        <w:rPr>
          <w:rFonts w:cs="Times New Roman"/>
          <w:szCs w:val="24"/>
        </w:rPr>
        <w:t>incidentelor</w:t>
      </w:r>
      <w:proofErr w:type="spellEnd"/>
      <w:r w:rsidRPr="00693F1B">
        <w:rPr>
          <w:rFonts w:cs="Times New Roman"/>
          <w:szCs w:val="24"/>
        </w:rPr>
        <w:t xml:space="preserve"> de </w:t>
      </w:r>
      <w:proofErr w:type="spellStart"/>
      <w:r w:rsidRPr="00693F1B">
        <w:rPr>
          <w:rFonts w:cs="Times New Roman"/>
          <w:szCs w:val="24"/>
        </w:rPr>
        <w:t>securitate</w:t>
      </w:r>
      <w:proofErr w:type="spellEnd"/>
      <w:r w:rsidRPr="00693F1B">
        <w:rPr>
          <w:rFonts w:cs="Times New Roman"/>
          <w:szCs w:val="24"/>
        </w:rPr>
        <w:t xml:space="preserve"> se </w:t>
      </w:r>
      <w:proofErr w:type="spellStart"/>
      <w:r w:rsidRPr="00693F1B">
        <w:rPr>
          <w:rFonts w:cs="Times New Roman"/>
          <w:szCs w:val="24"/>
        </w:rPr>
        <w:t>vor</w:t>
      </w:r>
      <w:proofErr w:type="spellEnd"/>
      <w:r w:rsidRPr="00693F1B">
        <w:rPr>
          <w:rFonts w:cs="Times New Roman"/>
          <w:szCs w:val="24"/>
        </w:rPr>
        <w:t xml:space="preserve"> </w:t>
      </w:r>
      <w:proofErr w:type="spellStart"/>
      <w:r w:rsidRPr="00693F1B">
        <w:rPr>
          <w:rFonts w:cs="Times New Roman"/>
          <w:szCs w:val="24"/>
        </w:rPr>
        <w:t>avea</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vedere</w:t>
      </w:r>
      <w:proofErr w:type="spellEnd"/>
      <w:r w:rsidRPr="00693F1B">
        <w:rPr>
          <w:rFonts w:cs="Times New Roman"/>
          <w:szCs w:val="24"/>
        </w:rPr>
        <w:t xml:space="preserve"> </w:t>
      </w:r>
      <w:proofErr w:type="spellStart"/>
      <w:r w:rsidRPr="00693F1B">
        <w:rPr>
          <w:rFonts w:cs="Times New Roman"/>
          <w:szCs w:val="24"/>
        </w:rPr>
        <w:t>următoarele</w:t>
      </w:r>
      <w:proofErr w:type="spellEnd"/>
      <w:r w:rsidRPr="00693F1B">
        <w:rPr>
          <w:rFonts w:cs="Times New Roman"/>
          <w:szCs w:val="24"/>
        </w:rPr>
        <w:t xml:space="preserve"> </w:t>
      </w:r>
      <w:proofErr w:type="spellStart"/>
      <w:r w:rsidRPr="00693F1B">
        <w:rPr>
          <w:rFonts w:cs="Times New Roman"/>
          <w:szCs w:val="24"/>
        </w:rPr>
        <w:t>aspecte</w:t>
      </w:r>
      <w:proofErr w:type="spellEnd"/>
      <w:r w:rsidRPr="00693F1B">
        <w:rPr>
          <w:rFonts w:cs="Times New Roman"/>
          <w:szCs w:val="24"/>
        </w:rPr>
        <w:t>:</w:t>
      </w:r>
    </w:p>
    <w:p w14:paraId="41561E9B" w14:textId="77777777" w:rsidR="006D4E92" w:rsidRPr="00693F1B" w:rsidRDefault="00000000">
      <w:pPr>
        <w:numPr>
          <w:ilvl w:val="0"/>
          <w:numId w:val="20"/>
        </w:numPr>
        <w:jc w:val="both"/>
        <w:rPr>
          <w:rFonts w:cs="Times New Roman"/>
          <w:szCs w:val="24"/>
        </w:rPr>
      </w:pPr>
      <w:proofErr w:type="spellStart"/>
      <w:r w:rsidRPr="00693F1B">
        <w:rPr>
          <w:rFonts w:cs="Times New Roman"/>
          <w:szCs w:val="24"/>
        </w:rPr>
        <w:t>prejudicii</w:t>
      </w:r>
      <w:proofErr w:type="spellEnd"/>
      <w:r w:rsidRPr="00693F1B">
        <w:rPr>
          <w:rFonts w:cs="Times New Roman"/>
          <w:szCs w:val="24"/>
        </w:rPr>
        <w:t xml:space="preserve"> de </w:t>
      </w:r>
      <w:proofErr w:type="spellStart"/>
      <w:r w:rsidRPr="00693F1B">
        <w:rPr>
          <w:rFonts w:cs="Times New Roman"/>
          <w:szCs w:val="24"/>
        </w:rPr>
        <w:t>natură</w:t>
      </w:r>
      <w:proofErr w:type="spellEnd"/>
      <w:r w:rsidRPr="00693F1B">
        <w:rPr>
          <w:rFonts w:cs="Times New Roman"/>
          <w:szCs w:val="24"/>
        </w:rPr>
        <w:t xml:space="preserve"> </w:t>
      </w:r>
      <w:proofErr w:type="spellStart"/>
      <w:r w:rsidRPr="00693F1B">
        <w:rPr>
          <w:rFonts w:cs="Times New Roman"/>
          <w:szCs w:val="24"/>
        </w:rPr>
        <w:t>fizică</w:t>
      </w:r>
      <w:proofErr w:type="spellEnd"/>
      <w:r w:rsidRPr="00693F1B">
        <w:rPr>
          <w:rFonts w:cs="Times New Roman"/>
          <w:szCs w:val="24"/>
        </w:rPr>
        <w:t xml:space="preserve">, </w:t>
      </w:r>
      <w:proofErr w:type="spellStart"/>
      <w:r w:rsidRPr="00693F1B">
        <w:rPr>
          <w:rFonts w:cs="Times New Roman"/>
          <w:szCs w:val="24"/>
        </w:rPr>
        <w:t>materială</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morală</w:t>
      </w:r>
      <w:proofErr w:type="spellEnd"/>
      <w:r w:rsidRPr="00693F1B">
        <w:rPr>
          <w:rFonts w:cs="Times New Roman"/>
          <w:szCs w:val="24"/>
        </w:rPr>
        <w:t xml:space="preserve"> </w:t>
      </w:r>
      <w:proofErr w:type="spellStart"/>
      <w:r w:rsidRPr="00693F1B">
        <w:rPr>
          <w:rFonts w:cs="Times New Roman"/>
          <w:szCs w:val="24"/>
        </w:rPr>
        <w:t>persoanelor</w:t>
      </w:r>
      <w:proofErr w:type="spellEnd"/>
      <w:r w:rsidRPr="00693F1B">
        <w:rPr>
          <w:rFonts w:cs="Times New Roman"/>
          <w:szCs w:val="24"/>
        </w:rPr>
        <w:t xml:space="preserve"> </w:t>
      </w:r>
      <w:proofErr w:type="spellStart"/>
      <w:r w:rsidRPr="00693F1B">
        <w:rPr>
          <w:rFonts w:cs="Times New Roman"/>
          <w:szCs w:val="24"/>
        </w:rPr>
        <w:t>fizice</w:t>
      </w:r>
      <w:proofErr w:type="spellEnd"/>
      <w:r w:rsidRPr="00693F1B">
        <w:rPr>
          <w:rFonts w:cs="Times New Roman"/>
          <w:szCs w:val="24"/>
        </w:rPr>
        <w:t xml:space="preserve"> (</w:t>
      </w:r>
      <w:proofErr w:type="spellStart"/>
      <w:r w:rsidRPr="00693F1B">
        <w:rPr>
          <w:rFonts w:cs="Times New Roman"/>
          <w:szCs w:val="24"/>
        </w:rPr>
        <w:t>cetățenilor</w:t>
      </w:r>
      <w:proofErr w:type="spellEnd"/>
      <w:r w:rsidRPr="00693F1B">
        <w:rPr>
          <w:rFonts w:cs="Times New Roman"/>
          <w:szCs w:val="24"/>
        </w:rPr>
        <w:t xml:space="preserve">), cum </w:t>
      </w:r>
      <w:proofErr w:type="spellStart"/>
      <w:r w:rsidRPr="00693F1B">
        <w:rPr>
          <w:rFonts w:cs="Times New Roman"/>
          <w:szCs w:val="24"/>
        </w:rPr>
        <w:t>ar</w:t>
      </w:r>
      <w:proofErr w:type="spellEnd"/>
      <w:r w:rsidRPr="00693F1B">
        <w:rPr>
          <w:rFonts w:cs="Times New Roman"/>
          <w:szCs w:val="24"/>
        </w:rPr>
        <w:t xml:space="preserve"> fi: </w:t>
      </w:r>
      <w:proofErr w:type="spellStart"/>
      <w:r w:rsidRPr="00693F1B">
        <w:rPr>
          <w:rFonts w:cs="Times New Roman"/>
          <w:szCs w:val="24"/>
        </w:rPr>
        <w:t>pierderea</w:t>
      </w:r>
      <w:proofErr w:type="spellEnd"/>
      <w:r w:rsidRPr="00693F1B">
        <w:rPr>
          <w:rFonts w:cs="Times New Roman"/>
          <w:szCs w:val="24"/>
        </w:rPr>
        <w:t xml:space="preserve"> </w:t>
      </w:r>
      <w:proofErr w:type="spellStart"/>
      <w:r w:rsidRPr="00693F1B">
        <w:rPr>
          <w:rFonts w:cs="Times New Roman"/>
          <w:szCs w:val="24"/>
        </w:rPr>
        <w:t>controlului</w:t>
      </w:r>
      <w:proofErr w:type="spellEnd"/>
      <w:r w:rsidRPr="00693F1B">
        <w:rPr>
          <w:rFonts w:cs="Times New Roman"/>
          <w:szCs w:val="24"/>
        </w:rPr>
        <w:t xml:space="preserve"> </w:t>
      </w:r>
      <w:proofErr w:type="spellStart"/>
      <w:r w:rsidRPr="00693F1B">
        <w:rPr>
          <w:rFonts w:cs="Times New Roman"/>
          <w:szCs w:val="24"/>
        </w:rPr>
        <w:t>asupra</w:t>
      </w:r>
      <w:proofErr w:type="spellEnd"/>
      <w:r w:rsidRPr="00693F1B">
        <w:rPr>
          <w:rFonts w:cs="Times New Roman"/>
          <w:szCs w:val="24"/>
        </w:rPr>
        <w:t xml:space="preserve"> </w:t>
      </w:r>
      <w:proofErr w:type="spellStart"/>
      <w:r w:rsidRPr="00693F1B">
        <w:rPr>
          <w:rFonts w:cs="Times New Roman"/>
          <w:szCs w:val="24"/>
        </w:rPr>
        <w:t>propriilor</w:t>
      </w:r>
      <w:proofErr w:type="spellEnd"/>
      <w:r w:rsidRPr="00693F1B">
        <w:rPr>
          <w:rFonts w:cs="Times New Roman"/>
          <w:szCs w:val="24"/>
        </w:rPr>
        <w:t xml:space="preserve"> date cu </w:t>
      </w:r>
      <w:proofErr w:type="spellStart"/>
      <w:r w:rsidRPr="00693F1B">
        <w:rPr>
          <w:rFonts w:cs="Times New Roman"/>
          <w:szCs w:val="24"/>
        </w:rPr>
        <w:t>caracter</w:t>
      </w:r>
      <w:proofErr w:type="spellEnd"/>
      <w:r w:rsidRPr="00693F1B">
        <w:rPr>
          <w:rFonts w:cs="Times New Roman"/>
          <w:szCs w:val="24"/>
        </w:rPr>
        <w:t xml:space="preserve"> personal, </w:t>
      </w:r>
      <w:proofErr w:type="spellStart"/>
      <w:r w:rsidRPr="00693F1B">
        <w:rPr>
          <w:rFonts w:cs="Times New Roman"/>
          <w:szCs w:val="24"/>
        </w:rPr>
        <w:t>limitarea</w:t>
      </w:r>
      <w:proofErr w:type="spellEnd"/>
      <w:r w:rsidRPr="00693F1B">
        <w:rPr>
          <w:rFonts w:cs="Times New Roman"/>
          <w:szCs w:val="24"/>
        </w:rPr>
        <w:t xml:space="preserve"> </w:t>
      </w:r>
      <w:proofErr w:type="spellStart"/>
      <w:r w:rsidRPr="00693F1B">
        <w:rPr>
          <w:rFonts w:cs="Times New Roman"/>
          <w:szCs w:val="24"/>
        </w:rPr>
        <w:t>propriilor</w:t>
      </w:r>
      <w:proofErr w:type="spellEnd"/>
      <w:r w:rsidRPr="00693F1B">
        <w:rPr>
          <w:rFonts w:cs="Times New Roman"/>
          <w:szCs w:val="24"/>
        </w:rPr>
        <w:t xml:space="preserve"> </w:t>
      </w:r>
      <w:proofErr w:type="spellStart"/>
      <w:r w:rsidRPr="00693F1B">
        <w:rPr>
          <w:rFonts w:cs="Times New Roman"/>
          <w:szCs w:val="24"/>
        </w:rPr>
        <w:t>drepturi</w:t>
      </w:r>
      <w:proofErr w:type="spellEnd"/>
      <w:r w:rsidRPr="00693F1B">
        <w:rPr>
          <w:rFonts w:cs="Times New Roman"/>
          <w:szCs w:val="24"/>
        </w:rPr>
        <w:t xml:space="preserve">, </w:t>
      </w:r>
      <w:proofErr w:type="spellStart"/>
      <w:r w:rsidRPr="00693F1B">
        <w:rPr>
          <w:rFonts w:cs="Times New Roman"/>
          <w:szCs w:val="24"/>
        </w:rPr>
        <w:t>discriminarea</w:t>
      </w:r>
      <w:proofErr w:type="spellEnd"/>
      <w:r w:rsidRPr="00693F1B">
        <w:rPr>
          <w:rFonts w:cs="Times New Roman"/>
          <w:szCs w:val="24"/>
        </w:rPr>
        <w:t xml:space="preserve">, </w:t>
      </w:r>
      <w:proofErr w:type="spellStart"/>
      <w:r w:rsidRPr="00693F1B">
        <w:rPr>
          <w:rFonts w:cs="Times New Roman"/>
          <w:szCs w:val="24"/>
        </w:rPr>
        <w:t>furtul</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frauda</w:t>
      </w:r>
      <w:proofErr w:type="spellEnd"/>
      <w:r w:rsidRPr="00693F1B">
        <w:rPr>
          <w:rFonts w:cs="Times New Roman"/>
          <w:szCs w:val="24"/>
        </w:rPr>
        <w:t xml:space="preserve"> de </w:t>
      </w:r>
      <w:proofErr w:type="spellStart"/>
      <w:r w:rsidRPr="00693F1B">
        <w:rPr>
          <w:rFonts w:cs="Times New Roman"/>
          <w:szCs w:val="24"/>
        </w:rPr>
        <w:t>identitate</w:t>
      </w:r>
      <w:proofErr w:type="spellEnd"/>
      <w:r w:rsidRPr="00693F1B">
        <w:rPr>
          <w:rFonts w:cs="Times New Roman"/>
          <w:szCs w:val="24"/>
        </w:rPr>
        <w:t xml:space="preserve">, </w:t>
      </w:r>
      <w:proofErr w:type="spellStart"/>
      <w:r w:rsidRPr="00693F1B">
        <w:rPr>
          <w:rFonts w:cs="Times New Roman"/>
          <w:szCs w:val="24"/>
        </w:rPr>
        <w:t>pierderea</w:t>
      </w:r>
      <w:proofErr w:type="spellEnd"/>
      <w:r w:rsidRPr="00693F1B">
        <w:rPr>
          <w:rFonts w:cs="Times New Roman"/>
          <w:szCs w:val="24"/>
        </w:rPr>
        <w:t xml:space="preserve"> </w:t>
      </w:r>
      <w:proofErr w:type="spellStart"/>
      <w:r w:rsidRPr="00693F1B">
        <w:rPr>
          <w:rFonts w:cs="Times New Roman"/>
          <w:szCs w:val="24"/>
        </w:rPr>
        <w:t>financiară</w:t>
      </w:r>
      <w:proofErr w:type="spellEnd"/>
      <w:r w:rsidRPr="00693F1B">
        <w:rPr>
          <w:rFonts w:cs="Times New Roman"/>
          <w:szCs w:val="24"/>
        </w:rPr>
        <w:t xml:space="preserve">, </w:t>
      </w:r>
      <w:proofErr w:type="spellStart"/>
      <w:r w:rsidRPr="00693F1B">
        <w:rPr>
          <w:rFonts w:cs="Times New Roman"/>
          <w:szCs w:val="24"/>
        </w:rPr>
        <w:t>inversarea</w:t>
      </w:r>
      <w:proofErr w:type="spellEnd"/>
      <w:r w:rsidRPr="00693F1B">
        <w:rPr>
          <w:rFonts w:cs="Times New Roman"/>
          <w:szCs w:val="24"/>
        </w:rPr>
        <w:t xml:space="preserve"> </w:t>
      </w:r>
      <w:proofErr w:type="spellStart"/>
      <w:r w:rsidRPr="00693F1B">
        <w:rPr>
          <w:rFonts w:cs="Times New Roman"/>
          <w:szCs w:val="24"/>
        </w:rPr>
        <w:t>neautorizată</w:t>
      </w:r>
      <w:proofErr w:type="spellEnd"/>
      <w:r w:rsidRPr="00693F1B">
        <w:rPr>
          <w:rFonts w:cs="Times New Roman"/>
          <w:szCs w:val="24"/>
        </w:rPr>
        <w:t xml:space="preserve"> a </w:t>
      </w:r>
      <w:proofErr w:type="spellStart"/>
      <w:r w:rsidRPr="00693F1B">
        <w:rPr>
          <w:rFonts w:cs="Times New Roman"/>
          <w:szCs w:val="24"/>
        </w:rPr>
        <w:t>pseudonimizării</w:t>
      </w:r>
      <w:proofErr w:type="spellEnd"/>
      <w:r w:rsidRPr="00693F1B">
        <w:rPr>
          <w:rFonts w:cs="Times New Roman"/>
          <w:szCs w:val="24"/>
        </w:rPr>
        <w:t>;</w:t>
      </w:r>
    </w:p>
    <w:p w14:paraId="1FE0EB8A" w14:textId="77777777" w:rsidR="006D4E92" w:rsidRDefault="00000000">
      <w:pPr>
        <w:numPr>
          <w:ilvl w:val="0"/>
          <w:numId w:val="20"/>
        </w:numPr>
        <w:jc w:val="both"/>
        <w:rPr>
          <w:rFonts w:cs="Times New Roman"/>
          <w:szCs w:val="24"/>
          <w:lang w:val="ru-MD"/>
        </w:rPr>
      </w:pPr>
      <w:proofErr w:type="spellStart"/>
      <w:r>
        <w:rPr>
          <w:rFonts w:cs="Times New Roman"/>
          <w:szCs w:val="24"/>
          <w:lang w:val="ru-MD"/>
        </w:rPr>
        <w:t>compromiterea</w:t>
      </w:r>
      <w:proofErr w:type="spellEnd"/>
      <w:r>
        <w:rPr>
          <w:rFonts w:cs="Times New Roman"/>
          <w:szCs w:val="24"/>
          <w:lang w:val="ru-MD"/>
        </w:rPr>
        <w:t xml:space="preserve"> </w:t>
      </w:r>
      <w:proofErr w:type="spellStart"/>
      <w:r>
        <w:rPr>
          <w:rFonts w:cs="Times New Roman"/>
          <w:szCs w:val="24"/>
          <w:lang w:val="ru-MD"/>
        </w:rPr>
        <w:t>reputației</w:t>
      </w:r>
      <w:proofErr w:type="spellEnd"/>
      <w:r>
        <w:rPr>
          <w:rFonts w:cs="Times New Roman"/>
          <w:szCs w:val="24"/>
          <w:lang w:val="ru-MD"/>
        </w:rPr>
        <w:t xml:space="preserve"> </w:t>
      </w:r>
      <w:proofErr w:type="spellStart"/>
      <w:r>
        <w:rPr>
          <w:rFonts w:cs="Times New Roman"/>
          <w:szCs w:val="24"/>
          <w:lang w:val="ru-MD"/>
        </w:rPr>
        <w:t>instituției</w:t>
      </w:r>
      <w:proofErr w:type="spellEnd"/>
      <w:r>
        <w:rPr>
          <w:rFonts w:cs="Times New Roman"/>
          <w:szCs w:val="24"/>
          <w:lang w:val="ru-MD"/>
        </w:rPr>
        <w:t xml:space="preserve"> </w:t>
      </w:r>
      <w:proofErr w:type="spellStart"/>
      <w:r>
        <w:rPr>
          <w:rFonts w:cs="Times New Roman"/>
          <w:szCs w:val="24"/>
          <w:lang w:val="ru-MD"/>
        </w:rPr>
        <w:t>publice</w:t>
      </w:r>
      <w:proofErr w:type="spellEnd"/>
      <w:r>
        <w:rPr>
          <w:rFonts w:cs="Times New Roman"/>
          <w:szCs w:val="24"/>
          <w:lang w:val="ru-MD"/>
        </w:rPr>
        <w:t>;</w:t>
      </w:r>
    </w:p>
    <w:p w14:paraId="12B8CEB3" w14:textId="77777777" w:rsidR="006D4E92" w:rsidRPr="00693F1B" w:rsidRDefault="00000000">
      <w:pPr>
        <w:numPr>
          <w:ilvl w:val="0"/>
          <w:numId w:val="20"/>
        </w:numPr>
        <w:jc w:val="both"/>
        <w:rPr>
          <w:rFonts w:cs="Times New Roman"/>
          <w:szCs w:val="24"/>
        </w:rPr>
      </w:pPr>
      <w:proofErr w:type="spellStart"/>
      <w:r w:rsidRPr="00693F1B">
        <w:rPr>
          <w:rFonts w:cs="Times New Roman"/>
          <w:szCs w:val="24"/>
        </w:rPr>
        <w:t>pierderea</w:t>
      </w:r>
      <w:proofErr w:type="spellEnd"/>
      <w:r w:rsidRPr="00693F1B">
        <w:rPr>
          <w:rFonts w:cs="Times New Roman"/>
          <w:szCs w:val="24"/>
        </w:rPr>
        <w:t xml:space="preserve"> </w:t>
      </w:r>
      <w:proofErr w:type="spellStart"/>
      <w:r w:rsidRPr="00693F1B">
        <w:rPr>
          <w:rFonts w:cs="Times New Roman"/>
          <w:szCs w:val="24"/>
        </w:rPr>
        <w:t>confidențialității</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 </w:t>
      </w:r>
      <w:proofErr w:type="spellStart"/>
      <w:r w:rsidRPr="00693F1B">
        <w:rPr>
          <w:rFonts w:cs="Times New Roman"/>
          <w:szCs w:val="24"/>
        </w:rPr>
        <w:t>protejate</w:t>
      </w:r>
      <w:proofErr w:type="spellEnd"/>
      <w:r w:rsidRPr="00693F1B">
        <w:rPr>
          <w:rFonts w:cs="Times New Roman"/>
          <w:szCs w:val="24"/>
        </w:rPr>
        <w:t xml:space="preserve"> </w:t>
      </w:r>
      <w:proofErr w:type="spellStart"/>
      <w:r w:rsidRPr="00693F1B">
        <w:rPr>
          <w:rFonts w:cs="Times New Roman"/>
          <w:szCs w:val="24"/>
        </w:rPr>
        <w:t>prin</w:t>
      </w:r>
      <w:proofErr w:type="spellEnd"/>
      <w:r w:rsidRPr="00693F1B">
        <w:rPr>
          <w:rFonts w:cs="Times New Roman"/>
          <w:szCs w:val="24"/>
        </w:rPr>
        <w:t xml:space="preserve"> secret </w:t>
      </w:r>
      <w:proofErr w:type="spellStart"/>
      <w:r w:rsidRPr="00693F1B">
        <w:rPr>
          <w:rFonts w:cs="Times New Roman"/>
          <w:szCs w:val="24"/>
        </w:rPr>
        <w:t>profesional</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secret </w:t>
      </w:r>
      <w:proofErr w:type="spellStart"/>
      <w:r w:rsidRPr="00693F1B">
        <w:rPr>
          <w:rFonts w:cs="Times New Roman"/>
          <w:szCs w:val="24"/>
        </w:rPr>
        <w:t>arhivistic</w:t>
      </w:r>
      <w:proofErr w:type="spellEnd"/>
      <w:r w:rsidRPr="00693F1B">
        <w:rPr>
          <w:rFonts w:cs="Times New Roman"/>
          <w:szCs w:val="24"/>
        </w:rPr>
        <w:t xml:space="preserve"> (ex: date din </w:t>
      </w:r>
      <w:proofErr w:type="spellStart"/>
      <w:r w:rsidRPr="00693F1B">
        <w:rPr>
          <w:rFonts w:cs="Times New Roman"/>
          <w:szCs w:val="24"/>
        </w:rPr>
        <w:t>testamente</w:t>
      </w:r>
      <w:proofErr w:type="spellEnd"/>
      <w:r w:rsidRPr="00693F1B">
        <w:rPr>
          <w:rFonts w:cs="Times New Roman"/>
          <w:szCs w:val="24"/>
        </w:rPr>
        <w:t xml:space="preserve"> </w:t>
      </w:r>
      <w:proofErr w:type="spellStart"/>
      <w:r w:rsidRPr="00693F1B">
        <w:rPr>
          <w:rFonts w:cs="Times New Roman"/>
          <w:szCs w:val="24"/>
        </w:rPr>
        <w:t>notariale</w:t>
      </w:r>
      <w:proofErr w:type="spellEnd"/>
      <w:r w:rsidRPr="00693F1B">
        <w:rPr>
          <w:rFonts w:cs="Times New Roman"/>
          <w:szCs w:val="24"/>
        </w:rPr>
        <w:t xml:space="preserve">, </w:t>
      </w:r>
      <w:proofErr w:type="spellStart"/>
      <w:r w:rsidRPr="00693F1B">
        <w:rPr>
          <w:rFonts w:cs="Times New Roman"/>
          <w:szCs w:val="24"/>
        </w:rPr>
        <w:t>cauze</w:t>
      </w:r>
      <w:proofErr w:type="spellEnd"/>
      <w:r w:rsidRPr="00693F1B">
        <w:rPr>
          <w:rFonts w:cs="Times New Roman"/>
          <w:szCs w:val="24"/>
        </w:rPr>
        <w:t xml:space="preserve"> de </w:t>
      </w:r>
      <w:proofErr w:type="spellStart"/>
      <w:r w:rsidRPr="00693F1B">
        <w:rPr>
          <w:rFonts w:cs="Times New Roman"/>
          <w:szCs w:val="24"/>
        </w:rPr>
        <w:t>deces</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anchete</w:t>
      </w:r>
      <w:proofErr w:type="spellEnd"/>
      <w:r w:rsidRPr="00693F1B">
        <w:rPr>
          <w:rFonts w:cs="Times New Roman"/>
          <w:szCs w:val="24"/>
        </w:rPr>
        <w:t xml:space="preserve"> </w:t>
      </w:r>
      <w:proofErr w:type="spellStart"/>
      <w:r w:rsidRPr="00693F1B">
        <w:rPr>
          <w:rFonts w:cs="Times New Roman"/>
          <w:szCs w:val="24"/>
        </w:rPr>
        <w:t>sociale</w:t>
      </w:r>
      <w:proofErr w:type="spellEnd"/>
      <w:r w:rsidRPr="00693F1B">
        <w:rPr>
          <w:rFonts w:cs="Times New Roman"/>
          <w:szCs w:val="24"/>
        </w:rPr>
        <w:t>);</w:t>
      </w:r>
    </w:p>
    <w:p w14:paraId="56DE5A08" w14:textId="77777777" w:rsidR="006D4E92" w:rsidRPr="00693F1B" w:rsidRDefault="00000000">
      <w:pPr>
        <w:numPr>
          <w:ilvl w:val="0"/>
          <w:numId w:val="20"/>
        </w:numPr>
        <w:jc w:val="both"/>
        <w:rPr>
          <w:rFonts w:cs="Times New Roman"/>
          <w:szCs w:val="24"/>
        </w:rPr>
      </w:pPr>
      <w:proofErr w:type="spellStart"/>
      <w:r w:rsidRPr="00693F1B">
        <w:rPr>
          <w:rFonts w:cs="Times New Roman"/>
          <w:szCs w:val="24"/>
        </w:rPr>
        <w:t>orice</w:t>
      </w:r>
      <w:proofErr w:type="spellEnd"/>
      <w:r w:rsidRPr="00693F1B">
        <w:rPr>
          <w:rFonts w:cs="Times New Roman"/>
          <w:szCs w:val="24"/>
        </w:rPr>
        <w:t xml:space="preserve"> alt </w:t>
      </w:r>
      <w:proofErr w:type="spellStart"/>
      <w:r w:rsidRPr="00693F1B">
        <w:rPr>
          <w:rFonts w:cs="Times New Roman"/>
          <w:szCs w:val="24"/>
        </w:rPr>
        <w:t>dezavantaj</w:t>
      </w:r>
      <w:proofErr w:type="spellEnd"/>
      <w:r w:rsidRPr="00693F1B">
        <w:rPr>
          <w:rFonts w:cs="Times New Roman"/>
          <w:szCs w:val="24"/>
        </w:rPr>
        <w:t xml:space="preserve"> </w:t>
      </w:r>
      <w:proofErr w:type="spellStart"/>
      <w:r w:rsidRPr="00693F1B">
        <w:rPr>
          <w:rFonts w:cs="Times New Roman"/>
          <w:szCs w:val="24"/>
        </w:rPr>
        <w:t>semnificativ</w:t>
      </w:r>
      <w:proofErr w:type="spellEnd"/>
      <w:r w:rsidRPr="00693F1B">
        <w:rPr>
          <w:rFonts w:cs="Times New Roman"/>
          <w:szCs w:val="24"/>
        </w:rPr>
        <w:t xml:space="preserve"> de </w:t>
      </w:r>
      <w:proofErr w:type="spellStart"/>
      <w:r w:rsidRPr="00693F1B">
        <w:rPr>
          <w:rFonts w:cs="Times New Roman"/>
          <w:szCs w:val="24"/>
        </w:rPr>
        <w:t>natură</w:t>
      </w:r>
      <w:proofErr w:type="spellEnd"/>
      <w:r w:rsidRPr="00693F1B">
        <w:rPr>
          <w:rFonts w:cs="Times New Roman"/>
          <w:szCs w:val="24"/>
        </w:rPr>
        <w:t xml:space="preserve"> </w:t>
      </w:r>
      <w:proofErr w:type="spellStart"/>
      <w:r w:rsidRPr="00693F1B">
        <w:rPr>
          <w:rFonts w:cs="Times New Roman"/>
          <w:szCs w:val="24"/>
        </w:rPr>
        <w:t>economică</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socială</w:t>
      </w:r>
      <w:proofErr w:type="spellEnd"/>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persoana</w:t>
      </w:r>
      <w:proofErr w:type="spellEnd"/>
      <w:r w:rsidRPr="00693F1B">
        <w:rPr>
          <w:rFonts w:cs="Times New Roman"/>
          <w:szCs w:val="24"/>
        </w:rPr>
        <w:t xml:space="preserve"> </w:t>
      </w:r>
      <w:proofErr w:type="spellStart"/>
      <w:r w:rsidRPr="00693F1B">
        <w:rPr>
          <w:rFonts w:cs="Times New Roman"/>
          <w:szCs w:val="24"/>
        </w:rPr>
        <w:t>fizică</w:t>
      </w:r>
      <w:proofErr w:type="spellEnd"/>
      <w:r w:rsidRPr="00693F1B">
        <w:rPr>
          <w:rFonts w:cs="Times New Roman"/>
          <w:szCs w:val="24"/>
        </w:rPr>
        <w:t xml:space="preserve"> </w:t>
      </w:r>
      <w:proofErr w:type="spellStart"/>
      <w:r w:rsidRPr="00693F1B">
        <w:rPr>
          <w:rFonts w:cs="Times New Roman"/>
          <w:szCs w:val="24"/>
        </w:rPr>
        <w:t>vizată</w:t>
      </w:r>
      <w:proofErr w:type="spellEnd"/>
      <w:r w:rsidRPr="00693F1B">
        <w:rPr>
          <w:rFonts w:cs="Times New Roman"/>
          <w:szCs w:val="24"/>
        </w:rPr>
        <w:t>.</w:t>
      </w:r>
    </w:p>
    <w:p w14:paraId="2B30B6CE" w14:textId="77777777" w:rsidR="006D4E92" w:rsidRDefault="00000000">
      <w:pPr>
        <w:jc w:val="both"/>
      </w:pP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vederea</w:t>
      </w:r>
      <w:proofErr w:type="spellEnd"/>
      <w:r w:rsidRPr="00693F1B">
        <w:rPr>
          <w:rFonts w:cs="Times New Roman"/>
          <w:szCs w:val="24"/>
        </w:rPr>
        <w:t xml:space="preserve"> </w:t>
      </w:r>
      <w:proofErr w:type="spellStart"/>
      <w:r w:rsidRPr="00693F1B">
        <w:rPr>
          <w:rFonts w:cs="Times New Roman"/>
          <w:szCs w:val="24"/>
        </w:rPr>
        <w:t>analizării</w:t>
      </w:r>
      <w:proofErr w:type="spellEnd"/>
      <w:r w:rsidRPr="00693F1B">
        <w:rPr>
          <w:rFonts w:cs="Times New Roman"/>
          <w:szCs w:val="24"/>
        </w:rPr>
        <w:t xml:space="preserve"> </w:t>
      </w:r>
      <w:proofErr w:type="spellStart"/>
      <w:r w:rsidRPr="00693F1B">
        <w:rPr>
          <w:rFonts w:cs="Times New Roman"/>
          <w:szCs w:val="24"/>
        </w:rPr>
        <w:t>acestora</w:t>
      </w:r>
      <w:proofErr w:type="spellEnd"/>
      <w:r w:rsidRPr="00693F1B">
        <w:rPr>
          <w:rFonts w:cs="Times New Roman"/>
          <w:szCs w:val="24"/>
        </w:rPr>
        <w:t xml:space="preserve">, </w:t>
      </w:r>
      <w:proofErr w:type="spellStart"/>
      <w:r w:rsidRPr="00693F1B">
        <w:rPr>
          <w:rFonts w:cs="Times New Roman"/>
          <w:szCs w:val="24"/>
        </w:rPr>
        <w:t>Persoana</w:t>
      </w:r>
      <w:proofErr w:type="spellEnd"/>
      <w:r w:rsidRPr="00693F1B">
        <w:rPr>
          <w:rFonts w:cs="Times New Roman"/>
          <w:szCs w:val="24"/>
        </w:rPr>
        <w:t xml:space="preserve"> </w:t>
      </w:r>
      <w:proofErr w:type="spellStart"/>
      <w:r w:rsidRPr="00693F1B">
        <w:rPr>
          <w:rFonts w:cs="Times New Roman"/>
          <w:szCs w:val="24"/>
        </w:rPr>
        <w:t>Responsabilă</w:t>
      </w:r>
      <w:proofErr w:type="spellEnd"/>
      <w:r w:rsidRPr="00693F1B">
        <w:rPr>
          <w:rFonts w:cs="Times New Roman"/>
          <w:szCs w:val="24"/>
        </w:rPr>
        <w:t xml:space="preserve"> cu </w:t>
      </w:r>
      <w:proofErr w:type="spellStart"/>
      <w:r w:rsidRPr="00693F1B">
        <w:rPr>
          <w:rFonts w:cs="Times New Roman"/>
          <w:szCs w:val="24"/>
        </w:rPr>
        <w:t>Protecția</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(DPO) </w:t>
      </w:r>
      <w:proofErr w:type="spellStart"/>
      <w:r w:rsidRPr="00693F1B">
        <w:rPr>
          <w:rFonts w:cs="Times New Roman"/>
          <w:szCs w:val="24"/>
        </w:rPr>
        <w:t>va</w:t>
      </w:r>
      <w:proofErr w:type="spellEnd"/>
      <w:r w:rsidRPr="00693F1B">
        <w:rPr>
          <w:rFonts w:cs="Times New Roman"/>
          <w:szCs w:val="24"/>
        </w:rPr>
        <w:t xml:space="preserve"> </w:t>
      </w:r>
      <w:proofErr w:type="spellStart"/>
      <w:r w:rsidRPr="00693F1B">
        <w:rPr>
          <w:rFonts w:cs="Times New Roman"/>
          <w:szCs w:val="24"/>
        </w:rPr>
        <w:t>obține</w:t>
      </w:r>
      <w:proofErr w:type="spellEnd"/>
      <w:r w:rsidRPr="00693F1B">
        <w:rPr>
          <w:rFonts w:cs="Times New Roman"/>
          <w:szCs w:val="24"/>
        </w:rPr>
        <w:t xml:space="preserve"> </w:t>
      </w:r>
      <w:proofErr w:type="spellStart"/>
      <w:r w:rsidRPr="00693F1B">
        <w:rPr>
          <w:rFonts w:cs="Times New Roman"/>
          <w:szCs w:val="24"/>
        </w:rPr>
        <w:t>informații</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suport</w:t>
      </w:r>
      <w:proofErr w:type="spellEnd"/>
      <w:r w:rsidRPr="00693F1B">
        <w:rPr>
          <w:rFonts w:cs="Times New Roman"/>
          <w:szCs w:val="24"/>
        </w:rPr>
        <w:t xml:space="preserve"> </w:t>
      </w:r>
      <w:proofErr w:type="spellStart"/>
      <w:r w:rsidRPr="00693F1B">
        <w:rPr>
          <w:rFonts w:cs="Times New Roman"/>
          <w:szCs w:val="24"/>
        </w:rPr>
        <w:t>operativ</w:t>
      </w:r>
      <w:proofErr w:type="spellEnd"/>
      <w:r w:rsidRPr="00693F1B">
        <w:rPr>
          <w:rFonts w:cs="Times New Roman"/>
          <w:szCs w:val="24"/>
        </w:rPr>
        <w:t xml:space="preserve"> direct de la </w:t>
      </w:r>
      <w:proofErr w:type="spellStart"/>
      <w:r w:rsidRPr="00693F1B">
        <w:rPr>
          <w:rFonts w:cs="Times New Roman"/>
          <w:szCs w:val="24"/>
        </w:rPr>
        <w:t>specialiștii</w:t>
      </w:r>
      <w:proofErr w:type="spellEnd"/>
      <w:r w:rsidRPr="00693F1B">
        <w:rPr>
          <w:rFonts w:cs="Times New Roman"/>
          <w:szCs w:val="24"/>
        </w:rPr>
        <w:t xml:space="preserve"> din </w:t>
      </w:r>
      <w:proofErr w:type="spellStart"/>
      <w:r w:rsidRPr="00693F1B">
        <w:rPr>
          <w:rFonts w:cs="Times New Roman"/>
          <w:szCs w:val="24"/>
        </w:rPr>
        <w:t>cadrul</w:t>
      </w:r>
      <w:proofErr w:type="spellEnd"/>
      <w:r w:rsidRPr="00693F1B">
        <w:rPr>
          <w:rFonts w:cs="Times New Roman"/>
          <w:szCs w:val="24"/>
        </w:rPr>
        <w:t xml:space="preserve"> </w:t>
      </w:r>
      <w:proofErr w:type="spellStart"/>
      <w:r w:rsidRPr="00693F1B">
        <w:rPr>
          <w:rFonts w:cs="Times New Roman"/>
          <w:szCs w:val="24"/>
        </w:rPr>
        <w:t>Aparatului</w:t>
      </w:r>
      <w:proofErr w:type="spellEnd"/>
      <w:r w:rsidRPr="00693F1B">
        <w:rPr>
          <w:rFonts w:cs="Times New Roman"/>
          <w:szCs w:val="24"/>
        </w:rPr>
        <w:t xml:space="preserve"> </w:t>
      </w:r>
      <w:proofErr w:type="spellStart"/>
      <w:r w:rsidRPr="00693F1B">
        <w:rPr>
          <w:rFonts w:cs="Times New Roman"/>
          <w:szCs w:val="24"/>
        </w:rPr>
        <w:t>Primarului</w:t>
      </w:r>
      <w:proofErr w:type="spellEnd"/>
      <w:r w:rsidRPr="00693F1B">
        <w:rPr>
          <w:rFonts w:cs="Times New Roman"/>
          <w:szCs w:val="24"/>
        </w:rPr>
        <w:t xml:space="preserve"> </w:t>
      </w:r>
      <w:proofErr w:type="spellStart"/>
      <w:r w:rsidRPr="00693F1B">
        <w:rPr>
          <w:rFonts w:cs="Times New Roman"/>
          <w:szCs w:val="24"/>
        </w:rPr>
        <w:t>satului</w:t>
      </w:r>
      <w:proofErr w:type="spellEnd"/>
      <w:r w:rsidRPr="00693F1B">
        <w:rPr>
          <w:rFonts w:cs="Times New Roman"/>
          <w:szCs w:val="24"/>
        </w:rPr>
        <w:t xml:space="preserve"> </w:t>
      </w:r>
      <w:proofErr w:type="spellStart"/>
      <w:r w:rsidRPr="00693F1B">
        <w:rPr>
          <w:rFonts w:cs="Times New Roman"/>
          <w:szCs w:val="24"/>
        </w:rPr>
        <w:t>Mereni</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funcție</w:t>
      </w:r>
      <w:proofErr w:type="spellEnd"/>
      <w:r w:rsidRPr="00693F1B">
        <w:rPr>
          <w:rFonts w:cs="Times New Roman"/>
          <w:szCs w:val="24"/>
        </w:rPr>
        <w:t xml:space="preserve"> de </w:t>
      </w:r>
      <w:proofErr w:type="spellStart"/>
      <w:r w:rsidRPr="00693F1B">
        <w:rPr>
          <w:rFonts w:cs="Times New Roman"/>
          <w:szCs w:val="24"/>
        </w:rPr>
        <w:t>registrul</w:t>
      </w:r>
      <w:proofErr w:type="spellEnd"/>
      <w:r w:rsidRPr="00693F1B">
        <w:rPr>
          <w:rFonts w:cs="Times New Roman"/>
          <w:szCs w:val="24"/>
        </w:rPr>
        <w:t xml:space="preserve"> </w:t>
      </w:r>
      <w:proofErr w:type="spellStart"/>
      <w:r w:rsidRPr="00693F1B">
        <w:rPr>
          <w:rFonts w:cs="Times New Roman"/>
          <w:szCs w:val="24"/>
        </w:rPr>
        <w:t>afectat</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de </w:t>
      </w:r>
      <w:proofErr w:type="spellStart"/>
      <w:r w:rsidRPr="00693F1B">
        <w:rPr>
          <w:rFonts w:cs="Times New Roman"/>
          <w:szCs w:val="24"/>
        </w:rPr>
        <w:t>atribuțiile</w:t>
      </w:r>
      <w:proofErr w:type="spellEnd"/>
      <w:r w:rsidRPr="00693F1B">
        <w:rPr>
          <w:rFonts w:cs="Times New Roman"/>
          <w:szCs w:val="24"/>
        </w:rPr>
        <w:t xml:space="preserve"> </w:t>
      </w:r>
      <w:proofErr w:type="spellStart"/>
      <w:r w:rsidRPr="00693F1B">
        <w:rPr>
          <w:rFonts w:cs="Times New Roman"/>
          <w:szCs w:val="24"/>
        </w:rPr>
        <w:t>specifice</w:t>
      </w:r>
      <w:proofErr w:type="spellEnd"/>
      <w:r w:rsidRPr="00693F1B">
        <w:rPr>
          <w:rFonts w:cs="Times New Roman"/>
          <w:szCs w:val="24"/>
        </w:rPr>
        <w:t xml:space="preserve"> ale </w:t>
      </w:r>
      <w:proofErr w:type="spellStart"/>
      <w:r w:rsidRPr="00693F1B">
        <w:rPr>
          <w:rFonts w:cs="Times New Roman"/>
          <w:szCs w:val="24"/>
        </w:rPr>
        <w:t>postului</w:t>
      </w:r>
      <w:proofErr w:type="spellEnd"/>
      <w:r w:rsidRPr="00693F1B">
        <w:rPr>
          <w:rFonts w:cs="Times New Roman"/>
          <w:szCs w:val="24"/>
        </w:rPr>
        <w:t xml:space="preserve"> </w:t>
      </w:r>
      <w:proofErr w:type="spellStart"/>
      <w:r w:rsidRPr="00693F1B">
        <w:rPr>
          <w:rFonts w:cs="Times New Roman"/>
          <w:szCs w:val="24"/>
        </w:rPr>
        <w:t>unde</w:t>
      </w:r>
      <w:proofErr w:type="spellEnd"/>
      <w:r w:rsidRPr="00693F1B">
        <w:rPr>
          <w:rFonts w:cs="Times New Roman"/>
          <w:szCs w:val="24"/>
        </w:rPr>
        <w:t xml:space="preserve"> s-a </w:t>
      </w:r>
      <w:proofErr w:type="spellStart"/>
      <w:r w:rsidRPr="00693F1B">
        <w:rPr>
          <w:rFonts w:cs="Times New Roman"/>
          <w:szCs w:val="24"/>
        </w:rPr>
        <w:t>produs</w:t>
      </w:r>
      <w:proofErr w:type="spellEnd"/>
      <w:r w:rsidRPr="00693F1B">
        <w:rPr>
          <w:rFonts w:cs="Times New Roman"/>
          <w:szCs w:val="24"/>
        </w:rPr>
        <w:t xml:space="preserve"> </w:t>
      </w:r>
      <w:proofErr w:type="spellStart"/>
      <w:r w:rsidRPr="00693F1B">
        <w:rPr>
          <w:rFonts w:cs="Times New Roman"/>
          <w:szCs w:val="24"/>
        </w:rPr>
        <w:t>incidentul</w:t>
      </w:r>
      <w:proofErr w:type="spellEnd"/>
      <w:r w:rsidRPr="00693F1B">
        <w:rPr>
          <w:rFonts w:cs="Times New Roman"/>
          <w:szCs w:val="24"/>
        </w:rPr>
        <w:t xml:space="preserve">, </w:t>
      </w:r>
      <w:proofErr w:type="spellStart"/>
      <w:r w:rsidRPr="00693F1B">
        <w:rPr>
          <w:rFonts w:cs="Times New Roman"/>
          <w:szCs w:val="24"/>
        </w:rPr>
        <w:t>apelând</w:t>
      </w:r>
      <w:proofErr w:type="spellEnd"/>
      <w:r w:rsidRPr="00693F1B">
        <w:rPr>
          <w:rFonts w:cs="Times New Roman"/>
          <w:szCs w:val="24"/>
        </w:rPr>
        <w:t xml:space="preserve"> la </w:t>
      </w:r>
      <w:proofErr w:type="spellStart"/>
      <w:r w:rsidRPr="00693F1B">
        <w:rPr>
          <w:rFonts w:cs="Times New Roman"/>
          <w:szCs w:val="24"/>
        </w:rPr>
        <w:t>următoarele</w:t>
      </w:r>
      <w:proofErr w:type="spellEnd"/>
      <w:r w:rsidRPr="00693F1B">
        <w:rPr>
          <w:rFonts w:cs="Times New Roman"/>
          <w:szCs w:val="24"/>
        </w:rPr>
        <w:t xml:space="preserve"> </w:t>
      </w:r>
      <w:proofErr w:type="spellStart"/>
      <w:r w:rsidRPr="00693F1B">
        <w:rPr>
          <w:rFonts w:cs="Times New Roman"/>
          <w:szCs w:val="24"/>
        </w:rPr>
        <w:t>funcții</w:t>
      </w:r>
      <w:proofErr w:type="spellEnd"/>
      <w:r w:rsidRPr="00693F1B">
        <w:rPr>
          <w:rFonts w:cs="Times New Roman"/>
          <w:szCs w:val="24"/>
        </w:rPr>
        <w:t xml:space="preserve"> </w:t>
      </w:r>
      <w:proofErr w:type="spellStart"/>
      <w:r w:rsidRPr="00693F1B">
        <w:rPr>
          <w:rFonts w:cs="Times New Roman"/>
          <w:szCs w:val="24"/>
        </w:rPr>
        <w:t>stabilite</w:t>
      </w:r>
      <w:proofErr w:type="spellEnd"/>
      <w:r w:rsidRPr="00693F1B">
        <w:rPr>
          <w:rFonts w:cs="Times New Roman"/>
          <w:szCs w:val="24"/>
        </w:rPr>
        <w:t xml:space="preserve"> </w:t>
      </w:r>
      <w:proofErr w:type="spellStart"/>
      <w:r w:rsidRPr="00693F1B">
        <w:rPr>
          <w:rFonts w:cs="Times New Roman"/>
          <w:szCs w:val="24"/>
        </w:rPr>
        <w:t>prin</w:t>
      </w:r>
      <w:proofErr w:type="spellEnd"/>
      <w:r w:rsidRPr="00693F1B">
        <w:rPr>
          <w:rFonts w:cs="Times New Roman"/>
          <w:szCs w:val="24"/>
        </w:rPr>
        <w:t xml:space="preserve"> </w:t>
      </w:r>
      <w:proofErr w:type="spellStart"/>
      <w:r w:rsidRPr="00693F1B">
        <w:rPr>
          <w:rFonts w:cs="Times New Roman"/>
          <w:szCs w:val="24"/>
        </w:rPr>
        <w:t>Organigrama</w:t>
      </w:r>
      <w:proofErr w:type="spellEnd"/>
      <w:r w:rsidRPr="00693F1B">
        <w:rPr>
          <w:rFonts w:cs="Times New Roman"/>
          <w:szCs w:val="24"/>
        </w:rPr>
        <w:t xml:space="preserve"> </w:t>
      </w:r>
      <w:proofErr w:type="spellStart"/>
      <w:r w:rsidRPr="00693F1B">
        <w:rPr>
          <w:rFonts w:cs="Times New Roman"/>
          <w:szCs w:val="24"/>
        </w:rPr>
        <w:t>aprobată</w:t>
      </w:r>
      <w:proofErr w:type="spellEnd"/>
      <w:r w:rsidRPr="00693F1B">
        <w:rPr>
          <w:rFonts w:cs="Times New Roman"/>
          <w:szCs w:val="24"/>
        </w:rPr>
        <w:t xml:space="preserve"> de </w:t>
      </w:r>
      <w:proofErr w:type="spellStart"/>
      <w:r w:rsidRPr="00693F1B">
        <w:rPr>
          <w:rFonts w:cs="Times New Roman"/>
          <w:szCs w:val="24"/>
        </w:rPr>
        <w:t>Consiliul</w:t>
      </w:r>
      <w:proofErr w:type="spellEnd"/>
      <w:r w:rsidRPr="00693F1B">
        <w:rPr>
          <w:rFonts w:cs="Times New Roman"/>
          <w:szCs w:val="24"/>
        </w:rPr>
        <w:t xml:space="preserve"> Local:</w:t>
      </w:r>
    </w:p>
    <w:p w14:paraId="06E1C4C5" w14:textId="77777777" w:rsidR="006D4E92" w:rsidRPr="00693F1B" w:rsidRDefault="00000000">
      <w:pPr>
        <w:numPr>
          <w:ilvl w:val="0"/>
          <w:numId w:val="11"/>
        </w:numPr>
        <w:jc w:val="both"/>
        <w:rPr>
          <w:rFonts w:cs="Times New Roman"/>
          <w:szCs w:val="24"/>
        </w:rPr>
      </w:pPr>
      <w:r w:rsidRPr="00693F1B">
        <w:rPr>
          <w:rFonts w:cs="Times New Roman"/>
          <w:b/>
          <w:bCs/>
          <w:szCs w:val="24"/>
        </w:rPr>
        <w:t xml:space="preserve">Pe </w:t>
      </w:r>
      <w:proofErr w:type="spellStart"/>
      <w:r w:rsidRPr="00693F1B">
        <w:rPr>
          <w:rFonts w:cs="Times New Roman"/>
          <w:b/>
          <w:bCs/>
          <w:szCs w:val="24"/>
        </w:rPr>
        <w:t>segmentul</w:t>
      </w:r>
      <w:proofErr w:type="spellEnd"/>
      <w:r w:rsidRPr="00693F1B">
        <w:rPr>
          <w:rFonts w:cs="Times New Roman"/>
          <w:b/>
          <w:bCs/>
          <w:szCs w:val="24"/>
        </w:rPr>
        <w:t xml:space="preserve"> </w:t>
      </w:r>
      <w:proofErr w:type="spellStart"/>
      <w:r w:rsidRPr="00693F1B">
        <w:rPr>
          <w:rFonts w:cs="Times New Roman"/>
          <w:b/>
          <w:bCs/>
          <w:szCs w:val="24"/>
        </w:rPr>
        <w:t>administrativ</w:t>
      </w:r>
      <w:proofErr w:type="spellEnd"/>
      <w:r w:rsidRPr="00693F1B">
        <w:rPr>
          <w:rFonts w:cs="Times New Roman"/>
          <w:b/>
          <w:bCs/>
          <w:szCs w:val="24"/>
        </w:rPr>
        <w:t xml:space="preserve">, de control </w:t>
      </w:r>
      <w:proofErr w:type="spellStart"/>
      <w:r w:rsidRPr="00693F1B">
        <w:rPr>
          <w:rFonts w:cs="Times New Roman"/>
          <w:b/>
          <w:bCs/>
          <w:szCs w:val="24"/>
        </w:rPr>
        <w:t>și</w:t>
      </w:r>
      <w:proofErr w:type="spellEnd"/>
      <w:r w:rsidRPr="00693F1B">
        <w:rPr>
          <w:rFonts w:cs="Times New Roman"/>
          <w:b/>
          <w:bCs/>
          <w:szCs w:val="24"/>
        </w:rPr>
        <w:t xml:space="preserve"> </w:t>
      </w:r>
      <w:proofErr w:type="spellStart"/>
      <w:r w:rsidRPr="00693F1B">
        <w:rPr>
          <w:rFonts w:cs="Times New Roman"/>
          <w:b/>
          <w:bCs/>
          <w:szCs w:val="24"/>
        </w:rPr>
        <w:t>decizional</w:t>
      </w:r>
      <w:proofErr w:type="spellEnd"/>
      <w:r w:rsidRPr="00693F1B">
        <w:rPr>
          <w:rFonts w:cs="Times New Roman"/>
          <w:b/>
          <w:bCs/>
          <w:szCs w:val="24"/>
        </w:rPr>
        <w:t>:</w:t>
      </w:r>
    </w:p>
    <w:p w14:paraId="1E467B6E" w14:textId="77777777" w:rsidR="006D4E92" w:rsidRDefault="00000000">
      <w:pPr>
        <w:numPr>
          <w:ilvl w:val="0"/>
          <w:numId w:val="9"/>
        </w:numPr>
        <w:jc w:val="both"/>
        <w:rPr>
          <w:rFonts w:cs="Times New Roman"/>
          <w:szCs w:val="24"/>
          <w:lang w:val="ru-MD"/>
        </w:rPr>
      </w:pPr>
      <w:proofErr w:type="spellStart"/>
      <w:r>
        <w:rPr>
          <w:rFonts w:cs="Times New Roman"/>
          <w:szCs w:val="24"/>
          <w:lang w:val="ru-MD"/>
        </w:rPr>
        <w:t>Primar</w:t>
      </w:r>
      <w:proofErr w:type="spellEnd"/>
      <w:r>
        <w:rPr>
          <w:rFonts w:cs="Times New Roman"/>
          <w:szCs w:val="24"/>
          <w:lang w:val="ru-MD"/>
        </w:rPr>
        <w:t>;</w:t>
      </w:r>
    </w:p>
    <w:p w14:paraId="10F9F7D7" w14:textId="77777777" w:rsidR="006D4E92" w:rsidRDefault="00000000">
      <w:pPr>
        <w:numPr>
          <w:ilvl w:val="0"/>
          <w:numId w:val="9"/>
        </w:numPr>
        <w:jc w:val="both"/>
        <w:rPr>
          <w:rFonts w:cs="Times New Roman"/>
          <w:szCs w:val="24"/>
          <w:lang w:val="ru-MD"/>
        </w:rPr>
      </w:pPr>
      <w:r>
        <w:rPr>
          <w:rFonts w:cs="Times New Roman"/>
          <w:szCs w:val="24"/>
          <w:lang w:val="ru-MD"/>
        </w:rPr>
        <w:t>Viceprimar;</w:t>
      </w:r>
    </w:p>
    <w:p w14:paraId="60A5B484" w14:textId="77777777" w:rsidR="006D4E92" w:rsidRPr="00693F1B" w:rsidRDefault="00000000">
      <w:pPr>
        <w:numPr>
          <w:ilvl w:val="0"/>
          <w:numId w:val="9"/>
        </w:numPr>
        <w:jc w:val="both"/>
        <w:rPr>
          <w:rFonts w:cs="Times New Roman"/>
          <w:szCs w:val="24"/>
        </w:rPr>
      </w:pPr>
      <w:proofErr w:type="spellStart"/>
      <w:r w:rsidRPr="00693F1B">
        <w:rPr>
          <w:rFonts w:cs="Times New Roman"/>
          <w:szCs w:val="24"/>
        </w:rPr>
        <w:t>Secretar</w:t>
      </w:r>
      <w:proofErr w:type="spellEnd"/>
      <w:r w:rsidRPr="00693F1B">
        <w:rPr>
          <w:rFonts w:cs="Times New Roman"/>
          <w:szCs w:val="24"/>
        </w:rPr>
        <w:t xml:space="preserve"> al </w:t>
      </w:r>
      <w:proofErr w:type="spellStart"/>
      <w:r w:rsidRPr="00693F1B">
        <w:rPr>
          <w:rFonts w:cs="Times New Roman"/>
          <w:szCs w:val="24"/>
        </w:rPr>
        <w:t>consiliului</w:t>
      </w:r>
      <w:proofErr w:type="spellEnd"/>
      <w:r w:rsidRPr="00693F1B">
        <w:rPr>
          <w:rFonts w:cs="Times New Roman"/>
          <w:szCs w:val="24"/>
        </w:rPr>
        <w:t xml:space="preserve"> local –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incidentele</w:t>
      </w:r>
      <w:proofErr w:type="spellEnd"/>
      <w:r w:rsidRPr="00693F1B">
        <w:rPr>
          <w:rFonts w:cs="Times New Roman"/>
          <w:szCs w:val="24"/>
        </w:rPr>
        <w:t xml:space="preserve"> </w:t>
      </w:r>
      <w:proofErr w:type="spellStart"/>
      <w:r w:rsidRPr="00693F1B">
        <w:rPr>
          <w:rFonts w:cs="Times New Roman"/>
          <w:szCs w:val="24"/>
        </w:rPr>
        <w:t>privind</w:t>
      </w:r>
      <w:proofErr w:type="spellEnd"/>
      <w:r w:rsidRPr="00693F1B">
        <w:rPr>
          <w:rFonts w:cs="Times New Roman"/>
          <w:szCs w:val="24"/>
        </w:rPr>
        <w:t xml:space="preserve"> </w:t>
      </w:r>
      <w:proofErr w:type="spellStart"/>
      <w:r w:rsidRPr="00693F1B">
        <w:rPr>
          <w:rFonts w:cs="Times New Roman"/>
          <w:i/>
          <w:iCs/>
          <w:szCs w:val="24"/>
        </w:rPr>
        <w:t>Registrul</w:t>
      </w:r>
      <w:proofErr w:type="spellEnd"/>
      <w:r w:rsidRPr="00693F1B">
        <w:rPr>
          <w:rFonts w:cs="Times New Roman"/>
          <w:i/>
          <w:iCs/>
          <w:szCs w:val="24"/>
        </w:rPr>
        <w:t xml:space="preserve"> de </w:t>
      </w:r>
      <w:proofErr w:type="spellStart"/>
      <w:r w:rsidRPr="00693F1B">
        <w:rPr>
          <w:rFonts w:cs="Times New Roman"/>
          <w:i/>
          <w:iCs/>
          <w:szCs w:val="24"/>
        </w:rPr>
        <w:t>evidență</w:t>
      </w:r>
      <w:proofErr w:type="spellEnd"/>
      <w:r w:rsidRPr="00693F1B">
        <w:rPr>
          <w:rFonts w:cs="Times New Roman"/>
          <w:i/>
          <w:iCs/>
          <w:szCs w:val="24"/>
        </w:rPr>
        <w:t xml:space="preserve"> a </w:t>
      </w:r>
      <w:proofErr w:type="spellStart"/>
      <w:r w:rsidRPr="00693F1B">
        <w:rPr>
          <w:rFonts w:cs="Times New Roman"/>
          <w:i/>
          <w:iCs/>
          <w:szCs w:val="24"/>
        </w:rPr>
        <w:t>petițiilor</w:t>
      </w:r>
      <w:proofErr w:type="spellEnd"/>
      <w:r w:rsidRPr="00693F1B">
        <w:rPr>
          <w:rFonts w:cs="Times New Roman"/>
          <w:szCs w:val="24"/>
        </w:rPr>
        <w:t xml:space="preserve">, </w:t>
      </w:r>
      <w:proofErr w:type="spellStart"/>
      <w:r w:rsidRPr="00693F1B">
        <w:rPr>
          <w:rFonts w:cs="Times New Roman"/>
          <w:i/>
          <w:iCs/>
          <w:szCs w:val="24"/>
        </w:rPr>
        <w:t>Registrul</w:t>
      </w:r>
      <w:proofErr w:type="spellEnd"/>
      <w:r w:rsidRPr="00693F1B">
        <w:rPr>
          <w:rFonts w:cs="Times New Roman"/>
          <w:i/>
          <w:iCs/>
          <w:szCs w:val="24"/>
        </w:rPr>
        <w:t xml:space="preserve"> </w:t>
      </w:r>
      <w:proofErr w:type="spellStart"/>
      <w:r w:rsidRPr="00693F1B">
        <w:rPr>
          <w:rFonts w:cs="Times New Roman"/>
          <w:i/>
          <w:iCs/>
          <w:szCs w:val="24"/>
        </w:rPr>
        <w:t>corespondenței</w:t>
      </w:r>
      <w:proofErr w:type="spellEnd"/>
      <w:r w:rsidRPr="00693F1B">
        <w:rPr>
          <w:rFonts w:cs="Times New Roman"/>
          <w:i/>
          <w:iCs/>
          <w:szCs w:val="24"/>
        </w:rPr>
        <w:t xml:space="preserve"> (</w:t>
      </w:r>
      <w:proofErr w:type="spellStart"/>
      <w:r w:rsidRPr="00693F1B">
        <w:rPr>
          <w:rFonts w:cs="Times New Roman"/>
          <w:i/>
          <w:iCs/>
          <w:szCs w:val="24"/>
        </w:rPr>
        <w:t>Scrisori</w:t>
      </w:r>
      <w:proofErr w:type="spellEnd"/>
      <w:r w:rsidRPr="00693F1B">
        <w:rPr>
          <w:rFonts w:cs="Times New Roman"/>
          <w:i/>
          <w:iCs/>
          <w:szCs w:val="24"/>
        </w:rPr>
        <w:t>)</w:t>
      </w:r>
      <w:r w:rsidRPr="00693F1B">
        <w:rPr>
          <w:rFonts w:cs="Times New Roman"/>
          <w:szCs w:val="24"/>
        </w:rPr>
        <w:t xml:space="preserve">, </w:t>
      </w:r>
      <w:proofErr w:type="spellStart"/>
      <w:r w:rsidRPr="00693F1B">
        <w:rPr>
          <w:rFonts w:cs="Times New Roman"/>
          <w:i/>
          <w:iCs/>
          <w:szCs w:val="24"/>
        </w:rPr>
        <w:t>Registrul</w:t>
      </w:r>
      <w:proofErr w:type="spellEnd"/>
      <w:r w:rsidRPr="00693F1B">
        <w:rPr>
          <w:rFonts w:cs="Times New Roman"/>
          <w:i/>
          <w:iCs/>
          <w:szCs w:val="24"/>
        </w:rPr>
        <w:t xml:space="preserve"> de </w:t>
      </w:r>
      <w:proofErr w:type="spellStart"/>
      <w:r w:rsidRPr="00693F1B">
        <w:rPr>
          <w:rFonts w:cs="Times New Roman"/>
          <w:i/>
          <w:iCs/>
          <w:szCs w:val="24"/>
        </w:rPr>
        <w:t>acte</w:t>
      </w:r>
      <w:proofErr w:type="spellEnd"/>
      <w:r w:rsidRPr="00693F1B">
        <w:rPr>
          <w:rFonts w:cs="Times New Roman"/>
          <w:i/>
          <w:iCs/>
          <w:szCs w:val="24"/>
        </w:rPr>
        <w:t xml:space="preserve"> de stare </w:t>
      </w:r>
      <w:proofErr w:type="spellStart"/>
      <w:r w:rsidRPr="00693F1B">
        <w:rPr>
          <w:rFonts w:cs="Times New Roman"/>
          <w:i/>
          <w:iCs/>
          <w:szCs w:val="24"/>
        </w:rPr>
        <w:t>civilă</w:t>
      </w:r>
      <w:proofErr w:type="spellEnd"/>
      <w:r w:rsidRPr="00693F1B">
        <w:rPr>
          <w:rFonts w:cs="Times New Roman"/>
          <w:szCs w:val="24"/>
        </w:rPr>
        <w:t xml:space="preserve">, </w:t>
      </w:r>
      <w:proofErr w:type="spellStart"/>
      <w:r w:rsidRPr="00693F1B">
        <w:rPr>
          <w:rFonts w:cs="Times New Roman"/>
          <w:i/>
          <w:iCs/>
          <w:szCs w:val="24"/>
        </w:rPr>
        <w:t>Registrul</w:t>
      </w:r>
      <w:proofErr w:type="spellEnd"/>
      <w:r w:rsidRPr="00693F1B">
        <w:rPr>
          <w:rFonts w:cs="Times New Roman"/>
          <w:i/>
          <w:iCs/>
          <w:szCs w:val="24"/>
        </w:rPr>
        <w:t xml:space="preserve"> </w:t>
      </w:r>
      <w:proofErr w:type="spellStart"/>
      <w:r w:rsidRPr="00693F1B">
        <w:rPr>
          <w:rFonts w:cs="Times New Roman"/>
          <w:i/>
          <w:iCs/>
          <w:szCs w:val="24"/>
        </w:rPr>
        <w:t>contractelor</w:t>
      </w:r>
      <w:proofErr w:type="spellEnd"/>
      <w:r w:rsidRPr="00693F1B">
        <w:rPr>
          <w:rFonts w:cs="Times New Roman"/>
          <w:i/>
          <w:iCs/>
          <w:szCs w:val="24"/>
        </w:rPr>
        <w:t xml:space="preserve"> de </w:t>
      </w:r>
      <w:proofErr w:type="spellStart"/>
      <w:r w:rsidRPr="00693F1B">
        <w:rPr>
          <w:rFonts w:cs="Times New Roman"/>
          <w:i/>
          <w:iCs/>
          <w:szCs w:val="24"/>
        </w:rPr>
        <w:t>arendă</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i/>
          <w:iCs/>
          <w:szCs w:val="24"/>
        </w:rPr>
        <w:t>Registrul</w:t>
      </w:r>
      <w:proofErr w:type="spellEnd"/>
      <w:r w:rsidRPr="00693F1B">
        <w:rPr>
          <w:rFonts w:cs="Times New Roman"/>
          <w:i/>
          <w:iCs/>
          <w:szCs w:val="24"/>
        </w:rPr>
        <w:t xml:space="preserve"> de </w:t>
      </w:r>
      <w:proofErr w:type="spellStart"/>
      <w:r w:rsidRPr="00693F1B">
        <w:rPr>
          <w:rFonts w:cs="Times New Roman"/>
          <w:i/>
          <w:iCs/>
          <w:szCs w:val="24"/>
        </w:rPr>
        <w:t>evidență</w:t>
      </w:r>
      <w:proofErr w:type="spellEnd"/>
      <w:r w:rsidRPr="00693F1B">
        <w:rPr>
          <w:rFonts w:cs="Times New Roman"/>
          <w:i/>
          <w:iCs/>
          <w:szCs w:val="24"/>
        </w:rPr>
        <w:t xml:space="preserve"> a </w:t>
      </w:r>
      <w:proofErr w:type="spellStart"/>
      <w:r w:rsidRPr="00693F1B">
        <w:rPr>
          <w:rFonts w:cs="Times New Roman"/>
          <w:i/>
          <w:iCs/>
          <w:szCs w:val="24"/>
        </w:rPr>
        <w:t>gospodăriilor</w:t>
      </w:r>
      <w:proofErr w:type="spellEnd"/>
      <w:r w:rsidRPr="00693F1B">
        <w:rPr>
          <w:rFonts w:cs="Times New Roman"/>
          <w:szCs w:val="24"/>
        </w:rPr>
        <w:t>.</w:t>
      </w:r>
    </w:p>
    <w:p w14:paraId="500B1BBF" w14:textId="77777777" w:rsidR="006D4E92" w:rsidRPr="00693F1B" w:rsidRDefault="00000000">
      <w:pPr>
        <w:numPr>
          <w:ilvl w:val="0"/>
          <w:numId w:val="11"/>
        </w:numPr>
        <w:jc w:val="both"/>
        <w:rPr>
          <w:rFonts w:cs="Times New Roman"/>
          <w:szCs w:val="24"/>
        </w:rPr>
      </w:pPr>
      <w:r w:rsidRPr="00693F1B">
        <w:rPr>
          <w:rFonts w:cs="Times New Roman"/>
          <w:b/>
          <w:bCs/>
          <w:szCs w:val="24"/>
        </w:rPr>
        <w:t xml:space="preserve">Pe </w:t>
      </w:r>
      <w:proofErr w:type="spellStart"/>
      <w:r w:rsidRPr="00693F1B">
        <w:rPr>
          <w:rFonts w:cs="Times New Roman"/>
          <w:b/>
          <w:bCs/>
          <w:szCs w:val="24"/>
        </w:rPr>
        <w:t>segmentul</w:t>
      </w:r>
      <w:proofErr w:type="spellEnd"/>
      <w:r w:rsidRPr="00693F1B">
        <w:rPr>
          <w:rFonts w:cs="Times New Roman"/>
          <w:b/>
          <w:bCs/>
          <w:szCs w:val="24"/>
        </w:rPr>
        <w:t xml:space="preserve"> </w:t>
      </w:r>
      <w:proofErr w:type="spellStart"/>
      <w:r w:rsidRPr="00693F1B">
        <w:rPr>
          <w:rFonts w:cs="Times New Roman"/>
          <w:b/>
          <w:bCs/>
          <w:szCs w:val="24"/>
        </w:rPr>
        <w:t>economico-financiar</w:t>
      </w:r>
      <w:proofErr w:type="spellEnd"/>
      <w:r w:rsidRPr="00693F1B">
        <w:rPr>
          <w:rFonts w:cs="Times New Roman"/>
          <w:b/>
          <w:bCs/>
          <w:szCs w:val="24"/>
        </w:rPr>
        <w:t xml:space="preserve"> </w:t>
      </w:r>
      <w:proofErr w:type="spellStart"/>
      <w:r w:rsidRPr="00693F1B">
        <w:rPr>
          <w:rFonts w:cs="Times New Roman"/>
          <w:b/>
          <w:bCs/>
          <w:szCs w:val="24"/>
        </w:rPr>
        <w:t>și</w:t>
      </w:r>
      <w:proofErr w:type="spellEnd"/>
      <w:r w:rsidRPr="00693F1B">
        <w:rPr>
          <w:rFonts w:cs="Times New Roman"/>
          <w:b/>
          <w:bCs/>
          <w:szCs w:val="24"/>
        </w:rPr>
        <w:t xml:space="preserve"> </w:t>
      </w:r>
      <w:proofErr w:type="spellStart"/>
      <w:r w:rsidRPr="00693F1B">
        <w:rPr>
          <w:rFonts w:cs="Times New Roman"/>
          <w:b/>
          <w:bCs/>
          <w:szCs w:val="24"/>
        </w:rPr>
        <w:t>salarial</w:t>
      </w:r>
      <w:proofErr w:type="spellEnd"/>
      <w:r w:rsidRPr="00693F1B">
        <w:rPr>
          <w:rFonts w:cs="Times New Roman"/>
          <w:b/>
          <w:bCs/>
          <w:szCs w:val="24"/>
        </w:rPr>
        <w:t>:</w:t>
      </w:r>
    </w:p>
    <w:p w14:paraId="55344886" w14:textId="77777777" w:rsidR="006D4E92" w:rsidRDefault="00000000">
      <w:pPr>
        <w:numPr>
          <w:ilvl w:val="0"/>
          <w:numId w:val="10"/>
        </w:numPr>
        <w:ind w:left="426" w:firstLine="1417"/>
        <w:jc w:val="both"/>
        <w:rPr>
          <w:rFonts w:cs="Times New Roman"/>
          <w:szCs w:val="24"/>
          <w:lang w:val="ru-MD"/>
        </w:rPr>
      </w:pPr>
      <w:proofErr w:type="spellStart"/>
      <w:r>
        <w:rPr>
          <w:rFonts w:cs="Times New Roman"/>
          <w:szCs w:val="24"/>
          <w:lang w:val="ru-MD"/>
        </w:rPr>
        <w:t>Contabil</w:t>
      </w:r>
      <w:proofErr w:type="spellEnd"/>
      <w:r>
        <w:rPr>
          <w:rFonts w:cs="Times New Roman"/>
          <w:szCs w:val="24"/>
          <w:lang w:val="ru-MD"/>
        </w:rPr>
        <w:t xml:space="preserve"> </w:t>
      </w:r>
      <w:proofErr w:type="spellStart"/>
      <w:r>
        <w:rPr>
          <w:rFonts w:cs="Times New Roman"/>
          <w:szCs w:val="24"/>
          <w:lang w:val="ru-MD"/>
        </w:rPr>
        <w:t>șef</w:t>
      </w:r>
      <w:proofErr w:type="spellEnd"/>
      <w:r>
        <w:rPr>
          <w:rFonts w:cs="Times New Roman"/>
          <w:szCs w:val="24"/>
          <w:lang w:val="ru-MD"/>
        </w:rPr>
        <w:t>;</w:t>
      </w:r>
    </w:p>
    <w:p w14:paraId="51CF2A39" w14:textId="77777777" w:rsidR="006D4E92" w:rsidRDefault="00000000">
      <w:pPr>
        <w:numPr>
          <w:ilvl w:val="0"/>
          <w:numId w:val="10"/>
        </w:numPr>
        <w:ind w:left="426" w:firstLine="1417"/>
        <w:jc w:val="both"/>
        <w:rPr>
          <w:rFonts w:cs="Times New Roman"/>
          <w:szCs w:val="24"/>
          <w:lang w:val="ru-MD"/>
        </w:rPr>
      </w:pPr>
      <w:r>
        <w:rPr>
          <w:rFonts w:cs="Times New Roman"/>
          <w:szCs w:val="24"/>
          <w:lang w:val="ru-MD"/>
        </w:rPr>
        <w:t>Contabil principal.</w:t>
      </w:r>
    </w:p>
    <w:p w14:paraId="1393BBFB" w14:textId="77777777" w:rsidR="006D4E92" w:rsidRPr="00693F1B" w:rsidRDefault="00000000">
      <w:pPr>
        <w:numPr>
          <w:ilvl w:val="0"/>
          <w:numId w:val="11"/>
        </w:numPr>
        <w:jc w:val="both"/>
        <w:rPr>
          <w:rFonts w:cs="Times New Roman"/>
          <w:szCs w:val="24"/>
        </w:rPr>
      </w:pPr>
      <w:r w:rsidRPr="00693F1B">
        <w:rPr>
          <w:rFonts w:cs="Times New Roman"/>
          <w:b/>
          <w:bCs/>
          <w:szCs w:val="24"/>
        </w:rPr>
        <w:lastRenderedPageBreak/>
        <w:t xml:space="preserve">Pe </w:t>
      </w:r>
      <w:proofErr w:type="spellStart"/>
      <w:r w:rsidRPr="00693F1B">
        <w:rPr>
          <w:rFonts w:cs="Times New Roman"/>
          <w:b/>
          <w:bCs/>
          <w:szCs w:val="24"/>
        </w:rPr>
        <w:t>segmentul</w:t>
      </w:r>
      <w:proofErr w:type="spellEnd"/>
      <w:r w:rsidRPr="00693F1B">
        <w:rPr>
          <w:rFonts w:cs="Times New Roman"/>
          <w:b/>
          <w:bCs/>
          <w:szCs w:val="24"/>
        </w:rPr>
        <w:t xml:space="preserve"> de </w:t>
      </w:r>
      <w:proofErr w:type="spellStart"/>
      <w:r w:rsidRPr="00693F1B">
        <w:rPr>
          <w:rFonts w:cs="Times New Roman"/>
          <w:b/>
          <w:bCs/>
          <w:szCs w:val="24"/>
        </w:rPr>
        <w:t>achiziții</w:t>
      </w:r>
      <w:proofErr w:type="spellEnd"/>
      <w:r w:rsidRPr="00693F1B">
        <w:rPr>
          <w:rFonts w:cs="Times New Roman"/>
          <w:b/>
          <w:bCs/>
          <w:szCs w:val="24"/>
        </w:rPr>
        <w:t xml:space="preserve"> </w:t>
      </w:r>
      <w:proofErr w:type="spellStart"/>
      <w:r w:rsidRPr="00693F1B">
        <w:rPr>
          <w:rFonts w:cs="Times New Roman"/>
          <w:b/>
          <w:bCs/>
          <w:szCs w:val="24"/>
        </w:rPr>
        <w:t>publice</w:t>
      </w:r>
      <w:proofErr w:type="spellEnd"/>
      <w:r w:rsidRPr="00693F1B">
        <w:rPr>
          <w:rFonts w:cs="Times New Roman"/>
          <w:b/>
          <w:bCs/>
          <w:szCs w:val="24"/>
        </w:rPr>
        <w:t xml:space="preserve"> </w:t>
      </w:r>
      <w:proofErr w:type="spellStart"/>
      <w:r w:rsidRPr="00693F1B">
        <w:rPr>
          <w:rFonts w:cs="Times New Roman"/>
          <w:b/>
          <w:bCs/>
          <w:szCs w:val="24"/>
        </w:rPr>
        <w:t>și</w:t>
      </w:r>
      <w:proofErr w:type="spellEnd"/>
      <w:r w:rsidRPr="00693F1B">
        <w:rPr>
          <w:rFonts w:cs="Times New Roman"/>
          <w:b/>
          <w:bCs/>
          <w:szCs w:val="24"/>
        </w:rPr>
        <w:t xml:space="preserve"> </w:t>
      </w:r>
      <w:proofErr w:type="spellStart"/>
      <w:r w:rsidRPr="00693F1B">
        <w:rPr>
          <w:rFonts w:cs="Times New Roman"/>
          <w:b/>
          <w:bCs/>
          <w:szCs w:val="24"/>
        </w:rPr>
        <w:t>atragerea</w:t>
      </w:r>
      <w:proofErr w:type="spellEnd"/>
      <w:r w:rsidRPr="00693F1B">
        <w:rPr>
          <w:rFonts w:cs="Times New Roman"/>
          <w:b/>
          <w:bCs/>
          <w:szCs w:val="24"/>
        </w:rPr>
        <w:t xml:space="preserve"> </w:t>
      </w:r>
      <w:proofErr w:type="spellStart"/>
      <w:r w:rsidRPr="00693F1B">
        <w:rPr>
          <w:rFonts w:cs="Times New Roman"/>
          <w:b/>
          <w:bCs/>
          <w:szCs w:val="24"/>
        </w:rPr>
        <w:t>investițiilor</w:t>
      </w:r>
      <w:proofErr w:type="spellEnd"/>
      <w:r w:rsidRPr="00693F1B">
        <w:rPr>
          <w:rFonts w:cs="Times New Roman"/>
          <w:b/>
          <w:bCs/>
          <w:szCs w:val="24"/>
        </w:rPr>
        <w:t>:</w:t>
      </w:r>
    </w:p>
    <w:p w14:paraId="259F358C" w14:textId="77777777" w:rsidR="006D4E92" w:rsidRPr="00693F1B" w:rsidRDefault="00000000">
      <w:pPr>
        <w:numPr>
          <w:ilvl w:val="0"/>
          <w:numId w:val="12"/>
        </w:numPr>
        <w:ind w:left="2127" w:hanging="284"/>
        <w:jc w:val="both"/>
        <w:rPr>
          <w:rFonts w:cs="Times New Roman"/>
          <w:szCs w:val="24"/>
        </w:rPr>
      </w:pPr>
      <w:r w:rsidRPr="00693F1B">
        <w:rPr>
          <w:rFonts w:cs="Times New Roman"/>
          <w:szCs w:val="24"/>
        </w:rPr>
        <w:t>Specialist (</w:t>
      </w:r>
      <w:proofErr w:type="spellStart"/>
      <w:r w:rsidRPr="00693F1B">
        <w:rPr>
          <w:rFonts w:cs="Times New Roman"/>
          <w:szCs w:val="24"/>
        </w:rPr>
        <w:t>achiziții</w:t>
      </w:r>
      <w:proofErr w:type="spellEnd"/>
      <w:r w:rsidRPr="00693F1B">
        <w:rPr>
          <w:rFonts w:cs="Times New Roman"/>
          <w:szCs w:val="24"/>
        </w:rPr>
        <w:t xml:space="preserve">) –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datele</w:t>
      </w:r>
      <w:proofErr w:type="spellEnd"/>
      <w:r w:rsidRPr="00693F1B">
        <w:rPr>
          <w:rFonts w:cs="Times New Roman"/>
          <w:szCs w:val="24"/>
        </w:rPr>
        <w:t xml:space="preserve"> compromise din </w:t>
      </w:r>
      <w:proofErr w:type="spellStart"/>
      <w:r w:rsidRPr="00693F1B">
        <w:rPr>
          <w:rFonts w:cs="Times New Roman"/>
          <w:i/>
          <w:iCs/>
          <w:szCs w:val="24"/>
        </w:rPr>
        <w:t>Registrul</w:t>
      </w:r>
      <w:proofErr w:type="spellEnd"/>
      <w:r w:rsidRPr="00693F1B">
        <w:rPr>
          <w:rFonts w:cs="Times New Roman"/>
          <w:i/>
          <w:iCs/>
          <w:szCs w:val="24"/>
        </w:rPr>
        <w:t xml:space="preserve"> </w:t>
      </w:r>
      <w:proofErr w:type="spellStart"/>
      <w:r w:rsidRPr="00693F1B">
        <w:rPr>
          <w:rFonts w:cs="Times New Roman"/>
          <w:i/>
          <w:iCs/>
          <w:szCs w:val="24"/>
        </w:rPr>
        <w:t>contractelor</w:t>
      </w:r>
      <w:proofErr w:type="spellEnd"/>
      <w:r w:rsidRPr="00693F1B">
        <w:rPr>
          <w:rFonts w:cs="Times New Roman"/>
          <w:i/>
          <w:iCs/>
          <w:szCs w:val="24"/>
        </w:rPr>
        <w:t xml:space="preserve"> de </w:t>
      </w:r>
      <w:proofErr w:type="spellStart"/>
      <w:r w:rsidRPr="00693F1B">
        <w:rPr>
          <w:rFonts w:cs="Times New Roman"/>
          <w:i/>
          <w:iCs/>
          <w:szCs w:val="24"/>
        </w:rPr>
        <w:t>achiziții</w:t>
      </w:r>
      <w:proofErr w:type="spellEnd"/>
      <w:r w:rsidRPr="00693F1B">
        <w:rPr>
          <w:rFonts w:cs="Times New Roman"/>
          <w:i/>
          <w:iCs/>
          <w:szCs w:val="24"/>
        </w:rPr>
        <w:t xml:space="preserve"> </w:t>
      </w:r>
      <w:proofErr w:type="spellStart"/>
      <w:r w:rsidRPr="00693F1B">
        <w:rPr>
          <w:rFonts w:cs="Times New Roman"/>
          <w:i/>
          <w:iCs/>
          <w:szCs w:val="24"/>
        </w:rPr>
        <w:t>publice</w:t>
      </w:r>
      <w:proofErr w:type="spellEnd"/>
      <w:r w:rsidRPr="00693F1B">
        <w:rPr>
          <w:rFonts w:cs="Times New Roman"/>
          <w:szCs w:val="24"/>
        </w:rPr>
        <w:t>;</w:t>
      </w:r>
    </w:p>
    <w:p w14:paraId="67D5F986" w14:textId="77777777" w:rsidR="006D4E92" w:rsidRDefault="00000000">
      <w:pPr>
        <w:numPr>
          <w:ilvl w:val="0"/>
          <w:numId w:val="12"/>
        </w:numPr>
        <w:ind w:left="2127" w:hanging="284"/>
        <w:jc w:val="both"/>
        <w:rPr>
          <w:rFonts w:cs="Times New Roman"/>
          <w:szCs w:val="24"/>
          <w:lang w:val="ru-MD"/>
        </w:rPr>
      </w:pPr>
      <w:proofErr w:type="spellStart"/>
      <w:r>
        <w:rPr>
          <w:rFonts w:cs="Times New Roman"/>
          <w:szCs w:val="24"/>
          <w:lang w:val="ru-MD"/>
        </w:rPr>
        <w:t>Specialist</w:t>
      </w:r>
      <w:proofErr w:type="spellEnd"/>
      <w:r>
        <w:rPr>
          <w:rFonts w:cs="Times New Roman"/>
          <w:szCs w:val="24"/>
          <w:lang w:val="ru-MD"/>
        </w:rPr>
        <w:t xml:space="preserve"> </w:t>
      </w:r>
      <w:proofErr w:type="spellStart"/>
      <w:r>
        <w:rPr>
          <w:rFonts w:cs="Times New Roman"/>
          <w:szCs w:val="24"/>
          <w:lang w:val="ru-MD"/>
        </w:rPr>
        <w:t>pe</w:t>
      </w:r>
      <w:proofErr w:type="spellEnd"/>
      <w:r>
        <w:rPr>
          <w:rFonts w:cs="Times New Roman"/>
          <w:szCs w:val="24"/>
          <w:lang w:val="ru-MD"/>
        </w:rPr>
        <w:t xml:space="preserve"> </w:t>
      </w:r>
      <w:proofErr w:type="spellStart"/>
      <w:r>
        <w:rPr>
          <w:rFonts w:cs="Times New Roman"/>
          <w:szCs w:val="24"/>
          <w:lang w:val="ru-MD"/>
        </w:rPr>
        <w:t>atragerea</w:t>
      </w:r>
      <w:proofErr w:type="spellEnd"/>
      <w:r>
        <w:rPr>
          <w:rFonts w:cs="Times New Roman"/>
          <w:szCs w:val="24"/>
          <w:lang w:val="ru-MD"/>
        </w:rPr>
        <w:t xml:space="preserve"> </w:t>
      </w:r>
      <w:proofErr w:type="spellStart"/>
      <w:r>
        <w:rPr>
          <w:rFonts w:cs="Times New Roman"/>
          <w:szCs w:val="24"/>
          <w:lang w:val="ru-MD"/>
        </w:rPr>
        <w:t>investițiilor</w:t>
      </w:r>
      <w:proofErr w:type="spellEnd"/>
      <w:r>
        <w:rPr>
          <w:rFonts w:cs="Times New Roman"/>
          <w:szCs w:val="24"/>
          <w:lang w:val="ru-MD"/>
        </w:rPr>
        <w:t>.</w:t>
      </w:r>
    </w:p>
    <w:p w14:paraId="16D27654" w14:textId="77777777" w:rsidR="006D4E92" w:rsidRPr="00693F1B" w:rsidRDefault="00000000">
      <w:pPr>
        <w:numPr>
          <w:ilvl w:val="0"/>
          <w:numId w:val="11"/>
        </w:numPr>
        <w:jc w:val="both"/>
        <w:rPr>
          <w:rFonts w:cs="Times New Roman"/>
          <w:szCs w:val="24"/>
        </w:rPr>
      </w:pPr>
      <w:r w:rsidRPr="00693F1B">
        <w:rPr>
          <w:rFonts w:cs="Times New Roman"/>
          <w:b/>
          <w:bCs/>
          <w:szCs w:val="24"/>
        </w:rPr>
        <w:t xml:space="preserve">Pe </w:t>
      </w:r>
      <w:proofErr w:type="spellStart"/>
      <w:r w:rsidRPr="00693F1B">
        <w:rPr>
          <w:rFonts w:cs="Times New Roman"/>
          <w:b/>
          <w:bCs/>
          <w:szCs w:val="24"/>
        </w:rPr>
        <w:t>segmentul</w:t>
      </w:r>
      <w:proofErr w:type="spellEnd"/>
      <w:r w:rsidRPr="00693F1B">
        <w:rPr>
          <w:rFonts w:cs="Times New Roman"/>
          <w:b/>
          <w:bCs/>
          <w:szCs w:val="24"/>
        </w:rPr>
        <w:t xml:space="preserve"> de </w:t>
      </w:r>
      <w:proofErr w:type="spellStart"/>
      <w:r w:rsidRPr="00693F1B">
        <w:rPr>
          <w:rFonts w:cs="Times New Roman"/>
          <w:b/>
          <w:bCs/>
          <w:szCs w:val="24"/>
        </w:rPr>
        <w:t>evidență</w:t>
      </w:r>
      <w:proofErr w:type="spellEnd"/>
      <w:r w:rsidRPr="00693F1B">
        <w:rPr>
          <w:rFonts w:cs="Times New Roman"/>
          <w:b/>
          <w:bCs/>
          <w:szCs w:val="24"/>
        </w:rPr>
        <w:t xml:space="preserve"> </w:t>
      </w:r>
      <w:proofErr w:type="spellStart"/>
      <w:r w:rsidRPr="00693F1B">
        <w:rPr>
          <w:rFonts w:cs="Times New Roman"/>
          <w:b/>
          <w:bCs/>
          <w:szCs w:val="24"/>
        </w:rPr>
        <w:t>fiscală</w:t>
      </w:r>
      <w:proofErr w:type="spellEnd"/>
      <w:r w:rsidRPr="00693F1B">
        <w:rPr>
          <w:rFonts w:cs="Times New Roman"/>
          <w:b/>
          <w:bCs/>
          <w:szCs w:val="24"/>
        </w:rPr>
        <w:t xml:space="preserve">, </w:t>
      </w:r>
      <w:proofErr w:type="spellStart"/>
      <w:r w:rsidRPr="00693F1B">
        <w:rPr>
          <w:rFonts w:cs="Times New Roman"/>
          <w:b/>
          <w:bCs/>
          <w:szCs w:val="24"/>
        </w:rPr>
        <w:t>patrimoniu</w:t>
      </w:r>
      <w:proofErr w:type="spellEnd"/>
      <w:r w:rsidRPr="00693F1B">
        <w:rPr>
          <w:rFonts w:cs="Times New Roman"/>
          <w:b/>
          <w:bCs/>
          <w:szCs w:val="24"/>
        </w:rPr>
        <w:t xml:space="preserve">, urbanism </w:t>
      </w:r>
      <w:proofErr w:type="spellStart"/>
      <w:r w:rsidRPr="00693F1B">
        <w:rPr>
          <w:rFonts w:cs="Times New Roman"/>
          <w:b/>
          <w:bCs/>
          <w:szCs w:val="24"/>
        </w:rPr>
        <w:t>și</w:t>
      </w:r>
      <w:proofErr w:type="spellEnd"/>
      <w:r w:rsidRPr="00693F1B">
        <w:rPr>
          <w:rFonts w:cs="Times New Roman"/>
          <w:b/>
          <w:bCs/>
          <w:szCs w:val="24"/>
        </w:rPr>
        <w:t xml:space="preserve"> </w:t>
      </w:r>
      <w:proofErr w:type="spellStart"/>
      <w:r w:rsidRPr="00693F1B">
        <w:rPr>
          <w:rFonts w:cs="Times New Roman"/>
          <w:b/>
          <w:bCs/>
          <w:szCs w:val="24"/>
        </w:rPr>
        <w:t>cadastru</w:t>
      </w:r>
      <w:proofErr w:type="spellEnd"/>
      <w:r w:rsidRPr="00693F1B">
        <w:rPr>
          <w:rFonts w:cs="Times New Roman"/>
          <w:b/>
          <w:bCs/>
          <w:szCs w:val="24"/>
        </w:rPr>
        <w:t>:</w:t>
      </w:r>
    </w:p>
    <w:p w14:paraId="23123688" w14:textId="77777777" w:rsidR="006D4E92" w:rsidRPr="00693F1B" w:rsidRDefault="00000000">
      <w:pPr>
        <w:numPr>
          <w:ilvl w:val="0"/>
          <w:numId w:val="8"/>
        </w:numPr>
        <w:jc w:val="both"/>
        <w:rPr>
          <w:rFonts w:cs="Times New Roman"/>
          <w:szCs w:val="24"/>
        </w:rPr>
      </w:pPr>
      <w:r w:rsidRPr="00693F1B">
        <w:rPr>
          <w:rFonts w:cs="Times New Roman"/>
          <w:szCs w:val="24"/>
        </w:rPr>
        <w:t xml:space="preserve">Specialist principal </w:t>
      </w:r>
      <w:proofErr w:type="spellStart"/>
      <w:r w:rsidRPr="00693F1B">
        <w:rPr>
          <w:rFonts w:cs="Times New Roman"/>
          <w:szCs w:val="24"/>
        </w:rPr>
        <w:t>perceptor</w:t>
      </w:r>
      <w:proofErr w:type="spellEnd"/>
      <w:r w:rsidRPr="00693F1B">
        <w:rPr>
          <w:rFonts w:cs="Times New Roman"/>
          <w:szCs w:val="24"/>
        </w:rPr>
        <w:t xml:space="preserve"> fiscal</w:t>
      </w:r>
      <w:r>
        <w:rPr>
          <w:rFonts w:cs="Times New Roman"/>
          <w:szCs w:val="24"/>
        </w:rPr>
        <w:t xml:space="preserve"> </w:t>
      </w:r>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incidentele</w:t>
      </w:r>
      <w:proofErr w:type="spellEnd"/>
      <w:r w:rsidRPr="00693F1B">
        <w:rPr>
          <w:rFonts w:cs="Times New Roman"/>
          <w:szCs w:val="24"/>
        </w:rPr>
        <w:t xml:space="preserve"> </w:t>
      </w:r>
      <w:proofErr w:type="spellStart"/>
      <w:r w:rsidRPr="00693F1B">
        <w:rPr>
          <w:rFonts w:cs="Times New Roman"/>
          <w:szCs w:val="24"/>
        </w:rPr>
        <w:t>survenite</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baza</w:t>
      </w:r>
      <w:proofErr w:type="spellEnd"/>
      <w:r w:rsidRPr="00693F1B">
        <w:rPr>
          <w:rFonts w:cs="Times New Roman"/>
          <w:szCs w:val="24"/>
        </w:rPr>
        <w:t xml:space="preserve"> de date </w:t>
      </w:r>
      <w:proofErr w:type="spellStart"/>
      <w:r w:rsidRPr="00693F1B">
        <w:rPr>
          <w:rFonts w:cs="Times New Roman"/>
          <w:szCs w:val="24"/>
        </w:rPr>
        <w:t>fiscală</w:t>
      </w:r>
      <w:proofErr w:type="spellEnd"/>
      <w:r w:rsidRPr="00693F1B">
        <w:rPr>
          <w:rFonts w:cs="Times New Roman"/>
          <w:szCs w:val="24"/>
        </w:rPr>
        <w:t xml:space="preserve"> </w:t>
      </w:r>
      <w:proofErr w:type="spellStart"/>
      <w:r w:rsidRPr="00693F1B">
        <w:rPr>
          <w:rFonts w:cs="Times New Roman"/>
          <w:szCs w:val="24"/>
        </w:rPr>
        <w:t>locală</w:t>
      </w:r>
      <w:proofErr w:type="spellEnd"/>
      <w:r w:rsidRPr="00693F1B">
        <w:rPr>
          <w:rFonts w:cs="Times New Roman"/>
          <w:szCs w:val="24"/>
        </w:rPr>
        <w:t>;</w:t>
      </w:r>
    </w:p>
    <w:p w14:paraId="0CC2B3DC" w14:textId="77777777" w:rsidR="006D4E92" w:rsidRPr="00693F1B" w:rsidRDefault="00000000">
      <w:pPr>
        <w:numPr>
          <w:ilvl w:val="0"/>
          <w:numId w:val="8"/>
        </w:numPr>
        <w:jc w:val="both"/>
        <w:rPr>
          <w:rFonts w:cs="Times New Roman"/>
          <w:szCs w:val="24"/>
        </w:rPr>
      </w:pPr>
      <w:proofErr w:type="spellStart"/>
      <w:r w:rsidRPr="00693F1B">
        <w:rPr>
          <w:rFonts w:cs="Times New Roman"/>
          <w:szCs w:val="24"/>
        </w:rPr>
        <w:t>Arhitect</w:t>
      </w:r>
      <w:proofErr w:type="spellEnd"/>
      <w:r w:rsidRPr="00693F1B">
        <w:rPr>
          <w:rFonts w:cs="Times New Roman"/>
          <w:szCs w:val="24"/>
        </w:rPr>
        <w:t xml:space="preserve"> –</w:t>
      </w:r>
      <w:r>
        <w:rPr>
          <w:rFonts w:cs="Times New Roman"/>
          <w:b/>
          <w:bCs/>
          <w:szCs w:val="24"/>
        </w:rPr>
        <w:t xml:space="preserve">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datele</w:t>
      </w:r>
      <w:proofErr w:type="spellEnd"/>
      <w:r w:rsidRPr="00693F1B">
        <w:rPr>
          <w:rFonts w:cs="Times New Roman"/>
          <w:szCs w:val="24"/>
        </w:rPr>
        <w:t xml:space="preserve"> din </w:t>
      </w:r>
      <w:proofErr w:type="spellStart"/>
      <w:r w:rsidRPr="00693F1B">
        <w:rPr>
          <w:rFonts w:cs="Times New Roman"/>
          <w:i/>
          <w:iCs/>
          <w:szCs w:val="24"/>
        </w:rPr>
        <w:t>Registrele</w:t>
      </w:r>
      <w:proofErr w:type="spellEnd"/>
      <w:r w:rsidRPr="00693F1B">
        <w:rPr>
          <w:rFonts w:cs="Times New Roman"/>
          <w:i/>
          <w:iCs/>
          <w:szCs w:val="24"/>
        </w:rPr>
        <w:t xml:space="preserve"> </w:t>
      </w:r>
      <w:proofErr w:type="spellStart"/>
      <w:r w:rsidRPr="00693F1B">
        <w:rPr>
          <w:rFonts w:cs="Times New Roman"/>
          <w:i/>
          <w:iCs/>
          <w:szCs w:val="24"/>
        </w:rPr>
        <w:t>Certificatelor</w:t>
      </w:r>
      <w:proofErr w:type="spellEnd"/>
      <w:r w:rsidRPr="00693F1B">
        <w:rPr>
          <w:rFonts w:cs="Times New Roman"/>
          <w:i/>
          <w:iCs/>
          <w:szCs w:val="24"/>
        </w:rPr>
        <w:t xml:space="preserve"> de Urbanism, </w:t>
      </w:r>
      <w:proofErr w:type="spellStart"/>
      <w:r w:rsidRPr="00693F1B">
        <w:rPr>
          <w:rFonts w:cs="Times New Roman"/>
          <w:i/>
          <w:iCs/>
          <w:szCs w:val="24"/>
        </w:rPr>
        <w:t>Autorizațiilor</w:t>
      </w:r>
      <w:proofErr w:type="spellEnd"/>
      <w:r w:rsidRPr="00693F1B">
        <w:rPr>
          <w:rFonts w:cs="Times New Roman"/>
          <w:i/>
          <w:iCs/>
          <w:szCs w:val="24"/>
        </w:rPr>
        <w:t xml:space="preserve"> de </w:t>
      </w:r>
      <w:proofErr w:type="spellStart"/>
      <w:r w:rsidRPr="00693F1B">
        <w:rPr>
          <w:rFonts w:cs="Times New Roman"/>
          <w:i/>
          <w:iCs/>
          <w:szCs w:val="24"/>
        </w:rPr>
        <w:t>construcție</w:t>
      </w:r>
      <w:proofErr w:type="spellEnd"/>
      <w:r w:rsidRPr="00693F1B">
        <w:rPr>
          <w:rFonts w:cs="Times New Roman"/>
          <w:i/>
          <w:iCs/>
          <w:szCs w:val="24"/>
        </w:rPr>
        <w:t xml:space="preserve"> </w:t>
      </w:r>
      <w:proofErr w:type="spellStart"/>
      <w:r w:rsidRPr="00693F1B">
        <w:rPr>
          <w:rFonts w:cs="Times New Roman"/>
          <w:i/>
          <w:iCs/>
          <w:szCs w:val="24"/>
        </w:rPr>
        <w:t>și</w:t>
      </w:r>
      <w:proofErr w:type="spellEnd"/>
      <w:r w:rsidRPr="00693F1B">
        <w:rPr>
          <w:rFonts w:cs="Times New Roman"/>
          <w:i/>
          <w:iCs/>
          <w:szCs w:val="24"/>
        </w:rPr>
        <w:t xml:space="preserve"> </w:t>
      </w:r>
      <w:proofErr w:type="spellStart"/>
      <w:r w:rsidRPr="00693F1B">
        <w:rPr>
          <w:rFonts w:cs="Times New Roman"/>
          <w:i/>
          <w:iCs/>
          <w:szCs w:val="24"/>
        </w:rPr>
        <w:t>Certificatelor</w:t>
      </w:r>
      <w:proofErr w:type="spellEnd"/>
      <w:r w:rsidRPr="00693F1B">
        <w:rPr>
          <w:rFonts w:cs="Times New Roman"/>
          <w:i/>
          <w:iCs/>
          <w:szCs w:val="24"/>
        </w:rPr>
        <w:t xml:space="preserve"> de </w:t>
      </w:r>
      <w:proofErr w:type="spellStart"/>
      <w:r w:rsidRPr="00693F1B">
        <w:rPr>
          <w:rFonts w:cs="Times New Roman"/>
          <w:i/>
          <w:iCs/>
          <w:szCs w:val="24"/>
        </w:rPr>
        <w:t>Identificare</w:t>
      </w:r>
      <w:proofErr w:type="spellEnd"/>
      <w:r w:rsidRPr="00693F1B">
        <w:rPr>
          <w:rFonts w:cs="Times New Roman"/>
          <w:i/>
          <w:iCs/>
          <w:szCs w:val="24"/>
        </w:rPr>
        <w:t xml:space="preserve"> a </w:t>
      </w:r>
      <w:proofErr w:type="spellStart"/>
      <w:r w:rsidRPr="00693F1B">
        <w:rPr>
          <w:rFonts w:cs="Times New Roman"/>
          <w:i/>
          <w:iCs/>
          <w:szCs w:val="24"/>
        </w:rPr>
        <w:t>Construcțiilor</w:t>
      </w:r>
      <w:proofErr w:type="spellEnd"/>
      <w:r w:rsidRPr="00693F1B">
        <w:rPr>
          <w:rFonts w:cs="Times New Roman"/>
          <w:szCs w:val="24"/>
        </w:rPr>
        <w:t>;</w:t>
      </w:r>
    </w:p>
    <w:p w14:paraId="247AB818" w14:textId="77777777" w:rsidR="006D4E92" w:rsidRPr="00693F1B" w:rsidRDefault="00000000">
      <w:pPr>
        <w:numPr>
          <w:ilvl w:val="0"/>
          <w:numId w:val="8"/>
        </w:numPr>
        <w:jc w:val="both"/>
        <w:rPr>
          <w:rFonts w:cs="Times New Roman"/>
          <w:szCs w:val="24"/>
        </w:rPr>
      </w:pPr>
      <w:r w:rsidRPr="00693F1B">
        <w:rPr>
          <w:rFonts w:cs="Times New Roman"/>
          <w:szCs w:val="24"/>
        </w:rPr>
        <w:t xml:space="preserve">Specialist principal </w:t>
      </w:r>
      <w:proofErr w:type="spellStart"/>
      <w:r w:rsidRPr="00693F1B">
        <w:rPr>
          <w:rFonts w:cs="Times New Roman"/>
          <w:szCs w:val="24"/>
        </w:rPr>
        <w:t>cadastru</w:t>
      </w:r>
      <w:proofErr w:type="spellEnd"/>
      <w:r>
        <w:rPr>
          <w:rFonts w:cs="Times New Roman"/>
          <w:szCs w:val="24"/>
        </w:rPr>
        <w:t xml:space="preserve"> </w:t>
      </w:r>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datele</w:t>
      </w:r>
      <w:proofErr w:type="spellEnd"/>
      <w:r w:rsidRPr="00693F1B">
        <w:rPr>
          <w:rFonts w:cs="Times New Roman"/>
          <w:szCs w:val="24"/>
        </w:rPr>
        <w:t xml:space="preserve"> </w:t>
      </w:r>
      <w:proofErr w:type="spellStart"/>
      <w:r w:rsidRPr="00693F1B">
        <w:rPr>
          <w:rFonts w:cs="Times New Roman"/>
          <w:szCs w:val="24"/>
        </w:rPr>
        <w:t>patrimoniale</w:t>
      </w:r>
      <w:proofErr w:type="spellEnd"/>
      <w:r w:rsidRPr="00693F1B">
        <w:rPr>
          <w:rFonts w:cs="Times New Roman"/>
          <w:szCs w:val="24"/>
        </w:rPr>
        <w:t xml:space="preserve"> din </w:t>
      </w:r>
      <w:proofErr w:type="spellStart"/>
      <w:r w:rsidRPr="00693F1B">
        <w:rPr>
          <w:rFonts w:cs="Times New Roman"/>
          <w:i/>
          <w:iCs/>
          <w:szCs w:val="24"/>
        </w:rPr>
        <w:t>Registrul</w:t>
      </w:r>
      <w:proofErr w:type="spellEnd"/>
      <w:r w:rsidRPr="00693F1B">
        <w:rPr>
          <w:rFonts w:cs="Times New Roman"/>
          <w:i/>
          <w:iCs/>
          <w:szCs w:val="24"/>
        </w:rPr>
        <w:t xml:space="preserve"> de </w:t>
      </w:r>
      <w:proofErr w:type="spellStart"/>
      <w:r w:rsidRPr="00693F1B">
        <w:rPr>
          <w:rFonts w:cs="Times New Roman"/>
          <w:i/>
          <w:iCs/>
          <w:szCs w:val="24"/>
        </w:rPr>
        <w:t>evidență</w:t>
      </w:r>
      <w:proofErr w:type="spellEnd"/>
      <w:r w:rsidRPr="00693F1B">
        <w:rPr>
          <w:rFonts w:cs="Times New Roman"/>
          <w:i/>
          <w:iCs/>
          <w:szCs w:val="24"/>
        </w:rPr>
        <w:t xml:space="preserve"> a </w:t>
      </w:r>
      <w:proofErr w:type="spellStart"/>
      <w:r w:rsidRPr="00693F1B">
        <w:rPr>
          <w:rFonts w:cs="Times New Roman"/>
          <w:i/>
          <w:iCs/>
          <w:szCs w:val="24"/>
        </w:rPr>
        <w:t>terenurilor</w:t>
      </w:r>
      <w:proofErr w:type="spellEnd"/>
      <w:r w:rsidRPr="00693F1B">
        <w:rPr>
          <w:rFonts w:cs="Times New Roman"/>
          <w:szCs w:val="24"/>
        </w:rPr>
        <w:t>.</w:t>
      </w:r>
    </w:p>
    <w:p w14:paraId="12F53AE7" w14:textId="77777777" w:rsidR="006D4E92" w:rsidRPr="00693F1B" w:rsidRDefault="00000000">
      <w:pPr>
        <w:numPr>
          <w:ilvl w:val="0"/>
          <w:numId w:val="11"/>
        </w:numPr>
        <w:jc w:val="both"/>
        <w:rPr>
          <w:rFonts w:cs="Times New Roman"/>
          <w:szCs w:val="24"/>
        </w:rPr>
      </w:pPr>
      <w:r w:rsidRPr="00693F1B">
        <w:rPr>
          <w:rFonts w:cs="Times New Roman"/>
          <w:b/>
          <w:bCs/>
          <w:szCs w:val="24"/>
        </w:rPr>
        <w:t xml:space="preserve">Pe </w:t>
      </w:r>
      <w:proofErr w:type="spellStart"/>
      <w:r w:rsidRPr="00693F1B">
        <w:rPr>
          <w:rFonts w:cs="Times New Roman"/>
          <w:b/>
          <w:bCs/>
          <w:szCs w:val="24"/>
        </w:rPr>
        <w:t>segmentul</w:t>
      </w:r>
      <w:proofErr w:type="spellEnd"/>
      <w:r w:rsidRPr="00693F1B">
        <w:rPr>
          <w:rFonts w:cs="Times New Roman"/>
          <w:b/>
          <w:bCs/>
          <w:szCs w:val="24"/>
        </w:rPr>
        <w:t xml:space="preserve"> de </w:t>
      </w:r>
      <w:proofErr w:type="spellStart"/>
      <w:r w:rsidRPr="00693F1B">
        <w:rPr>
          <w:rFonts w:cs="Times New Roman"/>
          <w:b/>
          <w:bCs/>
          <w:szCs w:val="24"/>
        </w:rPr>
        <w:t>comunicare</w:t>
      </w:r>
      <w:proofErr w:type="spellEnd"/>
      <w:r w:rsidRPr="00693F1B">
        <w:rPr>
          <w:rFonts w:cs="Times New Roman"/>
          <w:b/>
          <w:bCs/>
          <w:szCs w:val="24"/>
        </w:rPr>
        <w:t xml:space="preserve">, </w:t>
      </w:r>
      <w:proofErr w:type="spellStart"/>
      <w:r w:rsidRPr="00693F1B">
        <w:rPr>
          <w:rFonts w:cs="Times New Roman"/>
          <w:b/>
          <w:bCs/>
          <w:szCs w:val="24"/>
        </w:rPr>
        <w:t>relații</w:t>
      </w:r>
      <w:proofErr w:type="spellEnd"/>
      <w:r w:rsidRPr="00693F1B">
        <w:rPr>
          <w:rFonts w:cs="Times New Roman"/>
          <w:b/>
          <w:bCs/>
          <w:szCs w:val="24"/>
        </w:rPr>
        <w:t xml:space="preserve"> cu </w:t>
      </w:r>
      <w:proofErr w:type="spellStart"/>
      <w:r w:rsidRPr="00693F1B">
        <w:rPr>
          <w:rFonts w:cs="Times New Roman"/>
          <w:b/>
          <w:bCs/>
          <w:szCs w:val="24"/>
        </w:rPr>
        <w:t>publicul</w:t>
      </w:r>
      <w:proofErr w:type="spellEnd"/>
      <w:r w:rsidRPr="00693F1B">
        <w:rPr>
          <w:rFonts w:cs="Times New Roman"/>
          <w:b/>
          <w:bCs/>
          <w:szCs w:val="24"/>
        </w:rPr>
        <w:t xml:space="preserve">, </w:t>
      </w:r>
      <w:proofErr w:type="spellStart"/>
      <w:r w:rsidRPr="00693F1B">
        <w:rPr>
          <w:rFonts w:cs="Times New Roman"/>
          <w:b/>
          <w:bCs/>
          <w:szCs w:val="24"/>
        </w:rPr>
        <w:t>tehnoredactare</w:t>
      </w:r>
      <w:proofErr w:type="spellEnd"/>
      <w:r w:rsidRPr="00693F1B">
        <w:rPr>
          <w:rFonts w:cs="Times New Roman"/>
          <w:b/>
          <w:bCs/>
          <w:szCs w:val="24"/>
        </w:rPr>
        <w:t xml:space="preserve"> </w:t>
      </w:r>
      <w:proofErr w:type="spellStart"/>
      <w:r w:rsidRPr="00693F1B">
        <w:rPr>
          <w:rFonts w:cs="Times New Roman"/>
          <w:b/>
          <w:bCs/>
          <w:szCs w:val="24"/>
        </w:rPr>
        <w:t>și</w:t>
      </w:r>
      <w:proofErr w:type="spellEnd"/>
      <w:r w:rsidRPr="00693F1B">
        <w:rPr>
          <w:rFonts w:cs="Times New Roman"/>
          <w:b/>
          <w:bCs/>
          <w:szCs w:val="24"/>
        </w:rPr>
        <w:t xml:space="preserve"> </w:t>
      </w:r>
      <w:proofErr w:type="spellStart"/>
      <w:r w:rsidRPr="00693F1B">
        <w:rPr>
          <w:rFonts w:cs="Times New Roman"/>
          <w:b/>
          <w:bCs/>
          <w:szCs w:val="24"/>
        </w:rPr>
        <w:t>arhivă</w:t>
      </w:r>
      <w:proofErr w:type="spellEnd"/>
      <w:r w:rsidRPr="00693F1B">
        <w:rPr>
          <w:rFonts w:cs="Times New Roman"/>
          <w:b/>
          <w:bCs/>
          <w:szCs w:val="24"/>
        </w:rPr>
        <w:t>:</w:t>
      </w:r>
    </w:p>
    <w:p w14:paraId="64E15CA6" w14:textId="77777777" w:rsidR="006D4E92" w:rsidRPr="00693F1B" w:rsidRDefault="00000000">
      <w:pPr>
        <w:numPr>
          <w:ilvl w:val="0"/>
          <w:numId w:val="4"/>
        </w:numPr>
        <w:jc w:val="both"/>
        <w:rPr>
          <w:rFonts w:cs="Times New Roman"/>
          <w:szCs w:val="24"/>
        </w:rPr>
      </w:pPr>
      <w:proofErr w:type="spellStart"/>
      <w:r w:rsidRPr="00693F1B">
        <w:rPr>
          <w:rFonts w:cs="Times New Roman"/>
          <w:szCs w:val="24"/>
        </w:rPr>
        <w:t>Secretar-dactilograf</w:t>
      </w:r>
      <w:proofErr w:type="spellEnd"/>
      <w:r>
        <w:rPr>
          <w:rFonts w:cs="Times New Roman"/>
          <w:szCs w:val="24"/>
        </w:rPr>
        <w:t xml:space="preserve"> </w:t>
      </w:r>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fluxul</w:t>
      </w:r>
      <w:proofErr w:type="spellEnd"/>
      <w:r w:rsidRPr="00693F1B">
        <w:rPr>
          <w:rFonts w:cs="Times New Roman"/>
          <w:szCs w:val="24"/>
        </w:rPr>
        <w:t xml:space="preserve"> de </w:t>
      </w:r>
      <w:proofErr w:type="spellStart"/>
      <w:r w:rsidRPr="00693F1B">
        <w:rPr>
          <w:rFonts w:cs="Times New Roman"/>
          <w:szCs w:val="24"/>
        </w:rPr>
        <w:t>documente</w:t>
      </w:r>
      <w:proofErr w:type="spellEnd"/>
      <w:r w:rsidRPr="00693F1B">
        <w:rPr>
          <w:rFonts w:cs="Times New Roman"/>
          <w:szCs w:val="24"/>
        </w:rPr>
        <w:t xml:space="preserve"> de la </w:t>
      </w:r>
      <w:proofErr w:type="spellStart"/>
      <w:r w:rsidRPr="00693F1B">
        <w:rPr>
          <w:rFonts w:cs="Times New Roman"/>
          <w:szCs w:val="24"/>
        </w:rPr>
        <w:t>ghișeu</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interfața</w:t>
      </w:r>
      <w:proofErr w:type="spellEnd"/>
      <w:r w:rsidRPr="00693F1B">
        <w:rPr>
          <w:rFonts w:cs="Times New Roman"/>
          <w:szCs w:val="24"/>
        </w:rPr>
        <w:t xml:space="preserve"> de </w:t>
      </w:r>
      <w:proofErr w:type="spellStart"/>
      <w:r w:rsidRPr="00693F1B">
        <w:rPr>
          <w:rFonts w:cs="Times New Roman"/>
          <w:szCs w:val="24"/>
        </w:rPr>
        <w:t>relații</w:t>
      </w:r>
      <w:proofErr w:type="spellEnd"/>
      <w:r w:rsidRPr="00693F1B">
        <w:rPr>
          <w:rFonts w:cs="Times New Roman"/>
          <w:szCs w:val="24"/>
        </w:rPr>
        <w:t xml:space="preserve"> cu </w:t>
      </w:r>
      <w:proofErr w:type="spellStart"/>
      <w:r w:rsidRPr="00693F1B">
        <w:rPr>
          <w:rFonts w:cs="Times New Roman"/>
          <w:szCs w:val="24"/>
        </w:rPr>
        <w:t>cetățenii</w:t>
      </w:r>
      <w:proofErr w:type="spellEnd"/>
      <w:r w:rsidRPr="00693F1B">
        <w:rPr>
          <w:rFonts w:cs="Times New Roman"/>
          <w:szCs w:val="24"/>
        </w:rPr>
        <w:t>;</w:t>
      </w:r>
    </w:p>
    <w:p w14:paraId="34AC3701" w14:textId="77777777" w:rsidR="006D4E92" w:rsidRPr="00693F1B" w:rsidRDefault="00000000">
      <w:pPr>
        <w:numPr>
          <w:ilvl w:val="0"/>
          <w:numId w:val="4"/>
        </w:numPr>
        <w:jc w:val="both"/>
        <w:rPr>
          <w:rFonts w:cs="Times New Roman"/>
          <w:szCs w:val="24"/>
        </w:rPr>
      </w:pPr>
      <w:r w:rsidRPr="00693F1B">
        <w:rPr>
          <w:rFonts w:cs="Times New Roman"/>
          <w:szCs w:val="24"/>
        </w:rPr>
        <w:t>Specialist principal CUPS</w:t>
      </w:r>
      <w:r>
        <w:rPr>
          <w:rFonts w:cs="Times New Roman"/>
          <w:szCs w:val="24"/>
        </w:rPr>
        <w:t xml:space="preserve"> </w:t>
      </w:r>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datele</w:t>
      </w:r>
      <w:proofErr w:type="spellEnd"/>
      <w:r w:rsidRPr="00693F1B">
        <w:rPr>
          <w:rFonts w:cs="Times New Roman"/>
          <w:szCs w:val="24"/>
        </w:rPr>
        <w:t xml:space="preserve"> </w:t>
      </w:r>
      <w:proofErr w:type="spellStart"/>
      <w:r w:rsidRPr="00693F1B">
        <w:rPr>
          <w:rFonts w:cs="Times New Roman"/>
          <w:szCs w:val="24"/>
        </w:rPr>
        <w:t>procesate</w:t>
      </w:r>
      <w:proofErr w:type="spellEnd"/>
      <w:r w:rsidRPr="00693F1B">
        <w:rPr>
          <w:rFonts w:cs="Times New Roman"/>
          <w:szCs w:val="24"/>
        </w:rPr>
        <w:t xml:space="preserve"> </w:t>
      </w:r>
      <w:proofErr w:type="spellStart"/>
      <w:r w:rsidRPr="00693F1B">
        <w:rPr>
          <w:rFonts w:cs="Times New Roman"/>
          <w:szCs w:val="24"/>
        </w:rPr>
        <w:t>prin</w:t>
      </w:r>
      <w:proofErr w:type="spellEnd"/>
      <w:r w:rsidRPr="00693F1B">
        <w:rPr>
          <w:rFonts w:cs="Times New Roman"/>
          <w:szCs w:val="24"/>
        </w:rPr>
        <w:t xml:space="preserve"> </w:t>
      </w:r>
      <w:proofErr w:type="spellStart"/>
      <w:r w:rsidRPr="00693F1B">
        <w:rPr>
          <w:rFonts w:cs="Times New Roman"/>
          <w:szCs w:val="24"/>
        </w:rPr>
        <w:t>Centrul</w:t>
      </w:r>
      <w:proofErr w:type="spellEnd"/>
      <w:r w:rsidRPr="00693F1B">
        <w:rPr>
          <w:rFonts w:cs="Times New Roman"/>
          <w:szCs w:val="24"/>
        </w:rPr>
        <w:t xml:space="preserve"> </w:t>
      </w:r>
      <w:proofErr w:type="spellStart"/>
      <w:r w:rsidRPr="00693F1B">
        <w:rPr>
          <w:rFonts w:cs="Times New Roman"/>
          <w:szCs w:val="24"/>
        </w:rPr>
        <w:t>Unificat</w:t>
      </w:r>
      <w:proofErr w:type="spellEnd"/>
      <w:r w:rsidRPr="00693F1B">
        <w:rPr>
          <w:rFonts w:cs="Times New Roman"/>
          <w:szCs w:val="24"/>
        </w:rPr>
        <w:t xml:space="preserve"> de </w:t>
      </w:r>
      <w:proofErr w:type="spellStart"/>
      <w:r w:rsidRPr="00693F1B">
        <w:rPr>
          <w:rFonts w:cs="Times New Roman"/>
          <w:szCs w:val="24"/>
        </w:rPr>
        <w:t>Prestare</w:t>
      </w:r>
      <w:proofErr w:type="spellEnd"/>
      <w:r w:rsidRPr="00693F1B">
        <w:rPr>
          <w:rFonts w:cs="Times New Roman"/>
          <w:szCs w:val="24"/>
        </w:rPr>
        <w:t xml:space="preserve"> a </w:t>
      </w:r>
      <w:proofErr w:type="spellStart"/>
      <w:r w:rsidRPr="00693F1B">
        <w:rPr>
          <w:rFonts w:cs="Times New Roman"/>
          <w:szCs w:val="24"/>
        </w:rPr>
        <w:t>Serviciilor</w:t>
      </w:r>
      <w:proofErr w:type="spellEnd"/>
      <w:r w:rsidRPr="00693F1B">
        <w:rPr>
          <w:rFonts w:cs="Times New Roman"/>
          <w:szCs w:val="24"/>
        </w:rPr>
        <w:t xml:space="preserve"> </w:t>
      </w:r>
      <w:proofErr w:type="spellStart"/>
      <w:r w:rsidRPr="00693F1B">
        <w:rPr>
          <w:rFonts w:cs="Times New Roman"/>
          <w:szCs w:val="24"/>
        </w:rPr>
        <w:t>Publice</w:t>
      </w:r>
      <w:proofErr w:type="spellEnd"/>
      <w:r w:rsidRPr="00693F1B">
        <w:rPr>
          <w:rFonts w:cs="Times New Roman"/>
          <w:szCs w:val="24"/>
        </w:rPr>
        <w:t>;</w:t>
      </w:r>
    </w:p>
    <w:p w14:paraId="4DC6EE04" w14:textId="77777777" w:rsidR="006D4E92" w:rsidRPr="00693F1B" w:rsidRDefault="00000000">
      <w:pPr>
        <w:numPr>
          <w:ilvl w:val="0"/>
          <w:numId w:val="4"/>
        </w:numPr>
        <w:jc w:val="both"/>
        <w:rPr>
          <w:rFonts w:cs="Times New Roman"/>
          <w:szCs w:val="24"/>
        </w:rPr>
      </w:pPr>
      <w:proofErr w:type="spellStart"/>
      <w:r w:rsidRPr="00693F1B">
        <w:rPr>
          <w:rFonts w:cs="Times New Roman"/>
          <w:szCs w:val="24"/>
        </w:rPr>
        <w:t>Arhivar</w:t>
      </w:r>
      <w:proofErr w:type="spellEnd"/>
      <w:r w:rsidRPr="00693F1B">
        <w:rPr>
          <w:rFonts w:cs="Times New Roman"/>
          <w:szCs w:val="24"/>
        </w:rPr>
        <w:t xml:space="preserve"> –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incidentele</w:t>
      </w:r>
      <w:proofErr w:type="spellEnd"/>
      <w:r w:rsidRPr="00693F1B">
        <w:rPr>
          <w:rFonts w:cs="Times New Roman"/>
          <w:szCs w:val="24"/>
        </w:rPr>
        <w:t xml:space="preserve"> </w:t>
      </w:r>
      <w:proofErr w:type="spellStart"/>
      <w:r w:rsidRPr="00693F1B">
        <w:rPr>
          <w:rFonts w:cs="Times New Roman"/>
          <w:szCs w:val="24"/>
        </w:rPr>
        <w:t>privind</w:t>
      </w:r>
      <w:proofErr w:type="spellEnd"/>
      <w:r w:rsidRPr="00693F1B">
        <w:rPr>
          <w:rFonts w:cs="Times New Roman"/>
          <w:szCs w:val="24"/>
        </w:rPr>
        <w:t xml:space="preserve"> </w:t>
      </w:r>
      <w:proofErr w:type="spellStart"/>
      <w:r w:rsidRPr="00693F1B">
        <w:rPr>
          <w:rFonts w:cs="Times New Roman"/>
          <w:szCs w:val="24"/>
        </w:rPr>
        <w:t>accesul</w:t>
      </w:r>
      <w:proofErr w:type="spellEnd"/>
      <w:r w:rsidRPr="00693F1B">
        <w:rPr>
          <w:rFonts w:cs="Times New Roman"/>
          <w:szCs w:val="24"/>
        </w:rPr>
        <w:t xml:space="preserve"> </w:t>
      </w:r>
      <w:proofErr w:type="spellStart"/>
      <w:r w:rsidRPr="00693F1B">
        <w:rPr>
          <w:rFonts w:cs="Times New Roman"/>
          <w:szCs w:val="24"/>
        </w:rPr>
        <w:t>fizic</w:t>
      </w:r>
      <w:proofErr w:type="spellEnd"/>
      <w:r w:rsidRPr="00693F1B">
        <w:rPr>
          <w:rFonts w:cs="Times New Roman"/>
          <w:szCs w:val="24"/>
        </w:rPr>
        <w:t xml:space="preserve"> </w:t>
      </w:r>
      <w:proofErr w:type="spellStart"/>
      <w:r w:rsidRPr="00693F1B">
        <w:rPr>
          <w:rFonts w:cs="Times New Roman"/>
          <w:szCs w:val="24"/>
        </w:rPr>
        <w:t>neautorizat</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depozitul</w:t>
      </w:r>
      <w:proofErr w:type="spellEnd"/>
      <w:r w:rsidRPr="00693F1B">
        <w:rPr>
          <w:rFonts w:cs="Times New Roman"/>
          <w:szCs w:val="24"/>
        </w:rPr>
        <w:t xml:space="preserve"> de </w:t>
      </w:r>
      <w:proofErr w:type="spellStart"/>
      <w:r w:rsidRPr="00693F1B">
        <w:rPr>
          <w:rFonts w:cs="Times New Roman"/>
          <w:szCs w:val="24"/>
        </w:rPr>
        <w:t>arhivă</w:t>
      </w:r>
      <w:proofErr w:type="spellEnd"/>
      <w:r w:rsidRPr="00693F1B">
        <w:rPr>
          <w:rFonts w:cs="Times New Roman"/>
          <w:szCs w:val="24"/>
        </w:rPr>
        <w:t xml:space="preserve"> </w:t>
      </w:r>
      <w:proofErr w:type="spellStart"/>
      <w:r w:rsidRPr="00693F1B">
        <w:rPr>
          <w:rFonts w:cs="Times New Roman"/>
          <w:szCs w:val="24"/>
        </w:rPr>
        <w:t>locală</w:t>
      </w:r>
      <w:proofErr w:type="spellEnd"/>
      <w:r w:rsidRPr="00693F1B">
        <w:rPr>
          <w:rFonts w:cs="Times New Roman"/>
          <w:szCs w:val="24"/>
        </w:rPr>
        <w:t>.</w:t>
      </w:r>
    </w:p>
    <w:p w14:paraId="63A5E252" w14:textId="77777777" w:rsidR="006D4E92" w:rsidRPr="00693F1B" w:rsidRDefault="00000000">
      <w:pPr>
        <w:numPr>
          <w:ilvl w:val="0"/>
          <w:numId w:val="11"/>
        </w:numPr>
        <w:jc w:val="both"/>
        <w:rPr>
          <w:rFonts w:cs="Times New Roman"/>
          <w:szCs w:val="24"/>
        </w:rPr>
      </w:pPr>
      <w:r w:rsidRPr="00693F1B">
        <w:rPr>
          <w:rFonts w:cs="Times New Roman"/>
          <w:b/>
          <w:bCs/>
          <w:szCs w:val="24"/>
        </w:rPr>
        <w:t xml:space="preserve">Pe </w:t>
      </w:r>
      <w:proofErr w:type="spellStart"/>
      <w:r w:rsidRPr="00693F1B">
        <w:rPr>
          <w:rFonts w:cs="Times New Roman"/>
          <w:b/>
          <w:bCs/>
          <w:szCs w:val="24"/>
        </w:rPr>
        <w:t>segmentul</w:t>
      </w:r>
      <w:proofErr w:type="spellEnd"/>
      <w:r w:rsidRPr="00693F1B">
        <w:rPr>
          <w:rFonts w:cs="Times New Roman"/>
          <w:b/>
          <w:bCs/>
          <w:szCs w:val="24"/>
        </w:rPr>
        <w:t xml:space="preserve"> </w:t>
      </w:r>
      <w:proofErr w:type="spellStart"/>
      <w:r w:rsidRPr="00693F1B">
        <w:rPr>
          <w:rFonts w:cs="Times New Roman"/>
          <w:b/>
          <w:bCs/>
          <w:szCs w:val="24"/>
        </w:rPr>
        <w:t>comunitar</w:t>
      </w:r>
      <w:proofErr w:type="spellEnd"/>
      <w:r w:rsidRPr="00693F1B">
        <w:rPr>
          <w:rFonts w:cs="Times New Roman"/>
          <w:b/>
          <w:bCs/>
          <w:szCs w:val="24"/>
        </w:rPr>
        <w:t xml:space="preserve">, social, </w:t>
      </w:r>
      <w:proofErr w:type="spellStart"/>
      <w:r w:rsidRPr="00693F1B">
        <w:rPr>
          <w:rFonts w:cs="Times New Roman"/>
          <w:b/>
          <w:bCs/>
          <w:szCs w:val="24"/>
        </w:rPr>
        <w:t>tineret</w:t>
      </w:r>
      <w:proofErr w:type="spellEnd"/>
      <w:r w:rsidRPr="00693F1B">
        <w:rPr>
          <w:rFonts w:cs="Times New Roman"/>
          <w:b/>
          <w:bCs/>
          <w:szCs w:val="24"/>
        </w:rPr>
        <w:t xml:space="preserve"> </w:t>
      </w:r>
      <w:proofErr w:type="spellStart"/>
      <w:r w:rsidRPr="00693F1B">
        <w:rPr>
          <w:rFonts w:cs="Times New Roman"/>
          <w:b/>
          <w:bCs/>
          <w:szCs w:val="24"/>
        </w:rPr>
        <w:t>și</w:t>
      </w:r>
      <w:proofErr w:type="spellEnd"/>
      <w:r w:rsidRPr="00693F1B">
        <w:rPr>
          <w:rFonts w:cs="Times New Roman"/>
          <w:b/>
          <w:bCs/>
          <w:szCs w:val="24"/>
        </w:rPr>
        <w:t xml:space="preserve"> </w:t>
      </w:r>
      <w:proofErr w:type="spellStart"/>
      <w:r w:rsidRPr="00693F1B">
        <w:rPr>
          <w:rFonts w:cs="Times New Roman"/>
          <w:b/>
          <w:bCs/>
          <w:szCs w:val="24"/>
        </w:rPr>
        <w:t>activități</w:t>
      </w:r>
      <w:proofErr w:type="spellEnd"/>
      <w:r w:rsidRPr="00693F1B">
        <w:rPr>
          <w:rFonts w:cs="Times New Roman"/>
          <w:b/>
          <w:bCs/>
          <w:szCs w:val="24"/>
        </w:rPr>
        <w:t xml:space="preserve"> locale:</w:t>
      </w:r>
    </w:p>
    <w:p w14:paraId="6DE85FF1" w14:textId="77777777" w:rsidR="006D4E92" w:rsidRPr="00693F1B" w:rsidRDefault="00000000">
      <w:pPr>
        <w:numPr>
          <w:ilvl w:val="0"/>
          <w:numId w:val="17"/>
        </w:numPr>
        <w:jc w:val="both"/>
        <w:rPr>
          <w:rFonts w:cs="Times New Roman"/>
          <w:szCs w:val="24"/>
        </w:rPr>
      </w:pPr>
      <w:r w:rsidRPr="00693F1B">
        <w:rPr>
          <w:rFonts w:cs="Times New Roman"/>
          <w:szCs w:val="24"/>
        </w:rPr>
        <w:t>Specialist (</w:t>
      </w:r>
      <w:proofErr w:type="spellStart"/>
      <w:r w:rsidRPr="00693F1B">
        <w:rPr>
          <w:rFonts w:cs="Times New Roman"/>
          <w:szCs w:val="24"/>
        </w:rPr>
        <w:t>protecția</w:t>
      </w:r>
      <w:proofErr w:type="spellEnd"/>
      <w:r w:rsidRPr="00693F1B">
        <w:rPr>
          <w:rFonts w:cs="Times New Roman"/>
          <w:szCs w:val="24"/>
        </w:rPr>
        <w:t xml:space="preserve"> </w:t>
      </w:r>
      <w:proofErr w:type="spellStart"/>
      <w:r w:rsidRPr="00693F1B">
        <w:rPr>
          <w:rFonts w:cs="Times New Roman"/>
          <w:szCs w:val="24"/>
        </w:rPr>
        <w:t>drepturilor</w:t>
      </w:r>
      <w:proofErr w:type="spellEnd"/>
      <w:r w:rsidRPr="00693F1B">
        <w:rPr>
          <w:rFonts w:cs="Times New Roman"/>
          <w:szCs w:val="24"/>
        </w:rPr>
        <w:t xml:space="preserve"> </w:t>
      </w:r>
      <w:proofErr w:type="spellStart"/>
      <w:r w:rsidRPr="00693F1B">
        <w:rPr>
          <w:rFonts w:cs="Times New Roman"/>
          <w:szCs w:val="24"/>
        </w:rPr>
        <w:t>copiilor</w:t>
      </w:r>
      <w:proofErr w:type="spellEnd"/>
      <w:r w:rsidRPr="00693F1B">
        <w:rPr>
          <w:rFonts w:cs="Times New Roman"/>
          <w:szCs w:val="24"/>
        </w:rPr>
        <w:t xml:space="preserve">) –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datele</w:t>
      </w:r>
      <w:proofErr w:type="spellEnd"/>
      <w:r w:rsidRPr="00693F1B">
        <w:rPr>
          <w:rFonts w:cs="Times New Roman"/>
          <w:szCs w:val="24"/>
        </w:rPr>
        <w:t xml:space="preserve"> de </w:t>
      </w:r>
      <w:proofErr w:type="spellStart"/>
      <w:r w:rsidRPr="00693F1B">
        <w:rPr>
          <w:rFonts w:cs="Times New Roman"/>
          <w:szCs w:val="24"/>
        </w:rPr>
        <w:t>maximă</w:t>
      </w:r>
      <w:proofErr w:type="spellEnd"/>
      <w:r w:rsidRPr="00693F1B">
        <w:rPr>
          <w:rFonts w:cs="Times New Roman"/>
          <w:szCs w:val="24"/>
        </w:rPr>
        <w:t xml:space="preserve"> </w:t>
      </w:r>
      <w:proofErr w:type="spellStart"/>
      <w:r w:rsidRPr="00693F1B">
        <w:rPr>
          <w:rFonts w:cs="Times New Roman"/>
          <w:szCs w:val="24"/>
        </w:rPr>
        <w:t>sensibilitate</w:t>
      </w:r>
      <w:proofErr w:type="spellEnd"/>
      <w:r w:rsidRPr="00693F1B">
        <w:rPr>
          <w:rFonts w:cs="Times New Roman"/>
          <w:szCs w:val="24"/>
        </w:rPr>
        <w:t xml:space="preserve"> </w:t>
      </w:r>
      <w:proofErr w:type="spellStart"/>
      <w:r w:rsidRPr="00693F1B">
        <w:rPr>
          <w:rFonts w:cs="Times New Roman"/>
          <w:szCs w:val="24"/>
        </w:rPr>
        <w:t>privind</w:t>
      </w:r>
      <w:proofErr w:type="spellEnd"/>
      <w:r w:rsidRPr="00693F1B">
        <w:rPr>
          <w:rFonts w:cs="Times New Roman"/>
          <w:szCs w:val="24"/>
        </w:rPr>
        <w:t xml:space="preserve"> </w:t>
      </w:r>
      <w:proofErr w:type="spellStart"/>
      <w:r w:rsidRPr="00693F1B">
        <w:rPr>
          <w:rFonts w:cs="Times New Roman"/>
          <w:szCs w:val="24"/>
        </w:rPr>
        <w:t>minorii</w:t>
      </w:r>
      <w:proofErr w:type="spellEnd"/>
      <w:r w:rsidRPr="00693F1B">
        <w:rPr>
          <w:rFonts w:cs="Times New Roman"/>
          <w:szCs w:val="24"/>
        </w:rPr>
        <w:t>;</w:t>
      </w:r>
    </w:p>
    <w:p w14:paraId="06B59FEF" w14:textId="77777777" w:rsidR="006D4E92" w:rsidRDefault="00000000">
      <w:pPr>
        <w:numPr>
          <w:ilvl w:val="0"/>
          <w:numId w:val="17"/>
        </w:numPr>
        <w:jc w:val="both"/>
        <w:rPr>
          <w:rFonts w:cs="Times New Roman"/>
          <w:szCs w:val="24"/>
          <w:lang w:val="ru-MD"/>
        </w:rPr>
      </w:pPr>
      <w:proofErr w:type="spellStart"/>
      <w:r>
        <w:rPr>
          <w:rFonts w:cs="Times New Roman"/>
          <w:szCs w:val="24"/>
          <w:lang w:val="ru-MD"/>
        </w:rPr>
        <w:t>Specialist</w:t>
      </w:r>
      <w:proofErr w:type="spellEnd"/>
      <w:r>
        <w:rPr>
          <w:rFonts w:cs="Times New Roman"/>
          <w:szCs w:val="24"/>
          <w:lang w:val="ru-MD"/>
        </w:rPr>
        <w:t xml:space="preserve"> (</w:t>
      </w:r>
      <w:proofErr w:type="spellStart"/>
      <w:r>
        <w:rPr>
          <w:rFonts w:cs="Times New Roman"/>
          <w:szCs w:val="24"/>
          <w:lang w:val="ru-MD"/>
        </w:rPr>
        <w:t>tineret</w:t>
      </w:r>
      <w:proofErr w:type="spellEnd"/>
      <w:r>
        <w:rPr>
          <w:rFonts w:cs="Times New Roman"/>
          <w:szCs w:val="24"/>
          <w:lang w:val="ru-MD"/>
        </w:rPr>
        <w:t xml:space="preserve"> </w:t>
      </w:r>
      <w:proofErr w:type="spellStart"/>
      <w:r>
        <w:rPr>
          <w:rFonts w:cs="Times New Roman"/>
          <w:szCs w:val="24"/>
          <w:lang w:val="ru-MD"/>
        </w:rPr>
        <w:t>și</w:t>
      </w:r>
      <w:proofErr w:type="spellEnd"/>
      <w:r>
        <w:rPr>
          <w:rFonts w:cs="Times New Roman"/>
          <w:szCs w:val="24"/>
          <w:lang w:val="ru-MD"/>
        </w:rPr>
        <w:t xml:space="preserve"> </w:t>
      </w:r>
      <w:proofErr w:type="spellStart"/>
      <w:r>
        <w:rPr>
          <w:rFonts w:cs="Times New Roman"/>
          <w:szCs w:val="24"/>
          <w:lang w:val="ru-MD"/>
        </w:rPr>
        <w:t>sport</w:t>
      </w:r>
      <w:proofErr w:type="spellEnd"/>
      <w:r>
        <w:rPr>
          <w:rFonts w:cs="Times New Roman"/>
          <w:szCs w:val="24"/>
          <w:lang w:val="ru-MD"/>
        </w:rPr>
        <w:t>)</w:t>
      </w:r>
      <w:r>
        <w:rPr>
          <w:rFonts w:cs="Times New Roman"/>
          <w:szCs w:val="24"/>
        </w:rPr>
        <w:t>;</w:t>
      </w:r>
    </w:p>
    <w:p w14:paraId="00C53F36" w14:textId="77777777" w:rsidR="006D4E92" w:rsidRDefault="00000000">
      <w:pPr>
        <w:numPr>
          <w:ilvl w:val="0"/>
          <w:numId w:val="17"/>
        </w:numPr>
        <w:jc w:val="both"/>
        <w:rPr>
          <w:rFonts w:cs="Times New Roman"/>
          <w:szCs w:val="24"/>
          <w:lang w:val="ru-MD"/>
        </w:rPr>
      </w:pPr>
      <w:r>
        <w:rPr>
          <w:rFonts w:cs="Times New Roman"/>
          <w:szCs w:val="24"/>
          <w:lang w:val="ru-MD"/>
        </w:rPr>
        <w:t>Specialist (centrul de tineret).</w:t>
      </w:r>
    </w:p>
    <w:p w14:paraId="2A16B49D" w14:textId="77777777" w:rsidR="006D4E92" w:rsidRPr="00693F1B" w:rsidRDefault="00000000">
      <w:pPr>
        <w:numPr>
          <w:ilvl w:val="0"/>
          <w:numId w:val="11"/>
        </w:numPr>
        <w:jc w:val="both"/>
        <w:rPr>
          <w:rFonts w:cs="Times New Roman"/>
          <w:szCs w:val="24"/>
        </w:rPr>
      </w:pPr>
      <w:r w:rsidRPr="00693F1B">
        <w:rPr>
          <w:rFonts w:cs="Times New Roman"/>
          <w:b/>
          <w:bCs/>
          <w:szCs w:val="24"/>
        </w:rPr>
        <w:t xml:space="preserve">Pe </w:t>
      </w:r>
      <w:proofErr w:type="spellStart"/>
      <w:r w:rsidRPr="00693F1B">
        <w:rPr>
          <w:rFonts w:cs="Times New Roman"/>
          <w:b/>
          <w:bCs/>
          <w:szCs w:val="24"/>
        </w:rPr>
        <w:t>segmentul</w:t>
      </w:r>
      <w:proofErr w:type="spellEnd"/>
      <w:r w:rsidRPr="00693F1B">
        <w:rPr>
          <w:rFonts w:cs="Times New Roman"/>
          <w:b/>
          <w:bCs/>
          <w:szCs w:val="24"/>
        </w:rPr>
        <w:t xml:space="preserve"> logistic, de </w:t>
      </w:r>
      <w:proofErr w:type="spellStart"/>
      <w:r w:rsidRPr="00693F1B">
        <w:rPr>
          <w:rFonts w:cs="Times New Roman"/>
          <w:b/>
          <w:bCs/>
          <w:szCs w:val="24"/>
        </w:rPr>
        <w:t>pază</w:t>
      </w:r>
      <w:proofErr w:type="spellEnd"/>
      <w:r w:rsidRPr="00693F1B">
        <w:rPr>
          <w:rFonts w:cs="Times New Roman"/>
          <w:b/>
          <w:bCs/>
          <w:szCs w:val="24"/>
        </w:rPr>
        <w:t xml:space="preserve"> </w:t>
      </w:r>
      <w:proofErr w:type="spellStart"/>
      <w:r w:rsidRPr="00693F1B">
        <w:rPr>
          <w:rFonts w:cs="Times New Roman"/>
          <w:b/>
          <w:bCs/>
          <w:szCs w:val="24"/>
        </w:rPr>
        <w:t>și</w:t>
      </w:r>
      <w:proofErr w:type="spellEnd"/>
      <w:r w:rsidRPr="00693F1B">
        <w:rPr>
          <w:rFonts w:cs="Times New Roman"/>
          <w:b/>
          <w:bCs/>
          <w:szCs w:val="24"/>
        </w:rPr>
        <w:t xml:space="preserve"> de </w:t>
      </w:r>
      <w:proofErr w:type="spellStart"/>
      <w:r w:rsidRPr="00693F1B">
        <w:rPr>
          <w:rFonts w:cs="Times New Roman"/>
          <w:b/>
          <w:bCs/>
          <w:szCs w:val="24"/>
        </w:rPr>
        <w:t>mentenanță</w:t>
      </w:r>
      <w:proofErr w:type="spellEnd"/>
      <w:r w:rsidRPr="00693F1B">
        <w:rPr>
          <w:rFonts w:cs="Times New Roman"/>
          <w:b/>
          <w:bCs/>
          <w:szCs w:val="24"/>
        </w:rPr>
        <w:t xml:space="preserve"> </w:t>
      </w:r>
      <w:proofErr w:type="spellStart"/>
      <w:r w:rsidRPr="00693F1B">
        <w:rPr>
          <w:rFonts w:cs="Times New Roman"/>
          <w:b/>
          <w:bCs/>
          <w:szCs w:val="24"/>
        </w:rPr>
        <w:t>fizică</w:t>
      </w:r>
      <w:proofErr w:type="spellEnd"/>
      <w:r w:rsidRPr="00693F1B">
        <w:rPr>
          <w:rFonts w:cs="Times New Roman"/>
          <w:b/>
          <w:bCs/>
          <w:szCs w:val="24"/>
        </w:rPr>
        <w:t>:</w:t>
      </w:r>
    </w:p>
    <w:p w14:paraId="441BB524" w14:textId="77777777" w:rsidR="006D4E92" w:rsidRDefault="00000000">
      <w:pPr>
        <w:numPr>
          <w:ilvl w:val="0"/>
          <w:numId w:val="16"/>
        </w:numPr>
        <w:jc w:val="both"/>
        <w:rPr>
          <w:rFonts w:cs="Times New Roman"/>
          <w:szCs w:val="24"/>
          <w:lang w:val="ru-MD"/>
        </w:rPr>
      </w:pPr>
      <w:proofErr w:type="spellStart"/>
      <w:r>
        <w:rPr>
          <w:rFonts w:cs="Times New Roman"/>
          <w:szCs w:val="24"/>
          <w:lang w:val="ru-MD"/>
        </w:rPr>
        <w:t>Conducător</w:t>
      </w:r>
      <w:proofErr w:type="spellEnd"/>
      <w:r>
        <w:rPr>
          <w:rFonts w:cs="Times New Roman"/>
          <w:szCs w:val="24"/>
          <w:lang w:val="ru-MD"/>
        </w:rPr>
        <w:t xml:space="preserve"> </w:t>
      </w:r>
      <w:proofErr w:type="spellStart"/>
      <w:r>
        <w:rPr>
          <w:rFonts w:cs="Times New Roman"/>
          <w:szCs w:val="24"/>
          <w:lang w:val="ru-MD"/>
        </w:rPr>
        <w:t>auto</w:t>
      </w:r>
      <w:proofErr w:type="spellEnd"/>
      <w:r>
        <w:rPr>
          <w:rFonts w:cs="Times New Roman"/>
          <w:szCs w:val="24"/>
          <w:lang w:val="ru-MD"/>
        </w:rPr>
        <w:t>;</w:t>
      </w:r>
    </w:p>
    <w:p w14:paraId="7600FDB4" w14:textId="77777777" w:rsidR="006D4E92" w:rsidRDefault="00000000">
      <w:pPr>
        <w:numPr>
          <w:ilvl w:val="0"/>
          <w:numId w:val="16"/>
        </w:numPr>
        <w:jc w:val="both"/>
        <w:rPr>
          <w:rFonts w:cs="Times New Roman"/>
          <w:szCs w:val="24"/>
          <w:lang w:val="ru-MD"/>
        </w:rPr>
      </w:pPr>
      <w:r>
        <w:rPr>
          <w:rFonts w:cs="Times New Roman"/>
          <w:szCs w:val="24"/>
          <w:lang w:val="ru-MD"/>
        </w:rPr>
        <w:t>Electrician;</w:t>
      </w:r>
    </w:p>
    <w:p w14:paraId="1F11DFD3" w14:textId="77777777" w:rsidR="006D4E92" w:rsidRPr="00693F1B" w:rsidRDefault="00000000">
      <w:pPr>
        <w:numPr>
          <w:ilvl w:val="0"/>
          <w:numId w:val="16"/>
        </w:numPr>
        <w:jc w:val="both"/>
        <w:rPr>
          <w:rFonts w:cs="Times New Roman"/>
          <w:szCs w:val="24"/>
        </w:rPr>
      </w:pPr>
      <w:proofErr w:type="spellStart"/>
      <w:proofErr w:type="gramStart"/>
      <w:r w:rsidRPr="00693F1B">
        <w:rPr>
          <w:rFonts w:cs="Times New Roman"/>
          <w:szCs w:val="24"/>
        </w:rPr>
        <w:t>Paznic</w:t>
      </w:r>
      <w:proofErr w:type="spellEnd"/>
      <w:r w:rsidRPr="00693F1B">
        <w:rPr>
          <w:rFonts w:cs="Times New Roman"/>
          <w:szCs w:val="24"/>
        </w:rPr>
        <w:t xml:space="preserve">  –</w:t>
      </w:r>
      <w:proofErr w:type="gramEnd"/>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breșele</w:t>
      </w:r>
      <w:proofErr w:type="spellEnd"/>
      <w:r w:rsidRPr="00693F1B">
        <w:rPr>
          <w:rFonts w:cs="Times New Roman"/>
          <w:szCs w:val="24"/>
        </w:rPr>
        <w:t xml:space="preserve"> de </w:t>
      </w:r>
      <w:proofErr w:type="spellStart"/>
      <w:r w:rsidRPr="00693F1B">
        <w:rPr>
          <w:rFonts w:cs="Times New Roman"/>
          <w:szCs w:val="24"/>
        </w:rPr>
        <w:t>securitate</w:t>
      </w:r>
      <w:proofErr w:type="spellEnd"/>
      <w:r w:rsidRPr="00693F1B">
        <w:rPr>
          <w:rFonts w:cs="Times New Roman"/>
          <w:szCs w:val="24"/>
        </w:rPr>
        <w:t xml:space="preserve"> </w:t>
      </w:r>
      <w:proofErr w:type="spellStart"/>
      <w:r w:rsidRPr="00693F1B">
        <w:rPr>
          <w:rFonts w:cs="Times New Roman"/>
          <w:szCs w:val="24"/>
        </w:rPr>
        <w:t>fizică</w:t>
      </w:r>
      <w:proofErr w:type="spellEnd"/>
      <w:r w:rsidRPr="00693F1B">
        <w:rPr>
          <w:rFonts w:cs="Times New Roman"/>
          <w:szCs w:val="24"/>
        </w:rPr>
        <w:t xml:space="preserve"> din </w:t>
      </w:r>
      <w:proofErr w:type="spellStart"/>
      <w:r w:rsidRPr="00693F1B">
        <w:rPr>
          <w:rFonts w:cs="Times New Roman"/>
          <w:szCs w:val="24"/>
        </w:rPr>
        <w:t>perimetrul</w:t>
      </w:r>
      <w:proofErr w:type="spellEnd"/>
      <w:r w:rsidRPr="00693F1B">
        <w:rPr>
          <w:rFonts w:cs="Times New Roman"/>
          <w:szCs w:val="24"/>
        </w:rPr>
        <w:t xml:space="preserve"> </w:t>
      </w:r>
      <w:proofErr w:type="spellStart"/>
      <w:r w:rsidRPr="00693F1B">
        <w:rPr>
          <w:rFonts w:cs="Times New Roman"/>
          <w:szCs w:val="24"/>
        </w:rPr>
        <w:t>primăriei</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afara </w:t>
      </w:r>
      <w:proofErr w:type="spellStart"/>
      <w:r w:rsidRPr="00693F1B">
        <w:rPr>
          <w:rFonts w:cs="Times New Roman"/>
          <w:szCs w:val="24"/>
        </w:rPr>
        <w:t>orelor</w:t>
      </w:r>
      <w:proofErr w:type="spellEnd"/>
      <w:r w:rsidRPr="00693F1B">
        <w:rPr>
          <w:rFonts w:cs="Times New Roman"/>
          <w:szCs w:val="24"/>
        </w:rPr>
        <w:t xml:space="preserve"> de program;</w:t>
      </w:r>
    </w:p>
    <w:p w14:paraId="0BC457D4" w14:textId="77777777" w:rsidR="006D4E92" w:rsidRPr="00693F1B" w:rsidRDefault="00000000">
      <w:pPr>
        <w:numPr>
          <w:ilvl w:val="0"/>
          <w:numId w:val="16"/>
        </w:numPr>
        <w:jc w:val="both"/>
        <w:rPr>
          <w:rFonts w:cs="Times New Roman"/>
          <w:szCs w:val="24"/>
        </w:rPr>
      </w:pPr>
      <w:proofErr w:type="spellStart"/>
      <w:r w:rsidRPr="00693F1B">
        <w:rPr>
          <w:rFonts w:cs="Times New Roman"/>
          <w:szCs w:val="24"/>
        </w:rPr>
        <w:t>Îngrijitoare</w:t>
      </w:r>
      <w:proofErr w:type="spellEnd"/>
      <w:r w:rsidRPr="00693F1B">
        <w:rPr>
          <w:rFonts w:cs="Times New Roman"/>
          <w:szCs w:val="24"/>
        </w:rPr>
        <w:t xml:space="preserve"> </w:t>
      </w:r>
      <w:proofErr w:type="spellStart"/>
      <w:r w:rsidRPr="00693F1B">
        <w:rPr>
          <w:rFonts w:cs="Times New Roman"/>
          <w:szCs w:val="24"/>
        </w:rPr>
        <w:t>încăperi</w:t>
      </w:r>
      <w:proofErr w:type="spellEnd"/>
      <w:r w:rsidRPr="00693F1B">
        <w:rPr>
          <w:rFonts w:cs="Times New Roman"/>
          <w:szCs w:val="24"/>
        </w:rPr>
        <w:t xml:space="preserve"> de </w:t>
      </w:r>
      <w:proofErr w:type="spellStart"/>
      <w:r w:rsidRPr="00693F1B">
        <w:rPr>
          <w:rFonts w:cs="Times New Roman"/>
          <w:szCs w:val="24"/>
        </w:rPr>
        <w:t>producție</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de </w:t>
      </w:r>
      <w:proofErr w:type="spellStart"/>
      <w:r w:rsidRPr="00693F1B">
        <w:rPr>
          <w:rFonts w:cs="Times New Roman"/>
          <w:szCs w:val="24"/>
        </w:rPr>
        <w:t>serviciu</w:t>
      </w:r>
      <w:proofErr w:type="spellEnd"/>
      <w:r w:rsidRPr="00693F1B">
        <w:rPr>
          <w:rFonts w:cs="Times New Roman"/>
          <w:szCs w:val="24"/>
        </w:rPr>
        <w:t>.</w:t>
      </w:r>
    </w:p>
    <w:p w14:paraId="066A2002" w14:textId="77777777" w:rsidR="006D4E92" w:rsidRDefault="00000000">
      <w:pPr>
        <w:jc w:val="both"/>
      </w:pPr>
      <w:proofErr w:type="spellStart"/>
      <w:r w:rsidRPr="00693F1B">
        <w:rPr>
          <w:rFonts w:cs="Times New Roman"/>
          <w:szCs w:val="24"/>
        </w:rPr>
        <w:t>Specialiștii</w:t>
      </w:r>
      <w:proofErr w:type="spellEnd"/>
      <w:r w:rsidRPr="00693F1B">
        <w:rPr>
          <w:rFonts w:cs="Times New Roman"/>
          <w:szCs w:val="24"/>
        </w:rPr>
        <w:t xml:space="preserve"> </w:t>
      </w:r>
      <w:proofErr w:type="spellStart"/>
      <w:r w:rsidRPr="00693F1B">
        <w:rPr>
          <w:rFonts w:cs="Times New Roman"/>
          <w:szCs w:val="24"/>
        </w:rPr>
        <w:t>nominalizați</w:t>
      </w:r>
      <w:proofErr w:type="spellEnd"/>
      <w:r w:rsidRPr="00693F1B">
        <w:rPr>
          <w:rFonts w:cs="Times New Roman"/>
          <w:szCs w:val="24"/>
        </w:rPr>
        <w:t xml:space="preserve"> </w:t>
      </w:r>
      <w:proofErr w:type="spellStart"/>
      <w:r w:rsidRPr="00693F1B">
        <w:rPr>
          <w:rFonts w:cs="Times New Roman"/>
          <w:szCs w:val="24"/>
        </w:rPr>
        <w:t>mai</w:t>
      </w:r>
      <w:proofErr w:type="spellEnd"/>
      <w:r w:rsidRPr="00693F1B">
        <w:rPr>
          <w:rFonts w:cs="Times New Roman"/>
          <w:szCs w:val="24"/>
        </w:rPr>
        <w:t xml:space="preserve"> sus,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calitate</w:t>
      </w:r>
      <w:proofErr w:type="spellEnd"/>
      <w:r w:rsidRPr="00693F1B">
        <w:rPr>
          <w:rFonts w:cs="Times New Roman"/>
          <w:szCs w:val="24"/>
        </w:rPr>
        <w:t xml:space="preserve"> de </w:t>
      </w:r>
      <w:proofErr w:type="spellStart"/>
      <w:r w:rsidRPr="00693F1B">
        <w:rPr>
          <w:rFonts w:cs="Times New Roman"/>
          <w:szCs w:val="24"/>
        </w:rPr>
        <w:t>gestionari</w:t>
      </w:r>
      <w:proofErr w:type="spellEnd"/>
      <w:r w:rsidRPr="00693F1B">
        <w:rPr>
          <w:rFonts w:cs="Times New Roman"/>
          <w:szCs w:val="24"/>
        </w:rPr>
        <w:t xml:space="preserve"> </w:t>
      </w:r>
      <w:proofErr w:type="spellStart"/>
      <w:r w:rsidRPr="00693F1B">
        <w:rPr>
          <w:rFonts w:cs="Times New Roman"/>
          <w:szCs w:val="24"/>
        </w:rPr>
        <w:t>direcți</w:t>
      </w:r>
      <w:proofErr w:type="spellEnd"/>
      <w:r w:rsidRPr="00693F1B">
        <w:rPr>
          <w:rFonts w:cs="Times New Roman"/>
          <w:szCs w:val="24"/>
        </w:rPr>
        <w:t xml:space="preserve"> ai </w:t>
      </w:r>
      <w:proofErr w:type="spellStart"/>
      <w:r w:rsidRPr="00693F1B">
        <w:rPr>
          <w:rFonts w:cs="Times New Roman"/>
          <w:szCs w:val="24"/>
        </w:rPr>
        <w:t>registrelor</w:t>
      </w:r>
      <w:proofErr w:type="spellEnd"/>
      <w:r w:rsidRPr="00693F1B">
        <w:rPr>
          <w:rFonts w:cs="Times New Roman"/>
          <w:szCs w:val="24"/>
        </w:rPr>
        <w:t xml:space="preserve"> </w:t>
      </w:r>
      <w:proofErr w:type="spellStart"/>
      <w:r w:rsidRPr="00693F1B">
        <w:rPr>
          <w:rFonts w:cs="Times New Roman"/>
          <w:szCs w:val="24"/>
        </w:rPr>
        <w:t>publice</w:t>
      </w:r>
      <w:proofErr w:type="spellEnd"/>
      <w:r w:rsidRPr="00693F1B">
        <w:rPr>
          <w:rFonts w:cs="Times New Roman"/>
          <w:szCs w:val="24"/>
        </w:rPr>
        <w:t xml:space="preserve">, </w:t>
      </w:r>
      <w:proofErr w:type="spellStart"/>
      <w:r w:rsidRPr="00693F1B">
        <w:rPr>
          <w:rFonts w:cs="Times New Roman"/>
          <w:szCs w:val="24"/>
        </w:rPr>
        <w:t>fișelor</w:t>
      </w:r>
      <w:proofErr w:type="spellEnd"/>
      <w:r w:rsidRPr="00693F1B">
        <w:rPr>
          <w:rFonts w:cs="Times New Roman"/>
          <w:szCs w:val="24"/>
        </w:rPr>
        <w:t xml:space="preserve"> </w:t>
      </w:r>
      <w:proofErr w:type="spellStart"/>
      <w:r w:rsidRPr="00693F1B">
        <w:rPr>
          <w:rFonts w:cs="Times New Roman"/>
          <w:szCs w:val="24"/>
        </w:rPr>
        <w:t>personale</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sistemelor</w:t>
      </w:r>
      <w:proofErr w:type="spellEnd"/>
      <w:r w:rsidRPr="00693F1B">
        <w:rPr>
          <w:rFonts w:cs="Times New Roman"/>
          <w:szCs w:val="24"/>
        </w:rPr>
        <w:t xml:space="preserve"> </w:t>
      </w:r>
      <w:proofErr w:type="spellStart"/>
      <w:r w:rsidRPr="00693F1B">
        <w:rPr>
          <w:rFonts w:cs="Times New Roman"/>
          <w:szCs w:val="24"/>
        </w:rPr>
        <w:t>informaționale</w:t>
      </w:r>
      <w:proofErr w:type="spellEnd"/>
      <w:r w:rsidRPr="00693F1B">
        <w:rPr>
          <w:rFonts w:cs="Times New Roman"/>
          <w:szCs w:val="24"/>
        </w:rPr>
        <w:t xml:space="preserve"> </w:t>
      </w:r>
      <w:proofErr w:type="spellStart"/>
      <w:r w:rsidRPr="00693F1B">
        <w:rPr>
          <w:rFonts w:cs="Times New Roman"/>
          <w:szCs w:val="24"/>
        </w:rPr>
        <w:t>automatizate</w:t>
      </w:r>
      <w:proofErr w:type="spellEnd"/>
      <w:r w:rsidRPr="00693F1B">
        <w:rPr>
          <w:rFonts w:cs="Times New Roman"/>
          <w:szCs w:val="24"/>
        </w:rPr>
        <w:t xml:space="preserve"> locale ale </w:t>
      </w:r>
      <w:proofErr w:type="spellStart"/>
      <w:r w:rsidRPr="00693F1B">
        <w:rPr>
          <w:rFonts w:cs="Times New Roman"/>
          <w:b/>
          <w:bCs/>
          <w:szCs w:val="24"/>
        </w:rPr>
        <w:t>Primăriei</w:t>
      </w:r>
      <w:proofErr w:type="spellEnd"/>
      <w:r w:rsidRPr="00693F1B">
        <w:rPr>
          <w:rFonts w:cs="Times New Roman"/>
          <w:b/>
          <w:bCs/>
          <w:szCs w:val="24"/>
        </w:rPr>
        <w:t xml:space="preserve"> </w:t>
      </w:r>
      <w:proofErr w:type="spellStart"/>
      <w:r w:rsidRPr="00693F1B">
        <w:rPr>
          <w:rFonts w:cs="Times New Roman"/>
          <w:b/>
          <w:bCs/>
          <w:szCs w:val="24"/>
        </w:rPr>
        <w:t>Mereni</w:t>
      </w:r>
      <w:proofErr w:type="spellEnd"/>
      <w:r w:rsidRPr="00693F1B">
        <w:rPr>
          <w:rFonts w:cs="Times New Roman"/>
          <w:szCs w:val="24"/>
        </w:rPr>
        <w:t xml:space="preserve">, au </w:t>
      </w:r>
      <w:proofErr w:type="spellStart"/>
      <w:r w:rsidRPr="00693F1B">
        <w:rPr>
          <w:rFonts w:cs="Times New Roman"/>
          <w:szCs w:val="24"/>
        </w:rPr>
        <w:t>obligația</w:t>
      </w:r>
      <w:proofErr w:type="spellEnd"/>
      <w:r w:rsidRPr="00693F1B">
        <w:rPr>
          <w:rFonts w:cs="Times New Roman"/>
          <w:szCs w:val="24"/>
        </w:rPr>
        <w:t xml:space="preserve"> de a </w:t>
      </w:r>
      <w:proofErr w:type="spellStart"/>
      <w:r w:rsidRPr="00693F1B">
        <w:rPr>
          <w:rFonts w:cs="Times New Roman"/>
          <w:szCs w:val="24"/>
        </w:rPr>
        <w:t>colabora</w:t>
      </w:r>
      <w:proofErr w:type="spellEnd"/>
      <w:r w:rsidRPr="00693F1B">
        <w:rPr>
          <w:rFonts w:cs="Times New Roman"/>
          <w:szCs w:val="24"/>
        </w:rPr>
        <w:t xml:space="preserve"> </w:t>
      </w:r>
      <w:proofErr w:type="spellStart"/>
      <w:r w:rsidRPr="00693F1B">
        <w:rPr>
          <w:rFonts w:cs="Times New Roman"/>
          <w:szCs w:val="24"/>
        </w:rPr>
        <w:t>necondiționat</w:t>
      </w:r>
      <w:proofErr w:type="spellEnd"/>
      <w:r w:rsidRPr="00693F1B">
        <w:rPr>
          <w:rFonts w:cs="Times New Roman"/>
          <w:szCs w:val="24"/>
        </w:rPr>
        <w:t xml:space="preserve"> cu </w:t>
      </w:r>
      <w:proofErr w:type="spellStart"/>
      <w:r w:rsidRPr="00693F1B">
        <w:rPr>
          <w:rFonts w:cs="Times New Roman"/>
          <w:szCs w:val="24"/>
        </w:rPr>
        <w:t>Responsabilul</w:t>
      </w:r>
      <w:proofErr w:type="spellEnd"/>
      <w:r w:rsidRPr="00693F1B">
        <w:rPr>
          <w:rFonts w:cs="Times New Roman"/>
          <w:szCs w:val="24"/>
        </w:rPr>
        <w:t xml:space="preserve"> cu </w:t>
      </w:r>
      <w:proofErr w:type="spellStart"/>
      <w:r w:rsidRPr="00693F1B">
        <w:rPr>
          <w:rFonts w:cs="Times New Roman"/>
          <w:szCs w:val="24"/>
        </w:rPr>
        <w:t>Protecția</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w:t>
      </w:r>
      <w:proofErr w:type="spellStart"/>
      <w:r w:rsidRPr="00693F1B">
        <w:rPr>
          <w:rFonts w:cs="Times New Roman"/>
          <w:szCs w:val="24"/>
        </w:rPr>
        <w:t>Aceștia</w:t>
      </w:r>
      <w:proofErr w:type="spellEnd"/>
      <w:r w:rsidRPr="00693F1B">
        <w:rPr>
          <w:rFonts w:cs="Times New Roman"/>
          <w:szCs w:val="24"/>
        </w:rPr>
        <w:t xml:space="preserve"> </w:t>
      </w:r>
      <w:proofErr w:type="spellStart"/>
      <w:r w:rsidRPr="00693F1B">
        <w:rPr>
          <w:rFonts w:cs="Times New Roman"/>
          <w:szCs w:val="24"/>
        </w:rPr>
        <w:t>vor</w:t>
      </w:r>
      <w:proofErr w:type="spellEnd"/>
      <w:r w:rsidRPr="00693F1B">
        <w:rPr>
          <w:rFonts w:cs="Times New Roman"/>
          <w:szCs w:val="24"/>
        </w:rPr>
        <w:t xml:space="preserve"> </w:t>
      </w:r>
      <w:proofErr w:type="spellStart"/>
      <w:r w:rsidRPr="00693F1B">
        <w:rPr>
          <w:rFonts w:cs="Times New Roman"/>
          <w:szCs w:val="24"/>
        </w:rPr>
        <w:t>pune</w:t>
      </w:r>
      <w:proofErr w:type="spellEnd"/>
      <w:r w:rsidRPr="00693F1B">
        <w:rPr>
          <w:rFonts w:cs="Times New Roman"/>
          <w:szCs w:val="24"/>
        </w:rPr>
        <w:t xml:space="preserve"> la </w:t>
      </w:r>
      <w:proofErr w:type="spellStart"/>
      <w:r w:rsidRPr="00693F1B">
        <w:rPr>
          <w:rFonts w:cs="Times New Roman"/>
          <w:szCs w:val="24"/>
        </w:rPr>
        <w:t>dispoziție</w:t>
      </w:r>
      <w:proofErr w:type="spellEnd"/>
      <w:r w:rsidRPr="00693F1B">
        <w:rPr>
          <w:rFonts w:cs="Times New Roman"/>
          <w:szCs w:val="24"/>
        </w:rPr>
        <w:t xml:space="preserve"> </w:t>
      </w:r>
      <w:proofErr w:type="spellStart"/>
      <w:r w:rsidRPr="00693F1B">
        <w:rPr>
          <w:rFonts w:cs="Times New Roman"/>
          <w:szCs w:val="24"/>
        </w:rPr>
        <w:t>extrasele</w:t>
      </w:r>
      <w:proofErr w:type="spellEnd"/>
      <w:r w:rsidRPr="00693F1B">
        <w:rPr>
          <w:rFonts w:cs="Times New Roman"/>
          <w:szCs w:val="24"/>
        </w:rPr>
        <w:t xml:space="preserve"> de </w:t>
      </w:r>
      <w:proofErr w:type="spellStart"/>
      <w:r w:rsidRPr="00693F1B">
        <w:rPr>
          <w:rFonts w:cs="Times New Roman"/>
          <w:szCs w:val="24"/>
        </w:rPr>
        <w:t>loguri</w:t>
      </w:r>
      <w:proofErr w:type="spellEnd"/>
      <w:r w:rsidRPr="00693F1B">
        <w:rPr>
          <w:rFonts w:cs="Times New Roman"/>
          <w:szCs w:val="24"/>
        </w:rPr>
        <w:t xml:space="preserve">, </w:t>
      </w:r>
      <w:proofErr w:type="spellStart"/>
      <w:r w:rsidRPr="00693F1B">
        <w:rPr>
          <w:rFonts w:cs="Times New Roman"/>
          <w:szCs w:val="24"/>
        </w:rPr>
        <w:t>jurnalele</w:t>
      </w:r>
      <w:proofErr w:type="spellEnd"/>
      <w:r w:rsidRPr="00693F1B">
        <w:rPr>
          <w:rFonts w:cs="Times New Roman"/>
          <w:szCs w:val="24"/>
        </w:rPr>
        <w:t xml:space="preserve"> de </w:t>
      </w:r>
      <w:proofErr w:type="spellStart"/>
      <w:r w:rsidRPr="00693F1B">
        <w:rPr>
          <w:rFonts w:cs="Times New Roman"/>
          <w:szCs w:val="24"/>
        </w:rPr>
        <w:t>evenimente</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documentele</w:t>
      </w:r>
      <w:proofErr w:type="spellEnd"/>
      <w:r w:rsidRPr="00693F1B">
        <w:rPr>
          <w:rFonts w:cs="Times New Roman"/>
          <w:szCs w:val="24"/>
        </w:rPr>
        <w:t xml:space="preserve"> </w:t>
      </w:r>
      <w:proofErr w:type="spellStart"/>
      <w:r w:rsidRPr="00693F1B">
        <w:rPr>
          <w:rFonts w:cs="Times New Roman"/>
          <w:szCs w:val="24"/>
        </w:rPr>
        <w:t>fizice</w:t>
      </w:r>
      <w:proofErr w:type="spellEnd"/>
      <w:r w:rsidRPr="00693F1B">
        <w:rPr>
          <w:rFonts w:cs="Times New Roman"/>
          <w:szCs w:val="24"/>
        </w:rPr>
        <w:t xml:space="preserve"> </w:t>
      </w:r>
      <w:proofErr w:type="spellStart"/>
      <w:r w:rsidRPr="00693F1B">
        <w:rPr>
          <w:rFonts w:cs="Times New Roman"/>
          <w:szCs w:val="24"/>
        </w:rPr>
        <w:t>necesare</w:t>
      </w:r>
      <w:proofErr w:type="spellEnd"/>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determinarea</w:t>
      </w:r>
      <w:proofErr w:type="spellEnd"/>
      <w:r w:rsidRPr="00693F1B">
        <w:rPr>
          <w:rFonts w:cs="Times New Roman"/>
          <w:szCs w:val="24"/>
        </w:rPr>
        <w:t xml:space="preserve"> </w:t>
      </w:r>
      <w:proofErr w:type="spellStart"/>
      <w:r w:rsidRPr="00693F1B">
        <w:rPr>
          <w:rFonts w:cs="Times New Roman"/>
          <w:szCs w:val="24"/>
        </w:rPr>
        <w:t>volumului</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compromise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stabilirea</w:t>
      </w:r>
      <w:proofErr w:type="spellEnd"/>
      <w:r w:rsidRPr="00693F1B">
        <w:rPr>
          <w:rFonts w:cs="Times New Roman"/>
          <w:szCs w:val="24"/>
        </w:rPr>
        <w:t xml:space="preserve"> </w:t>
      </w:r>
      <w:proofErr w:type="spellStart"/>
      <w:r w:rsidRPr="00693F1B">
        <w:rPr>
          <w:rFonts w:cs="Times New Roman"/>
          <w:szCs w:val="24"/>
        </w:rPr>
        <w:t>măsurilor</w:t>
      </w:r>
      <w:proofErr w:type="spellEnd"/>
      <w:r w:rsidRPr="00693F1B">
        <w:rPr>
          <w:rFonts w:cs="Times New Roman"/>
          <w:szCs w:val="24"/>
        </w:rPr>
        <w:t xml:space="preserve"> de </w:t>
      </w:r>
      <w:proofErr w:type="spellStart"/>
      <w:r w:rsidRPr="00693F1B">
        <w:rPr>
          <w:rFonts w:cs="Times New Roman"/>
          <w:szCs w:val="24"/>
        </w:rPr>
        <w:t>remediere</w:t>
      </w:r>
      <w:proofErr w:type="spellEnd"/>
      <w:r w:rsidRPr="00693F1B">
        <w:rPr>
          <w:rFonts w:cs="Times New Roman"/>
          <w:szCs w:val="24"/>
        </w:rPr>
        <w:t xml:space="preserve">, </w:t>
      </w:r>
      <w:proofErr w:type="spellStart"/>
      <w:r w:rsidRPr="00693F1B">
        <w:rPr>
          <w:rFonts w:cs="Times New Roman"/>
          <w:szCs w:val="24"/>
        </w:rPr>
        <w:t>purtând</w:t>
      </w:r>
      <w:proofErr w:type="spellEnd"/>
      <w:r w:rsidRPr="00693F1B">
        <w:rPr>
          <w:rFonts w:cs="Times New Roman"/>
          <w:szCs w:val="24"/>
        </w:rPr>
        <w:t xml:space="preserve"> </w:t>
      </w:r>
      <w:proofErr w:type="spellStart"/>
      <w:r w:rsidRPr="00693F1B">
        <w:rPr>
          <w:rFonts w:cs="Times New Roman"/>
          <w:szCs w:val="24"/>
        </w:rPr>
        <w:t>răspundere</w:t>
      </w:r>
      <w:proofErr w:type="spellEnd"/>
      <w:r w:rsidRPr="00693F1B">
        <w:rPr>
          <w:rFonts w:cs="Times New Roman"/>
          <w:szCs w:val="24"/>
        </w:rPr>
        <w:t xml:space="preserve"> </w:t>
      </w:r>
      <w:proofErr w:type="spellStart"/>
      <w:r w:rsidRPr="00693F1B">
        <w:rPr>
          <w:rFonts w:cs="Times New Roman"/>
          <w:szCs w:val="24"/>
        </w:rPr>
        <w:t>disciplinară</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juridică</w:t>
      </w:r>
      <w:proofErr w:type="spellEnd"/>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tăinuirea</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raportarea</w:t>
      </w:r>
      <w:proofErr w:type="spellEnd"/>
      <w:r w:rsidRPr="00693F1B">
        <w:rPr>
          <w:rFonts w:cs="Times New Roman"/>
          <w:szCs w:val="24"/>
        </w:rPr>
        <w:t xml:space="preserve"> cu </w:t>
      </w:r>
      <w:proofErr w:type="spellStart"/>
      <w:r w:rsidRPr="00693F1B">
        <w:rPr>
          <w:rFonts w:cs="Times New Roman"/>
          <w:szCs w:val="24"/>
        </w:rPr>
        <w:t>întârziere</w:t>
      </w:r>
      <w:proofErr w:type="spellEnd"/>
      <w:r w:rsidRPr="00693F1B">
        <w:rPr>
          <w:rFonts w:cs="Times New Roman"/>
          <w:szCs w:val="24"/>
        </w:rPr>
        <w:t xml:space="preserve"> </w:t>
      </w:r>
      <w:proofErr w:type="gramStart"/>
      <w:r w:rsidRPr="00693F1B">
        <w:rPr>
          <w:rFonts w:cs="Times New Roman"/>
          <w:szCs w:val="24"/>
        </w:rPr>
        <w:t>a</w:t>
      </w:r>
      <w:proofErr w:type="gramEnd"/>
      <w:r w:rsidRPr="00693F1B">
        <w:rPr>
          <w:rFonts w:cs="Times New Roman"/>
          <w:szCs w:val="24"/>
        </w:rPr>
        <w:t xml:space="preserve"> </w:t>
      </w:r>
      <w:proofErr w:type="spellStart"/>
      <w:r w:rsidRPr="00693F1B">
        <w:rPr>
          <w:rFonts w:cs="Times New Roman"/>
          <w:szCs w:val="24"/>
        </w:rPr>
        <w:t>incidentelor</w:t>
      </w:r>
      <w:proofErr w:type="spellEnd"/>
      <w:r w:rsidRPr="00693F1B">
        <w:rPr>
          <w:rFonts w:cs="Times New Roman"/>
          <w:szCs w:val="24"/>
        </w:rPr>
        <w:t xml:space="preserve"> </w:t>
      </w:r>
      <w:proofErr w:type="spellStart"/>
      <w:r w:rsidRPr="00693F1B">
        <w:rPr>
          <w:rFonts w:cs="Times New Roman"/>
          <w:szCs w:val="24"/>
        </w:rPr>
        <w:t>depistate</w:t>
      </w:r>
      <w:proofErr w:type="spellEnd"/>
      <w:r w:rsidRPr="00693F1B">
        <w:rPr>
          <w:rFonts w:cs="Times New Roman"/>
          <w:szCs w:val="24"/>
        </w:rPr>
        <w:t>.</w:t>
      </w:r>
    </w:p>
    <w:p w14:paraId="305AA4D9" w14:textId="77777777" w:rsidR="006D4E92" w:rsidRDefault="00000000">
      <w:pPr>
        <w:jc w:val="both"/>
      </w:pPr>
      <w:proofErr w:type="spellStart"/>
      <w:r w:rsidRPr="00693F1B">
        <w:rPr>
          <w:rFonts w:cs="Times New Roman"/>
          <w:szCs w:val="24"/>
        </w:rPr>
        <w:lastRenderedPageBreak/>
        <w:t>Persoana</w:t>
      </w:r>
      <w:proofErr w:type="spellEnd"/>
      <w:r w:rsidRPr="00693F1B">
        <w:rPr>
          <w:rFonts w:cs="Times New Roman"/>
          <w:szCs w:val="24"/>
        </w:rPr>
        <w:t xml:space="preserve"> </w:t>
      </w:r>
      <w:proofErr w:type="spellStart"/>
      <w:r w:rsidRPr="00693F1B">
        <w:rPr>
          <w:rFonts w:cs="Times New Roman"/>
          <w:szCs w:val="24"/>
        </w:rPr>
        <w:t>responsabilă</w:t>
      </w:r>
      <w:proofErr w:type="spellEnd"/>
      <w:r w:rsidRPr="00693F1B">
        <w:rPr>
          <w:rFonts w:cs="Times New Roman"/>
          <w:szCs w:val="24"/>
        </w:rPr>
        <w:t xml:space="preserve"> de </w:t>
      </w:r>
      <w:proofErr w:type="spellStart"/>
      <w:r w:rsidRPr="00693F1B">
        <w:rPr>
          <w:rFonts w:cs="Times New Roman"/>
          <w:szCs w:val="24"/>
        </w:rPr>
        <w:t>înregistrarea</w:t>
      </w:r>
      <w:proofErr w:type="spellEnd"/>
      <w:r w:rsidRPr="00693F1B">
        <w:rPr>
          <w:rFonts w:cs="Times New Roman"/>
          <w:szCs w:val="24"/>
        </w:rPr>
        <w:t xml:space="preserve"> </w:t>
      </w:r>
      <w:proofErr w:type="spellStart"/>
      <w:r w:rsidRPr="00693F1B">
        <w:rPr>
          <w:rFonts w:cs="Times New Roman"/>
          <w:szCs w:val="24"/>
        </w:rPr>
        <w:t>încălcărilor</w:t>
      </w:r>
      <w:proofErr w:type="spellEnd"/>
      <w:r w:rsidRPr="00693F1B">
        <w:rPr>
          <w:rFonts w:cs="Times New Roman"/>
          <w:szCs w:val="24"/>
        </w:rPr>
        <w:t xml:space="preserve"> (</w:t>
      </w:r>
      <w:proofErr w:type="spellStart"/>
      <w:r w:rsidRPr="00693F1B">
        <w:rPr>
          <w:rFonts w:cs="Times New Roman"/>
          <w:szCs w:val="24"/>
        </w:rPr>
        <w:t>Responsabilul</w:t>
      </w:r>
      <w:proofErr w:type="spellEnd"/>
      <w:r w:rsidRPr="00693F1B">
        <w:rPr>
          <w:rFonts w:cs="Times New Roman"/>
          <w:szCs w:val="24"/>
        </w:rPr>
        <w:t xml:space="preserve"> cu </w:t>
      </w:r>
      <w:proofErr w:type="spellStart"/>
      <w:r w:rsidRPr="00693F1B">
        <w:rPr>
          <w:rFonts w:cs="Times New Roman"/>
          <w:szCs w:val="24"/>
        </w:rPr>
        <w:t>Protecția</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din </w:t>
      </w:r>
      <w:proofErr w:type="spellStart"/>
      <w:r w:rsidRPr="00693F1B">
        <w:rPr>
          <w:rFonts w:cs="Times New Roman"/>
          <w:szCs w:val="24"/>
        </w:rPr>
        <w:t>cadrul</w:t>
      </w:r>
      <w:proofErr w:type="spellEnd"/>
      <w:r w:rsidRPr="00693F1B">
        <w:rPr>
          <w:rFonts w:cs="Times New Roman"/>
          <w:szCs w:val="24"/>
        </w:rPr>
        <w:t xml:space="preserve"> </w:t>
      </w:r>
      <w:proofErr w:type="spellStart"/>
      <w:r w:rsidRPr="00693F1B">
        <w:rPr>
          <w:rFonts w:cs="Times New Roman"/>
          <w:szCs w:val="24"/>
        </w:rPr>
        <w:t>Primăriei</w:t>
      </w:r>
      <w:proofErr w:type="spellEnd"/>
      <w:r w:rsidRPr="00693F1B">
        <w:rPr>
          <w:rFonts w:cs="Times New Roman"/>
          <w:szCs w:val="24"/>
        </w:rPr>
        <w:t xml:space="preserve"> </w:t>
      </w:r>
      <w:proofErr w:type="spellStart"/>
      <w:r w:rsidRPr="00693F1B">
        <w:rPr>
          <w:rFonts w:cs="Times New Roman"/>
          <w:szCs w:val="24"/>
        </w:rPr>
        <w:t>Mereni</w:t>
      </w:r>
      <w:proofErr w:type="spellEnd"/>
      <w:r w:rsidRPr="00693F1B">
        <w:rPr>
          <w:rFonts w:cs="Times New Roman"/>
          <w:szCs w:val="24"/>
        </w:rPr>
        <w:t xml:space="preserve">) </w:t>
      </w:r>
      <w:proofErr w:type="spellStart"/>
      <w:r w:rsidRPr="00693F1B">
        <w:rPr>
          <w:rFonts w:cs="Times New Roman"/>
          <w:szCs w:val="24"/>
        </w:rPr>
        <w:t>va</w:t>
      </w:r>
      <w:proofErr w:type="spellEnd"/>
      <w:r w:rsidRPr="00693F1B">
        <w:rPr>
          <w:rFonts w:cs="Times New Roman"/>
          <w:szCs w:val="24"/>
        </w:rPr>
        <w:t xml:space="preserve"> </w:t>
      </w:r>
      <w:proofErr w:type="spellStart"/>
      <w:r w:rsidRPr="00693F1B">
        <w:rPr>
          <w:rFonts w:cs="Times New Roman"/>
          <w:szCs w:val="24"/>
        </w:rPr>
        <w:t>consemna</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mod </w:t>
      </w:r>
      <w:proofErr w:type="spellStart"/>
      <w:r w:rsidRPr="00693F1B">
        <w:rPr>
          <w:rFonts w:cs="Times New Roman"/>
          <w:szCs w:val="24"/>
        </w:rPr>
        <w:t>obligatoriu</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Registrul</w:t>
      </w:r>
      <w:proofErr w:type="spellEnd"/>
      <w:r w:rsidRPr="00693F1B">
        <w:rPr>
          <w:rFonts w:cs="Times New Roman"/>
          <w:szCs w:val="24"/>
        </w:rPr>
        <w:t xml:space="preserve"> de </w:t>
      </w:r>
      <w:proofErr w:type="spellStart"/>
      <w:r w:rsidRPr="00693F1B">
        <w:rPr>
          <w:rFonts w:cs="Times New Roman"/>
          <w:szCs w:val="24"/>
        </w:rPr>
        <w:t>Evidență</w:t>
      </w:r>
      <w:proofErr w:type="spellEnd"/>
      <w:r w:rsidRPr="00693F1B">
        <w:rPr>
          <w:rFonts w:cs="Times New Roman"/>
          <w:szCs w:val="24"/>
        </w:rPr>
        <w:t xml:space="preserve"> a </w:t>
      </w:r>
      <w:proofErr w:type="spellStart"/>
      <w:r w:rsidRPr="00693F1B">
        <w:rPr>
          <w:rFonts w:cs="Times New Roman"/>
          <w:szCs w:val="24"/>
        </w:rPr>
        <w:t>Incidentelor</w:t>
      </w:r>
      <w:proofErr w:type="spellEnd"/>
      <w:r w:rsidRPr="00693F1B">
        <w:rPr>
          <w:rFonts w:cs="Times New Roman"/>
          <w:szCs w:val="24"/>
        </w:rPr>
        <w:t xml:space="preserve"> </w:t>
      </w:r>
      <w:proofErr w:type="spellStart"/>
      <w:r w:rsidRPr="00693F1B">
        <w:rPr>
          <w:rFonts w:cs="Times New Roman"/>
          <w:szCs w:val="24"/>
        </w:rPr>
        <w:t>următoarele</w:t>
      </w:r>
      <w:proofErr w:type="spellEnd"/>
      <w:r w:rsidRPr="00693F1B">
        <w:rPr>
          <w:rFonts w:cs="Times New Roman"/>
          <w:szCs w:val="24"/>
        </w:rPr>
        <w:t xml:space="preserve"> </w:t>
      </w:r>
      <w:proofErr w:type="spellStart"/>
      <w:r w:rsidRPr="00693F1B">
        <w:rPr>
          <w:rFonts w:cs="Times New Roman"/>
          <w:szCs w:val="24"/>
        </w:rPr>
        <w:t>elemente</w:t>
      </w:r>
      <w:proofErr w:type="spellEnd"/>
      <w:r w:rsidRPr="00693F1B">
        <w:rPr>
          <w:rFonts w:cs="Times New Roman"/>
          <w:szCs w:val="24"/>
        </w:rPr>
        <w:t>:</w:t>
      </w:r>
    </w:p>
    <w:p w14:paraId="2072F48C" w14:textId="77777777" w:rsidR="006D4E92" w:rsidRPr="00693F1B" w:rsidRDefault="00000000">
      <w:pPr>
        <w:numPr>
          <w:ilvl w:val="0"/>
          <w:numId w:val="24"/>
        </w:numPr>
        <w:jc w:val="both"/>
        <w:rPr>
          <w:rFonts w:cs="Times New Roman"/>
          <w:szCs w:val="24"/>
        </w:rPr>
      </w:pPr>
      <w:proofErr w:type="spellStart"/>
      <w:r w:rsidRPr="00693F1B">
        <w:rPr>
          <w:rFonts w:cs="Times New Roman"/>
          <w:szCs w:val="24"/>
        </w:rPr>
        <w:t>descrierea</w:t>
      </w:r>
      <w:proofErr w:type="spellEnd"/>
      <w:r w:rsidRPr="00693F1B">
        <w:rPr>
          <w:rFonts w:cs="Times New Roman"/>
          <w:szCs w:val="24"/>
        </w:rPr>
        <w:t xml:space="preserve"> </w:t>
      </w:r>
      <w:proofErr w:type="spellStart"/>
      <w:r w:rsidRPr="00693F1B">
        <w:rPr>
          <w:rFonts w:cs="Times New Roman"/>
          <w:szCs w:val="24"/>
        </w:rPr>
        <w:t>situației</w:t>
      </w:r>
      <w:proofErr w:type="spellEnd"/>
      <w:r w:rsidRPr="00693F1B">
        <w:rPr>
          <w:rFonts w:cs="Times New Roman"/>
          <w:szCs w:val="24"/>
        </w:rPr>
        <w:t xml:space="preserve"> de </w:t>
      </w:r>
      <w:proofErr w:type="spellStart"/>
      <w:r w:rsidRPr="00693F1B">
        <w:rPr>
          <w:rFonts w:cs="Times New Roman"/>
          <w:szCs w:val="24"/>
        </w:rPr>
        <w:t>fapt</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care </w:t>
      </w:r>
      <w:proofErr w:type="gramStart"/>
      <w:r w:rsidRPr="00693F1B">
        <w:rPr>
          <w:rFonts w:cs="Times New Roman"/>
          <w:szCs w:val="24"/>
        </w:rPr>
        <w:t>a</w:t>
      </w:r>
      <w:proofErr w:type="gramEnd"/>
      <w:r w:rsidRPr="00693F1B">
        <w:rPr>
          <w:rFonts w:cs="Times New Roman"/>
          <w:szCs w:val="24"/>
        </w:rPr>
        <w:t xml:space="preserve"> </w:t>
      </w:r>
      <w:proofErr w:type="spellStart"/>
      <w:r w:rsidRPr="00693F1B">
        <w:rPr>
          <w:rFonts w:cs="Times New Roman"/>
          <w:szCs w:val="24"/>
        </w:rPr>
        <w:t>avut</w:t>
      </w:r>
      <w:proofErr w:type="spellEnd"/>
      <w:r w:rsidRPr="00693F1B">
        <w:rPr>
          <w:rFonts w:cs="Times New Roman"/>
          <w:szCs w:val="24"/>
        </w:rPr>
        <w:t xml:space="preserve"> loc </w:t>
      </w:r>
      <w:proofErr w:type="spellStart"/>
      <w:r w:rsidRPr="00693F1B">
        <w:rPr>
          <w:rFonts w:cs="Times New Roman"/>
          <w:szCs w:val="24"/>
        </w:rPr>
        <w:t>încălcarea</w:t>
      </w:r>
      <w:proofErr w:type="spellEnd"/>
      <w:r w:rsidRPr="00693F1B">
        <w:rPr>
          <w:rFonts w:cs="Times New Roman"/>
          <w:szCs w:val="24"/>
        </w:rPr>
        <w:t xml:space="preserve"> </w:t>
      </w:r>
      <w:proofErr w:type="spellStart"/>
      <w:r w:rsidRPr="00693F1B">
        <w:rPr>
          <w:rFonts w:cs="Times New Roman"/>
          <w:szCs w:val="24"/>
        </w:rPr>
        <w:t>securității</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w:t>
      </w:r>
    </w:p>
    <w:p w14:paraId="751C5EEC" w14:textId="77777777" w:rsidR="006D4E92" w:rsidRPr="00693F1B" w:rsidRDefault="00000000">
      <w:pPr>
        <w:numPr>
          <w:ilvl w:val="0"/>
          <w:numId w:val="24"/>
        </w:numPr>
        <w:jc w:val="both"/>
        <w:rPr>
          <w:rFonts w:cs="Times New Roman"/>
          <w:szCs w:val="24"/>
        </w:rPr>
      </w:pPr>
      <w:proofErr w:type="spellStart"/>
      <w:r w:rsidRPr="00693F1B">
        <w:rPr>
          <w:rFonts w:cs="Times New Roman"/>
          <w:szCs w:val="24"/>
        </w:rPr>
        <w:t>efectele</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consecințele</w:t>
      </w:r>
      <w:proofErr w:type="spellEnd"/>
      <w:r w:rsidRPr="00693F1B">
        <w:rPr>
          <w:rFonts w:cs="Times New Roman"/>
          <w:szCs w:val="24"/>
        </w:rPr>
        <w:t xml:space="preserve"> </w:t>
      </w:r>
      <w:proofErr w:type="spellStart"/>
      <w:r w:rsidRPr="00693F1B">
        <w:rPr>
          <w:rFonts w:cs="Times New Roman"/>
          <w:szCs w:val="24"/>
        </w:rPr>
        <w:t>produse</w:t>
      </w:r>
      <w:proofErr w:type="spellEnd"/>
      <w:r w:rsidRPr="00693F1B">
        <w:rPr>
          <w:rFonts w:cs="Times New Roman"/>
          <w:szCs w:val="24"/>
        </w:rPr>
        <w:t xml:space="preserve"> </w:t>
      </w:r>
      <w:proofErr w:type="spellStart"/>
      <w:r w:rsidRPr="00693F1B">
        <w:rPr>
          <w:rFonts w:cs="Times New Roman"/>
          <w:szCs w:val="24"/>
        </w:rPr>
        <w:t>asupra</w:t>
      </w:r>
      <w:proofErr w:type="spellEnd"/>
      <w:r w:rsidRPr="00693F1B">
        <w:rPr>
          <w:rFonts w:cs="Times New Roman"/>
          <w:szCs w:val="24"/>
        </w:rPr>
        <w:t xml:space="preserve"> </w:t>
      </w:r>
      <w:proofErr w:type="spellStart"/>
      <w:r w:rsidRPr="00693F1B">
        <w:rPr>
          <w:rFonts w:cs="Times New Roman"/>
          <w:szCs w:val="24"/>
        </w:rPr>
        <w:t>cetățenilor</w:t>
      </w:r>
      <w:proofErr w:type="spellEnd"/>
      <w:r w:rsidRPr="00693F1B">
        <w:rPr>
          <w:rFonts w:cs="Times New Roman"/>
          <w:szCs w:val="24"/>
        </w:rPr>
        <w:t xml:space="preserve"> din </w:t>
      </w:r>
      <w:proofErr w:type="spellStart"/>
      <w:r w:rsidRPr="00693F1B">
        <w:rPr>
          <w:rFonts w:cs="Times New Roman"/>
          <w:szCs w:val="24"/>
        </w:rPr>
        <w:t>satul</w:t>
      </w:r>
      <w:proofErr w:type="spellEnd"/>
      <w:r w:rsidRPr="00693F1B">
        <w:rPr>
          <w:rFonts w:cs="Times New Roman"/>
          <w:szCs w:val="24"/>
        </w:rPr>
        <w:t xml:space="preserve"> </w:t>
      </w:r>
      <w:proofErr w:type="spellStart"/>
      <w:r w:rsidRPr="00693F1B">
        <w:rPr>
          <w:rFonts w:cs="Times New Roman"/>
          <w:szCs w:val="24"/>
        </w:rPr>
        <w:t>Mereni</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asupra</w:t>
      </w:r>
      <w:proofErr w:type="spellEnd"/>
      <w:r w:rsidRPr="00693F1B">
        <w:rPr>
          <w:rFonts w:cs="Times New Roman"/>
          <w:szCs w:val="24"/>
        </w:rPr>
        <w:t xml:space="preserve"> </w:t>
      </w:r>
      <w:proofErr w:type="spellStart"/>
      <w:r w:rsidRPr="00693F1B">
        <w:rPr>
          <w:rFonts w:cs="Times New Roman"/>
          <w:szCs w:val="24"/>
        </w:rPr>
        <w:t>angajaților</w:t>
      </w:r>
      <w:proofErr w:type="spellEnd"/>
      <w:r w:rsidRPr="00693F1B">
        <w:rPr>
          <w:rFonts w:cs="Times New Roman"/>
          <w:szCs w:val="24"/>
        </w:rPr>
        <w:t xml:space="preserve"> </w:t>
      </w:r>
      <w:proofErr w:type="spellStart"/>
      <w:r w:rsidRPr="00693F1B">
        <w:rPr>
          <w:rFonts w:cs="Times New Roman"/>
          <w:szCs w:val="24"/>
        </w:rPr>
        <w:t>instituției</w:t>
      </w:r>
      <w:proofErr w:type="spellEnd"/>
      <w:r w:rsidRPr="00693F1B">
        <w:rPr>
          <w:rFonts w:cs="Times New Roman"/>
          <w:szCs w:val="24"/>
        </w:rPr>
        <w:t>;</w:t>
      </w:r>
    </w:p>
    <w:p w14:paraId="5C726930" w14:textId="77777777" w:rsidR="006D4E92" w:rsidRPr="00693F1B" w:rsidRDefault="00000000">
      <w:pPr>
        <w:numPr>
          <w:ilvl w:val="0"/>
          <w:numId w:val="24"/>
        </w:numPr>
        <w:jc w:val="both"/>
        <w:rPr>
          <w:rFonts w:cs="Times New Roman"/>
          <w:szCs w:val="24"/>
        </w:rPr>
      </w:pPr>
      <w:proofErr w:type="spellStart"/>
      <w:r w:rsidRPr="00693F1B">
        <w:rPr>
          <w:rFonts w:cs="Times New Roman"/>
          <w:szCs w:val="24"/>
        </w:rPr>
        <w:t>măsurile</w:t>
      </w:r>
      <w:proofErr w:type="spellEnd"/>
      <w:r w:rsidRPr="00693F1B">
        <w:rPr>
          <w:rFonts w:cs="Times New Roman"/>
          <w:szCs w:val="24"/>
        </w:rPr>
        <w:t xml:space="preserve"> de </w:t>
      </w:r>
      <w:proofErr w:type="spellStart"/>
      <w:r w:rsidRPr="00693F1B">
        <w:rPr>
          <w:rFonts w:cs="Times New Roman"/>
          <w:szCs w:val="24"/>
        </w:rPr>
        <w:t>remediere</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izolare</w:t>
      </w:r>
      <w:proofErr w:type="spellEnd"/>
      <w:r w:rsidRPr="00693F1B">
        <w:rPr>
          <w:rFonts w:cs="Times New Roman"/>
          <w:szCs w:val="24"/>
        </w:rPr>
        <w:t xml:space="preserve"> </w:t>
      </w:r>
      <w:proofErr w:type="spellStart"/>
      <w:r w:rsidRPr="00693F1B">
        <w:rPr>
          <w:rFonts w:cs="Times New Roman"/>
          <w:szCs w:val="24"/>
        </w:rPr>
        <w:t>întreprinse</w:t>
      </w:r>
      <w:proofErr w:type="spellEnd"/>
      <w:r w:rsidRPr="00693F1B">
        <w:rPr>
          <w:rFonts w:cs="Times New Roman"/>
          <w:szCs w:val="24"/>
        </w:rPr>
        <w:t xml:space="preserve"> </w:t>
      </w:r>
      <w:proofErr w:type="spellStart"/>
      <w:r w:rsidRPr="00693F1B">
        <w:rPr>
          <w:rFonts w:cs="Times New Roman"/>
          <w:szCs w:val="24"/>
        </w:rPr>
        <w:t>imediat</w:t>
      </w:r>
      <w:proofErr w:type="spellEnd"/>
      <w:r w:rsidRPr="00693F1B">
        <w:rPr>
          <w:rFonts w:cs="Times New Roman"/>
          <w:szCs w:val="24"/>
        </w:rPr>
        <w:t xml:space="preserve"> de </w:t>
      </w:r>
      <w:proofErr w:type="spellStart"/>
      <w:r w:rsidRPr="00693F1B">
        <w:rPr>
          <w:rFonts w:cs="Times New Roman"/>
          <w:szCs w:val="24"/>
        </w:rPr>
        <w:t>instituție</w:t>
      </w:r>
      <w:proofErr w:type="spellEnd"/>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limitarea</w:t>
      </w:r>
      <w:proofErr w:type="spellEnd"/>
      <w:r w:rsidRPr="00693F1B">
        <w:rPr>
          <w:rFonts w:cs="Times New Roman"/>
          <w:szCs w:val="24"/>
        </w:rPr>
        <w:t xml:space="preserve"> </w:t>
      </w:r>
      <w:proofErr w:type="spellStart"/>
      <w:r w:rsidRPr="00693F1B">
        <w:rPr>
          <w:rFonts w:cs="Times New Roman"/>
          <w:szCs w:val="24"/>
        </w:rPr>
        <w:t>impactului</w:t>
      </w:r>
      <w:proofErr w:type="spellEnd"/>
      <w:r w:rsidRPr="00693F1B">
        <w:rPr>
          <w:rFonts w:cs="Times New Roman"/>
          <w:szCs w:val="24"/>
        </w:rPr>
        <w:t>.</w:t>
      </w:r>
    </w:p>
    <w:p w14:paraId="2C3A2E2E" w14:textId="77777777" w:rsidR="006D4E92" w:rsidRPr="00693F1B" w:rsidRDefault="006D4E92">
      <w:pPr>
        <w:jc w:val="both"/>
        <w:rPr>
          <w:rFonts w:cs="Times New Roman"/>
          <w:szCs w:val="24"/>
        </w:rPr>
      </w:pPr>
    </w:p>
    <w:p w14:paraId="4F0A6916" w14:textId="77777777" w:rsidR="006D4E92" w:rsidRDefault="00000000">
      <w:pPr>
        <w:jc w:val="both"/>
      </w:pPr>
      <w:r w:rsidRPr="00693F1B">
        <w:rPr>
          <w:rFonts w:cs="Times New Roman"/>
          <w:b/>
          <w:bCs/>
          <w:szCs w:val="24"/>
        </w:rPr>
        <w:t xml:space="preserve">3.5. </w:t>
      </w:r>
      <w:proofErr w:type="spellStart"/>
      <w:r w:rsidRPr="00693F1B">
        <w:rPr>
          <w:rFonts w:cs="Times New Roman"/>
          <w:b/>
          <w:bCs/>
          <w:szCs w:val="24"/>
        </w:rPr>
        <w:t>Evaluarea</w:t>
      </w:r>
      <w:proofErr w:type="spellEnd"/>
      <w:r w:rsidRPr="00693F1B">
        <w:rPr>
          <w:rFonts w:cs="Times New Roman"/>
          <w:b/>
          <w:bCs/>
          <w:szCs w:val="24"/>
        </w:rPr>
        <w:t xml:space="preserve"> </w:t>
      </w:r>
      <w:proofErr w:type="spellStart"/>
      <w:r w:rsidRPr="00693F1B">
        <w:rPr>
          <w:rFonts w:cs="Times New Roman"/>
          <w:b/>
          <w:bCs/>
          <w:szCs w:val="24"/>
        </w:rPr>
        <w:t>gravității</w:t>
      </w:r>
      <w:proofErr w:type="spellEnd"/>
      <w:r w:rsidRPr="00693F1B">
        <w:rPr>
          <w:rFonts w:cs="Times New Roman"/>
          <w:b/>
          <w:bCs/>
          <w:szCs w:val="24"/>
        </w:rPr>
        <w:t xml:space="preserve"> </w:t>
      </w:r>
      <w:proofErr w:type="spellStart"/>
      <w:r w:rsidRPr="00693F1B">
        <w:rPr>
          <w:rFonts w:cs="Times New Roman"/>
          <w:b/>
          <w:bCs/>
          <w:szCs w:val="24"/>
        </w:rPr>
        <w:t>impactului</w:t>
      </w:r>
      <w:proofErr w:type="spellEnd"/>
      <w:r w:rsidRPr="00693F1B">
        <w:rPr>
          <w:rFonts w:cs="Times New Roman"/>
          <w:b/>
          <w:bCs/>
          <w:szCs w:val="24"/>
        </w:rPr>
        <w:t xml:space="preserve"> </w:t>
      </w:r>
      <w:proofErr w:type="spellStart"/>
      <w:r w:rsidRPr="00693F1B">
        <w:rPr>
          <w:rFonts w:cs="Times New Roman"/>
          <w:b/>
          <w:bCs/>
          <w:szCs w:val="24"/>
        </w:rPr>
        <w:t>posibil</w:t>
      </w:r>
      <w:proofErr w:type="spellEnd"/>
      <w:r w:rsidRPr="00693F1B">
        <w:rPr>
          <w:rFonts w:cs="Times New Roman"/>
          <w:b/>
          <w:bCs/>
          <w:szCs w:val="24"/>
        </w:rPr>
        <w:t xml:space="preserve"> </w:t>
      </w:r>
      <w:proofErr w:type="spellStart"/>
      <w:r w:rsidRPr="00693F1B">
        <w:rPr>
          <w:rFonts w:cs="Times New Roman"/>
          <w:b/>
          <w:bCs/>
          <w:szCs w:val="24"/>
        </w:rPr>
        <w:t>sau</w:t>
      </w:r>
      <w:proofErr w:type="spellEnd"/>
      <w:r w:rsidRPr="00693F1B">
        <w:rPr>
          <w:rFonts w:cs="Times New Roman"/>
          <w:b/>
          <w:bCs/>
          <w:szCs w:val="24"/>
        </w:rPr>
        <w:t xml:space="preserve"> </w:t>
      </w:r>
      <w:proofErr w:type="spellStart"/>
      <w:r w:rsidRPr="00693F1B">
        <w:rPr>
          <w:rFonts w:cs="Times New Roman"/>
          <w:b/>
          <w:bCs/>
          <w:szCs w:val="24"/>
        </w:rPr>
        <w:t>efectiv</w:t>
      </w:r>
      <w:proofErr w:type="spellEnd"/>
    </w:p>
    <w:p w14:paraId="5D6E4AAE" w14:textId="77777777" w:rsidR="006D4E92" w:rsidRDefault="00000000">
      <w:pPr>
        <w:jc w:val="both"/>
      </w:pP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evaluarea</w:t>
      </w:r>
      <w:proofErr w:type="spellEnd"/>
      <w:r w:rsidRPr="00693F1B">
        <w:rPr>
          <w:rFonts w:cs="Times New Roman"/>
          <w:szCs w:val="24"/>
        </w:rPr>
        <w:t xml:space="preserve"> </w:t>
      </w:r>
      <w:proofErr w:type="spellStart"/>
      <w:r w:rsidRPr="00693F1B">
        <w:rPr>
          <w:rFonts w:cs="Times New Roman"/>
          <w:szCs w:val="24"/>
        </w:rPr>
        <w:t>riscului</w:t>
      </w:r>
      <w:proofErr w:type="spellEnd"/>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drepturile</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libertățile</w:t>
      </w:r>
      <w:proofErr w:type="spellEnd"/>
      <w:r w:rsidRPr="00693F1B">
        <w:rPr>
          <w:rFonts w:cs="Times New Roman"/>
          <w:szCs w:val="24"/>
        </w:rPr>
        <w:t xml:space="preserve"> </w:t>
      </w:r>
      <w:proofErr w:type="spellStart"/>
      <w:r w:rsidRPr="00693F1B">
        <w:rPr>
          <w:rFonts w:cs="Times New Roman"/>
          <w:szCs w:val="24"/>
        </w:rPr>
        <w:t>persoanelor</w:t>
      </w:r>
      <w:proofErr w:type="spellEnd"/>
      <w:r w:rsidRPr="00693F1B">
        <w:rPr>
          <w:rFonts w:cs="Times New Roman"/>
          <w:szCs w:val="24"/>
        </w:rPr>
        <w:t xml:space="preserve"> </w:t>
      </w:r>
      <w:proofErr w:type="spellStart"/>
      <w:r w:rsidRPr="00693F1B">
        <w:rPr>
          <w:rFonts w:cs="Times New Roman"/>
          <w:szCs w:val="24"/>
        </w:rPr>
        <w:t>vizate</w:t>
      </w:r>
      <w:proofErr w:type="spellEnd"/>
      <w:r w:rsidRPr="00693F1B">
        <w:rPr>
          <w:rFonts w:cs="Times New Roman"/>
          <w:szCs w:val="24"/>
        </w:rPr>
        <w:t xml:space="preserve">, se </w:t>
      </w:r>
      <w:proofErr w:type="spellStart"/>
      <w:r w:rsidRPr="00693F1B">
        <w:rPr>
          <w:rFonts w:cs="Times New Roman"/>
          <w:szCs w:val="24"/>
        </w:rPr>
        <w:t>va</w:t>
      </w:r>
      <w:proofErr w:type="spellEnd"/>
      <w:r w:rsidRPr="00693F1B">
        <w:rPr>
          <w:rFonts w:cs="Times New Roman"/>
          <w:szCs w:val="24"/>
        </w:rPr>
        <w:t xml:space="preserve"> </w:t>
      </w:r>
      <w:proofErr w:type="spellStart"/>
      <w:r w:rsidRPr="00693F1B">
        <w:rPr>
          <w:rFonts w:cs="Times New Roman"/>
          <w:szCs w:val="24"/>
        </w:rPr>
        <w:t>pune</w:t>
      </w:r>
      <w:proofErr w:type="spellEnd"/>
      <w:r w:rsidRPr="00693F1B">
        <w:rPr>
          <w:rFonts w:cs="Times New Roman"/>
          <w:szCs w:val="24"/>
        </w:rPr>
        <w:t xml:space="preserve"> </w:t>
      </w:r>
      <w:proofErr w:type="spellStart"/>
      <w:r w:rsidRPr="00693F1B">
        <w:rPr>
          <w:rFonts w:cs="Times New Roman"/>
          <w:szCs w:val="24"/>
        </w:rPr>
        <w:t>accentul</w:t>
      </w:r>
      <w:proofErr w:type="spellEnd"/>
      <w:r w:rsidRPr="00693F1B">
        <w:rPr>
          <w:rFonts w:cs="Times New Roman"/>
          <w:szCs w:val="24"/>
        </w:rPr>
        <w:t xml:space="preserve"> pe </w:t>
      </w:r>
      <w:proofErr w:type="spellStart"/>
      <w:r w:rsidRPr="00693F1B">
        <w:rPr>
          <w:rFonts w:cs="Times New Roman"/>
          <w:szCs w:val="24"/>
        </w:rPr>
        <w:t>posibilele</w:t>
      </w:r>
      <w:proofErr w:type="spellEnd"/>
      <w:r w:rsidRPr="00693F1B">
        <w:rPr>
          <w:rFonts w:cs="Times New Roman"/>
          <w:szCs w:val="24"/>
        </w:rPr>
        <w:t xml:space="preserve"> </w:t>
      </w:r>
      <w:proofErr w:type="spellStart"/>
      <w:r w:rsidRPr="00693F1B">
        <w:rPr>
          <w:rFonts w:cs="Times New Roman"/>
          <w:szCs w:val="24"/>
        </w:rPr>
        <w:t>consecințe</w:t>
      </w:r>
      <w:proofErr w:type="spellEnd"/>
      <w:r w:rsidRPr="00693F1B">
        <w:rPr>
          <w:rFonts w:cs="Times New Roman"/>
          <w:szCs w:val="24"/>
        </w:rPr>
        <w:t xml:space="preserve"> negative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vor</w:t>
      </w:r>
      <w:proofErr w:type="spellEnd"/>
      <w:r w:rsidRPr="00693F1B">
        <w:rPr>
          <w:rFonts w:cs="Times New Roman"/>
          <w:szCs w:val="24"/>
        </w:rPr>
        <w:t xml:space="preserve"> fi indicate </w:t>
      </w:r>
      <w:proofErr w:type="spellStart"/>
      <w:r w:rsidRPr="00693F1B">
        <w:rPr>
          <w:rFonts w:cs="Times New Roman"/>
          <w:szCs w:val="24"/>
        </w:rPr>
        <w:t>elemente</w:t>
      </w:r>
      <w:proofErr w:type="spellEnd"/>
      <w:r w:rsidRPr="00693F1B">
        <w:rPr>
          <w:rFonts w:cs="Times New Roman"/>
          <w:szCs w:val="24"/>
        </w:rPr>
        <w:t xml:space="preserve"> din care </w:t>
      </w:r>
      <w:proofErr w:type="spellStart"/>
      <w:r w:rsidRPr="00693F1B">
        <w:rPr>
          <w:rFonts w:cs="Times New Roman"/>
          <w:szCs w:val="24"/>
        </w:rPr>
        <w:t>să</w:t>
      </w:r>
      <w:proofErr w:type="spellEnd"/>
      <w:r w:rsidRPr="00693F1B">
        <w:rPr>
          <w:rFonts w:cs="Times New Roman"/>
          <w:szCs w:val="24"/>
        </w:rPr>
        <w:t xml:space="preserve"> </w:t>
      </w:r>
      <w:proofErr w:type="spellStart"/>
      <w:r w:rsidRPr="00693F1B">
        <w:rPr>
          <w:rFonts w:cs="Times New Roman"/>
          <w:szCs w:val="24"/>
        </w:rPr>
        <w:t>rezulte</w:t>
      </w:r>
      <w:proofErr w:type="spellEnd"/>
      <w:r w:rsidRPr="00693F1B">
        <w:rPr>
          <w:rFonts w:cs="Times New Roman"/>
          <w:szCs w:val="24"/>
        </w:rPr>
        <w:t xml:space="preserve"> </w:t>
      </w:r>
      <w:proofErr w:type="spellStart"/>
      <w:r w:rsidRPr="00693F1B">
        <w:rPr>
          <w:rFonts w:cs="Times New Roman"/>
          <w:szCs w:val="24"/>
        </w:rPr>
        <w:t>probabilitatea</w:t>
      </w:r>
      <w:proofErr w:type="spellEnd"/>
      <w:r w:rsidRPr="00693F1B">
        <w:rPr>
          <w:rFonts w:cs="Times New Roman"/>
          <w:szCs w:val="24"/>
        </w:rPr>
        <w:t xml:space="preserve"> </w:t>
      </w:r>
      <w:proofErr w:type="spellStart"/>
      <w:r w:rsidRPr="00693F1B">
        <w:rPr>
          <w:rFonts w:cs="Times New Roman"/>
          <w:szCs w:val="24"/>
        </w:rPr>
        <w:t>materializării</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gravitatea</w:t>
      </w:r>
      <w:proofErr w:type="spellEnd"/>
      <w:r w:rsidRPr="00693F1B">
        <w:rPr>
          <w:rFonts w:cs="Times New Roman"/>
          <w:szCs w:val="24"/>
        </w:rPr>
        <w:t xml:space="preserve"> </w:t>
      </w:r>
      <w:proofErr w:type="spellStart"/>
      <w:r w:rsidRPr="00693F1B">
        <w:rPr>
          <w:rFonts w:cs="Times New Roman"/>
          <w:szCs w:val="24"/>
        </w:rPr>
        <w:t>riscului</w:t>
      </w:r>
      <w:proofErr w:type="spellEnd"/>
      <w:r w:rsidRPr="00693F1B">
        <w:rPr>
          <w:rFonts w:cs="Times New Roman"/>
          <w:szCs w:val="24"/>
        </w:rPr>
        <w:t xml:space="preserve"> </w:t>
      </w:r>
      <w:proofErr w:type="spellStart"/>
      <w:r w:rsidRPr="00693F1B">
        <w:rPr>
          <w:rFonts w:cs="Times New Roman"/>
          <w:szCs w:val="24"/>
        </w:rPr>
        <w:t>rezultat</w:t>
      </w:r>
      <w:proofErr w:type="spellEnd"/>
      <w:r w:rsidRPr="00693F1B">
        <w:rPr>
          <w:rFonts w:cs="Times New Roman"/>
          <w:szCs w:val="24"/>
        </w:rPr>
        <w:t xml:space="preserve"> ca </w:t>
      </w:r>
      <w:proofErr w:type="spellStart"/>
      <w:r w:rsidRPr="00693F1B">
        <w:rPr>
          <w:rFonts w:cs="Times New Roman"/>
          <w:szCs w:val="24"/>
        </w:rPr>
        <w:t>urmare</w:t>
      </w:r>
      <w:proofErr w:type="spellEnd"/>
      <w:r w:rsidRPr="00693F1B">
        <w:rPr>
          <w:rFonts w:cs="Times New Roman"/>
          <w:szCs w:val="24"/>
        </w:rPr>
        <w:t xml:space="preserve"> </w:t>
      </w:r>
      <w:proofErr w:type="gramStart"/>
      <w:r w:rsidRPr="00693F1B">
        <w:rPr>
          <w:rFonts w:cs="Times New Roman"/>
          <w:szCs w:val="24"/>
        </w:rPr>
        <w:t>a</w:t>
      </w:r>
      <w:proofErr w:type="gramEnd"/>
      <w:r w:rsidRPr="00693F1B">
        <w:rPr>
          <w:rFonts w:cs="Times New Roman"/>
          <w:szCs w:val="24"/>
        </w:rPr>
        <w:t xml:space="preserve"> </w:t>
      </w:r>
      <w:proofErr w:type="spellStart"/>
      <w:r w:rsidRPr="00693F1B">
        <w:rPr>
          <w:rFonts w:cs="Times New Roman"/>
          <w:szCs w:val="24"/>
        </w:rPr>
        <w:t>incidentului</w:t>
      </w:r>
      <w:proofErr w:type="spellEnd"/>
      <w:r w:rsidRPr="00693F1B">
        <w:rPr>
          <w:rFonts w:cs="Times New Roman"/>
          <w:szCs w:val="24"/>
        </w:rPr>
        <w:t xml:space="preserve"> </w:t>
      </w:r>
      <w:proofErr w:type="spellStart"/>
      <w:r w:rsidRPr="00693F1B">
        <w:rPr>
          <w:rFonts w:cs="Times New Roman"/>
          <w:szCs w:val="24"/>
        </w:rPr>
        <w:t>produs</w:t>
      </w:r>
      <w:proofErr w:type="spellEnd"/>
      <w:r w:rsidRPr="00693F1B">
        <w:rPr>
          <w:rFonts w:cs="Times New Roman"/>
          <w:szCs w:val="24"/>
        </w:rPr>
        <w:t xml:space="preserve">. </w:t>
      </w:r>
      <w:proofErr w:type="spellStart"/>
      <w:r w:rsidRPr="00693F1B">
        <w:rPr>
          <w:rFonts w:cs="Times New Roman"/>
          <w:szCs w:val="24"/>
        </w:rPr>
        <w:t>Dacă</w:t>
      </w:r>
      <w:proofErr w:type="spellEnd"/>
      <w:r w:rsidRPr="00693F1B">
        <w:rPr>
          <w:rFonts w:cs="Times New Roman"/>
          <w:szCs w:val="24"/>
        </w:rPr>
        <w:t xml:space="preserve"> </w:t>
      </w:r>
      <w:proofErr w:type="spellStart"/>
      <w:r w:rsidRPr="00693F1B">
        <w:rPr>
          <w:rFonts w:cs="Times New Roman"/>
          <w:szCs w:val="24"/>
        </w:rPr>
        <w:t>există</w:t>
      </w:r>
      <w:proofErr w:type="spellEnd"/>
      <w:r w:rsidRPr="00693F1B">
        <w:rPr>
          <w:rFonts w:cs="Times New Roman"/>
          <w:szCs w:val="24"/>
        </w:rPr>
        <w:t xml:space="preserve"> </w:t>
      </w:r>
      <w:proofErr w:type="spellStart"/>
      <w:r w:rsidRPr="00693F1B">
        <w:rPr>
          <w:rFonts w:cs="Times New Roman"/>
          <w:szCs w:val="24"/>
        </w:rPr>
        <w:t>probabilitatea</w:t>
      </w:r>
      <w:proofErr w:type="spellEnd"/>
      <w:r w:rsidRPr="00693F1B">
        <w:rPr>
          <w:rFonts w:cs="Times New Roman"/>
          <w:szCs w:val="24"/>
        </w:rPr>
        <w:t xml:space="preserve"> ca un </w:t>
      </w:r>
      <w:proofErr w:type="spellStart"/>
      <w:r w:rsidRPr="00693F1B">
        <w:rPr>
          <w:rFonts w:cs="Times New Roman"/>
          <w:szCs w:val="24"/>
        </w:rPr>
        <w:t>risc</w:t>
      </w:r>
      <w:proofErr w:type="spellEnd"/>
      <w:r w:rsidRPr="00693F1B">
        <w:rPr>
          <w:rFonts w:cs="Times New Roman"/>
          <w:szCs w:val="24"/>
        </w:rPr>
        <w:t xml:space="preserve"> </w:t>
      </w:r>
      <w:proofErr w:type="spellStart"/>
      <w:r w:rsidRPr="00693F1B">
        <w:rPr>
          <w:rFonts w:cs="Times New Roman"/>
          <w:szCs w:val="24"/>
        </w:rPr>
        <w:t>să</w:t>
      </w:r>
      <w:proofErr w:type="spellEnd"/>
      <w:r w:rsidRPr="00693F1B">
        <w:rPr>
          <w:rFonts w:cs="Times New Roman"/>
          <w:szCs w:val="24"/>
        </w:rPr>
        <w:t xml:space="preserve"> se </w:t>
      </w:r>
      <w:proofErr w:type="spellStart"/>
      <w:r w:rsidRPr="00693F1B">
        <w:rPr>
          <w:rFonts w:cs="Times New Roman"/>
          <w:szCs w:val="24"/>
        </w:rPr>
        <w:t>materializeze</w:t>
      </w:r>
      <w:proofErr w:type="spellEnd"/>
      <w:r w:rsidRPr="00693F1B">
        <w:rPr>
          <w:rFonts w:cs="Times New Roman"/>
          <w:szCs w:val="24"/>
        </w:rPr>
        <w:t xml:space="preserve">, </w:t>
      </w:r>
      <w:proofErr w:type="spellStart"/>
      <w:r w:rsidRPr="00693F1B">
        <w:rPr>
          <w:rFonts w:cs="Times New Roman"/>
          <w:szCs w:val="24"/>
        </w:rPr>
        <w:t>atunci</w:t>
      </w:r>
      <w:proofErr w:type="spellEnd"/>
      <w:r w:rsidRPr="00693F1B">
        <w:rPr>
          <w:rFonts w:cs="Times New Roman"/>
          <w:szCs w:val="24"/>
        </w:rPr>
        <w:t xml:space="preserve"> </w:t>
      </w:r>
      <w:proofErr w:type="spellStart"/>
      <w:r w:rsidRPr="00693F1B">
        <w:rPr>
          <w:rFonts w:cs="Times New Roman"/>
          <w:szCs w:val="24"/>
        </w:rPr>
        <w:t>trebuie</w:t>
      </w:r>
      <w:proofErr w:type="spellEnd"/>
      <w:r w:rsidRPr="00693F1B">
        <w:rPr>
          <w:rFonts w:cs="Times New Roman"/>
          <w:szCs w:val="24"/>
        </w:rPr>
        <w:t xml:space="preserve"> </w:t>
      </w:r>
      <w:proofErr w:type="spellStart"/>
      <w:r w:rsidRPr="00693F1B">
        <w:rPr>
          <w:rFonts w:cs="Times New Roman"/>
          <w:szCs w:val="24"/>
        </w:rPr>
        <w:t>notificat</w:t>
      </w:r>
      <w:proofErr w:type="spellEnd"/>
      <w:r w:rsidRPr="00693F1B">
        <w:rPr>
          <w:rFonts w:cs="Times New Roman"/>
          <w:szCs w:val="24"/>
        </w:rPr>
        <w:t xml:space="preserve"> </w:t>
      </w:r>
      <w:proofErr w:type="spellStart"/>
      <w:r w:rsidRPr="00693F1B">
        <w:rPr>
          <w:rFonts w:cs="Times New Roman"/>
          <w:szCs w:val="24"/>
        </w:rPr>
        <w:t>Centrul</w:t>
      </w:r>
      <w:proofErr w:type="spellEnd"/>
      <w:r w:rsidRPr="00693F1B">
        <w:rPr>
          <w:rFonts w:cs="Times New Roman"/>
          <w:szCs w:val="24"/>
        </w:rPr>
        <w:t xml:space="preserve"> </w:t>
      </w:r>
      <w:proofErr w:type="spellStart"/>
      <w:r w:rsidRPr="00693F1B">
        <w:rPr>
          <w:rFonts w:cs="Times New Roman"/>
          <w:szCs w:val="24"/>
        </w:rPr>
        <w:t>Național</w:t>
      </w:r>
      <w:proofErr w:type="spellEnd"/>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Protecția</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cu Caracter Personal (CNPDCP); </w:t>
      </w:r>
      <w:proofErr w:type="spellStart"/>
      <w:r w:rsidRPr="00693F1B">
        <w:rPr>
          <w:rFonts w:cs="Times New Roman"/>
          <w:szCs w:val="24"/>
        </w:rPr>
        <w:t>dacă</w:t>
      </w:r>
      <w:proofErr w:type="spellEnd"/>
      <w:r w:rsidRPr="00693F1B">
        <w:rPr>
          <w:rFonts w:cs="Times New Roman"/>
          <w:szCs w:val="24"/>
        </w:rPr>
        <w:t xml:space="preserve"> nu </w:t>
      </w:r>
      <w:proofErr w:type="spellStart"/>
      <w:r w:rsidRPr="00693F1B">
        <w:rPr>
          <w:rFonts w:cs="Times New Roman"/>
          <w:szCs w:val="24"/>
        </w:rPr>
        <w:t>există</w:t>
      </w:r>
      <w:proofErr w:type="spellEnd"/>
      <w:r w:rsidRPr="00693F1B">
        <w:rPr>
          <w:rFonts w:cs="Times New Roman"/>
          <w:szCs w:val="24"/>
        </w:rPr>
        <w:t xml:space="preserve"> </w:t>
      </w:r>
      <w:proofErr w:type="spellStart"/>
      <w:r w:rsidRPr="00693F1B">
        <w:rPr>
          <w:rFonts w:cs="Times New Roman"/>
          <w:szCs w:val="24"/>
        </w:rPr>
        <w:t>această</w:t>
      </w:r>
      <w:proofErr w:type="spellEnd"/>
      <w:r w:rsidRPr="00693F1B">
        <w:rPr>
          <w:rFonts w:cs="Times New Roman"/>
          <w:szCs w:val="24"/>
        </w:rPr>
        <w:t xml:space="preserve"> </w:t>
      </w:r>
      <w:proofErr w:type="spellStart"/>
      <w:r w:rsidRPr="00693F1B">
        <w:rPr>
          <w:rFonts w:cs="Times New Roman"/>
          <w:szCs w:val="24"/>
        </w:rPr>
        <w:t>probabilitate</w:t>
      </w:r>
      <w:proofErr w:type="spellEnd"/>
      <w:r w:rsidRPr="00693F1B">
        <w:rPr>
          <w:rFonts w:cs="Times New Roman"/>
          <w:szCs w:val="24"/>
        </w:rPr>
        <w:t xml:space="preserve">, </w:t>
      </w:r>
      <w:proofErr w:type="spellStart"/>
      <w:r w:rsidRPr="00693F1B">
        <w:rPr>
          <w:rFonts w:cs="Times New Roman"/>
          <w:szCs w:val="24"/>
        </w:rPr>
        <w:t>atunci</w:t>
      </w:r>
      <w:proofErr w:type="spellEnd"/>
      <w:r w:rsidRPr="00693F1B">
        <w:rPr>
          <w:rFonts w:cs="Times New Roman"/>
          <w:szCs w:val="24"/>
        </w:rPr>
        <w:t xml:space="preserve"> nu </w:t>
      </w:r>
      <w:proofErr w:type="spellStart"/>
      <w:r w:rsidRPr="00693F1B">
        <w:rPr>
          <w:rFonts w:cs="Times New Roman"/>
          <w:szCs w:val="24"/>
        </w:rPr>
        <w:t>trebuie</w:t>
      </w:r>
      <w:proofErr w:type="spellEnd"/>
      <w:r w:rsidRPr="00693F1B">
        <w:rPr>
          <w:rFonts w:cs="Times New Roman"/>
          <w:szCs w:val="24"/>
        </w:rPr>
        <w:t xml:space="preserve"> </w:t>
      </w:r>
      <w:proofErr w:type="spellStart"/>
      <w:r w:rsidRPr="00693F1B">
        <w:rPr>
          <w:rFonts w:cs="Times New Roman"/>
          <w:szCs w:val="24"/>
        </w:rPr>
        <w:t>raportată</w:t>
      </w:r>
      <w:proofErr w:type="spellEnd"/>
      <w:r w:rsidRPr="00693F1B">
        <w:rPr>
          <w:rFonts w:cs="Times New Roman"/>
          <w:szCs w:val="24"/>
        </w:rPr>
        <w:t xml:space="preserve"> </w:t>
      </w:r>
      <w:proofErr w:type="spellStart"/>
      <w:r w:rsidRPr="00693F1B">
        <w:rPr>
          <w:rFonts w:cs="Times New Roman"/>
          <w:szCs w:val="24"/>
        </w:rPr>
        <w:t>încălcarea</w:t>
      </w:r>
      <w:proofErr w:type="spellEnd"/>
      <w:r w:rsidRPr="00693F1B">
        <w:rPr>
          <w:rFonts w:cs="Times New Roman"/>
          <w:szCs w:val="24"/>
        </w:rPr>
        <w:t>.</w:t>
      </w:r>
    </w:p>
    <w:p w14:paraId="6B33DF4F" w14:textId="77777777" w:rsidR="006D4E92" w:rsidRDefault="00000000">
      <w:pPr>
        <w:jc w:val="both"/>
      </w:pPr>
      <w:proofErr w:type="spellStart"/>
      <w:r w:rsidRPr="00693F1B">
        <w:rPr>
          <w:rFonts w:cs="Times New Roman"/>
          <w:b/>
          <w:bCs/>
          <w:szCs w:val="24"/>
        </w:rPr>
        <w:t>Primăria</w:t>
      </w:r>
      <w:proofErr w:type="spellEnd"/>
      <w:r w:rsidRPr="00693F1B">
        <w:rPr>
          <w:rFonts w:cs="Times New Roman"/>
          <w:b/>
          <w:bCs/>
          <w:szCs w:val="24"/>
        </w:rPr>
        <w:t xml:space="preserve"> </w:t>
      </w:r>
      <w:proofErr w:type="spellStart"/>
      <w:r>
        <w:rPr>
          <w:rFonts w:cs="Times New Roman"/>
          <w:b/>
          <w:bCs/>
          <w:szCs w:val="24"/>
        </w:rPr>
        <w:t>Satului</w:t>
      </w:r>
      <w:proofErr w:type="spellEnd"/>
      <w:r>
        <w:rPr>
          <w:rFonts w:cs="Times New Roman"/>
          <w:b/>
          <w:bCs/>
          <w:szCs w:val="24"/>
        </w:rPr>
        <w:t xml:space="preserve"> </w:t>
      </w:r>
      <w:proofErr w:type="spellStart"/>
      <w:r>
        <w:rPr>
          <w:rFonts w:cs="Times New Roman"/>
          <w:b/>
          <w:bCs/>
          <w:szCs w:val="24"/>
        </w:rPr>
        <w:t>Mereni</w:t>
      </w:r>
      <w:proofErr w:type="spellEnd"/>
      <w:r w:rsidRPr="00693F1B">
        <w:rPr>
          <w:rFonts w:cs="Times New Roman"/>
          <w:szCs w:val="24"/>
        </w:rPr>
        <w:t xml:space="preserve"> </w:t>
      </w:r>
      <w:proofErr w:type="spellStart"/>
      <w:r w:rsidRPr="00693F1B">
        <w:rPr>
          <w:rFonts w:cs="Times New Roman"/>
          <w:szCs w:val="24"/>
        </w:rPr>
        <w:t>păstrează</w:t>
      </w:r>
      <w:proofErr w:type="spellEnd"/>
      <w:r w:rsidRPr="00693F1B">
        <w:rPr>
          <w:rFonts w:cs="Times New Roman"/>
          <w:szCs w:val="24"/>
        </w:rPr>
        <w:t xml:space="preserve"> </w:t>
      </w:r>
      <w:proofErr w:type="spellStart"/>
      <w:r w:rsidRPr="00693F1B">
        <w:rPr>
          <w:rFonts w:cs="Times New Roman"/>
          <w:szCs w:val="24"/>
        </w:rPr>
        <w:t>documente</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rapoarte</w:t>
      </w:r>
      <w:proofErr w:type="spellEnd"/>
      <w:r w:rsidRPr="00693F1B">
        <w:rPr>
          <w:rFonts w:cs="Times New Roman"/>
          <w:szCs w:val="24"/>
        </w:rPr>
        <w:t xml:space="preserve"> </w:t>
      </w:r>
      <w:proofErr w:type="spellStart"/>
      <w:r w:rsidRPr="00693F1B">
        <w:rPr>
          <w:rFonts w:cs="Times New Roman"/>
          <w:szCs w:val="24"/>
        </w:rPr>
        <w:t>referitoare</w:t>
      </w:r>
      <w:proofErr w:type="spellEnd"/>
      <w:r w:rsidRPr="00693F1B">
        <w:rPr>
          <w:rFonts w:cs="Times New Roman"/>
          <w:szCs w:val="24"/>
        </w:rPr>
        <w:t xml:space="preserve"> la </w:t>
      </w:r>
      <w:proofErr w:type="spellStart"/>
      <w:r w:rsidRPr="00693F1B">
        <w:rPr>
          <w:rFonts w:cs="Times New Roman"/>
          <w:szCs w:val="24"/>
        </w:rPr>
        <w:t>toate</w:t>
      </w:r>
      <w:proofErr w:type="spellEnd"/>
      <w:r w:rsidRPr="00693F1B">
        <w:rPr>
          <w:rFonts w:cs="Times New Roman"/>
          <w:szCs w:val="24"/>
        </w:rPr>
        <w:t xml:space="preserve"> </w:t>
      </w:r>
      <w:proofErr w:type="spellStart"/>
      <w:r w:rsidRPr="00693F1B">
        <w:rPr>
          <w:rFonts w:cs="Times New Roman"/>
          <w:szCs w:val="24"/>
        </w:rPr>
        <w:t>incidentele</w:t>
      </w:r>
      <w:proofErr w:type="spellEnd"/>
      <w:r w:rsidRPr="00693F1B">
        <w:rPr>
          <w:rFonts w:cs="Times New Roman"/>
          <w:szCs w:val="24"/>
        </w:rPr>
        <w:t xml:space="preserve"> de </w:t>
      </w:r>
      <w:proofErr w:type="spellStart"/>
      <w:r w:rsidRPr="00693F1B">
        <w:rPr>
          <w:rFonts w:cs="Times New Roman"/>
          <w:szCs w:val="24"/>
        </w:rPr>
        <w:t>securitate</w:t>
      </w:r>
      <w:proofErr w:type="spellEnd"/>
      <w:r w:rsidRPr="00693F1B">
        <w:rPr>
          <w:rFonts w:cs="Times New Roman"/>
          <w:szCs w:val="24"/>
        </w:rPr>
        <w:t xml:space="preserve">, </w:t>
      </w:r>
      <w:proofErr w:type="spellStart"/>
      <w:r w:rsidRPr="00693F1B">
        <w:rPr>
          <w:rFonts w:cs="Times New Roman"/>
          <w:szCs w:val="24"/>
        </w:rPr>
        <w:t>chiar</w:t>
      </w:r>
      <w:proofErr w:type="spellEnd"/>
      <w:r w:rsidRPr="00693F1B">
        <w:rPr>
          <w:rFonts w:cs="Times New Roman"/>
          <w:szCs w:val="24"/>
        </w:rPr>
        <w:t xml:space="preserve"> </w:t>
      </w:r>
      <w:proofErr w:type="spellStart"/>
      <w:r w:rsidRPr="00693F1B">
        <w:rPr>
          <w:rFonts w:cs="Times New Roman"/>
          <w:szCs w:val="24"/>
        </w:rPr>
        <w:t>dacă</w:t>
      </w:r>
      <w:proofErr w:type="spellEnd"/>
      <w:r w:rsidRPr="00693F1B">
        <w:rPr>
          <w:rFonts w:cs="Times New Roman"/>
          <w:szCs w:val="24"/>
        </w:rPr>
        <w:t xml:space="preserve"> nu </w:t>
      </w:r>
      <w:proofErr w:type="spellStart"/>
      <w:r w:rsidRPr="00693F1B">
        <w:rPr>
          <w:rFonts w:cs="Times New Roman"/>
          <w:szCs w:val="24"/>
        </w:rPr>
        <w:t>există</w:t>
      </w:r>
      <w:proofErr w:type="spellEnd"/>
      <w:r w:rsidRPr="00693F1B">
        <w:rPr>
          <w:rFonts w:cs="Times New Roman"/>
          <w:szCs w:val="24"/>
        </w:rPr>
        <w:t xml:space="preserve"> </w:t>
      </w:r>
      <w:proofErr w:type="spellStart"/>
      <w:r w:rsidRPr="00693F1B">
        <w:rPr>
          <w:rFonts w:cs="Times New Roman"/>
          <w:szCs w:val="24"/>
        </w:rPr>
        <w:t>obligația</w:t>
      </w:r>
      <w:proofErr w:type="spellEnd"/>
      <w:r w:rsidRPr="00693F1B">
        <w:rPr>
          <w:rFonts w:cs="Times New Roman"/>
          <w:szCs w:val="24"/>
        </w:rPr>
        <w:t xml:space="preserve"> de </w:t>
      </w:r>
      <w:proofErr w:type="spellStart"/>
      <w:r w:rsidRPr="00693F1B">
        <w:rPr>
          <w:rFonts w:cs="Times New Roman"/>
          <w:szCs w:val="24"/>
        </w:rPr>
        <w:t>raportare</w:t>
      </w:r>
      <w:proofErr w:type="spellEnd"/>
      <w:r w:rsidRPr="00693F1B">
        <w:rPr>
          <w:rFonts w:cs="Times New Roman"/>
          <w:szCs w:val="24"/>
        </w:rPr>
        <w:t xml:space="preserve"> </w:t>
      </w:r>
      <w:proofErr w:type="spellStart"/>
      <w:r w:rsidRPr="00693F1B">
        <w:rPr>
          <w:rFonts w:cs="Times New Roman"/>
          <w:szCs w:val="24"/>
        </w:rPr>
        <w:t>către</w:t>
      </w:r>
      <w:proofErr w:type="spellEnd"/>
      <w:r w:rsidRPr="00693F1B">
        <w:rPr>
          <w:rFonts w:cs="Times New Roman"/>
          <w:szCs w:val="24"/>
        </w:rPr>
        <w:t xml:space="preserve"> </w:t>
      </w:r>
      <w:proofErr w:type="spellStart"/>
      <w:r w:rsidRPr="00693F1B">
        <w:rPr>
          <w:rFonts w:cs="Times New Roman"/>
          <w:szCs w:val="24"/>
        </w:rPr>
        <w:t>Autoritate</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dacă</w:t>
      </w:r>
      <w:proofErr w:type="spellEnd"/>
      <w:r w:rsidRPr="00693F1B">
        <w:rPr>
          <w:rFonts w:cs="Times New Roman"/>
          <w:szCs w:val="24"/>
        </w:rPr>
        <w:t xml:space="preserve"> </w:t>
      </w:r>
      <w:proofErr w:type="spellStart"/>
      <w:r w:rsidRPr="00693F1B">
        <w:rPr>
          <w:rFonts w:cs="Times New Roman"/>
          <w:szCs w:val="24"/>
        </w:rPr>
        <w:t>incidentul</w:t>
      </w:r>
      <w:proofErr w:type="spellEnd"/>
      <w:r w:rsidRPr="00693F1B">
        <w:rPr>
          <w:rFonts w:cs="Times New Roman"/>
          <w:szCs w:val="24"/>
        </w:rPr>
        <w:t xml:space="preserve"> nu </w:t>
      </w:r>
      <w:proofErr w:type="spellStart"/>
      <w:r w:rsidRPr="00693F1B">
        <w:rPr>
          <w:rFonts w:cs="Times New Roman"/>
          <w:szCs w:val="24"/>
        </w:rPr>
        <w:t>prezintă</w:t>
      </w:r>
      <w:proofErr w:type="spellEnd"/>
      <w:r w:rsidRPr="00693F1B">
        <w:rPr>
          <w:rFonts w:cs="Times New Roman"/>
          <w:szCs w:val="24"/>
        </w:rPr>
        <w:t xml:space="preserve"> un </w:t>
      </w:r>
      <w:proofErr w:type="spellStart"/>
      <w:r w:rsidRPr="00693F1B">
        <w:rPr>
          <w:rFonts w:cs="Times New Roman"/>
          <w:szCs w:val="24"/>
        </w:rPr>
        <w:t>risc</w:t>
      </w:r>
      <w:proofErr w:type="spellEnd"/>
      <w:r w:rsidRPr="00693F1B">
        <w:rPr>
          <w:rFonts w:cs="Times New Roman"/>
          <w:szCs w:val="24"/>
        </w:rPr>
        <w:t xml:space="preserve"> </w:t>
      </w:r>
      <w:proofErr w:type="spellStart"/>
      <w:r w:rsidRPr="00693F1B">
        <w:rPr>
          <w:rFonts w:cs="Times New Roman"/>
          <w:szCs w:val="24"/>
        </w:rPr>
        <w:t>ridicat</w:t>
      </w:r>
      <w:proofErr w:type="spellEnd"/>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persoanele</w:t>
      </w:r>
      <w:proofErr w:type="spellEnd"/>
      <w:r w:rsidRPr="00693F1B">
        <w:rPr>
          <w:rFonts w:cs="Times New Roman"/>
          <w:szCs w:val="24"/>
        </w:rPr>
        <w:t xml:space="preserve"> </w:t>
      </w:r>
      <w:proofErr w:type="spellStart"/>
      <w:r w:rsidRPr="00693F1B">
        <w:rPr>
          <w:rFonts w:cs="Times New Roman"/>
          <w:szCs w:val="24"/>
        </w:rPr>
        <w:t>vizate</w:t>
      </w:r>
      <w:proofErr w:type="spellEnd"/>
      <w:r w:rsidRPr="00693F1B">
        <w:rPr>
          <w:rFonts w:cs="Times New Roman"/>
          <w:szCs w:val="24"/>
        </w:rPr>
        <w:t>.</w:t>
      </w:r>
    </w:p>
    <w:p w14:paraId="400ABB55" w14:textId="77777777" w:rsidR="006D4E92" w:rsidRDefault="00000000">
      <w:pPr>
        <w:jc w:val="both"/>
      </w:pPr>
      <w:proofErr w:type="spellStart"/>
      <w:r w:rsidRPr="00693F1B">
        <w:rPr>
          <w:rFonts w:cs="Times New Roman"/>
          <w:szCs w:val="24"/>
        </w:rPr>
        <w:t>Persoana</w:t>
      </w:r>
      <w:proofErr w:type="spellEnd"/>
      <w:r w:rsidRPr="00693F1B">
        <w:rPr>
          <w:rFonts w:cs="Times New Roman"/>
          <w:szCs w:val="24"/>
        </w:rPr>
        <w:t xml:space="preserve"> </w:t>
      </w:r>
      <w:proofErr w:type="spellStart"/>
      <w:r w:rsidRPr="00693F1B">
        <w:rPr>
          <w:rFonts w:cs="Times New Roman"/>
          <w:szCs w:val="24"/>
        </w:rPr>
        <w:t>responsabilă</w:t>
      </w:r>
      <w:proofErr w:type="spellEnd"/>
      <w:r w:rsidRPr="00693F1B">
        <w:rPr>
          <w:rFonts w:cs="Times New Roman"/>
          <w:szCs w:val="24"/>
        </w:rPr>
        <w:t xml:space="preserve"> cu </w:t>
      </w:r>
      <w:proofErr w:type="spellStart"/>
      <w:r w:rsidRPr="00693F1B">
        <w:rPr>
          <w:rFonts w:cs="Times New Roman"/>
          <w:szCs w:val="24"/>
        </w:rPr>
        <w:t>evaluarea</w:t>
      </w:r>
      <w:proofErr w:type="spellEnd"/>
      <w:r w:rsidRPr="00693F1B">
        <w:rPr>
          <w:rFonts w:cs="Times New Roman"/>
          <w:szCs w:val="24"/>
        </w:rPr>
        <w:t xml:space="preserve"> </w:t>
      </w:r>
      <w:proofErr w:type="spellStart"/>
      <w:r w:rsidRPr="00693F1B">
        <w:rPr>
          <w:rFonts w:cs="Times New Roman"/>
          <w:szCs w:val="24"/>
        </w:rPr>
        <w:t>gravității</w:t>
      </w:r>
      <w:proofErr w:type="spellEnd"/>
      <w:r w:rsidRPr="00693F1B">
        <w:rPr>
          <w:rFonts w:cs="Times New Roman"/>
          <w:szCs w:val="24"/>
        </w:rPr>
        <w:t xml:space="preserve"> </w:t>
      </w:r>
      <w:proofErr w:type="spellStart"/>
      <w:r w:rsidRPr="00693F1B">
        <w:rPr>
          <w:rFonts w:cs="Times New Roman"/>
          <w:szCs w:val="24"/>
        </w:rPr>
        <w:t>impactului</w:t>
      </w:r>
      <w:proofErr w:type="spellEnd"/>
      <w:r w:rsidRPr="00693F1B">
        <w:rPr>
          <w:rFonts w:cs="Times New Roman"/>
          <w:szCs w:val="24"/>
        </w:rPr>
        <w:t xml:space="preserve"> </w:t>
      </w:r>
      <w:proofErr w:type="spellStart"/>
      <w:r w:rsidRPr="00693F1B">
        <w:rPr>
          <w:rFonts w:cs="Times New Roman"/>
          <w:szCs w:val="24"/>
        </w:rPr>
        <w:t>este</w:t>
      </w:r>
      <w:proofErr w:type="spellEnd"/>
      <w:r w:rsidRPr="00693F1B">
        <w:rPr>
          <w:rFonts w:cs="Times New Roman"/>
          <w:szCs w:val="24"/>
        </w:rPr>
        <w:t xml:space="preserve"> </w:t>
      </w:r>
      <w:proofErr w:type="spellStart"/>
      <w:r w:rsidRPr="00693F1B">
        <w:rPr>
          <w:rFonts w:cs="Times New Roman"/>
          <w:b/>
          <w:bCs/>
          <w:szCs w:val="24"/>
        </w:rPr>
        <w:t>Responsabilul</w:t>
      </w:r>
      <w:proofErr w:type="spellEnd"/>
      <w:r w:rsidRPr="00693F1B">
        <w:rPr>
          <w:rFonts w:cs="Times New Roman"/>
          <w:b/>
          <w:bCs/>
          <w:szCs w:val="24"/>
        </w:rPr>
        <w:t xml:space="preserve"> cu </w:t>
      </w:r>
      <w:proofErr w:type="spellStart"/>
      <w:r w:rsidRPr="00693F1B">
        <w:rPr>
          <w:rFonts w:cs="Times New Roman"/>
          <w:b/>
          <w:bCs/>
          <w:szCs w:val="24"/>
        </w:rPr>
        <w:t>Protecția</w:t>
      </w:r>
      <w:proofErr w:type="spellEnd"/>
      <w:r w:rsidRPr="00693F1B">
        <w:rPr>
          <w:rFonts w:cs="Times New Roman"/>
          <w:b/>
          <w:bCs/>
          <w:szCs w:val="24"/>
        </w:rPr>
        <w:t xml:space="preserve"> </w:t>
      </w:r>
      <w:proofErr w:type="spellStart"/>
      <w:r w:rsidRPr="00693F1B">
        <w:rPr>
          <w:rFonts w:cs="Times New Roman"/>
          <w:b/>
          <w:bCs/>
          <w:szCs w:val="24"/>
        </w:rPr>
        <w:t>Datelor</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urma</w:t>
      </w:r>
      <w:proofErr w:type="spellEnd"/>
      <w:r w:rsidRPr="00693F1B">
        <w:rPr>
          <w:rFonts w:cs="Times New Roman"/>
          <w:szCs w:val="24"/>
        </w:rPr>
        <w:t xml:space="preserve"> </w:t>
      </w:r>
      <w:proofErr w:type="spellStart"/>
      <w:r w:rsidRPr="00693F1B">
        <w:rPr>
          <w:rFonts w:cs="Times New Roman"/>
          <w:szCs w:val="24"/>
        </w:rPr>
        <w:t>evaluării</w:t>
      </w:r>
      <w:proofErr w:type="spellEnd"/>
      <w:r w:rsidRPr="00693F1B">
        <w:rPr>
          <w:rFonts w:cs="Times New Roman"/>
          <w:szCs w:val="24"/>
        </w:rPr>
        <w:t xml:space="preserve"> </w:t>
      </w:r>
      <w:proofErr w:type="spellStart"/>
      <w:r w:rsidRPr="00693F1B">
        <w:rPr>
          <w:rFonts w:cs="Times New Roman"/>
          <w:szCs w:val="24"/>
        </w:rPr>
        <w:t>gravității</w:t>
      </w:r>
      <w:proofErr w:type="spellEnd"/>
      <w:r w:rsidRPr="00693F1B">
        <w:rPr>
          <w:rFonts w:cs="Times New Roman"/>
          <w:szCs w:val="24"/>
        </w:rPr>
        <w:t xml:space="preserve"> </w:t>
      </w:r>
      <w:proofErr w:type="spellStart"/>
      <w:r w:rsidRPr="00693F1B">
        <w:rPr>
          <w:rFonts w:cs="Times New Roman"/>
          <w:szCs w:val="24"/>
        </w:rPr>
        <w:t>impactului</w:t>
      </w:r>
      <w:proofErr w:type="spellEnd"/>
      <w:r w:rsidRPr="00693F1B">
        <w:rPr>
          <w:rFonts w:cs="Times New Roman"/>
          <w:szCs w:val="24"/>
        </w:rPr>
        <w:t xml:space="preserve">, </w:t>
      </w:r>
      <w:proofErr w:type="spellStart"/>
      <w:r w:rsidRPr="00693F1B">
        <w:rPr>
          <w:rFonts w:cs="Times New Roman"/>
          <w:szCs w:val="24"/>
        </w:rPr>
        <w:t>persoana</w:t>
      </w:r>
      <w:proofErr w:type="spellEnd"/>
      <w:r w:rsidRPr="00693F1B">
        <w:rPr>
          <w:rFonts w:cs="Times New Roman"/>
          <w:szCs w:val="24"/>
        </w:rPr>
        <w:t xml:space="preserve"> </w:t>
      </w:r>
      <w:proofErr w:type="spellStart"/>
      <w:r w:rsidRPr="00693F1B">
        <w:rPr>
          <w:rFonts w:cs="Times New Roman"/>
          <w:szCs w:val="24"/>
        </w:rPr>
        <w:t>responsabilă</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raport</w:t>
      </w:r>
      <w:proofErr w:type="spellEnd"/>
      <w:r w:rsidRPr="00693F1B">
        <w:rPr>
          <w:rFonts w:cs="Times New Roman"/>
          <w:szCs w:val="24"/>
        </w:rPr>
        <w:t xml:space="preserve"> de </w:t>
      </w:r>
      <w:proofErr w:type="spellStart"/>
      <w:r w:rsidRPr="00693F1B">
        <w:rPr>
          <w:rFonts w:cs="Times New Roman"/>
          <w:szCs w:val="24"/>
        </w:rPr>
        <w:t>toți</w:t>
      </w:r>
      <w:proofErr w:type="spellEnd"/>
      <w:r w:rsidRPr="00693F1B">
        <w:rPr>
          <w:rFonts w:cs="Times New Roman"/>
          <w:szCs w:val="24"/>
        </w:rPr>
        <w:t xml:space="preserve"> </w:t>
      </w:r>
      <w:proofErr w:type="spellStart"/>
      <w:r w:rsidRPr="00693F1B">
        <w:rPr>
          <w:rFonts w:cs="Times New Roman"/>
          <w:szCs w:val="24"/>
        </w:rPr>
        <w:t>factorii</w:t>
      </w:r>
      <w:proofErr w:type="spellEnd"/>
      <w:r w:rsidRPr="00693F1B">
        <w:rPr>
          <w:rFonts w:cs="Times New Roman"/>
          <w:szCs w:val="24"/>
        </w:rPr>
        <w:t xml:space="preserve"> </w:t>
      </w:r>
      <w:proofErr w:type="spellStart"/>
      <w:r w:rsidRPr="00693F1B">
        <w:rPr>
          <w:rFonts w:cs="Times New Roman"/>
          <w:szCs w:val="24"/>
        </w:rPr>
        <w:t>relevanți</w:t>
      </w:r>
      <w:proofErr w:type="spellEnd"/>
      <w:r w:rsidRPr="00693F1B">
        <w:rPr>
          <w:rFonts w:cs="Times New Roman"/>
          <w:szCs w:val="24"/>
        </w:rPr>
        <w:t xml:space="preserve">, </w:t>
      </w:r>
      <w:proofErr w:type="spellStart"/>
      <w:r w:rsidRPr="00693F1B">
        <w:rPr>
          <w:rFonts w:cs="Times New Roman"/>
          <w:szCs w:val="24"/>
        </w:rPr>
        <w:t>va</w:t>
      </w:r>
      <w:proofErr w:type="spellEnd"/>
      <w:r w:rsidRPr="00693F1B">
        <w:rPr>
          <w:rFonts w:cs="Times New Roman"/>
          <w:szCs w:val="24"/>
        </w:rPr>
        <w:t xml:space="preserve"> </w:t>
      </w:r>
      <w:proofErr w:type="spellStart"/>
      <w:r w:rsidRPr="00693F1B">
        <w:rPr>
          <w:rFonts w:cs="Times New Roman"/>
          <w:szCs w:val="24"/>
        </w:rPr>
        <w:t>completa</w:t>
      </w:r>
      <w:proofErr w:type="spellEnd"/>
      <w:r w:rsidRPr="00693F1B">
        <w:rPr>
          <w:rFonts w:cs="Times New Roman"/>
          <w:szCs w:val="24"/>
        </w:rPr>
        <w:t xml:space="preserve"> un </w:t>
      </w:r>
      <w:proofErr w:type="spellStart"/>
      <w:r w:rsidRPr="00693F1B">
        <w:rPr>
          <w:rFonts w:cs="Times New Roman"/>
          <w:szCs w:val="24"/>
        </w:rPr>
        <w:t>raport</w:t>
      </w:r>
      <w:proofErr w:type="spellEnd"/>
      <w:r w:rsidRPr="00693F1B">
        <w:rPr>
          <w:rFonts w:cs="Times New Roman"/>
          <w:szCs w:val="24"/>
        </w:rPr>
        <w:t xml:space="preserve"> care se </w:t>
      </w:r>
      <w:proofErr w:type="spellStart"/>
      <w:r w:rsidRPr="00693F1B">
        <w:rPr>
          <w:rFonts w:cs="Times New Roman"/>
          <w:szCs w:val="24"/>
        </w:rPr>
        <w:t>păstrează</w:t>
      </w:r>
      <w:proofErr w:type="spellEnd"/>
      <w:r w:rsidRPr="00693F1B">
        <w:rPr>
          <w:rFonts w:cs="Times New Roman"/>
          <w:szCs w:val="24"/>
        </w:rPr>
        <w:t xml:space="preserve"> de </w:t>
      </w:r>
      <w:proofErr w:type="spellStart"/>
      <w:r w:rsidRPr="00693F1B">
        <w:rPr>
          <w:rFonts w:cs="Times New Roman"/>
          <w:szCs w:val="24"/>
        </w:rPr>
        <w:t>către</w:t>
      </w:r>
      <w:proofErr w:type="spellEnd"/>
      <w:r w:rsidRPr="00693F1B">
        <w:rPr>
          <w:rFonts w:cs="Times New Roman"/>
          <w:szCs w:val="24"/>
        </w:rPr>
        <w:t xml:space="preserve"> </w:t>
      </w:r>
      <w:proofErr w:type="spellStart"/>
      <w:r w:rsidRPr="00693F1B">
        <w:rPr>
          <w:rFonts w:cs="Times New Roman"/>
          <w:szCs w:val="24"/>
        </w:rPr>
        <w:t>Responsabilul</w:t>
      </w:r>
      <w:proofErr w:type="spellEnd"/>
      <w:r w:rsidRPr="00693F1B">
        <w:rPr>
          <w:rFonts w:cs="Times New Roman"/>
          <w:szCs w:val="24"/>
        </w:rPr>
        <w:t xml:space="preserve"> </w:t>
      </w:r>
      <w:r>
        <w:rPr>
          <w:rFonts w:cs="Times New Roman"/>
          <w:szCs w:val="24"/>
        </w:rPr>
        <w:t xml:space="preserve">cu </w:t>
      </w:r>
      <w:proofErr w:type="spellStart"/>
      <w:r>
        <w:rPr>
          <w:rFonts w:cs="Times New Roman"/>
          <w:szCs w:val="24"/>
        </w:rPr>
        <w:t>Protecția</w:t>
      </w:r>
      <w:proofErr w:type="spellEnd"/>
      <w:r>
        <w:rPr>
          <w:rFonts w:cs="Times New Roman"/>
          <w:szCs w:val="24"/>
        </w:rPr>
        <w:t xml:space="preserve"> </w:t>
      </w:r>
      <w:proofErr w:type="spellStart"/>
      <w:r>
        <w:rPr>
          <w:rFonts w:cs="Times New Roman"/>
          <w:szCs w:val="24"/>
        </w:rPr>
        <w:t>Datelor</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biroul</w:t>
      </w:r>
      <w:proofErr w:type="spellEnd"/>
      <w:r w:rsidRPr="00693F1B">
        <w:rPr>
          <w:rFonts w:cs="Times New Roman"/>
          <w:szCs w:val="24"/>
        </w:rPr>
        <w:t xml:space="preserve"> de </w:t>
      </w:r>
      <w:proofErr w:type="spellStart"/>
      <w:r w:rsidRPr="00693F1B">
        <w:rPr>
          <w:rFonts w:cs="Times New Roman"/>
          <w:szCs w:val="24"/>
        </w:rPr>
        <w:t>protecție</w:t>
      </w:r>
      <w:proofErr w:type="spellEnd"/>
      <w:r w:rsidRPr="00693F1B">
        <w:rPr>
          <w:rFonts w:cs="Times New Roman"/>
          <w:szCs w:val="24"/>
        </w:rPr>
        <w:t xml:space="preserve"> a </w:t>
      </w:r>
      <w:proofErr w:type="spellStart"/>
      <w:r w:rsidRPr="00693F1B">
        <w:rPr>
          <w:rFonts w:cs="Times New Roman"/>
          <w:szCs w:val="24"/>
        </w:rPr>
        <w:t>datelor</w:t>
      </w:r>
      <w:proofErr w:type="spellEnd"/>
      <w:r w:rsidRPr="00693F1B">
        <w:rPr>
          <w:rFonts w:cs="Times New Roman"/>
          <w:szCs w:val="24"/>
        </w:rPr>
        <w:t xml:space="preserve"> din </w:t>
      </w:r>
      <w:proofErr w:type="spellStart"/>
      <w:r w:rsidRPr="00693F1B">
        <w:rPr>
          <w:rFonts w:cs="Times New Roman"/>
          <w:szCs w:val="24"/>
        </w:rPr>
        <w:t>incinta</w:t>
      </w:r>
      <w:proofErr w:type="spellEnd"/>
      <w:r w:rsidRPr="00693F1B">
        <w:rPr>
          <w:rFonts w:cs="Times New Roman"/>
          <w:szCs w:val="24"/>
        </w:rPr>
        <w:t xml:space="preserve"> </w:t>
      </w:r>
      <w:proofErr w:type="spellStart"/>
      <w:r w:rsidRPr="00693F1B">
        <w:rPr>
          <w:rFonts w:cs="Times New Roman"/>
          <w:szCs w:val="24"/>
        </w:rPr>
        <w:t>Primăriei</w:t>
      </w:r>
      <w:proofErr w:type="spellEnd"/>
      <w:r w:rsidRPr="00693F1B">
        <w:rPr>
          <w:rFonts w:cs="Times New Roman"/>
          <w:szCs w:val="24"/>
        </w:rPr>
        <w:t>.</w:t>
      </w:r>
    </w:p>
    <w:p w14:paraId="76C1796D" w14:textId="77777777" w:rsidR="006D4E92" w:rsidRPr="00693F1B" w:rsidRDefault="00000000">
      <w:pPr>
        <w:jc w:val="both"/>
        <w:rPr>
          <w:rFonts w:cs="Times New Roman"/>
          <w:b/>
          <w:bCs/>
          <w:szCs w:val="24"/>
        </w:rPr>
      </w:pPr>
      <w:r w:rsidRPr="00693F1B">
        <w:rPr>
          <w:rFonts w:cs="Times New Roman"/>
          <w:b/>
          <w:bCs/>
          <w:szCs w:val="24"/>
        </w:rPr>
        <w:t xml:space="preserve">3.6. </w:t>
      </w:r>
      <w:proofErr w:type="spellStart"/>
      <w:r w:rsidRPr="00693F1B">
        <w:rPr>
          <w:rFonts w:cs="Times New Roman"/>
          <w:b/>
          <w:bCs/>
          <w:szCs w:val="24"/>
        </w:rPr>
        <w:t>Notificarea</w:t>
      </w:r>
      <w:proofErr w:type="spellEnd"/>
      <w:r w:rsidRPr="00693F1B">
        <w:rPr>
          <w:rFonts w:cs="Times New Roman"/>
          <w:b/>
          <w:bCs/>
          <w:szCs w:val="24"/>
        </w:rPr>
        <w:t xml:space="preserve"> </w:t>
      </w:r>
      <w:proofErr w:type="spellStart"/>
      <w:r w:rsidRPr="00693F1B">
        <w:rPr>
          <w:rFonts w:cs="Times New Roman"/>
          <w:b/>
          <w:bCs/>
          <w:szCs w:val="24"/>
        </w:rPr>
        <w:t>către</w:t>
      </w:r>
      <w:proofErr w:type="spellEnd"/>
      <w:r w:rsidRPr="00693F1B">
        <w:rPr>
          <w:rFonts w:cs="Times New Roman"/>
          <w:b/>
          <w:bCs/>
          <w:szCs w:val="24"/>
        </w:rPr>
        <w:t xml:space="preserve"> </w:t>
      </w:r>
      <w:proofErr w:type="spellStart"/>
      <w:r w:rsidRPr="00693F1B">
        <w:rPr>
          <w:rFonts w:cs="Times New Roman"/>
          <w:b/>
          <w:bCs/>
          <w:szCs w:val="24"/>
        </w:rPr>
        <w:t>Autoritatea</w:t>
      </w:r>
      <w:proofErr w:type="spellEnd"/>
      <w:r w:rsidRPr="00693F1B">
        <w:rPr>
          <w:rFonts w:cs="Times New Roman"/>
          <w:b/>
          <w:bCs/>
          <w:szCs w:val="24"/>
        </w:rPr>
        <w:t xml:space="preserve"> de </w:t>
      </w:r>
      <w:proofErr w:type="spellStart"/>
      <w:r w:rsidRPr="00693F1B">
        <w:rPr>
          <w:rFonts w:cs="Times New Roman"/>
          <w:b/>
          <w:bCs/>
          <w:szCs w:val="24"/>
        </w:rPr>
        <w:t>supraveghere</w:t>
      </w:r>
      <w:proofErr w:type="spellEnd"/>
    </w:p>
    <w:p w14:paraId="775C4AB9" w14:textId="77777777" w:rsidR="006D4E92" w:rsidRDefault="00000000">
      <w:pPr>
        <w:jc w:val="both"/>
      </w:pP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cadrul</w:t>
      </w:r>
      <w:proofErr w:type="spellEnd"/>
      <w:r w:rsidRPr="00693F1B">
        <w:rPr>
          <w:rFonts w:cs="Times New Roman"/>
          <w:szCs w:val="24"/>
        </w:rPr>
        <w:t xml:space="preserve"> </w:t>
      </w:r>
      <w:proofErr w:type="spellStart"/>
      <w:r w:rsidRPr="00693F1B">
        <w:rPr>
          <w:rFonts w:cs="Times New Roman"/>
          <w:b/>
          <w:bCs/>
          <w:szCs w:val="24"/>
        </w:rPr>
        <w:t>Primări</w:t>
      </w:r>
      <w:r>
        <w:rPr>
          <w:rFonts w:cs="Times New Roman"/>
          <w:b/>
          <w:bCs/>
          <w:szCs w:val="24"/>
        </w:rPr>
        <w:t>ei</w:t>
      </w:r>
      <w:proofErr w:type="spellEnd"/>
      <w:r w:rsidRPr="00693F1B">
        <w:rPr>
          <w:rFonts w:cs="Times New Roman"/>
          <w:b/>
          <w:bCs/>
          <w:szCs w:val="24"/>
        </w:rPr>
        <w:t xml:space="preserve"> </w:t>
      </w:r>
      <w:proofErr w:type="spellStart"/>
      <w:r>
        <w:rPr>
          <w:rFonts w:cs="Times New Roman"/>
          <w:b/>
          <w:bCs/>
          <w:szCs w:val="24"/>
        </w:rPr>
        <w:t>Satului</w:t>
      </w:r>
      <w:proofErr w:type="spellEnd"/>
      <w:r>
        <w:rPr>
          <w:rFonts w:cs="Times New Roman"/>
          <w:b/>
          <w:bCs/>
          <w:szCs w:val="24"/>
        </w:rPr>
        <w:t xml:space="preserve"> </w:t>
      </w:r>
      <w:proofErr w:type="spellStart"/>
      <w:r>
        <w:rPr>
          <w:rFonts w:cs="Times New Roman"/>
          <w:b/>
          <w:bCs/>
          <w:szCs w:val="24"/>
        </w:rPr>
        <w:t>Mereni</w:t>
      </w:r>
      <w:proofErr w:type="spellEnd"/>
      <w:r w:rsidRPr="00693F1B">
        <w:rPr>
          <w:rFonts w:cs="Times New Roman"/>
          <w:szCs w:val="24"/>
        </w:rPr>
        <w:t xml:space="preserve"> se transmit </w:t>
      </w:r>
      <w:proofErr w:type="spellStart"/>
      <w:r w:rsidRPr="00693F1B">
        <w:rPr>
          <w:rFonts w:cs="Times New Roman"/>
          <w:szCs w:val="24"/>
        </w:rPr>
        <w:t>notificări</w:t>
      </w:r>
      <w:proofErr w:type="spellEnd"/>
      <w:r w:rsidRPr="00693F1B">
        <w:rPr>
          <w:rFonts w:cs="Times New Roman"/>
          <w:szCs w:val="24"/>
        </w:rPr>
        <w:t xml:space="preserve"> </w:t>
      </w:r>
      <w:proofErr w:type="spellStart"/>
      <w:r w:rsidRPr="00693F1B">
        <w:rPr>
          <w:rFonts w:cs="Times New Roman"/>
          <w:szCs w:val="24"/>
        </w:rPr>
        <w:t>oficiale</w:t>
      </w:r>
      <w:proofErr w:type="spellEnd"/>
      <w:r w:rsidRPr="00693F1B">
        <w:rPr>
          <w:rFonts w:cs="Times New Roman"/>
          <w:szCs w:val="24"/>
        </w:rPr>
        <w:t xml:space="preserve"> cu </w:t>
      </w:r>
      <w:proofErr w:type="spellStart"/>
      <w:r w:rsidRPr="00693F1B">
        <w:rPr>
          <w:rFonts w:cs="Times New Roman"/>
          <w:szCs w:val="24"/>
        </w:rPr>
        <w:t>privire</w:t>
      </w:r>
      <w:proofErr w:type="spellEnd"/>
      <w:r w:rsidRPr="00693F1B">
        <w:rPr>
          <w:rFonts w:cs="Times New Roman"/>
          <w:szCs w:val="24"/>
        </w:rPr>
        <w:t xml:space="preserve"> la </w:t>
      </w:r>
      <w:proofErr w:type="spellStart"/>
      <w:r w:rsidRPr="00693F1B">
        <w:rPr>
          <w:rFonts w:cs="Times New Roman"/>
          <w:szCs w:val="24"/>
        </w:rPr>
        <w:t>încălcarea</w:t>
      </w:r>
      <w:proofErr w:type="spellEnd"/>
      <w:r w:rsidRPr="00693F1B">
        <w:rPr>
          <w:rFonts w:cs="Times New Roman"/>
          <w:szCs w:val="24"/>
        </w:rPr>
        <w:t xml:space="preserve"> </w:t>
      </w:r>
      <w:proofErr w:type="spellStart"/>
      <w:r w:rsidRPr="00693F1B">
        <w:rPr>
          <w:rFonts w:cs="Times New Roman"/>
          <w:szCs w:val="24"/>
        </w:rPr>
        <w:t>securității</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 </w:t>
      </w:r>
      <w:proofErr w:type="spellStart"/>
      <w:r w:rsidRPr="00693F1B">
        <w:rPr>
          <w:rFonts w:cs="Times New Roman"/>
          <w:szCs w:val="24"/>
        </w:rPr>
        <w:t>către</w:t>
      </w:r>
      <w:proofErr w:type="spellEnd"/>
      <w:r w:rsidRPr="00693F1B">
        <w:rPr>
          <w:rFonts w:cs="Times New Roman"/>
          <w:szCs w:val="24"/>
        </w:rPr>
        <w:t xml:space="preserve"> CNPDCP </w:t>
      </w:r>
      <w:proofErr w:type="spellStart"/>
      <w:r w:rsidRPr="00693F1B">
        <w:rPr>
          <w:rFonts w:cs="Times New Roman"/>
          <w:szCs w:val="24"/>
        </w:rPr>
        <w:t>prin</w:t>
      </w:r>
      <w:proofErr w:type="spellEnd"/>
      <w:r w:rsidRPr="00693F1B">
        <w:rPr>
          <w:rFonts w:cs="Times New Roman"/>
          <w:szCs w:val="24"/>
        </w:rPr>
        <w:t xml:space="preserve"> </w:t>
      </w:r>
      <w:proofErr w:type="spellStart"/>
      <w:r w:rsidRPr="00693F1B">
        <w:rPr>
          <w:rFonts w:cs="Times New Roman"/>
          <w:szCs w:val="24"/>
        </w:rPr>
        <w:t>următoarele</w:t>
      </w:r>
      <w:proofErr w:type="spellEnd"/>
      <w:r w:rsidRPr="00693F1B">
        <w:rPr>
          <w:rFonts w:cs="Times New Roman"/>
          <w:szCs w:val="24"/>
        </w:rPr>
        <w:t xml:space="preserve"> </w:t>
      </w:r>
      <w:proofErr w:type="spellStart"/>
      <w:r w:rsidRPr="00693F1B">
        <w:rPr>
          <w:rFonts w:cs="Times New Roman"/>
          <w:szCs w:val="24"/>
        </w:rPr>
        <w:t>mijloace</w:t>
      </w:r>
      <w:proofErr w:type="spellEnd"/>
      <w:r w:rsidRPr="00693F1B">
        <w:rPr>
          <w:rFonts w:cs="Times New Roman"/>
          <w:szCs w:val="24"/>
        </w:rPr>
        <w:t>:</w:t>
      </w:r>
    </w:p>
    <w:p w14:paraId="2AAB8C6D" w14:textId="77777777" w:rsidR="006D4E92" w:rsidRPr="00693F1B" w:rsidRDefault="00000000">
      <w:pPr>
        <w:numPr>
          <w:ilvl w:val="0"/>
          <w:numId w:val="21"/>
        </w:numPr>
        <w:jc w:val="both"/>
        <w:rPr>
          <w:rFonts w:cs="Times New Roman"/>
          <w:szCs w:val="24"/>
        </w:rPr>
      </w:pPr>
      <w:r w:rsidRPr="00693F1B">
        <w:rPr>
          <w:rFonts w:cs="Times New Roman"/>
          <w:szCs w:val="24"/>
        </w:rPr>
        <w:t xml:space="preserve">e-mail </w:t>
      </w:r>
      <w:proofErr w:type="spellStart"/>
      <w:r w:rsidRPr="00693F1B">
        <w:rPr>
          <w:rFonts w:cs="Times New Roman"/>
          <w:szCs w:val="24"/>
        </w:rPr>
        <w:t>oficial</w:t>
      </w:r>
      <w:proofErr w:type="spellEnd"/>
      <w:r w:rsidRPr="00693F1B">
        <w:rPr>
          <w:rFonts w:cs="Times New Roman"/>
          <w:szCs w:val="24"/>
        </w:rPr>
        <w:t xml:space="preserve"> </w:t>
      </w:r>
      <w:proofErr w:type="spellStart"/>
      <w:r w:rsidRPr="00693F1B">
        <w:rPr>
          <w:rFonts w:cs="Times New Roman"/>
          <w:szCs w:val="24"/>
        </w:rPr>
        <w:t>securizat</w:t>
      </w:r>
      <w:proofErr w:type="spellEnd"/>
      <w:r>
        <w:rPr>
          <w:rFonts w:cs="Times New Roman"/>
          <w:szCs w:val="24"/>
        </w:rPr>
        <w:t xml:space="preserve"> al </w:t>
      </w:r>
      <w:proofErr w:type="spellStart"/>
      <w:r>
        <w:rPr>
          <w:rFonts w:cs="Times New Roman"/>
          <w:szCs w:val="24"/>
        </w:rPr>
        <w:t>primăriei</w:t>
      </w:r>
      <w:proofErr w:type="spellEnd"/>
      <w:r>
        <w:rPr>
          <w:rFonts w:cs="Times New Roman"/>
          <w:szCs w:val="24"/>
        </w:rPr>
        <w:t xml:space="preserve"> </w:t>
      </w:r>
      <w:r w:rsidRPr="00693F1B">
        <w:rPr>
          <w:rFonts w:cs="Times New Roman"/>
          <w:i/>
          <w:iCs/>
          <w:szCs w:val="24"/>
        </w:rPr>
        <w:t>(</w:t>
      </w:r>
      <w:proofErr w:type="spellStart"/>
      <w:r w:rsidRPr="00693F1B">
        <w:rPr>
          <w:rFonts w:cs="Times New Roman"/>
          <w:i/>
          <w:iCs/>
          <w:szCs w:val="24"/>
        </w:rPr>
        <w:t>sau</w:t>
      </w:r>
      <w:proofErr w:type="spellEnd"/>
      <w:r w:rsidRPr="00693F1B">
        <w:rPr>
          <w:rFonts w:cs="Times New Roman"/>
          <w:i/>
          <w:iCs/>
          <w:szCs w:val="24"/>
        </w:rPr>
        <w:t xml:space="preserve"> pe </w:t>
      </w:r>
      <w:proofErr w:type="spellStart"/>
      <w:r w:rsidRPr="00693F1B">
        <w:rPr>
          <w:rFonts w:cs="Times New Roman"/>
          <w:i/>
          <w:iCs/>
          <w:szCs w:val="24"/>
        </w:rPr>
        <w:t>adresa</w:t>
      </w:r>
      <w:proofErr w:type="spellEnd"/>
      <w:r w:rsidRPr="00693F1B">
        <w:rPr>
          <w:rFonts w:cs="Times New Roman"/>
          <w:i/>
          <w:iCs/>
          <w:szCs w:val="24"/>
        </w:rPr>
        <w:t xml:space="preserve"> </w:t>
      </w:r>
      <w:proofErr w:type="spellStart"/>
      <w:r w:rsidRPr="00693F1B">
        <w:rPr>
          <w:rFonts w:cs="Times New Roman"/>
          <w:i/>
          <w:iCs/>
          <w:szCs w:val="24"/>
        </w:rPr>
        <w:t>oficială</w:t>
      </w:r>
      <w:proofErr w:type="spellEnd"/>
      <w:r w:rsidRPr="00693F1B">
        <w:rPr>
          <w:rFonts w:cs="Times New Roman"/>
          <w:i/>
          <w:iCs/>
          <w:szCs w:val="24"/>
        </w:rPr>
        <w:t xml:space="preserve"> a </w:t>
      </w:r>
      <w:proofErr w:type="spellStart"/>
      <w:r w:rsidRPr="00693F1B">
        <w:rPr>
          <w:rFonts w:cs="Times New Roman"/>
          <w:i/>
          <w:iCs/>
          <w:szCs w:val="24"/>
        </w:rPr>
        <w:t>Centrului</w:t>
      </w:r>
      <w:proofErr w:type="spellEnd"/>
      <w:r w:rsidRPr="00693F1B">
        <w:rPr>
          <w:rFonts w:cs="Times New Roman"/>
          <w:i/>
          <w:iCs/>
          <w:szCs w:val="24"/>
        </w:rPr>
        <w:t>: centru@datepersonale.md)</w:t>
      </w:r>
      <w:r w:rsidRPr="00693F1B">
        <w:rPr>
          <w:rFonts w:cs="Times New Roman"/>
          <w:szCs w:val="24"/>
        </w:rPr>
        <w:t>;</w:t>
      </w:r>
    </w:p>
    <w:p w14:paraId="1236F6C2" w14:textId="77777777" w:rsidR="006D4E92" w:rsidRPr="00693F1B" w:rsidRDefault="00000000">
      <w:pPr>
        <w:numPr>
          <w:ilvl w:val="0"/>
          <w:numId w:val="21"/>
        </w:numPr>
        <w:jc w:val="both"/>
        <w:rPr>
          <w:rFonts w:cs="Times New Roman"/>
          <w:szCs w:val="24"/>
        </w:rPr>
      </w:pPr>
      <w:proofErr w:type="spellStart"/>
      <w:r w:rsidRPr="00693F1B">
        <w:rPr>
          <w:rFonts w:cs="Times New Roman"/>
          <w:szCs w:val="24"/>
        </w:rPr>
        <w:t>prin</w:t>
      </w:r>
      <w:proofErr w:type="spellEnd"/>
      <w:r w:rsidRPr="00693F1B">
        <w:rPr>
          <w:rFonts w:cs="Times New Roman"/>
          <w:szCs w:val="24"/>
        </w:rPr>
        <w:t xml:space="preserve"> </w:t>
      </w:r>
      <w:proofErr w:type="spellStart"/>
      <w:r w:rsidRPr="00693F1B">
        <w:rPr>
          <w:rFonts w:cs="Times New Roman"/>
          <w:szCs w:val="24"/>
        </w:rPr>
        <w:t>intermediul</w:t>
      </w:r>
      <w:proofErr w:type="spellEnd"/>
      <w:r w:rsidRPr="00693F1B">
        <w:rPr>
          <w:rFonts w:cs="Times New Roman"/>
          <w:szCs w:val="24"/>
        </w:rPr>
        <w:t xml:space="preserve"> </w:t>
      </w:r>
      <w:proofErr w:type="spellStart"/>
      <w:r w:rsidRPr="00693F1B">
        <w:rPr>
          <w:rFonts w:cs="Times New Roman"/>
          <w:szCs w:val="24"/>
        </w:rPr>
        <w:t>serviciilor</w:t>
      </w:r>
      <w:proofErr w:type="spellEnd"/>
      <w:r w:rsidRPr="00693F1B">
        <w:rPr>
          <w:rFonts w:cs="Times New Roman"/>
          <w:szCs w:val="24"/>
        </w:rPr>
        <w:t xml:space="preserve"> </w:t>
      </w:r>
      <w:proofErr w:type="spellStart"/>
      <w:r w:rsidRPr="00693F1B">
        <w:rPr>
          <w:rFonts w:cs="Times New Roman"/>
          <w:szCs w:val="24"/>
        </w:rPr>
        <w:t>poștale</w:t>
      </w:r>
      <w:proofErr w:type="spellEnd"/>
      <w:r w:rsidRPr="00693F1B">
        <w:rPr>
          <w:rFonts w:cs="Times New Roman"/>
          <w:szCs w:val="24"/>
        </w:rPr>
        <w:t xml:space="preserve"> de stat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depunere</w:t>
      </w:r>
      <w:proofErr w:type="spellEnd"/>
      <w:r w:rsidRPr="00693F1B">
        <w:rPr>
          <w:rFonts w:cs="Times New Roman"/>
          <w:szCs w:val="24"/>
        </w:rPr>
        <w:t xml:space="preserve"> </w:t>
      </w:r>
      <w:proofErr w:type="spellStart"/>
      <w:r w:rsidRPr="00693F1B">
        <w:rPr>
          <w:rFonts w:cs="Times New Roman"/>
          <w:szCs w:val="24"/>
        </w:rPr>
        <w:t>directă</w:t>
      </w:r>
      <w:proofErr w:type="spellEnd"/>
      <w:r w:rsidRPr="00693F1B">
        <w:rPr>
          <w:rFonts w:cs="Times New Roman"/>
          <w:szCs w:val="24"/>
        </w:rPr>
        <w:t xml:space="preserve"> la </w:t>
      </w:r>
      <w:proofErr w:type="spellStart"/>
      <w:r w:rsidRPr="00693F1B">
        <w:rPr>
          <w:rFonts w:cs="Times New Roman"/>
          <w:szCs w:val="24"/>
        </w:rPr>
        <w:t>sediul</w:t>
      </w:r>
      <w:proofErr w:type="spellEnd"/>
      <w:r w:rsidRPr="00693F1B">
        <w:rPr>
          <w:rFonts w:cs="Times New Roman"/>
          <w:szCs w:val="24"/>
        </w:rPr>
        <w:t xml:space="preserve"> </w:t>
      </w:r>
      <w:proofErr w:type="spellStart"/>
      <w:r w:rsidRPr="00693F1B">
        <w:rPr>
          <w:rFonts w:cs="Times New Roman"/>
          <w:szCs w:val="24"/>
        </w:rPr>
        <w:t>autorității</w:t>
      </w:r>
      <w:proofErr w:type="spellEnd"/>
      <w:r w:rsidRPr="00693F1B">
        <w:rPr>
          <w:rFonts w:cs="Times New Roman"/>
          <w:szCs w:val="24"/>
        </w:rPr>
        <w:t xml:space="preserve"> de </w:t>
      </w:r>
      <w:proofErr w:type="spellStart"/>
      <w:r w:rsidRPr="00693F1B">
        <w:rPr>
          <w:rFonts w:cs="Times New Roman"/>
          <w:szCs w:val="24"/>
        </w:rPr>
        <w:t>supraveghere</w:t>
      </w:r>
      <w:proofErr w:type="spellEnd"/>
      <w:r w:rsidRPr="00693F1B">
        <w:rPr>
          <w:rFonts w:cs="Times New Roman"/>
          <w:szCs w:val="24"/>
        </w:rPr>
        <w:t>.</w:t>
      </w:r>
    </w:p>
    <w:p w14:paraId="61A53D0D" w14:textId="77777777" w:rsidR="006D4E92" w:rsidRDefault="00000000">
      <w:pPr>
        <w:jc w:val="both"/>
      </w:pP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momentul</w:t>
      </w:r>
      <w:proofErr w:type="spellEnd"/>
      <w:r w:rsidRPr="00693F1B">
        <w:rPr>
          <w:rFonts w:cs="Times New Roman"/>
          <w:szCs w:val="24"/>
        </w:rPr>
        <w:t xml:space="preserve"> </w:t>
      </w:r>
      <w:proofErr w:type="spellStart"/>
      <w:r w:rsidRPr="00693F1B">
        <w:rPr>
          <w:rFonts w:cs="Times New Roman"/>
          <w:szCs w:val="24"/>
        </w:rPr>
        <w:t>raportării</w:t>
      </w:r>
      <w:proofErr w:type="spellEnd"/>
      <w:r w:rsidRPr="00693F1B">
        <w:rPr>
          <w:rFonts w:cs="Times New Roman"/>
          <w:szCs w:val="24"/>
        </w:rPr>
        <w:t xml:space="preserve"> </w:t>
      </w:r>
      <w:proofErr w:type="spellStart"/>
      <w:r w:rsidRPr="00693F1B">
        <w:rPr>
          <w:rFonts w:cs="Times New Roman"/>
          <w:szCs w:val="24"/>
        </w:rPr>
        <w:t>unei</w:t>
      </w:r>
      <w:proofErr w:type="spellEnd"/>
      <w:r w:rsidRPr="00693F1B">
        <w:rPr>
          <w:rFonts w:cs="Times New Roman"/>
          <w:szCs w:val="24"/>
        </w:rPr>
        <w:t xml:space="preserve"> </w:t>
      </w:r>
      <w:proofErr w:type="spellStart"/>
      <w:r w:rsidRPr="00693F1B">
        <w:rPr>
          <w:rFonts w:cs="Times New Roman"/>
          <w:szCs w:val="24"/>
        </w:rPr>
        <w:t>încălcări</w:t>
      </w:r>
      <w:proofErr w:type="spellEnd"/>
      <w:r w:rsidRPr="00693F1B">
        <w:rPr>
          <w:rFonts w:cs="Times New Roman"/>
          <w:szCs w:val="24"/>
        </w:rPr>
        <w:t xml:space="preserve">, </w:t>
      </w:r>
      <w:proofErr w:type="spellStart"/>
      <w:r w:rsidRPr="00693F1B">
        <w:rPr>
          <w:rFonts w:cs="Times New Roman"/>
          <w:szCs w:val="24"/>
        </w:rPr>
        <w:t>trebuie</w:t>
      </w:r>
      <w:proofErr w:type="spellEnd"/>
      <w:r w:rsidRPr="00693F1B">
        <w:rPr>
          <w:rFonts w:cs="Times New Roman"/>
          <w:szCs w:val="24"/>
        </w:rPr>
        <w:t xml:space="preserve"> </w:t>
      </w:r>
      <w:proofErr w:type="spellStart"/>
      <w:r w:rsidRPr="00693F1B">
        <w:rPr>
          <w:rFonts w:cs="Times New Roman"/>
          <w:szCs w:val="24"/>
        </w:rPr>
        <w:t>incluse</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mod </w:t>
      </w:r>
      <w:proofErr w:type="spellStart"/>
      <w:r w:rsidRPr="00693F1B">
        <w:rPr>
          <w:rFonts w:cs="Times New Roman"/>
          <w:szCs w:val="24"/>
        </w:rPr>
        <w:t>obligatoriu</w:t>
      </w:r>
      <w:proofErr w:type="spellEnd"/>
      <w:r w:rsidRPr="00693F1B">
        <w:rPr>
          <w:rFonts w:cs="Times New Roman"/>
          <w:szCs w:val="24"/>
        </w:rPr>
        <w:t xml:space="preserve"> </w:t>
      </w:r>
      <w:proofErr w:type="spellStart"/>
      <w:r w:rsidRPr="00693F1B">
        <w:rPr>
          <w:rFonts w:cs="Times New Roman"/>
          <w:szCs w:val="24"/>
        </w:rPr>
        <w:t>următoarele</w:t>
      </w:r>
      <w:proofErr w:type="spellEnd"/>
      <w:r w:rsidRPr="00693F1B">
        <w:rPr>
          <w:rFonts w:cs="Times New Roman"/>
          <w:szCs w:val="24"/>
        </w:rPr>
        <w:t xml:space="preserve"> </w:t>
      </w:r>
      <w:proofErr w:type="spellStart"/>
      <w:r w:rsidRPr="00693F1B">
        <w:rPr>
          <w:rFonts w:cs="Times New Roman"/>
          <w:szCs w:val="24"/>
        </w:rPr>
        <w:t>informații</w:t>
      </w:r>
      <w:proofErr w:type="spellEnd"/>
      <w:r w:rsidRPr="00693F1B">
        <w:rPr>
          <w:rFonts w:cs="Times New Roman"/>
          <w:szCs w:val="24"/>
        </w:rPr>
        <w:t>:</w:t>
      </w:r>
    </w:p>
    <w:p w14:paraId="1B240DFE" w14:textId="77777777" w:rsidR="006D4E92" w:rsidRPr="00693F1B" w:rsidRDefault="00000000">
      <w:pPr>
        <w:numPr>
          <w:ilvl w:val="0"/>
          <w:numId w:val="19"/>
        </w:numPr>
        <w:jc w:val="both"/>
        <w:rPr>
          <w:rFonts w:cs="Times New Roman"/>
          <w:szCs w:val="24"/>
        </w:rPr>
      </w:pPr>
      <w:proofErr w:type="spellStart"/>
      <w:r w:rsidRPr="00693F1B">
        <w:rPr>
          <w:rFonts w:cs="Times New Roman"/>
          <w:szCs w:val="24"/>
        </w:rPr>
        <w:t>descrierea</w:t>
      </w:r>
      <w:proofErr w:type="spellEnd"/>
      <w:r w:rsidRPr="00693F1B">
        <w:rPr>
          <w:rFonts w:cs="Times New Roman"/>
          <w:szCs w:val="24"/>
        </w:rPr>
        <w:t xml:space="preserve"> </w:t>
      </w:r>
      <w:proofErr w:type="spellStart"/>
      <w:r w:rsidRPr="00693F1B">
        <w:rPr>
          <w:rFonts w:cs="Times New Roman"/>
          <w:szCs w:val="24"/>
        </w:rPr>
        <w:t>caracterului</w:t>
      </w:r>
      <w:proofErr w:type="spellEnd"/>
      <w:r w:rsidRPr="00693F1B">
        <w:rPr>
          <w:rFonts w:cs="Times New Roman"/>
          <w:szCs w:val="24"/>
        </w:rPr>
        <w:t xml:space="preserve"> </w:t>
      </w:r>
      <w:proofErr w:type="spellStart"/>
      <w:r w:rsidRPr="00693F1B">
        <w:rPr>
          <w:rFonts w:cs="Times New Roman"/>
          <w:szCs w:val="24"/>
        </w:rPr>
        <w:t>încălcării</w:t>
      </w:r>
      <w:proofErr w:type="spellEnd"/>
      <w:r w:rsidRPr="00693F1B">
        <w:rPr>
          <w:rFonts w:cs="Times New Roman"/>
          <w:szCs w:val="24"/>
        </w:rPr>
        <w:t xml:space="preserve"> </w:t>
      </w:r>
      <w:proofErr w:type="spellStart"/>
      <w:r w:rsidRPr="00693F1B">
        <w:rPr>
          <w:rFonts w:cs="Times New Roman"/>
          <w:szCs w:val="24"/>
        </w:rPr>
        <w:t>securității</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 </w:t>
      </w:r>
      <w:proofErr w:type="spellStart"/>
      <w:r w:rsidRPr="00693F1B">
        <w:rPr>
          <w:rFonts w:cs="Times New Roman"/>
          <w:szCs w:val="24"/>
        </w:rPr>
        <w:t>inclusiv</w:t>
      </w:r>
      <w:proofErr w:type="spellEnd"/>
      <w:r w:rsidRPr="00693F1B">
        <w:rPr>
          <w:rFonts w:cs="Times New Roman"/>
          <w:szCs w:val="24"/>
        </w:rPr>
        <w:t xml:space="preserve">, </w:t>
      </w:r>
      <w:proofErr w:type="spellStart"/>
      <w:r w:rsidRPr="00693F1B">
        <w:rPr>
          <w:rFonts w:cs="Times New Roman"/>
          <w:szCs w:val="24"/>
        </w:rPr>
        <w:t>acolo</w:t>
      </w:r>
      <w:proofErr w:type="spellEnd"/>
      <w:r w:rsidRPr="00693F1B">
        <w:rPr>
          <w:rFonts w:cs="Times New Roman"/>
          <w:szCs w:val="24"/>
        </w:rPr>
        <w:t xml:space="preserve"> </w:t>
      </w:r>
      <w:proofErr w:type="spellStart"/>
      <w:r w:rsidRPr="00693F1B">
        <w:rPr>
          <w:rFonts w:cs="Times New Roman"/>
          <w:szCs w:val="24"/>
        </w:rPr>
        <w:t>unde</w:t>
      </w:r>
      <w:proofErr w:type="spellEnd"/>
      <w:r w:rsidRPr="00693F1B">
        <w:rPr>
          <w:rFonts w:cs="Times New Roman"/>
          <w:szCs w:val="24"/>
        </w:rPr>
        <w:t xml:space="preserve"> </w:t>
      </w:r>
      <w:proofErr w:type="spellStart"/>
      <w:r w:rsidRPr="00693F1B">
        <w:rPr>
          <w:rFonts w:cs="Times New Roman"/>
          <w:szCs w:val="24"/>
        </w:rPr>
        <w:t>este</w:t>
      </w:r>
      <w:proofErr w:type="spellEnd"/>
      <w:r w:rsidRPr="00693F1B">
        <w:rPr>
          <w:rFonts w:cs="Times New Roman"/>
          <w:szCs w:val="24"/>
        </w:rPr>
        <w:t xml:space="preserve"> </w:t>
      </w:r>
      <w:proofErr w:type="spellStart"/>
      <w:r w:rsidRPr="00693F1B">
        <w:rPr>
          <w:rFonts w:cs="Times New Roman"/>
          <w:szCs w:val="24"/>
        </w:rPr>
        <w:t>posibil</w:t>
      </w:r>
      <w:proofErr w:type="spellEnd"/>
      <w:r w:rsidRPr="00693F1B">
        <w:rPr>
          <w:rFonts w:cs="Times New Roman"/>
          <w:szCs w:val="24"/>
        </w:rPr>
        <w:t xml:space="preserve">: </w:t>
      </w:r>
      <w:proofErr w:type="spellStart"/>
      <w:r w:rsidRPr="00693F1B">
        <w:rPr>
          <w:rFonts w:cs="Times New Roman"/>
          <w:szCs w:val="24"/>
        </w:rPr>
        <w:t>categoriile</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numărul</w:t>
      </w:r>
      <w:proofErr w:type="spellEnd"/>
      <w:r w:rsidRPr="00693F1B">
        <w:rPr>
          <w:rFonts w:cs="Times New Roman"/>
          <w:szCs w:val="24"/>
        </w:rPr>
        <w:t xml:space="preserve"> </w:t>
      </w:r>
      <w:proofErr w:type="spellStart"/>
      <w:r w:rsidRPr="00693F1B">
        <w:rPr>
          <w:rFonts w:cs="Times New Roman"/>
          <w:szCs w:val="24"/>
        </w:rPr>
        <w:t>aproximativ</w:t>
      </w:r>
      <w:proofErr w:type="spellEnd"/>
      <w:r w:rsidRPr="00693F1B">
        <w:rPr>
          <w:rFonts w:cs="Times New Roman"/>
          <w:szCs w:val="24"/>
        </w:rPr>
        <w:t xml:space="preserve"> al </w:t>
      </w:r>
      <w:proofErr w:type="spellStart"/>
      <w:r w:rsidRPr="00693F1B">
        <w:rPr>
          <w:rFonts w:cs="Times New Roman"/>
          <w:szCs w:val="24"/>
        </w:rPr>
        <w:t>persoanelor</w:t>
      </w:r>
      <w:proofErr w:type="spellEnd"/>
      <w:r w:rsidRPr="00693F1B">
        <w:rPr>
          <w:rFonts w:cs="Times New Roman"/>
          <w:szCs w:val="24"/>
        </w:rPr>
        <w:t xml:space="preserve"> </w:t>
      </w:r>
      <w:proofErr w:type="spellStart"/>
      <w:r w:rsidRPr="00693F1B">
        <w:rPr>
          <w:rFonts w:cs="Times New Roman"/>
          <w:szCs w:val="24"/>
        </w:rPr>
        <w:t>vizate</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cauză</w:t>
      </w:r>
      <w:proofErr w:type="spellEnd"/>
      <w:r w:rsidRPr="00693F1B">
        <w:rPr>
          <w:rFonts w:cs="Times New Roman"/>
          <w:szCs w:val="24"/>
        </w:rPr>
        <w:t xml:space="preserve">; </w:t>
      </w:r>
      <w:proofErr w:type="spellStart"/>
      <w:r w:rsidRPr="00693F1B">
        <w:rPr>
          <w:rFonts w:cs="Times New Roman"/>
          <w:szCs w:val="24"/>
        </w:rPr>
        <w:t>categoriile</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numărul</w:t>
      </w:r>
      <w:proofErr w:type="spellEnd"/>
      <w:r w:rsidRPr="00693F1B">
        <w:rPr>
          <w:rFonts w:cs="Times New Roman"/>
          <w:szCs w:val="24"/>
        </w:rPr>
        <w:t xml:space="preserve"> </w:t>
      </w:r>
      <w:proofErr w:type="spellStart"/>
      <w:r w:rsidRPr="00693F1B">
        <w:rPr>
          <w:rFonts w:cs="Times New Roman"/>
          <w:szCs w:val="24"/>
        </w:rPr>
        <w:t>aproximativ</w:t>
      </w:r>
      <w:proofErr w:type="spellEnd"/>
      <w:r w:rsidRPr="00693F1B">
        <w:rPr>
          <w:rFonts w:cs="Times New Roman"/>
          <w:szCs w:val="24"/>
        </w:rPr>
        <w:t xml:space="preserve"> al </w:t>
      </w:r>
      <w:proofErr w:type="spellStart"/>
      <w:r w:rsidRPr="00693F1B">
        <w:rPr>
          <w:rFonts w:cs="Times New Roman"/>
          <w:szCs w:val="24"/>
        </w:rPr>
        <w:t>înregistrărilor</w:t>
      </w:r>
      <w:proofErr w:type="spellEnd"/>
      <w:r w:rsidRPr="00693F1B">
        <w:rPr>
          <w:rFonts w:cs="Times New Roman"/>
          <w:szCs w:val="24"/>
        </w:rPr>
        <w:t xml:space="preserve"> de date cu </w:t>
      </w:r>
      <w:proofErr w:type="spellStart"/>
      <w:r w:rsidRPr="00693F1B">
        <w:rPr>
          <w:rFonts w:cs="Times New Roman"/>
          <w:szCs w:val="24"/>
        </w:rPr>
        <w:t>caracter</w:t>
      </w:r>
      <w:proofErr w:type="spellEnd"/>
      <w:r w:rsidRPr="00693F1B">
        <w:rPr>
          <w:rFonts w:cs="Times New Roman"/>
          <w:szCs w:val="24"/>
        </w:rPr>
        <w:t xml:space="preserve"> personal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cauză</w:t>
      </w:r>
      <w:proofErr w:type="spellEnd"/>
      <w:r w:rsidRPr="00693F1B">
        <w:rPr>
          <w:rFonts w:cs="Times New Roman"/>
          <w:szCs w:val="24"/>
        </w:rPr>
        <w:t>;</w:t>
      </w:r>
    </w:p>
    <w:p w14:paraId="51397CD3" w14:textId="77777777" w:rsidR="006D4E92" w:rsidRPr="00693F1B" w:rsidRDefault="00000000">
      <w:pPr>
        <w:numPr>
          <w:ilvl w:val="0"/>
          <w:numId w:val="19"/>
        </w:numPr>
        <w:jc w:val="both"/>
        <w:rPr>
          <w:rFonts w:cs="Times New Roman"/>
          <w:szCs w:val="24"/>
        </w:rPr>
      </w:pPr>
      <w:proofErr w:type="spellStart"/>
      <w:r w:rsidRPr="00693F1B">
        <w:rPr>
          <w:rFonts w:cs="Times New Roman"/>
          <w:szCs w:val="24"/>
        </w:rPr>
        <w:t>numele</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datele</w:t>
      </w:r>
      <w:proofErr w:type="spellEnd"/>
      <w:r w:rsidRPr="00693F1B">
        <w:rPr>
          <w:rFonts w:cs="Times New Roman"/>
          <w:szCs w:val="24"/>
        </w:rPr>
        <w:t xml:space="preserve"> de contact ale </w:t>
      </w:r>
      <w:proofErr w:type="spellStart"/>
      <w:r w:rsidRPr="00693F1B">
        <w:rPr>
          <w:rFonts w:cs="Times New Roman"/>
          <w:szCs w:val="24"/>
        </w:rPr>
        <w:t>Responsabilului</w:t>
      </w:r>
      <w:proofErr w:type="spellEnd"/>
      <w:r w:rsidRPr="00693F1B">
        <w:rPr>
          <w:rFonts w:cs="Times New Roman"/>
          <w:szCs w:val="24"/>
        </w:rPr>
        <w:t xml:space="preserve"> cu </w:t>
      </w:r>
      <w:proofErr w:type="spellStart"/>
      <w:r w:rsidRPr="00693F1B">
        <w:rPr>
          <w:rFonts w:cs="Times New Roman"/>
          <w:szCs w:val="24"/>
        </w:rPr>
        <w:t>protecția</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al </w:t>
      </w:r>
      <w:proofErr w:type="spellStart"/>
      <w:r w:rsidRPr="00693F1B">
        <w:rPr>
          <w:rFonts w:cs="Times New Roman"/>
          <w:szCs w:val="24"/>
        </w:rPr>
        <w:t>Primăriei</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un alt </w:t>
      </w:r>
      <w:proofErr w:type="spellStart"/>
      <w:r w:rsidRPr="00693F1B">
        <w:rPr>
          <w:rFonts w:cs="Times New Roman"/>
          <w:szCs w:val="24"/>
        </w:rPr>
        <w:t>punct</w:t>
      </w:r>
      <w:proofErr w:type="spellEnd"/>
      <w:r w:rsidRPr="00693F1B">
        <w:rPr>
          <w:rFonts w:cs="Times New Roman"/>
          <w:szCs w:val="24"/>
        </w:rPr>
        <w:t xml:space="preserve"> de contact de </w:t>
      </w:r>
      <w:proofErr w:type="spellStart"/>
      <w:r w:rsidRPr="00693F1B">
        <w:rPr>
          <w:rFonts w:cs="Times New Roman"/>
          <w:szCs w:val="24"/>
        </w:rPr>
        <w:t>unde</w:t>
      </w:r>
      <w:proofErr w:type="spellEnd"/>
      <w:r w:rsidRPr="00693F1B">
        <w:rPr>
          <w:rFonts w:cs="Times New Roman"/>
          <w:szCs w:val="24"/>
        </w:rPr>
        <w:t xml:space="preserve"> se pot </w:t>
      </w:r>
      <w:proofErr w:type="spellStart"/>
      <w:r w:rsidRPr="00693F1B">
        <w:rPr>
          <w:rFonts w:cs="Times New Roman"/>
          <w:szCs w:val="24"/>
        </w:rPr>
        <w:t>obține</w:t>
      </w:r>
      <w:proofErr w:type="spellEnd"/>
      <w:r w:rsidRPr="00693F1B">
        <w:rPr>
          <w:rFonts w:cs="Times New Roman"/>
          <w:szCs w:val="24"/>
        </w:rPr>
        <w:t xml:space="preserve"> </w:t>
      </w:r>
      <w:proofErr w:type="spellStart"/>
      <w:r w:rsidRPr="00693F1B">
        <w:rPr>
          <w:rFonts w:cs="Times New Roman"/>
          <w:szCs w:val="24"/>
        </w:rPr>
        <w:t>mai</w:t>
      </w:r>
      <w:proofErr w:type="spellEnd"/>
      <w:r w:rsidRPr="00693F1B">
        <w:rPr>
          <w:rFonts w:cs="Times New Roman"/>
          <w:szCs w:val="24"/>
        </w:rPr>
        <w:t xml:space="preserve"> </w:t>
      </w:r>
      <w:proofErr w:type="spellStart"/>
      <w:r w:rsidRPr="00693F1B">
        <w:rPr>
          <w:rFonts w:cs="Times New Roman"/>
          <w:szCs w:val="24"/>
        </w:rPr>
        <w:t>multe</w:t>
      </w:r>
      <w:proofErr w:type="spellEnd"/>
      <w:r w:rsidRPr="00693F1B">
        <w:rPr>
          <w:rFonts w:cs="Times New Roman"/>
          <w:szCs w:val="24"/>
        </w:rPr>
        <w:t xml:space="preserve"> </w:t>
      </w:r>
      <w:proofErr w:type="spellStart"/>
      <w:r w:rsidRPr="00693F1B">
        <w:rPr>
          <w:rFonts w:cs="Times New Roman"/>
          <w:szCs w:val="24"/>
        </w:rPr>
        <w:t>informații</w:t>
      </w:r>
      <w:proofErr w:type="spellEnd"/>
      <w:r w:rsidRPr="00693F1B">
        <w:rPr>
          <w:rFonts w:cs="Times New Roman"/>
          <w:szCs w:val="24"/>
        </w:rPr>
        <w:t>;</w:t>
      </w:r>
    </w:p>
    <w:p w14:paraId="2576834B" w14:textId="77777777" w:rsidR="006D4E92" w:rsidRPr="00693F1B" w:rsidRDefault="00000000">
      <w:pPr>
        <w:numPr>
          <w:ilvl w:val="0"/>
          <w:numId w:val="19"/>
        </w:numPr>
        <w:jc w:val="both"/>
        <w:rPr>
          <w:rFonts w:cs="Times New Roman"/>
          <w:szCs w:val="24"/>
        </w:rPr>
      </w:pPr>
      <w:proofErr w:type="spellStart"/>
      <w:r w:rsidRPr="00693F1B">
        <w:rPr>
          <w:rFonts w:cs="Times New Roman"/>
          <w:szCs w:val="24"/>
        </w:rPr>
        <w:lastRenderedPageBreak/>
        <w:t>descrierea</w:t>
      </w:r>
      <w:proofErr w:type="spellEnd"/>
      <w:r w:rsidRPr="00693F1B">
        <w:rPr>
          <w:rFonts w:cs="Times New Roman"/>
          <w:szCs w:val="24"/>
        </w:rPr>
        <w:t xml:space="preserve"> </w:t>
      </w:r>
      <w:proofErr w:type="spellStart"/>
      <w:r w:rsidRPr="00693F1B">
        <w:rPr>
          <w:rFonts w:cs="Times New Roman"/>
          <w:szCs w:val="24"/>
        </w:rPr>
        <w:t>consecințelor</w:t>
      </w:r>
      <w:proofErr w:type="spellEnd"/>
      <w:r w:rsidRPr="00693F1B">
        <w:rPr>
          <w:rFonts w:cs="Times New Roman"/>
          <w:szCs w:val="24"/>
        </w:rPr>
        <w:t xml:space="preserve"> </w:t>
      </w:r>
      <w:proofErr w:type="spellStart"/>
      <w:r w:rsidRPr="00693F1B">
        <w:rPr>
          <w:rFonts w:cs="Times New Roman"/>
          <w:szCs w:val="24"/>
        </w:rPr>
        <w:t>probabile</w:t>
      </w:r>
      <w:proofErr w:type="spellEnd"/>
      <w:r w:rsidRPr="00693F1B">
        <w:rPr>
          <w:rFonts w:cs="Times New Roman"/>
          <w:szCs w:val="24"/>
        </w:rPr>
        <w:t xml:space="preserve"> ale </w:t>
      </w:r>
      <w:proofErr w:type="spellStart"/>
      <w:r w:rsidRPr="00693F1B">
        <w:rPr>
          <w:rFonts w:cs="Times New Roman"/>
          <w:szCs w:val="24"/>
        </w:rPr>
        <w:t>încălcării</w:t>
      </w:r>
      <w:proofErr w:type="spellEnd"/>
      <w:r w:rsidRPr="00693F1B">
        <w:rPr>
          <w:rFonts w:cs="Times New Roman"/>
          <w:szCs w:val="24"/>
        </w:rPr>
        <w:t xml:space="preserve"> </w:t>
      </w:r>
      <w:proofErr w:type="spellStart"/>
      <w:r w:rsidRPr="00693F1B">
        <w:rPr>
          <w:rFonts w:cs="Times New Roman"/>
          <w:szCs w:val="24"/>
        </w:rPr>
        <w:t>securității</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w:t>
      </w:r>
    </w:p>
    <w:p w14:paraId="4E97A984" w14:textId="77777777" w:rsidR="006D4E92" w:rsidRPr="00693F1B" w:rsidRDefault="00000000">
      <w:pPr>
        <w:numPr>
          <w:ilvl w:val="0"/>
          <w:numId w:val="19"/>
        </w:numPr>
        <w:jc w:val="both"/>
        <w:rPr>
          <w:rFonts w:cs="Times New Roman"/>
          <w:szCs w:val="24"/>
        </w:rPr>
      </w:pPr>
      <w:proofErr w:type="spellStart"/>
      <w:r w:rsidRPr="00693F1B">
        <w:rPr>
          <w:rFonts w:cs="Times New Roman"/>
          <w:szCs w:val="24"/>
        </w:rPr>
        <w:t>descrierea</w:t>
      </w:r>
      <w:proofErr w:type="spellEnd"/>
      <w:r w:rsidRPr="00693F1B">
        <w:rPr>
          <w:rFonts w:cs="Times New Roman"/>
          <w:szCs w:val="24"/>
        </w:rPr>
        <w:t xml:space="preserve"> </w:t>
      </w:r>
      <w:proofErr w:type="spellStart"/>
      <w:r w:rsidRPr="00693F1B">
        <w:rPr>
          <w:rFonts w:cs="Times New Roman"/>
          <w:szCs w:val="24"/>
        </w:rPr>
        <w:t>măsurilor</w:t>
      </w:r>
      <w:proofErr w:type="spellEnd"/>
      <w:r w:rsidRPr="00693F1B">
        <w:rPr>
          <w:rFonts w:cs="Times New Roman"/>
          <w:szCs w:val="24"/>
        </w:rPr>
        <w:t xml:space="preserve"> </w:t>
      </w:r>
      <w:proofErr w:type="spellStart"/>
      <w:r w:rsidRPr="00693F1B">
        <w:rPr>
          <w:rFonts w:cs="Times New Roman"/>
          <w:szCs w:val="24"/>
        </w:rPr>
        <w:t>luate</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propuse</w:t>
      </w:r>
      <w:proofErr w:type="spellEnd"/>
      <w:r w:rsidRPr="00693F1B">
        <w:rPr>
          <w:rFonts w:cs="Times New Roman"/>
          <w:szCs w:val="24"/>
        </w:rPr>
        <w:t xml:space="preserve"> </w:t>
      </w:r>
      <w:proofErr w:type="spellStart"/>
      <w:r w:rsidRPr="00693F1B">
        <w:rPr>
          <w:rFonts w:cs="Times New Roman"/>
          <w:szCs w:val="24"/>
        </w:rPr>
        <w:t>spre</w:t>
      </w:r>
      <w:proofErr w:type="spellEnd"/>
      <w:r w:rsidRPr="00693F1B">
        <w:rPr>
          <w:rFonts w:cs="Times New Roman"/>
          <w:szCs w:val="24"/>
        </w:rPr>
        <w:t xml:space="preserve"> a fi </w:t>
      </w:r>
      <w:proofErr w:type="spellStart"/>
      <w:r w:rsidRPr="00693F1B">
        <w:rPr>
          <w:rFonts w:cs="Times New Roman"/>
          <w:szCs w:val="24"/>
        </w:rPr>
        <w:t>luate</w:t>
      </w:r>
      <w:proofErr w:type="spellEnd"/>
      <w:r w:rsidRPr="00693F1B">
        <w:rPr>
          <w:rFonts w:cs="Times New Roman"/>
          <w:szCs w:val="24"/>
        </w:rPr>
        <w:t xml:space="preserve"> de </w:t>
      </w:r>
      <w:proofErr w:type="spellStart"/>
      <w:r w:rsidRPr="00693F1B">
        <w:rPr>
          <w:rFonts w:cs="Times New Roman"/>
          <w:szCs w:val="24"/>
        </w:rPr>
        <w:t>către</w:t>
      </w:r>
      <w:proofErr w:type="spellEnd"/>
      <w:r w:rsidRPr="00693F1B">
        <w:rPr>
          <w:rFonts w:cs="Times New Roman"/>
          <w:szCs w:val="24"/>
        </w:rPr>
        <w:t xml:space="preserve"> </w:t>
      </w:r>
      <w:proofErr w:type="spellStart"/>
      <w:r w:rsidRPr="00693F1B">
        <w:rPr>
          <w:rFonts w:cs="Times New Roman"/>
          <w:szCs w:val="24"/>
        </w:rPr>
        <w:t>Primărie</w:t>
      </w:r>
      <w:proofErr w:type="spellEnd"/>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a </w:t>
      </w:r>
      <w:proofErr w:type="spellStart"/>
      <w:r w:rsidRPr="00693F1B">
        <w:rPr>
          <w:rFonts w:cs="Times New Roman"/>
          <w:szCs w:val="24"/>
        </w:rPr>
        <w:t>remedia</w:t>
      </w:r>
      <w:proofErr w:type="spellEnd"/>
      <w:r w:rsidRPr="00693F1B">
        <w:rPr>
          <w:rFonts w:cs="Times New Roman"/>
          <w:szCs w:val="24"/>
        </w:rPr>
        <w:t xml:space="preserve"> </w:t>
      </w:r>
      <w:proofErr w:type="spellStart"/>
      <w:r w:rsidRPr="00693F1B">
        <w:rPr>
          <w:rFonts w:cs="Times New Roman"/>
          <w:szCs w:val="24"/>
        </w:rPr>
        <w:t>problema</w:t>
      </w:r>
      <w:proofErr w:type="spellEnd"/>
      <w:r w:rsidRPr="00693F1B">
        <w:rPr>
          <w:rFonts w:cs="Times New Roman"/>
          <w:szCs w:val="24"/>
        </w:rPr>
        <w:t xml:space="preserve"> </w:t>
      </w:r>
      <w:proofErr w:type="spellStart"/>
      <w:r w:rsidRPr="00693F1B">
        <w:rPr>
          <w:rFonts w:cs="Times New Roman"/>
          <w:szCs w:val="24"/>
        </w:rPr>
        <w:t>încălcării</w:t>
      </w:r>
      <w:proofErr w:type="spellEnd"/>
      <w:r w:rsidRPr="00693F1B">
        <w:rPr>
          <w:rFonts w:cs="Times New Roman"/>
          <w:szCs w:val="24"/>
        </w:rPr>
        <w:t xml:space="preserve"> </w:t>
      </w:r>
      <w:proofErr w:type="spellStart"/>
      <w:r w:rsidRPr="00693F1B">
        <w:rPr>
          <w:rFonts w:cs="Times New Roman"/>
          <w:szCs w:val="24"/>
        </w:rPr>
        <w:t>securității</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 </w:t>
      </w:r>
      <w:proofErr w:type="spellStart"/>
      <w:r w:rsidRPr="00693F1B">
        <w:rPr>
          <w:rFonts w:cs="Times New Roman"/>
          <w:szCs w:val="24"/>
        </w:rPr>
        <w:t>inclusiv</w:t>
      </w:r>
      <w:proofErr w:type="spellEnd"/>
      <w:r w:rsidRPr="00693F1B">
        <w:rPr>
          <w:rFonts w:cs="Times New Roman"/>
          <w:szCs w:val="24"/>
        </w:rPr>
        <w:t xml:space="preserve">, </w:t>
      </w:r>
      <w:proofErr w:type="spellStart"/>
      <w:r w:rsidRPr="00693F1B">
        <w:rPr>
          <w:rFonts w:cs="Times New Roman"/>
          <w:szCs w:val="24"/>
        </w:rPr>
        <w:t>după</w:t>
      </w:r>
      <w:proofErr w:type="spellEnd"/>
      <w:r w:rsidRPr="00693F1B">
        <w:rPr>
          <w:rFonts w:cs="Times New Roman"/>
          <w:szCs w:val="24"/>
        </w:rPr>
        <w:t xml:space="preserve"> </w:t>
      </w:r>
      <w:proofErr w:type="spellStart"/>
      <w:r w:rsidRPr="00693F1B">
        <w:rPr>
          <w:rFonts w:cs="Times New Roman"/>
          <w:szCs w:val="24"/>
        </w:rPr>
        <w:t>caz</w:t>
      </w:r>
      <w:proofErr w:type="spellEnd"/>
      <w:r w:rsidRPr="00693F1B">
        <w:rPr>
          <w:rFonts w:cs="Times New Roman"/>
          <w:szCs w:val="24"/>
        </w:rPr>
        <w:t xml:space="preserve">, </w:t>
      </w:r>
      <w:proofErr w:type="spellStart"/>
      <w:r w:rsidRPr="00693F1B">
        <w:rPr>
          <w:rFonts w:cs="Times New Roman"/>
          <w:szCs w:val="24"/>
        </w:rPr>
        <w:t>măsurile</w:t>
      </w:r>
      <w:proofErr w:type="spellEnd"/>
      <w:r w:rsidRPr="00693F1B">
        <w:rPr>
          <w:rFonts w:cs="Times New Roman"/>
          <w:szCs w:val="24"/>
        </w:rPr>
        <w:t xml:space="preserve"> </w:t>
      </w:r>
      <w:proofErr w:type="spellStart"/>
      <w:r w:rsidRPr="00693F1B">
        <w:rPr>
          <w:rFonts w:cs="Times New Roman"/>
          <w:szCs w:val="24"/>
        </w:rPr>
        <w:t>luate</w:t>
      </w:r>
      <w:proofErr w:type="spellEnd"/>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atenuarea</w:t>
      </w:r>
      <w:proofErr w:type="spellEnd"/>
      <w:r w:rsidRPr="00693F1B">
        <w:rPr>
          <w:rFonts w:cs="Times New Roman"/>
          <w:szCs w:val="24"/>
        </w:rPr>
        <w:t xml:space="preserve"> </w:t>
      </w:r>
      <w:proofErr w:type="spellStart"/>
      <w:r w:rsidRPr="00693F1B">
        <w:rPr>
          <w:rFonts w:cs="Times New Roman"/>
          <w:szCs w:val="24"/>
        </w:rPr>
        <w:t>eventualelor</w:t>
      </w:r>
      <w:proofErr w:type="spellEnd"/>
      <w:r w:rsidRPr="00693F1B">
        <w:rPr>
          <w:rFonts w:cs="Times New Roman"/>
          <w:szCs w:val="24"/>
        </w:rPr>
        <w:t xml:space="preserve"> </w:t>
      </w:r>
      <w:proofErr w:type="spellStart"/>
      <w:r w:rsidRPr="00693F1B">
        <w:rPr>
          <w:rFonts w:cs="Times New Roman"/>
          <w:szCs w:val="24"/>
        </w:rPr>
        <w:t>efecte</w:t>
      </w:r>
      <w:proofErr w:type="spellEnd"/>
      <w:r w:rsidRPr="00693F1B">
        <w:rPr>
          <w:rFonts w:cs="Times New Roman"/>
          <w:szCs w:val="24"/>
        </w:rPr>
        <w:t xml:space="preserve"> negative.</w:t>
      </w:r>
    </w:p>
    <w:p w14:paraId="2B4EFB8E" w14:textId="77777777" w:rsidR="006D4E92" w:rsidRDefault="00000000">
      <w:pPr>
        <w:jc w:val="both"/>
      </w:pP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transmiterea</w:t>
      </w:r>
      <w:proofErr w:type="spellEnd"/>
      <w:r w:rsidRPr="00693F1B">
        <w:rPr>
          <w:rFonts w:cs="Times New Roman"/>
          <w:szCs w:val="24"/>
        </w:rPr>
        <w:t xml:space="preserve"> </w:t>
      </w:r>
      <w:proofErr w:type="spellStart"/>
      <w:r w:rsidRPr="00693F1B">
        <w:rPr>
          <w:rFonts w:cs="Times New Roman"/>
          <w:szCs w:val="24"/>
        </w:rPr>
        <w:t>Notificării</w:t>
      </w:r>
      <w:proofErr w:type="spellEnd"/>
      <w:r w:rsidRPr="00693F1B">
        <w:rPr>
          <w:rFonts w:cs="Times New Roman"/>
          <w:szCs w:val="24"/>
        </w:rPr>
        <w:t xml:space="preserve"> </w:t>
      </w:r>
      <w:proofErr w:type="spellStart"/>
      <w:r w:rsidRPr="00693F1B">
        <w:rPr>
          <w:rFonts w:cs="Times New Roman"/>
          <w:szCs w:val="24"/>
        </w:rPr>
        <w:t>către</w:t>
      </w:r>
      <w:proofErr w:type="spellEnd"/>
      <w:r w:rsidRPr="00693F1B">
        <w:rPr>
          <w:rFonts w:cs="Times New Roman"/>
          <w:szCs w:val="24"/>
        </w:rPr>
        <w:t xml:space="preserve"> </w:t>
      </w:r>
      <w:proofErr w:type="spellStart"/>
      <w:r w:rsidRPr="00693F1B">
        <w:rPr>
          <w:rFonts w:cs="Times New Roman"/>
          <w:szCs w:val="24"/>
        </w:rPr>
        <w:t>Autoritatea</w:t>
      </w:r>
      <w:proofErr w:type="spellEnd"/>
      <w:r w:rsidRPr="00693F1B">
        <w:rPr>
          <w:rFonts w:cs="Times New Roman"/>
          <w:szCs w:val="24"/>
        </w:rPr>
        <w:t xml:space="preserve"> de </w:t>
      </w:r>
      <w:proofErr w:type="spellStart"/>
      <w:r w:rsidRPr="00693F1B">
        <w:rPr>
          <w:rFonts w:cs="Times New Roman"/>
          <w:szCs w:val="24"/>
        </w:rPr>
        <w:t>supraveghere</w:t>
      </w:r>
      <w:proofErr w:type="spellEnd"/>
      <w:r w:rsidRPr="00693F1B">
        <w:rPr>
          <w:rFonts w:cs="Times New Roman"/>
          <w:szCs w:val="24"/>
        </w:rPr>
        <w:t xml:space="preserve"> se </w:t>
      </w:r>
      <w:proofErr w:type="spellStart"/>
      <w:r w:rsidRPr="00693F1B">
        <w:rPr>
          <w:rFonts w:cs="Times New Roman"/>
          <w:szCs w:val="24"/>
        </w:rPr>
        <w:t>va</w:t>
      </w:r>
      <w:proofErr w:type="spellEnd"/>
      <w:r w:rsidRPr="00693F1B">
        <w:rPr>
          <w:rFonts w:cs="Times New Roman"/>
          <w:szCs w:val="24"/>
        </w:rPr>
        <w:t xml:space="preserve"> </w:t>
      </w:r>
      <w:proofErr w:type="spellStart"/>
      <w:r w:rsidRPr="00693F1B">
        <w:rPr>
          <w:rFonts w:cs="Times New Roman"/>
          <w:szCs w:val="24"/>
        </w:rPr>
        <w:t>folosi</w:t>
      </w:r>
      <w:proofErr w:type="spellEnd"/>
      <w:r w:rsidRPr="00693F1B">
        <w:rPr>
          <w:rFonts w:cs="Times New Roman"/>
          <w:szCs w:val="24"/>
        </w:rPr>
        <w:t xml:space="preserve"> </w:t>
      </w:r>
      <w:proofErr w:type="spellStart"/>
      <w:r w:rsidRPr="00693F1B">
        <w:rPr>
          <w:rFonts w:cs="Times New Roman"/>
          <w:szCs w:val="24"/>
        </w:rPr>
        <w:t>modelul</w:t>
      </w:r>
      <w:proofErr w:type="spellEnd"/>
      <w:r w:rsidRPr="00693F1B">
        <w:rPr>
          <w:rFonts w:cs="Times New Roman"/>
          <w:szCs w:val="24"/>
        </w:rPr>
        <w:t xml:space="preserve"> </w:t>
      </w:r>
      <w:proofErr w:type="spellStart"/>
      <w:r w:rsidRPr="00693F1B">
        <w:rPr>
          <w:rFonts w:cs="Times New Roman"/>
          <w:szCs w:val="24"/>
        </w:rPr>
        <w:t>oficial</w:t>
      </w:r>
      <w:proofErr w:type="spellEnd"/>
      <w:r w:rsidRPr="00693F1B">
        <w:rPr>
          <w:rFonts w:cs="Times New Roman"/>
          <w:szCs w:val="24"/>
        </w:rPr>
        <w:t xml:space="preserve"> pus la </w:t>
      </w:r>
      <w:proofErr w:type="spellStart"/>
      <w:r w:rsidRPr="00693F1B">
        <w:rPr>
          <w:rFonts w:cs="Times New Roman"/>
          <w:szCs w:val="24"/>
        </w:rPr>
        <w:t>dispoziție</w:t>
      </w:r>
      <w:proofErr w:type="spellEnd"/>
      <w:r w:rsidRPr="00693F1B">
        <w:rPr>
          <w:rFonts w:cs="Times New Roman"/>
          <w:szCs w:val="24"/>
        </w:rPr>
        <w:t xml:space="preserve"> de </w:t>
      </w:r>
      <w:proofErr w:type="spellStart"/>
      <w:r w:rsidRPr="00693F1B">
        <w:rPr>
          <w:rFonts w:cs="Times New Roman"/>
          <w:szCs w:val="24"/>
        </w:rPr>
        <w:t>instituție</w:t>
      </w:r>
      <w:proofErr w:type="spellEnd"/>
      <w:r w:rsidRPr="00693F1B">
        <w:rPr>
          <w:rFonts w:cs="Times New Roman"/>
          <w:szCs w:val="24"/>
        </w:rPr>
        <w:t xml:space="preserve"> (</w:t>
      </w:r>
      <w:r w:rsidRPr="00693F1B">
        <w:rPr>
          <w:rFonts w:cs="Times New Roman"/>
          <w:b/>
          <w:bCs/>
          <w:szCs w:val="24"/>
        </w:rPr>
        <w:t xml:space="preserve">Formular de </w:t>
      </w:r>
      <w:proofErr w:type="spellStart"/>
      <w:r w:rsidRPr="00693F1B">
        <w:rPr>
          <w:rFonts w:cs="Times New Roman"/>
          <w:b/>
          <w:bCs/>
          <w:szCs w:val="24"/>
        </w:rPr>
        <w:t>notificare</w:t>
      </w:r>
      <w:proofErr w:type="spellEnd"/>
      <w:r w:rsidRPr="00693F1B">
        <w:rPr>
          <w:rFonts w:cs="Times New Roman"/>
          <w:b/>
          <w:bCs/>
          <w:szCs w:val="24"/>
        </w:rPr>
        <w:t xml:space="preserve"> a </w:t>
      </w:r>
      <w:proofErr w:type="spellStart"/>
      <w:r w:rsidRPr="00693F1B">
        <w:rPr>
          <w:rFonts w:cs="Times New Roman"/>
          <w:b/>
          <w:bCs/>
          <w:szCs w:val="24"/>
        </w:rPr>
        <w:t>încălcării</w:t>
      </w:r>
      <w:proofErr w:type="spellEnd"/>
      <w:r w:rsidRPr="00693F1B">
        <w:rPr>
          <w:rFonts w:cs="Times New Roman"/>
          <w:b/>
          <w:bCs/>
          <w:szCs w:val="24"/>
        </w:rPr>
        <w:t xml:space="preserve"> </w:t>
      </w:r>
      <w:proofErr w:type="spellStart"/>
      <w:r w:rsidRPr="00693F1B">
        <w:rPr>
          <w:rFonts w:cs="Times New Roman"/>
          <w:b/>
          <w:bCs/>
          <w:szCs w:val="24"/>
        </w:rPr>
        <w:t>securității</w:t>
      </w:r>
      <w:proofErr w:type="spellEnd"/>
      <w:r w:rsidRPr="00693F1B">
        <w:rPr>
          <w:rFonts w:cs="Times New Roman"/>
          <w:b/>
          <w:bCs/>
          <w:szCs w:val="24"/>
        </w:rPr>
        <w:t xml:space="preserve"> </w:t>
      </w:r>
      <w:proofErr w:type="spellStart"/>
      <w:r w:rsidRPr="00693F1B">
        <w:rPr>
          <w:rFonts w:cs="Times New Roman"/>
          <w:b/>
          <w:bCs/>
          <w:szCs w:val="24"/>
        </w:rPr>
        <w:t>datelor</w:t>
      </w:r>
      <w:proofErr w:type="spellEnd"/>
      <w:r w:rsidRPr="00693F1B">
        <w:rPr>
          <w:rFonts w:cs="Times New Roman"/>
          <w:b/>
          <w:bCs/>
          <w:szCs w:val="24"/>
        </w:rPr>
        <w:t xml:space="preserve"> </w:t>
      </w:r>
      <w:proofErr w:type="spellStart"/>
      <w:r w:rsidRPr="00693F1B">
        <w:rPr>
          <w:rFonts w:cs="Times New Roman"/>
          <w:b/>
          <w:bCs/>
          <w:szCs w:val="24"/>
        </w:rPr>
        <w:t>către</w:t>
      </w:r>
      <w:proofErr w:type="spellEnd"/>
      <w:r w:rsidRPr="00693F1B">
        <w:rPr>
          <w:rFonts w:cs="Times New Roman"/>
          <w:b/>
          <w:bCs/>
          <w:szCs w:val="24"/>
        </w:rPr>
        <w:t xml:space="preserve"> CNPDCP</w:t>
      </w:r>
      <w:r w:rsidRPr="00693F1B">
        <w:rPr>
          <w:rFonts w:cs="Times New Roman"/>
          <w:szCs w:val="24"/>
        </w:rPr>
        <w:t>).</w:t>
      </w:r>
      <w:r w:rsidRPr="00693F1B">
        <w:rPr>
          <w:rFonts w:cs="Times New Roman"/>
          <w:szCs w:val="24"/>
        </w:rPr>
        <w:br/>
      </w:r>
      <w:proofErr w:type="spellStart"/>
      <w:r w:rsidRPr="00693F1B">
        <w:rPr>
          <w:rFonts w:cs="Times New Roman"/>
          <w:szCs w:val="24"/>
        </w:rPr>
        <w:t>Persoana</w:t>
      </w:r>
      <w:proofErr w:type="spellEnd"/>
      <w:r w:rsidRPr="00693F1B">
        <w:rPr>
          <w:rFonts w:cs="Times New Roman"/>
          <w:szCs w:val="24"/>
        </w:rPr>
        <w:t xml:space="preserve"> </w:t>
      </w:r>
      <w:proofErr w:type="spellStart"/>
      <w:r w:rsidRPr="00693F1B">
        <w:rPr>
          <w:rFonts w:cs="Times New Roman"/>
          <w:szCs w:val="24"/>
        </w:rPr>
        <w:t>responsabilă</w:t>
      </w:r>
      <w:proofErr w:type="spellEnd"/>
      <w:r w:rsidRPr="00693F1B">
        <w:rPr>
          <w:rFonts w:cs="Times New Roman"/>
          <w:szCs w:val="24"/>
        </w:rPr>
        <w:t xml:space="preserve"> de </w:t>
      </w:r>
      <w:proofErr w:type="spellStart"/>
      <w:r w:rsidRPr="00693F1B">
        <w:rPr>
          <w:rFonts w:cs="Times New Roman"/>
          <w:szCs w:val="24"/>
        </w:rPr>
        <w:t>transmiterea</w:t>
      </w:r>
      <w:proofErr w:type="spellEnd"/>
      <w:r w:rsidRPr="00693F1B">
        <w:rPr>
          <w:rFonts w:cs="Times New Roman"/>
          <w:szCs w:val="24"/>
        </w:rPr>
        <w:t xml:space="preserve"> </w:t>
      </w:r>
      <w:proofErr w:type="spellStart"/>
      <w:r w:rsidRPr="00693F1B">
        <w:rPr>
          <w:rFonts w:cs="Times New Roman"/>
          <w:szCs w:val="24"/>
        </w:rPr>
        <w:t>Notificării</w:t>
      </w:r>
      <w:proofErr w:type="spellEnd"/>
      <w:r w:rsidRPr="00693F1B">
        <w:rPr>
          <w:rFonts w:cs="Times New Roman"/>
          <w:szCs w:val="24"/>
        </w:rPr>
        <w:t xml:space="preserve"> </w:t>
      </w:r>
      <w:proofErr w:type="spellStart"/>
      <w:r w:rsidRPr="00693F1B">
        <w:rPr>
          <w:rFonts w:cs="Times New Roman"/>
          <w:szCs w:val="24"/>
        </w:rPr>
        <w:t>către</w:t>
      </w:r>
      <w:proofErr w:type="spellEnd"/>
      <w:r w:rsidRPr="00693F1B">
        <w:rPr>
          <w:rFonts w:cs="Times New Roman"/>
          <w:szCs w:val="24"/>
        </w:rPr>
        <w:t xml:space="preserve"> </w:t>
      </w:r>
      <w:proofErr w:type="spellStart"/>
      <w:r w:rsidRPr="00693F1B">
        <w:rPr>
          <w:rFonts w:cs="Times New Roman"/>
          <w:szCs w:val="24"/>
        </w:rPr>
        <w:t>Autoritatea</w:t>
      </w:r>
      <w:proofErr w:type="spellEnd"/>
      <w:r w:rsidRPr="00693F1B">
        <w:rPr>
          <w:rFonts w:cs="Times New Roman"/>
          <w:szCs w:val="24"/>
        </w:rPr>
        <w:t xml:space="preserve"> de </w:t>
      </w:r>
      <w:proofErr w:type="spellStart"/>
      <w:r w:rsidRPr="00693F1B">
        <w:rPr>
          <w:rFonts w:cs="Times New Roman"/>
          <w:szCs w:val="24"/>
        </w:rPr>
        <w:t>supraveghere</w:t>
      </w:r>
      <w:proofErr w:type="spellEnd"/>
      <w:r w:rsidRPr="00693F1B">
        <w:rPr>
          <w:rFonts w:cs="Times New Roman"/>
          <w:szCs w:val="24"/>
        </w:rPr>
        <w:t xml:space="preserve"> </w:t>
      </w:r>
      <w:proofErr w:type="spellStart"/>
      <w:r w:rsidRPr="00693F1B">
        <w:rPr>
          <w:rFonts w:cs="Times New Roman"/>
          <w:szCs w:val="24"/>
        </w:rPr>
        <w:t>este</w:t>
      </w:r>
      <w:proofErr w:type="spellEnd"/>
      <w:r w:rsidRPr="00693F1B">
        <w:rPr>
          <w:rFonts w:cs="Times New Roman"/>
          <w:szCs w:val="24"/>
        </w:rPr>
        <w:t xml:space="preserve"> </w:t>
      </w:r>
      <w:proofErr w:type="spellStart"/>
      <w:r w:rsidRPr="00693F1B">
        <w:rPr>
          <w:rFonts w:cs="Times New Roman"/>
          <w:b/>
          <w:bCs/>
          <w:szCs w:val="24"/>
        </w:rPr>
        <w:t>Responsabilul</w:t>
      </w:r>
      <w:proofErr w:type="spellEnd"/>
      <w:r w:rsidRPr="00693F1B">
        <w:rPr>
          <w:rFonts w:cs="Times New Roman"/>
          <w:b/>
          <w:bCs/>
          <w:szCs w:val="24"/>
        </w:rPr>
        <w:t xml:space="preserve"> cu </w:t>
      </w:r>
      <w:proofErr w:type="spellStart"/>
      <w:r w:rsidRPr="00693F1B">
        <w:rPr>
          <w:rFonts w:cs="Times New Roman"/>
          <w:b/>
          <w:bCs/>
          <w:szCs w:val="24"/>
        </w:rPr>
        <w:t>Protecția</w:t>
      </w:r>
      <w:proofErr w:type="spellEnd"/>
      <w:r w:rsidRPr="00693F1B">
        <w:rPr>
          <w:rFonts w:cs="Times New Roman"/>
          <w:b/>
          <w:bCs/>
          <w:szCs w:val="24"/>
        </w:rPr>
        <w:t xml:space="preserve"> </w:t>
      </w:r>
      <w:proofErr w:type="spellStart"/>
      <w:r w:rsidRPr="00693F1B">
        <w:rPr>
          <w:rFonts w:cs="Times New Roman"/>
          <w:b/>
          <w:bCs/>
          <w:szCs w:val="24"/>
        </w:rPr>
        <w:t>Datelor</w:t>
      </w:r>
      <w:proofErr w:type="spellEnd"/>
      <w:r w:rsidRPr="00693F1B">
        <w:rPr>
          <w:rFonts w:cs="Times New Roman"/>
          <w:szCs w:val="24"/>
        </w:rPr>
        <w:t xml:space="preserve">. </w:t>
      </w:r>
      <w:proofErr w:type="spellStart"/>
      <w:r w:rsidRPr="00693F1B">
        <w:rPr>
          <w:rFonts w:cs="Times New Roman"/>
          <w:szCs w:val="24"/>
        </w:rPr>
        <w:t>Termenul</w:t>
      </w:r>
      <w:proofErr w:type="spellEnd"/>
      <w:r w:rsidRPr="00693F1B">
        <w:rPr>
          <w:rFonts w:cs="Times New Roman"/>
          <w:szCs w:val="24"/>
        </w:rPr>
        <w:t xml:space="preserve"> de </w:t>
      </w:r>
      <w:proofErr w:type="spellStart"/>
      <w:r w:rsidRPr="00693F1B">
        <w:rPr>
          <w:rFonts w:cs="Times New Roman"/>
          <w:szCs w:val="24"/>
        </w:rPr>
        <w:t>transmitere</w:t>
      </w:r>
      <w:proofErr w:type="spellEnd"/>
      <w:r w:rsidRPr="00693F1B">
        <w:rPr>
          <w:rFonts w:cs="Times New Roman"/>
          <w:szCs w:val="24"/>
        </w:rPr>
        <w:t xml:space="preserve"> a </w:t>
      </w:r>
      <w:proofErr w:type="spellStart"/>
      <w:r w:rsidRPr="00693F1B">
        <w:rPr>
          <w:rFonts w:cs="Times New Roman"/>
          <w:szCs w:val="24"/>
        </w:rPr>
        <w:t>notificării</w:t>
      </w:r>
      <w:proofErr w:type="spellEnd"/>
      <w:r w:rsidRPr="00693F1B">
        <w:rPr>
          <w:rFonts w:cs="Times New Roman"/>
          <w:szCs w:val="24"/>
        </w:rPr>
        <w:t xml:space="preserve"> </w:t>
      </w:r>
      <w:proofErr w:type="spellStart"/>
      <w:r w:rsidRPr="00693F1B">
        <w:rPr>
          <w:rFonts w:cs="Times New Roman"/>
          <w:szCs w:val="24"/>
        </w:rPr>
        <w:t>este</w:t>
      </w:r>
      <w:proofErr w:type="spellEnd"/>
      <w:r w:rsidRPr="00693F1B">
        <w:rPr>
          <w:rFonts w:cs="Times New Roman"/>
          <w:szCs w:val="24"/>
        </w:rPr>
        <w:t xml:space="preserve"> de </w:t>
      </w:r>
      <w:r w:rsidRPr="00693F1B">
        <w:rPr>
          <w:rFonts w:cs="Times New Roman"/>
          <w:b/>
          <w:bCs/>
          <w:szCs w:val="24"/>
        </w:rPr>
        <w:t>72 de ore</w:t>
      </w:r>
      <w:r w:rsidRPr="00693F1B">
        <w:rPr>
          <w:rFonts w:cs="Times New Roman"/>
          <w:szCs w:val="24"/>
        </w:rPr>
        <w:t xml:space="preserve"> de la </w:t>
      </w:r>
      <w:proofErr w:type="spellStart"/>
      <w:r w:rsidRPr="00693F1B">
        <w:rPr>
          <w:rFonts w:cs="Times New Roman"/>
          <w:szCs w:val="24"/>
        </w:rPr>
        <w:t>constatare</w:t>
      </w:r>
      <w:proofErr w:type="spellEnd"/>
      <w:r w:rsidRPr="00693F1B">
        <w:rPr>
          <w:rFonts w:cs="Times New Roman"/>
          <w:szCs w:val="24"/>
        </w:rPr>
        <w:t xml:space="preserve">. </w:t>
      </w:r>
      <w:proofErr w:type="spellStart"/>
      <w:r w:rsidRPr="00693F1B">
        <w:rPr>
          <w:rFonts w:cs="Times New Roman"/>
          <w:szCs w:val="24"/>
        </w:rPr>
        <w:t>Dacă</w:t>
      </w:r>
      <w:proofErr w:type="spellEnd"/>
      <w:r w:rsidRPr="00693F1B">
        <w:rPr>
          <w:rFonts w:cs="Times New Roman"/>
          <w:szCs w:val="24"/>
        </w:rPr>
        <w:t xml:space="preserve"> </w:t>
      </w:r>
      <w:proofErr w:type="spellStart"/>
      <w:r w:rsidRPr="00693F1B">
        <w:rPr>
          <w:rFonts w:cs="Times New Roman"/>
          <w:szCs w:val="24"/>
        </w:rPr>
        <w:t>este</w:t>
      </w:r>
      <w:proofErr w:type="spellEnd"/>
      <w:r w:rsidRPr="00693F1B">
        <w:rPr>
          <w:rFonts w:cs="Times New Roman"/>
          <w:szCs w:val="24"/>
        </w:rPr>
        <w:t xml:space="preserve"> </w:t>
      </w:r>
      <w:proofErr w:type="spellStart"/>
      <w:r w:rsidRPr="00693F1B">
        <w:rPr>
          <w:rFonts w:cs="Times New Roman"/>
          <w:szCs w:val="24"/>
        </w:rPr>
        <w:t>depășit</w:t>
      </w:r>
      <w:proofErr w:type="spellEnd"/>
      <w:r w:rsidRPr="00693F1B">
        <w:rPr>
          <w:rFonts w:cs="Times New Roman"/>
          <w:szCs w:val="24"/>
        </w:rPr>
        <w:t xml:space="preserve"> </w:t>
      </w:r>
      <w:proofErr w:type="spellStart"/>
      <w:r w:rsidRPr="00693F1B">
        <w:rPr>
          <w:rFonts w:cs="Times New Roman"/>
          <w:szCs w:val="24"/>
        </w:rPr>
        <w:t>acest</w:t>
      </w:r>
      <w:proofErr w:type="spellEnd"/>
      <w:r w:rsidRPr="00693F1B">
        <w:rPr>
          <w:rFonts w:cs="Times New Roman"/>
          <w:szCs w:val="24"/>
        </w:rPr>
        <w:t xml:space="preserve"> termen, </w:t>
      </w:r>
      <w:proofErr w:type="spellStart"/>
      <w:r w:rsidRPr="00693F1B">
        <w:rPr>
          <w:rFonts w:cs="Times New Roman"/>
          <w:szCs w:val="24"/>
        </w:rPr>
        <w:t>trebuie</w:t>
      </w:r>
      <w:proofErr w:type="spellEnd"/>
      <w:r w:rsidRPr="00693F1B">
        <w:rPr>
          <w:rFonts w:cs="Times New Roman"/>
          <w:szCs w:val="24"/>
        </w:rPr>
        <w:t xml:space="preserve"> </w:t>
      </w:r>
      <w:proofErr w:type="spellStart"/>
      <w:r w:rsidRPr="00693F1B">
        <w:rPr>
          <w:rFonts w:cs="Times New Roman"/>
          <w:szCs w:val="24"/>
        </w:rPr>
        <w:t>furnizate</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scris</w:t>
      </w:r>
      <w:proofErr w:type="spellEnd"/>
      <w:r w:rsidRPr="00693F1B">
        <w:rPr>
          <w:rFonts w:cs="Times New Roman"/>
          <w:szCs w:val="24"/>
        </w:rPr>
        <w:t xml:space="preserve"> motive </w:t>
      </w:r>
      <w:proofErr w:type="spellStart"/>
      <w:r w:rsidRPr="00693F1B">
        <w:rPr>
          <w:rFonts w:cs="Times New Roman"/>
          <w:szCs w:val="24"/>
        </w:rPr>
        <w:t>temeinice</w:t>
      </w:r>
      <w:proofErr w:type="spellEnd"/>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întârziere</w:t>
      </w:r>
      <w:proofErr w:type="spellEnd"/>
      <w:r w:rsidRPr="00693F1B">
        <w:rPr>
          <w:rFonts w:cs="Times New Roman"/>
          <w:szCs w:val="24"/>
        </w:rPr>
        <w:t>.</w:t>
      </w:r>
    </w:p>
    <w:p w14:paraId="10153ED2" w14:textId="77777777" w:rsidR="006D4E92" w:rsidRPr="00693F1B" w:rsidRDefault="00000000">
      <w:pPr>
        <w:jc w:val="both"/>
        <w:rPr>
          <w:rFonts w:cs="Times New Roman"/>
          <w:b/>
          <w:bCs/>
          <w:szCs w:val="24"/>
        </w:rPr>
      </w:pPr>
      <w:r w:rsidRPr="00693F1B">
        <w:rPr>
          <w:rFonts w:cs="Times New Roman"/>
          <w:b/>
          <w:bCs/>
          <w:szCs w:val="24"/>
        </w:rPr>
        <w:t xml:space="preserve">3.7. </w:t>
      </w:r>
      <w:proofErr w:type="spellStart"/>
      <w:r w:rsidRPr="00693F1B">
        <w:rPr>
          <w:rFonts w:cs="Times New Roman"/>
          <w:b/>
          <w:bCs/>
          <w:szCs w:val="24"/>
        </w:rPr>
        <w:t>Informarea</w:t>
      </w:r>
      <w:proofErr w:type="spellEnd"/>
      <w:r w:rsidRPr="00693F1B">
        <w:rPr>
          <w:rFonts w:cs="Times New Roman"/>
          <w:b/>
          <w:bCs/>
          <w:szCs w:val="24"/>
        </w:rPr>
        <w:t xml:space="preserve"> </w:t>
      </w:r>
      <w:proofErr w:type="spellStart"/>
      <w:r w:rsidRPr="00693F1B">
        <w:rPr>
          <w:rFonts w:cs="Times New Roman"/>
          <w:b/>
          <w:bCs/>
          <w:szCs w:val="24"/>
        </w:rPr>
        <w:t>persoanei</w:t>
      </w:r>
      <w:proofErr w:type="spellEnd"/>
      <w:r w:rsidRPr="00693F1B">
        <w:rPr>
          <w:rFonts w:cs="Times New Roman"/>
          <w:b/>
          <w:bCs/>
          <w:szCs w:val="24"/>
        </w:rPr>
        <w:t xml:space="preserve"> </w:t>
      </w:r>
      <w:proofErr w:type="spellStart"/>
      <w:r w:rsidRPr="00693F1B">
        <w:rPr>
          <w:rFonts w:cs="Times New Roman"/>
          <w:b/>
          <w:bCs/>
          <w:szCs w:val="24"/>
        </w:rPr>
        <w:t>vizate</w:t>
      </w:r>
      <w:proofErr w:type="spellEnd"/>
      <w:r w:rsidRPr="00693F1B">
        <w:rPr>
          <w:rFonts w:cs="Times New Roman"/>
          <w:b/>
          <w:bCs/>
          <w:szCs w:val="24"/>
        </w:rPr>
        <w:t xml:space="preserve"> la </w:t>
      </w:r>
      <w:proofErr w:type="spellStart"/>
      <w:r w:rsidRPr="00693F1B">
        <w:rPr>
          <w:rFonts w:cs="Times New Roman"/>
          <w:b/>
          <w:bCs/>
          <w:szCs w:val="24"/>
        </w:rPr>
        <w:t>solicitarea</w:t>
      </w:r>
      <w:proofErr w:type="spellEnd"/>
      <w:r w:rsidRPr="00693F1B">
        <w:rPr>
          <w:rFonts w:cs="Times New Roman"/>
          <w:b/>
          <w:bCs/>
          <w:szCs w:val="24"/>
        </w:rPr>
        <w:t xml:space="preserve"> </w:t>
      </w:r>
      <w:proofErr w:type="spellStart"/>
      <w:r w:rsidRPr="00693F1B">
        <w:rPr>
          <w:rFonts w:cs="Times New Roman"/>
          <w:b/>
          <w:bCs/>
          <w:szCs w:val="24"/>
        </w:rPr>
        <w:t>Autorității</w:t>
      </w:r>
      <w:proofErr w:type="spellEnd"/>
      <w:r w:rsidRPr="00693F1B">
        <w:rPr>
          <w:rFonts w:cs="Times New Roman"/>
          <w:b/>
          <w:bCs/>
          <w:szCs w:val="24"/>
        </w:rPr>
        <w:t xml:space="preserve"> de </w:t>
      </w:r>
      <w:proofErr w:type="spellStart"/>
      <w:r w:rsidRPr="00693F1B">
        <w:rPr>
          <w:rFonts w:cs="Times New Roman"/>
          <w:b/>
          <w:bCs/>
          <w:szCs w:val="24"/>
        </w:rPr>
        <w:t>supraveghere</w:t>
      </w:r>
      <w:proofErr w:type="spellEnd"/>
    </w:p>
    <w:p w14:paraId="1A17B5AA" w14:textId="77777777" w:rsidR="006D4E92" w:rsidRDefault="00000000">
      <w:pPr>
        <w:jc w:val="both"/>
      </w:pPr>
      <w:proofErr w:type="spellStart"/>
      <w:r w:rsidRPr="00693F1B">
        <w:rPr>
          <w:rFonts w:cs="Times New Roman"/>
          <w:szCs w:val="24"/>
        </w:rPr>
        <w:t>Persoana</w:t>
      </w:r>
      <w:proofErr w:type="spellEnd"/>
      <w:r w:rsidRPr="00693F1B">
        <w:rPr>
          <w:rFonts w:cs="Times New Roman"/>
          <w:szCs w:val="24"/>
        </w:rPr>
        <w:t xml:space="preserve"> </w:t>
      </w:r>
      <w:proofErr w:type="spellStart"/>
      <w:r w:rsidRPr="00693F1B">
        <w:rPr>
          <w:rFonts w:cs="Times New Roman"/>
          <w:szCs w:val="24"/>
        </w:rPr>
        <w:t>responsabilă</w:t>
      </w:r>
      <w:proofErr w:type="spellEnd"/>
      <w:r w:rsidRPr="00693F1B">
        <w:rPr>
          <w:rFonts w:cs="Times New Roman"/>
          <w:szCs w:val="24"/>
        </w:rPr>
        <w:t xml:space="preserve"> de </w:t>
      </w:r>
      <w:proofErr w:type="spellStart"/>
      <w:r w:rsidRPr="00693F1B">
        <w:rPr>
          <w:rFonts w:cs="Times New Roman"/>
          <w:szCs w:val="24"/>
        </w:rPr>
        <w:t>analiza</w:t>
      </w:r>
      <w:proofErr w:type="spellEnd"/>
      <w:r w:rsidRPr="00693F1B">
        <w:rPr>
          <w:rFonts w:cs="Times New Roman"/>
          <w:szCs w:val="24"/>
        </w:rPr>
        <w:t xml:space="preserve"> </w:t>
      </w:r>
      <w:proofErr w:type="spellStart"/>
      <w:r w:rsidRPr="00693F1B">
        <w:rPr>
          <w:rFonts w:cs="Times New Roman"/>
          <w:szCs w:val="24"/>
        </w:rPr>
        <w:t>solicitării</w:t>
      </w:r>
      <w:proofErr w:type="spellEnd"/>
      <w:r w:rsidRPr="00693F1B">
        <w:rPr>
          <w:rFonts w:cs="Times New Roman"/>
          <w:szCs w:val="24"/>
        </w:rPr>
        <w:t xml:space="preserve"> </w:t>
      </w:r>
      <w:proofErr w:type="spellStart"/>
      <w:r w:rsidRPr="00693F1B">
        <w:rPr>
          <w:rFonts w:cs="Times New Roman"/>
          <w:szCs w:val="24"/>
        </w:rPr>
        <w:t>primite</w:t>
      </w:r>
      <w:proofErr w:type="spellEnd"/>
      <w:r w:rsidRPr="00693F1B">
        <w:rPr>
          <w:rFonts w:cs="Times New Roman"/>
          <w:szCs w:val="24"/>
        </w:rPr>
        <w:t xml:space="preserve"> din </w:t>
      </w:r>
      <w:proofErr w:type="spellStart"/>
      <w:r w:rsidRPr="00693F1B">
        <w:rPr>
          <w:rFonts w:cs="Times New Roman"/>
          <w:szCs w:val="24"/>
        </w:rPr>
        <w:t>partea</w:t>
      </w:r>
      <w:proofErr w:type="spellEnd"/>
      <w:r w:rsidRPr="00693F1B">
        <w:rPr>
          <w:rFonts w:cs="Times New Roman"/>
          <w:szCs w:val="24"/>
        </w:rPr>
        <w:t xml:space="preserve"> </w:t>
      </w:r>
      <w:proofErr w:type="spellStart"/>
      <w:r w:rsidRPr="00693F1B">
        <w:rPr>
          <w:rFonts w:cs="Times New Roman"/>
          <w:szCs w:val="24"/>
        </w:rPr>
        <w:t>Autorității</w:t>
      </w:r>
      <w:proofErr w:type="spellEnd"/>
      <w:r w:rsidRPr="00693F1B">
        <w:rPr>
          <w:rFonts w:cs="Times New Roman"/>
          <w:szCs w:val="24"/>
        </w:rPr>
        <w:t xml:space="preserve"> de </w:t>
      </w:r>
      <w:proofErr w:type="spellStart"/>
      <w:r w:rsidRPr="00693F1B">
        <w:rPr>
          <w:rFonts w:cs="Times New Roman"/>
          <w:szCs w:val="24"/>
        </w:rPr>
        <w:t>supraveghere</w:t>
      </w:r>
      <w:proofErr w:type="spellEnd"/>
      <w:r w:rsidRPr="00693F1B">
        <w:rPr>
          <w:rFonts w:cs="Times New Roman"/>
          <w:szCs w:val="24"/>
        </w:rPr>
        <w:t xml:space="preserve"> (CNPDCP) cu </w:t>
      </w:r>
      <w:proofErr w:type="spellStart"/>
      <w:r w:rsidRPr="00693F1B">
        <w:rPr>
          <w:rFonts w:cs="Times New Roman"/>
          <w:szCs w:val="24"/>
        </w:rPr>
        <w:t>privire</w:t>
      </w:r>
      <w:proofErr w:type="spellEnd"/>
      <w:r w:rsidRPr="00693F1B">
        <w:rPr>
          <w:rFonts w:cs="Times New Roman"/>
          <w:szCs w:val="24"/>
        </w:rPr>
        <w:t xml:space="preserve"> la </w:t>
      </w:r>
      <w:proofErr w:type="spellStart"/>
      <w:r w:rsidRPr="00693F1B">
        <w:rPr>
          <w:rFonts w:cs="Times New Roman"/>
          <w:szCs w:val="24"/>
        </w:rPr>
        <w:t>informarea</w:t>
      </w:r>
      <w:proofErr w:type="spellEnd"/>
      <w:r w:rsidRPr="00693F1B">
        <w:rPr>
          <w:rFonts w:cs="Times New Roman"/>
          <w:szCs w:val="24"/>
        </w:rPr>
        <w:t xml:space="preserve"> </w:t>
      </w:r>
      <w:proofErr w:type="spellStart"/>
      <w:r w:rsidRPr="00693F1B">
        <w:rPr>
          <w:rFonts w:cs="Times New Roman"/>
          <w:szCs w:val="24"/>
        </w:rPr>
        <w:t>persoanelor</w:t>
      </w:r>
      <w:proofErr w:type="spellEnd"/>
      <w:r w:rsidRPr="00693F1B">
        <w:rPr>
          <w:rFonts w:cs="Times New Roman"/>
          <w:szCs w:val="24"/>
        </w:rPr>
        <w:t xml:space="preserve"> </w:t>
      </w:r>
      <w:proofErr w:type="spellStart"/>
      <w:r w:rsidRPr="00693F1B">
        <w:rPr>
          <w:rFonts w:cs="Times New Roman"/>
          <w:szCs w:val="24"/>
        </w:rPr>
        <w:t>vizate</w:t>
      </w:r>
      <w:proofErr w:type="spellEnd"/>
      <w:r w:rsidRPr="00693F1B">
        <w:rPr>
          <w:rFonts w:cs="Times New Roman"/>
          <w:szCs w:val="24"/>
        </w:rPr>
        <w:t xml:space="preserve"> </w:t>
      </w:r>
      <w:proofErr w:type="spellStart"/>
      <w:r w:rsidRPr="00693F1B">
        <w:rPr>
          <w:rFonts w:cs="Times New Roman"/>
          <w:szCs w:val="24"/>
        </w:rPr>
        <w:t>este</w:t>
      </w:r>
      <w:proofErr w:type="spellEnd"/>
      <w:r w:rsidRPr="00693F1B">
        <w:rPr>
          <w:rFonts w:cs="Times New Roman"/>
          <w:szCs w:val="24"/>
        </w:rPr>
        <w:t xml:space="preserve">: </w:t>
      </w:r>
      <w:proofErr w:type="spellStart"/>
      <w:r w:rsidRPr="00693F1B">
        <w:rPr>
          <w:rFonts w:cs="Times New Roman"/>
          <w:b/>
          <w:bCs/>
          <w:szCs w:val="24"/>
        </w:rPr>
        <w:t>Responsabilul</w:t>
      </w:r>
      <w:proofErr w:type="spellEnd"/>
      <w:r w:rsidRPr="00693F1B">
        <w:rPr>
          <w:rFonts w:cs="Times New Roman"/>
          <w:b/>
          <w:bCs/>
          <w:szCs w:val="24"/>
        </w:rPr>
        <w:t xml:space="preserve"> cu </w:t>
      </w:r>
      <w:proofErr w:type="spellStart"/>
      <w:r w:rsidRPr="00693F1B">
        <w:rPr>
          <w:rFonts w:cs="Times New Roman"/>
          <w:b/>
          <w:bCs/>
          <w:szCs w:val="24"/>
        </w:rPr>
        <w:t>Protecția</w:t>
      </w:r>
      <w:proofErr w:type="spellEnd"/>
      <w:r w:rsidRPr="00693F1B">
        <w:rPr>
          <w:rFonts w:cs="Times New Roman"/>
          <w:b/>
          <w:bCs/>
          <w:szCs w:val="24"/>
        </w:rPr>
        <w:t xml:space="preserve"> </w:t>
      </w:r>
      <w:proofErr w:type="spellStart"/>
      <w:r w:rsidRPr="00693F1B">
        <w:rPr>
          <w:rFonts w:cs="Times New Roman"/>
          <w:b/>
          <w:bCs/>
          <w:szCs w:val="24"/>
        </w:rPr>
        <w:t>Datelor</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colaborare</w:t>
      </w:r>
      <w:proofErr w:type="spellEnd"/>
      <w:r w:rsidRPr="00693F1B">
        <w:rPr>
          <w:rFonts w:cs="Times New Roman"/>
          <w:szCs w:val="24"/>
        </w:rPr>
        <w:t xml:space="preserve"> cu </w:t>
      </w:r>
      <w:proofErr w:type="spellStart"/>
      <w:r w:rsidRPr="00693F1B">
        <w:rPr>
          <w:rFonts w:cs="Times New Roman"/>
          <w:szCs w:val="24"/>
        </w:rPr>
        <w:t>Serviciul</w:t>
      </w:r>
      <w:proofErr w:type="spellEnd"/>
      <w:r w:rsidRPr="00693F1B">
        <w:rPr>
          <w:rFonts w:cs="Times New Roman"/>
          <w:szCs w:val="24"/>
        </w:rPr>
        <w:t xml:space="preserve"> Juridic.</w:t>
      </w:r>
    </w:p>
    <w:p w14:paraId="1AA0F727" w14:textId="77777777" w:rsidR="006D4E92" w:rsidRPr="00693F1B" w:rsidRDefault="00000000">
      <w:pPr>
        <w:jc w:val="both"/>
        <w:rPr>
          <w:rFonts w:cs="Times New Roman"/>
          <w:szCs w:val="24"/>
        </w:rPr>
      </w:pP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cadrul</w:t>
      </w:r>
      <w:proofErr w:type="spellEnd"/>
      <w:r w:rsidRPr="00693F1B">
        <w:rPr>
          <w:rFonts w:cs="Times New Roman"/>
          <w:szCs w:val="24"/>
        </w:rPr>
        <w:t xml:space="preserve"> </w:t>
      </w:r>
      <w:proofErr w:type="spellStart"/>
      <w:r w:rsidRPr="00693F1B">
        <w:rPr>
          <w:rFonts w:cs="Times New Roman"/>
          <w:szCs w:val="24"/>
        </w:rPr>
        <w:t>instituției</w:t>
      </w:r>
      <w:proofErr w:type="spellEnd"/>
      <w:r w:rsidRPr="00693F1B">
        <w:rPr>
          <w:rFonts w:cs="Times New Roman"/>
          <w:szCs w:val="24"/>
        </w:rPr>
        <w:t xml:space="preserve"> se transmit </w:t>
      </w:r>
      <w:proofErr w:type="spellStart"/>
      <w:r w:rsidRPr="00693F1B">
        <w:rPr>
          <w:rFonts w:cs="Times New Roman"/>
          <w:szCs w:val="24"/>
        </w:rPr>
        <w:t>informări</w:t>
      </w:r>
      <w:proofErr w:type="spellEnd"/>
      <w:r w:rsidRPr="00693F1B">
        <w:rPr>
          <w:rFonts w:cs="Times New Roman"/>
          <w:szCs w:val="24"/>
        </w:rPr>
        <w:t xml:space="preserve"> </w:t>
      </w:r>
      <w:proofErr w:type="spellStart"/>
      <w:r w:rsidRPr="00693F1B">
        <w:rPr>
          <w:rFonts w:cs="Times New Roman"/>
          <w:szCs w:val="24"/>
        </w:rPr>
        <w:t>scrise</w:t>
      </w:r>
      <w:proofErr w:type="spellEnd"/>
      <w:r w:rsidRPr="00693F1B">
        <w:rPr>
          <w:rFonts w:cs="Times New Roman"/>
          <w:szCs w:val="24"/>
        </w:rPr>
        <w:t xml:space="preserve"> </w:t>
      </w:r>
      <w:proofErr w:type="spellStart"/>
      <w:r w:rsidRPr="00693F1B">
        <w:rPr>
          <w:rFonts w:cs="Times New Roman"/>
          <w:szCs w:val="24"/>
        </w:rPr>
        <w:t>către</w:t>
      </w:r>
      <w:proofErr w:type="spellEnd"/>
      <w:r w:rsidRPr="00693F1B">
        <w:rPr>
          <w:rFonts w:cs="Times New Roman"/>
          <w:szCs w:val="24"/>
        </w:rPr>
        <w:t xml:space="preserve"> </w:t>
      </w:r>
      <w:proofErr w:type="spellStart"/>
      <w:r w:rsidRPr="00693F1B">
        <w:rPr>
          <w:rFonts w:cs="Times New Roman"/>
          <w:szCs w:val="24"/>
        </w:rPr>
        <w:t>cetățenii</w:t>
      </w:r>
      <w:proofErr w:type="spellEnd"/>
      <w:r w:rsidRPr="00693F1B">
        <w:rPr>
          <w:rFonts w:cs="Times New Roman"/>
          <w:szCs w:val="24"/>
        </w:rPr>
        <w:t xml:space="preserve"> </w:t>
      </w:r>
      <w:proofErr w:type="spellStart"/>
      <w:r w:rsidRPr="00693F1B">
        <w:rPr>
          <w:rFonts w:cs="Times New Roman"/>
          <w:szCs w:val="24"/>
        </w:rPr>
        <w:t>afectați</w:t>
      </w:r>
      <w:proofErr w:type="spellEnd"/>
      <w:r w:rsidRPr="00693F1B">
        <w:rPr>
          <w:rFonts w:cs="Times New Roman"/>
          <w:szCs w:val="24"/>
        </w:rPr>
        <w:t xml:space="preserve"> cu </w:t>
      </w:r>
      <w:proofErr w:type="spellStart"/>
      <w:r w:rsidRPr="00693F1B">
        <w:rPr>
          <w:rFonts w:cs="Times New Roman"/>
          <w:szCs w:val="24"/>
        </w:rPr>
        <w:t>privire</w:t>
      </w:r>
      <w:proofErr w:type="spellEnd"/>
      <w:r w:rsidRPr="00693F1B">
        <w:rPr>
          <w:rFonts w:cs="Times New Roman"/>
          <w:szCs w:val="24"/>
        </w:rPr>
        <w:t xml:space="preserve"> la </w:t>
      </w:r>
      <w:proofErr w:type="spellStart"/>
      <w:r w:rsidRPr="00693F1B">
        <w:rPr>
          <w:rFonts w:cs="Times New Roman"/>
          <w:szCs w:val="24"/>
        </w:rPr>
        <w:t>încălcarea</w:t>
      </w:r>
      <w:proofErr w:type="spellEnd"/>
      <w:r w:rsidRPr="00693F1B">
        <w:rPr>
          <w:rFonts w:cs="Times New Roman"/>
          <w:szCs w:val="24"/>
        </w:rPr>
        <w:t xml:space="preserve"> </w:t>
      </w:r>
      <w:proofErr w:type="spellStart"/>
      <w:r w:rsidRPr="00693F1B">
        <w:rPr>
          <w:rFonts w:cs="Times New Roman"/>
          <w:szCs w:val="24"/>
        </w:rPr>
        <w:t>securității</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 </w:t>
      </w:r>
      <w:proofErr w:type="spellStart"/>
      <w:r w:rsidRPr="00693F1B">
        <w:rPr>
          <w:rFonts w:cs="Times New Roman"/>
          <w:szCs w:val="24"/>
        </w:rPr>
        <w:t>prin</w:t>
      </w:r>
      <w:proofErr w:type="spellEnd"/>
      <w:r w:rsidRPr="00693F1B">
        <w:rPr>
          <w:rFonts w:cs="Times New Roman"/>
          <w:szCs w:val="24"/>
        </w:rPr>
        <w:t xml:space="preserve"> </w:t>
      </w:r>
      <w:proofErr w:type="spellStart"/>
      <w:r w:rsidRPr="00693F1B">
        <w:rPr>
          <w:rFonts w:cs="Times New Roman"/>
          <w:szCs w:val="24"/>
        </w:rPr>
        <w:t>următoarele</w:t>
      </w:r>
      <w:proofErr w:type="spellEnd"/>
      <w:r w:rsidRPr="00693F1B">
        <w:rPr>
          <w:rFonts w:cs="Times New Roman"/>
          <w:szCs w:val="24"/>
        </w:rPr>
        <w:t xml:space="preserve"> </w:t>
      </w:r>
      <w:proofErr w:type="spellStart"/>
      <w:r w:rsidRPr="00693F1B">
        <w:rPr>
          <w:rFonts w:cs="Times New Roman"/>
          <w:szCs w:val="24"/>
        </w:rPr>
        <w:t>mijloace</w:t>
      </w:r>
      <w:proofErr w:type="spellEnd"/>
      <w:r w:rsidRPr="00693F1B">
        <w:rPr>
          <w:rFonts w:cs="Times New Roman"/>
          <w:szCs w:val="24"/>
        </w:rPr>
        <w:t>:</w:t>
      </w:r>
    </w:p>
    <w:p w14:paraId="2C365615" w14:textId="77777777" w:rsidR="006D4E92" w:rsidRPr="00693F1B" w:rsidRDefault="00000000">
      <w:pPr>
        <w:numPr>
          <w:ilvl w:val="0"/>
          <w:numId w:val="5"/>
        </w:numPr>
        <w:jc w:val="both"/>
        <w:rPr>
          <w:rFonts w:cs="Times New Roman"/>
          <w:szCs w:val="24"/>
        </w:rPr>
      </w:pPr>
      <w:r w:rsidRPr="00693F1B">
        <w:rPr>
          <w:rFonts w:cs="Times New Roman"/>
          <w:szCs w:val="24"/>
        </w:rPr>
        <w:t>e-mail (</w:t>
      </w:r>
      <w:proofErr w:type="spellStart"/>
      <w:r w:rsidRPr="00693F1B">
        <w:rPr>
          <w:rFonts w:cs="Times New Roman"/>
          <w:szCs w:val="24"/>
        </w:rPr>
        <w:t>dacă</w:t>
      </w:r>
      <w:proofErr w:type="spellEnd"/>
      <w:r w:rsidRPr="00693F1B">
        <w:rPr>
          <w:rFonts w:cs="Times New Roman"/>
          <w:szCs w:val="24"/>
        </w:rPr>
        <w:t xml:space="preserve"> </w:t>
      </w:r>
      <w:proofErr w:type="spellStart"/>
      <w:r w:rsidRPr="00693F1B">
        <w:rPr>
          <w:rFonts w:cs="Times New Roman"/>
          <w:szCs w:val="24"/>
        </w:rPr>
        <w:t>cetățeanul</w:t>
      </w:r>
      <w:proofErr w:type="spellEnd"/>
      <w:r w:rsidRPr="00693F1B">
        <w:rPr>
          <w:rFonts w:cs="Times New Roman"/>
          <w:szCs w:val="24"/>
        </w:rPr>
        <w:t xml:space="preserve"> a </w:t>
      </w:r>
      <w:proofErr w:type="spellStart"/>
      <w:r w:rsidRPr="00693F1B">
        <w:rPr>
          <w:rFonts w:cs="Times New Roman"/>
          <w:szCs w:val="24"/>
        </w:rPr>
        <w:t>furnizat</w:t>
      </w:r>
      <w:proofErr w:type="spellEnd"/>
      <w:r w:rsidRPr="00693F1B">
        <w:rPr>
          <w:rFonts w:cs="Times New Roman"/>
          <w:szCs w:val="24"/>
        </w:rPr>
        <w:t xml:space="preserve"> o </w:t>
      </w:r>
      <w:proofErr w:type="spellStart"/>
      <w:r w:rsidRPr="00693F1B">
        <w:rPr>
          <w:rFonts w:cs="Times New Roman"/>
          <w:szCs w:val="24"/>
        </w:rPr>
        <w:t>adresă</w:t>
      </w:r>
      <w:proofErr w:type="spellEnd"/>
      <w:r w:rsidRPr="00693F1B">
        <w:rPr>
          <w:rFonts w:cs="Times New Roman"/>
          <w:szCs w:val="24"/>
        </w:rPr>
        <w:t xml:space="preserve"> de </w:t>
      </w:r>
      <w:proofErr w:type="spellStart"/>
      <w:r w:rsidRPr="00693F1B">
        <w:rPr>
          <w:rFonts w:cs="Times New Roman"/>
          <w:szCs w:val="24"/>
        </w:rPr>
        <w:t>corespondență</w:t>
      </w:r>
      <w:proofErr w:type="spellEnd"/>
      <w:r w:rsidRPr="00693F1B">
        <w:rPr>
          <w:rFonts w:cs="Times New Roman"/>
          <w:szCs w:val="24"/>
        </w:rPr>
        <w:t xml:space="preserve"> </w:t>
      </w:r>
      <w:proofErr w:type="spellStart"/>
      <w:r w:rsidRPr="00693F1B">
        <w:rPr>
          <w:rFonts w:cs="Times New Roman"/>
          <w:szCs w:val="24"/>
        </w:rPr>
        <w:t>electronică</w:t>
      </w:r>
      <w:proofErr w:type="spellEnd"/>
      <w:r w:rsidRPr="00693F1B">
        <w:rPr>
          <w:rFonts w:cs="Times New Roman"/>
          <w:szCs w:val="24"/>
        </w:rPr>
        <w:t xml:space="preserve"> </w:t>
      </w:r>
      <w:proofErr w:type="spellStart"/>
      <w:r w:rsidRPr="00693F1B">
        <w:rPr>
          <w:rFonts w:cs="Times New Roman"/>
          <w:szCs w:val="24"/>
        </w:rPr>
        <w:t>validă</w:t>
      </w:r>
      <w:proofErr w:type="spellEnd"/>
      <w:r w:rsidRPr="00693F1B">
        <w:rPr>
          <w:rFonts w:cs="Times New Roman"/>
          <w:szCs w:val="24"/>
        </w:rPr>
        <w:t>);</w:t>
      </w:r>
    </w:p>
    <w:p w14:paraId="3B911EF9" w14:textId="77777777" w:rsidR="006D4E92" w:rsidRPr="00693F1B" w:rsidRDefault="00000000">
      <w:pPr>
        <w:numPr>
          <w:ilvl w:val="0"/>
          <w:numId w:val="5"/>
        </w:numPr>
        <w:jc w:val="both"/>
        <w:rPr>
          <w:rFonts w:cs="Times New Roman"/>
          <w:szCs w:val="24"/>
        </w:rPr>
      </w:pPr>
      <w:proofErr w:type="spellStart"/>
      <w:r w:rsidRPr="00693F1B">
        <w:rPr>
          <w:rFonts w:cs="Times New Roman"/>
          <w:szCs w:val="24"/>
        </w:rPr>
        <w:t>scrisoare</w:t>
      </w:r>
      <w:proofErr w:type="spellEnd"/>
      <w:r w:rsidRPr="00693F1B">
        <w:rPr>
          <w:rFonts w:cs="Times New Roman"/>
          <w:szCs w:val="24"/>
        </w:rPr>
        <w:t xml:space="preserve"> </w:t>
      </w:r>
      <w:proofErr w:type="spellStart"/>
      <w:r w:rsidRPr="00693F1B">
        <w:rPr>
          <w:rFonts w:cs="Times New Roman"/>
          <w:szCs w:val="24"/>
        </w:rPr>
        <w:t>recomandată</w:t>
      </w:r>
      <w:proofErr w:type="spellEnd"/>
      <w:r w:rsidRPr="00693F1B">
        <w:rPr>
          <w:rFonts w:cs="Times New Roman"/>
          <w:szCs w:val="24"/>
        </w:rPr>
        <w:t xml:space="preserve"> </w:t>
      </w:r>
      <w:proofErr w:type="spellStart"/>
      <w:r w:rsidRPr="00693F1B">
        <w:rPr>
          <w:rFonts w:cs="Times New Roman"/>
          <w:szCs w:val="24"/>
        </w:rPr>
        <w:t>prin</w:t>
      </w:r>
      <w:proofErr w:type="spellEnd"/>
      <w:r w:rsidRPr="00693F1B">
        <w:rPr>
          <w:rFonts w:cs="Times New Roman"/>
          <w:szCs w:val="24"/>
        </w:rPr>
        <w:t xml:space="preserve"> </w:t>
      </w:r>
      <w:proofErr w:type="spellStart"/>
      <w:r w:rsidRPr="00693F1B">
        <w:rPr>
          <w:rFonts w:cs="Times New Roman"/>
          <w:szCs w:val="24"/>
        </w:rPr>
        <w:t>intermediul</w:t>
      </w:r>
      <w:proofErr w:type="spellEnd"/>
      <w:r w:rsidRPr="00693F1B">
        <w:rPr>
          <w:rFonts w:cs="Times New Roman"/>
          <w:szCs w:val="24"/>
        </w:rPr>
        <w:t xml:space="preserve"> Î.S. „</w:t>
      </w:r>
      <w:proofErr w:type="spellStart"/>
      <w:r w:rsidRPr="00693F1B">
        <w:rPr>
          <w:rFonts w:cs="Times New Roman"/>
          <w:szCs w:val="24"/>
        </w:rPr>
        <w:t>Poșta</w:t>
      </w:r>
      <w:proofErr w:type="spellEnd"/>
      <w:r w:rsidRPr="00693F1B">
        <w:rPr>
          <w:rFonts w:cs="Times New Roman"/>
          <w:szCs w:val="24"/>
        </w:rPr>
        <w:t xml:space="preserve"> </w:t>
      </w:r>
      <w:proofErr w:type="spellStart"/>
      <w:r w:rsidRPr="00693F1B">
        <w:rPr>
          <w:rFonts w:cs="Times New Roman"/>
          <w:szCs w:val="24"/>
        </w:rPr>
        <w:t>Moldovei</w:t>
      </w:r>
      <w:proofErr w:type="spellEnd"/>
      <w:r w:rsidRPr="00693F1B">
        <w:rPr>
          <w:rFonts w:cs="Times New Roman"/>
          <w:szCs w:val="24"/>
        </w:rPr>
        <w:t>”.</w:t>
      </w:r>
    </w:p>
    <w:p w14:paraId="495E0AE7" w14:textId="77777777" w:rsidR="006D4E92" w:rsidRPr="00693F1B" w:rsidRDefault="00000000">
      <w:pPr>
        <w:jc w:val="both"/>
        <w:rPr>
          <w:rFonts w:cs="Times New Roman"/>
          <w:szCs w:val="24"/>
        </w:rPr>
      </w:pPr>
      <w:proofErr w:type="spellStart"/>
      <w:r w:rsidRPr="00693F1B">
        <w:rPr>
          <w:rFonts w:cs="Times New Roman"/>
          <w:szCs w:val="24"/>
        </w:rPr>
        <w:t>Persoanele</w:t>
      </w:r>
      <w:proofErr w:type="spellEnd"/>
      <w:r w:rsidRPr="00693F1B">
        <w:rPr>
          <w:rFonts w:cs="Times New Roman"/>
          <w:szCs w:val="24"/>
        </w:rPr>
        <w:t xml:space="preserve"> </w:t>
      </w:r>
      <w:proofErr w:type="spellStart"/>
      <w:r w:rsidRPr="00693F1B">
        <w:rPr>
          <w:rFonts w:cs="Times New Roman"/>
          <w:szCs w:val="24"/>
        </w:rPr>
        <w:t>vizate</w:t>
      </w:r>
      <w:proofErr w:type="spellEnd"/>
      <w:r w:rsidRPr="00693F1B">
        <w:rPr>
          <w:rFonts w:cs="Times New Roman"/>
          <w:szCs w:val="24"/>
        </w:rPr>
        <w:t xml:space="preserve"> </w:t>
      </w:r>
      <w:proofErr w:type="spellStart"/>
      <w:r w:rsidRPr="00693F1B">
        <w:rPr>
          <w:rFonts w:cs="Times New Roman"/>
          <w:szCs w:val="24"/>
        </w:rPr>
        <w:t>vor</w:t>
      </w:r>
      <w:proofErr w:type="spellEnd"/>
      <w:r w:rsidRPr="00693F1B">
        <w:rPr>
          <w:rFonts w:cs="Times New Roman"/>
          <w:szCs w:val="24"/>
        </w:rPr>
        <w:t xml:space="preserve"> fi </w:t>
      </w:r>
      <w:proofErr w:type="spellStart"/>
      <w:r w:rsidRPr="00693F1B">
        <w:rPr>
          <w:rFonts w:cs="Times New Roman"/>
          <w:szCs w:val="24"/>
        </w:rPr>
        <w:t>informate</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următoarele</w:t>
      </w:r>
      <w:proofErr w:type="spellEnd"/>
      <w:r w:rsidRPr="00693F1B">
        <w:rPr>
          <w:rFonts w:cs="Times New Roman"/>
          <w:szCs w:val="24"/>
        </w:rPr>
        <w:t xml:space="preserve"> </w:t>
      </w:r>
      <w:proofErr w:type="spellStart"/>
      <w:r w:rsidRPr="00693F1B">
        <w:rPr>
          <w:rFonts w:cs="Times New Roman"/>
          <w:szCs w:val="24"/>
        </w:rPr>
        <w:t>situații</w:t>
      </w:r>
      <w:proofErr w:type="spellEnd"/>
      <w:r w:rsidRPr="00693F1B">
        <w:rPr>
          <w:rFonts w:cs="Times New Roman"/>
          <w:szCs w:val="24"/>
        </w:rPr>
        <w:t>:</w:t>
      </w:r>
    </w:p>
    <w:p w14:paraId="37D50E98" w14:textId="77777777" w:rsidR="006D4E92" w:rsidRPr="00693F1B" w:rsidRDefault="00000000">
      <w:pPr>
        <w:numPr>
          <w:ilvl w:val="0"/>
          <w:numId w:val="23"/>
        </w:numPr>
        <w:jc w:val="both"/>
        <w:rPr>
          <w:rFonts w:cs="Times New Roman"/>
          <w:szCs w:val="24"/>
        </w:rPr>
      </w:pP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cazul</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care </w:t>
      </w:r>
      <w:proofErr w:type="spellStart"/>
      <w:r w:rsidRPr="00693F1B">
        <w:rPr>
          <w:rFonts w:cs="Times New Roman"/>
          <w:szCs w:val="24"/>
        </w:rPr>
        <w:t>încălcarea</w:t>
      </w:r>
      <w:proofErr w:type="spellEnd"/>
      <w:r w:rsidRPr="00693F1B">
        <w:rPr>
          <w:rFonts w:cs="Times New Roman"/>
          <w:szCs w:val="24"/>
        </w:rPr>
        <w:t xml:space="preserve"> </w:t>
      </w:r>
      <w:proofErr w:type="spellStart"/>
      <w:r w:rsidRPr="00693F1B">
        <w:rPr>
          <w:rFonts w:cs="Times New Roman"/>
          <w:szCs w:val="24"/>
        </w:rPr>
        <w:t>este</w:t>
      </w:r>
      <w:proofErr w:type="spellEnd"/>
      <w:r w:rsidRPr="00693F1B">
        <w:rPr>
          <w:rFonts w:cs="Times New Roman"/>
          <w:szCs w:val="24"/>
        </w:rPr>
        <w:t xml:space="preserve"> </w:t>
      </w:r>
      <w:proofErr w:type="spellStart"/>
      <w:r w:rsidRPr="00693F1B">
        <w:rPr>
          <w:rFonts w:cs="Times New Roman"/>
          <w:szCs w:val="24"/>
        </w:rPr>
        <w:t>susceptibilă</w:t>
      </w:r>
      <w:proofErr w:type="spellEnd"/>
      <w:r w:rsidRPr="00693F1B">
        <w:rPr>
          <w:rFonts w:cs="Times New Roman"/>
          <w:szCs w:val="24"/>
        </w:rPr>
        <w:t xml:space="preserve"> </w:t>
      </w:r>
      <w:proofErr w:type="spellStart"/>
      <w:r w:rsidRPr="00693F1B">
        <w:rPr>
          <w:rFonts w:cs="Times New Roman"/>
          <w:szCs w:val="24"/>
        </w:rPr>
        <w:t>să</w:t>
      </w:r>
      <w:proofErr w:type="spellEnd"/>
      <w:r w:rsidRPr="00693F1B">
        <w:rPr>
          <w:rFonts w:cs="Times New Roman"/>
          <w:szCs w:val="24"/>
        </w:rPr>
        <w:t xml:space="preserve"> </w:t>
      </w:r>
      <w:proofErr w:type="spellStart"/>
      <w:r w:rsidRPr="00693F1B">
        <w:rPr>
          <w:rFonts w:cs="Times New Roman"/>
          <w:szCs w:val="24"/>
        </w:rPr>
        <w:t>genereze</w:t>
      </w:r>
      <w:proofErr w:type="spellEnd"/>
      <w:r w:rsidRPr="00693F1B">
        <w:rPr>
          <w:rFonts w:cs="Times New Roman"/>
          <w:szCs w:val="24"/>
        </w:rPr>
        <w:t xml:space="preserve"> un </w:t>
      </w:r>
      <w:proofErr w:type="spellStart"/>
      <w:r w:rsidRPr="00693F1B">
        <w:rPr>
          <w:rFonts w:cs="Times New Roman"/>
          <w:szCs w:val="24"/>
        </w:rPr>
        <w:t>risc</w:t>
      </w:r>
      <w:proofErr w:type="spellEnd"/>
      <w:r w:rsidRPr="00693F1B">
        <w:rPr>
          <w:rFonts w:cs="Times New Roman"/>
          <w:szCs w:val="24"/>
        </w:rPr>
        <w:t xml:space="preserve"> </w:t>
      </w:r>
      <w:proofErr w:type="spellStart"/>
      <w:r w:rsidRPr="00693F1B">
        <w:rPr>
          <w:rFonts w:cs="Times New Roman"/>
          <w:szCs w:val="24"/>
        </w:rPr>
        <w:t>ridicat</w:t>
      </w:r>
      <w:proofErr w:type="spellEnd"/>
      <w:r w:rsidRPr="00693F1B">
        <w:rPr>
          <w:rFonts w:cs="Times New Roman"/>
          <w:szCs w:val="24"/>
        </w:rPr>
        <w:t xml:space="preserve"> (</w:t>
      </w:r>
      <w:proofErr w:type="spellStart"/>
      <w:r w:rsidRPr="00693F1B">
        <w:rPr>
          <w:rFonts w:cs="Times New Roman"/>
          <w:szCs w:val="24"/>
        </w:rPr>
        <w:t>pragul</w:t>
      </w:r>
      <w:proofErr w:type="spellEnd"/>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informarea</w:t>
      </w:r>
      <w:proofErr w:type="spellEnd"/>
      <w:r w:rsidRPr="00693F1B">
        <w:rPr>
          <w:rFonts w:cs="Times New Roman"/>
          <w:szCs w:val="24"/>
        </w:rPr>
        <w:t xml:space="preserve"> </w:t>
      </w:r>
      <w:proofErr w:type="spellStart"/>
      <w:r w:rsidRPr="00693F1B">
        <w:rPr>
          <w:rFonts w:cs="Times New Roman"/>
          <w:szCs w:val="24"/>
        </w:rPr>
        <w:t>persoanelor</w:t>
      </w:r>
      <w:proofErr w:type="spellEnd"/>
      <w:r w:rsidRPr="00693F1B">
        <w:rPr>
          <w:rFonts w:cs="Times New Roman"/>
          <w:szCs w:val="24"/>
        </w:rPr>
        <w:t xml:space="preserve"> </w:t>
      </w:r>
      <w:proofErr w:type="spellStart"/>
      <w:r w:rsidRPr="00693F1B">
        <w:rPr>
          <w:rFonts w:cs="Times New Roman"/>
          <w:szCs w:val="24"/>
        </w:rPr>
        <w:t>vizate</w:t>
      </w:r>
      <w:proofErr w:type="spellEnd"/>
      <w:r w:rsidRPr="00693F1B">
        <w:rPr>
          <w:rFonts w:cs="Times New Roman"/>
          <w:szCs w:val="24"/>
        </w:rPr>
        <w:t xml:space="preserve"> </w:t>
      </w:r>
      <w:proofErr w:type="spellStart"/>
      <w:r w:rsidRPr="00693F1B">
        <w:rPr>
          <w:rFonts w:cs="Times New Roman"/>
          <w:szCs w:val="24"/>
        </w:rPr>
        <w:t>este</w:t>
      </w:r>
      <w:proofErr w:type="spellEnd"/>
      <w:r w:rsidRPr="00693F1B">
        <w:rPr>
          <w:rFonts w:cs="Times New Roman"/>
          <w:szCs w:val="24"/>
        </w:rPr>
        <w:t xml:space="preserve"> </w:t>
      </w:r>
      <w:proofErr w:type="spellStart"/>
      <w:r w:rsidRPr="00693F1B">
        <w:rPr>
          <w:rFonts w:cs="Times New Roman"/>
          <w:szCs w:val="24"/>
        </w:rPr>
        <w:t>mai</w:t>
      </w:r>
      <w:proofErr w:type="spellEnd"/>
      <w:r w:rsidRPr="00693F1B">
        <w:rPr>
          <w:rFonts w:cs="Times New Roman"/>
          <w:szCs w:val="24"/>
        </w:rPr>
        <w:t xml:space="preserve"> </w:t>
      </w:r>
      <w:proofErr w:type="spellStart"/>
      <w:r w:rsidRPr="00693F1B">
        <w:rPr>
          <w:rFonts w:cs="Times New Roman"/>
          <w:szCs w:val="24"/>
        </w:rPr>
        <w:t>ridicat</w:t>
      </w:r>
      <w:proofErr w:type="spellEnd"/>
      <w:r w:rsidRPr="00693F1B">
        <w:rPr>
          <w:rFonts w:cs="Times New Roman"/>
          <w:szCs w:val="24"/>
        </w:rPr>
        <w:t xml:space="preserve"> </w:t>
      </w:r>
      <w:proofErr w:type="spellStart"/>
      <w:r w:rsidRPr="00693F1B">
        <w:rPr>
          <w:rFonts w:cs="Times New Roman"/>
          <w:szCs w:val="24"/>
        </w:rPr>
        <w:t>decât</w:t>
      </w:r>
      <w:proofErr w:type="spellEnd"/>
      <w:r w:rsidRPr="00693F1B">
        <w:rPr>
          <w:rFonts w:cs="Times New Roman"/>
          <w:szCs w:val="24"/>
        </w:rPr>
        <w:t xml:space="preserve"> cel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notificarea</w:t>
      </w:r>
      <w:proofErr w:type="spellEnd"/>
      <w:r w:rsidRPr="00693F1B">
        <w:rPr>
          <w:rFonts w:cs="Times New Roman"/>
          <w:szCs w:val="24"/>
        </w:rPr>
        <w:t xml:space="preserve"> CNPDCP)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drepturile</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libertățile</w:t>
      </w:r>
      <w:proofErr w:type="spellEnd"/>
      <w:r w:rsidRPr="00693F1B">
        <w:rPr>
          <w:rFonts w:cs="Times New Roman"/>
          <w:szCs w:val="24"/>
        </w:rPr>
        <w:t xml:space="preserve"> </w:t>
      </w:r>
      <w:proofErr w:type="spellStart"/>
      <w:r w:rsidRPr="00693F1B">
        <w:rPr>
          <w:rFonts w:cs="Times New Roman"/>
          <w:szCs w:val="24"/>
        </w:rPr>
        <w:t>cetățenilor</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mod direct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fără</w:t>
      </w:r>
      <w:proofErr w:type="spellEnd"/>
      <w:r w:rsidRPr="00693F1B">
        <w:rPr>
          <w:rFonts w:cs="Times New Roman"/>
          <w:szCs w:val="24"/>
        </w:rPr>
        <w:t xml:space="preserve"> </w:t>
      </w:r>
      <w:proofErr w:type="spellStart"/>
      <w:r w:rsidRPr="00693F1B">
        <w:rPr>
          <w:rFonts w:cs="Times New Roman"/>
          <w:szCs w:val="24"/>
        </w:rPr>
        <w:t>întârzieri</w:t>
      </w:r>
      <w:proofErr w:type="spellEnd"/>
      <w:r w:rsidRPr="00693F1B">
        <w:rPr>
          <w:rFonts w:cs="Times New Roman"/>
          <w:szCs w:val="24"/>
        </w:rPr>
        <w:t xml:space="preserve"> </w:t>
      </w:r>
      <w:proofErr w:type="spellStart"/>
      <w:r w:rsidRPr="00693F1B">
        <w:rPr>
          <w:rFonts w:cs="Times New Roman"/>
          <w:szCs w:val="24"/>
        </w:rPr>
        <w:t>nejustificate</w:t>
      </w:r>
      <w:proofErr w:type="spellEnd"/>
      <w:r w:rsidRPr="00693F1B">
        <w:rPr>
          <w:rFonts w:cs="Times New Roman"/>
          <w:szCs w:val="24"/>
        </w:rPr>
        <w:t>;</w:t>
      </w:r>
    </w:p>
    <w:p w14:paraId="039DAC6C" w14:textId="77777777" w:rsidR="006D4E92" w:rsidRPr="00693F1B" w:rsidRDefault="00000000">
      <w:pPr>
        <w:numPr>
          <w:ilvl w:val="0"/>
          <w:numId w:val="23"/>
        </w:numPr>
        <w:jc w:val="both"/>
        <w:rPr>
          <w:rFonts w:cs="Times New Roman"/>
          <w:szCs w:val="24"/>
        </w:rPr>
      </w:pPr>
      <w:proofErr w:type="spellStart"/>
      <w:r w:rsidRPr="00693F1B">
        <w:rPr>
          <w:rFonts w:cs="Times New Roman"/>
          <w:szCs w:val="24"/>
        </w:rPr>
        <w:t>gravitatea</w:t>
      </w:r>
      <w:proofErr w:type="spellEnd"/>
      <w:r w:rsidRPr="00693F1B">
        <w:rPr>
          <w:rFonts w:cs="Times New Roman"/>
          <w:szCs w:val="24"/>
        </w:rPr>
        <w:t xml:space="preserve"> </w:t>
      </w:r>
      <w:proofErr w:type="spellStart"/>
      <w:r w:rsidRPr="00693F1B">
        <w:rPr>
          <w:rFonts w:cs="Times New Roman"/>
          <w:szCs w:val="24"/>
        </w:rPr>
        <w:t>impactului</w:t>
      </w:r>
      <w:proofErr w:type="spellEnd"/>
      <w:r w:rsidRPr="00693F1B">
        <w:rPr>
          <w:rFonts w:cs="Times New Roman"/>
          <w:szCs w:val="24"/>
        </w:rPr>
        <w:t xml:space="preserve"> </w:t>
      </w:r>
      <w:proofErr w:type="spellStart"/>
      <w:r w:rsidRPr="00693F1B">
        <w:rPr>
          <w:rFonts w:cs="Times New Roman"/>
          <w:szCs w:val="24"/>
        </w:rPr>
        <w:t>posibil</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efectiv</w:t>
      </w:r>
      <w:proofErr w:type="spellEnd"/>
      <w:r w:rsidRPr="00693F1B">
        <w:rPr>
          <w:rFonts w:cs="Times New Roman"/>
          <w:szCs w:val="24"/>
        </w:rPr>
        <w:t xml:space="preserve"> al </w:t>
      </w:r>
      <w:proofErr w:type="spellStart"/>
      <w:r w:rsidRPr="00693F1B">
        <w:rPr>
          <w:rFonts w:cs="Times New Roman"/>
          <w:szCs w:val="24"/>
        </w:rPr>
        <w:t>unei</w:t>
      </w:r>
      <w:proofErr w:type="spellEnd"/>
      <w:r w:rsidRPr="00693F1B">
        <w:rPr>
          <w:rFonts w:cs="Times New Roman"/>
          <w:szCs w:val="24"/>
        </w:rPr>
        <w:t xml:space="preserve"> </w:t>
      </w:r>
      <w:proofErr w:type="spellStart"/>
      <w:r w:rsidRPr="00693F1B">
        <w:rPr>
          <w:rFonts w:cs="Times New Roman"/>
          <w:szCs w:val="24"/>
        </w:rPr>
        <w:t>încălcări</w:t>
      </w:r>
      <w:proofErr w:type="spellEnd"/>
      <w:r w:rsidRPr="00693F1B">
        <w:rPr>
          <w:rFonts w:cs="Times New Roman"/>
          <w:szCs w:val="24"/>
        </w:rPr>
        <w:t xml:space="preserve"> </w:t>
      </w:r>
      <w:proofErr w:type="spellStart"/>
      <w:r w:rsidRPr="00693F1B">
        <w:rPr>
          <w:rFonts w:cs="Times New Roman"/>
          <w:szCs w:val="24"/>
        </w:rPr>
        <w:t>asupra</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w:t>
      </w:r>
      <w:proofErr w:type="spellStart"/>
      <w:r w:rsidRPr="00693F1B">
        <w:rPr>
          <w:rFonts w:cs="Times New Roman"/>
          <w:szCs w:val="24"/>
        </w:rPr>
        <w:t>cetățenilor</w:t>
      </w:r>
      <w:proofErr w:type="spellEnd"/>
      <w:r w:rsidRPr="00693F1B">
        <w:rPr>
          <w:rFonts w:cs="Times New Roman"/>
          <w:szCs w:val="24"/>
        </w:rPr>
        <w:t xml:space="preserve"> (ex: </w:t>
      </w:r>
      <w:proofErr w:type="spellStart"/>
      <w:r w:rsidRPr="00693F1B">
        <w:rPr>
          <w:rFonts w:cs="Times New Roman"/>
          <w:szCs w:val="24"/>
        </w:rPr>
        <w:t>scurgerea</w:t>
      </w:r>
      <w:proofErr w:type="spellEnd"/>
      <w:r w:rsidRPr="00693F1B">
        <w:rPr>
          <w:rFonts w:cs="Times New Roman"/>
          <w:szCs w:val="24"/>
        </w:rPr>
        <w:t xml:space="preserve"> de date </w:t>
      </w:r>
      <w:proofErr w:type="spellStart"/>
      <w:r w:rsidRPr="00693F1B">
        <w:rPr>
          <w:rFonts w:cs="Times New Roman"/>
          <w:szCs w:val="24"/>
        </w:rPr>
        <w:t>bancare</w:t>
      </w:r>
      <w:proofErr w:type="spellEnd"/>
      <w:r w:rsidRPr="00693F1B">
        <w:rPr>
          <w:rFonts w:cs="Times New Roman"/>
          <w:szCs w:val="24"/>
        </w:rPr>
        <w:t>, IDNP-</w:t>
      </w:r>
      <w:proofErr w:type="spellStart"/>
      <w:r w:rsidRPr="00693F1B">
        <w:rPr>
          <w:rFonts w:cs="Times New Roman"/>
          <w:szCs w:val="24"/>
        </w:rPr>
        <w:t>uri</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dosare</w:t>
      </w:r>
      <w:proofErr w:type="spellEnd"/>
      <w:r w:rsidRPr="00693F1B">
        <w:rPr>
          <w:rFonts w:cs="Times New Roman"/>
          <w:szCs w:val="24"/>
        </w:rPr>
        <w:t xml:space="preserve"> </w:t>
      </w:r>
      <w:proofErr w:type="spellStart"/>
      <w:r w:rsidRPr="00693F1B">
        <w:rPr>
          <w:rFonts w:cs="Times New Roman"/>
          <w:szCs w:val="24"/>
        </w:rPr>
        <w:t>medicale</w:t>
      </w:r>
      <w:proofErr w:type="spellEnd"/>
      <w:r w:rsidRPr="00693F1B">
        <w:rPr>
          <w:rFonts w:cs="Times New Roman"/>
          <w:szCs w:val="24"/>
        </w:rPr>
        <w:t xml:space="preserve">), precum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probabilitatea</w:t>
      </w:r>
      <w:proofErr w:type="spellEnd"/>
      <w:r w:rsidRPr="00693F1B">
        <w:rPr>
          <w:rFonts w:cs="Times New Roman"/>
          <w:szCs w:val="24"/>
        </w:rPr>
        <w:t xml:space="preserve"> </w:t>
      </w:r>
      <w:proofErr w:type="spellStart"/>
      <w:r w:rsidRPr="00693F1B">
        <w:rPr>
          <w:rFonts w:cs="Times New Roman"/>
          <w:szCs w:val="24"/>
        </w:rPr>
        <w:t>materializării</w:t>
      </w:r>
      <w:proofErr w:type="spellEnd"/>
      <w:r w:rsidRPr="00693F1B">
        <w:rPr>
          <w:rFonts w:cs="Times New Roman"/>
          <w:szCs w:val="24"/>
        </w:rPr>
        <w:t xml:space="preserve"> </w:t>
      </w:r>
      <w:proofErr w:type="spellStart"/>
      <w:r w:rsidRPr="00693F1B">
        <w:rPr>
          <w:rFonts w:cs="Times New Roman"/>
          <w:szCs w:val="24"/>
        </w:rPr>
        <w:t>daunelor</w:t>
      </w:r>
      <w:proofErr w:type="spellEnd"/>
      <w:r w:rsidRPr="00693F1B">
        <w:rPr>
          <w:rFonts w:cs="Times New Roman"/>
          <w:szCs w:val="24"/>
        </w:rPr>
        <w:t xml:space="preserve"> </w:t>
      </w:r>
      <w:proofErr w:type="spellStart"/>
      <w:r w:rsidRPr="00693F1B">
        <w:rPr>
          <w:rFonts w:cs="Times New Roman"/>
          <w:szCs w:val="24"/>
        </w:rPr>
        <w:t>este</w:t>
      </w:r>
      <w:proofErr w:type="spellEnd"/>
      <w:r w:rsidRPr="00693F1B">
        <w:rPr>
          <w:rFonts w:cs="Times New Roman"/>
          <w:szCs w:val="24"/>
        </w:rPr>
        <w:t xml:space="preserve"> mare.</w:t>
      </w:r>
    </w:p>
    <w:p w14:paraId="52EC5E7C" w14:textId="77777777" w:rsidR="006D4E92" w:rsidRDefault="00000000">
      <w:pPr>
        <w:jc w:val="both"/>
      </w:pP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măsura</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care </w:t>
      </w:r>
      <w:proofErr w:type="spellStart"/>
      <w:r w:rsidRPr="00693F1B">
        <w:rPr>
          <w:rFonts w:cs="Times New Roman"/>
          <w:szCs w:val="24"/>
        </w:rPr>
        <w:t>decizia</w:t>
      </w:r>
      <w:proofErr w:type="spellEnd"/>
      <w:r w:rsidRPr="00693F1B">
        <w:rPr>
          <w:rFonts w:cs="Times New Roman"/>
          <w:szCs w:val="24"/>
        </w:rPr>
        <w:t xml:space="preserve"> </w:t>
      </w:r>
      <w:proofErr w:type="spellStart"/>
      <w:r w:rsidRPr="00693F1B">
        <w:rPr>
          <w:rFonts w:cs="Times New Roman"/>
          <w:szCs w:val="24"/>
        </w:rPr>
        <w:t>internă</w:t>
      </w:r>
      <w:proofErr w:type="spellEnd"/>
      <w:r w:rsidRPr="00693F1B">
        <w:rPr>
          <w:rFonts w:cs="Times New Roman"/>
          <w:szCs w:val="24"/>
        </w:rPr>
        <w:t xml:space="preserve"> a </w:t>
      </w:r>
      <w:proofErr w:type="spellStart"/>
      <w:r w:rsidRPr="00693F1B">
        <w:rPr>
          <w:rFonts w:cs="Times New Roman"/>
          <w:szCs w:val="24"/>
        </w:rPr>
        <w:t>Primăriei</w:t>
      </w:r>
      <w:proofErr w:type="spellEnd"/>
      <w:r w:rsidRPr="00693F1B">
        <w:rPr>
          <w:rFonts w:cs="Times New Roman"/>
          <w:szCs w:val="24"/>
        </w:rPr>
        <w:t xml:space="preserve"> </w:t>
      </w:r>
      <w:proofErr w:type="spellStart"/>
      <w:r w:rsidRPr="00693F1B">
        <w:rPr>
          <w:rFonts w:cs="Times New Roman"/>
          <w:szCs w:val="24"/>
        </w:rPr>
        <w:t>este</w:t>
      </w:r>
      <w:proofErr w:type="spellEnd"/>
      <w:r w:rsidRPr="00693F1B">
        <w:rPr>
          <w:rFonts w:cs="Times New Roman"/>
          <w:szCs w:val="24"/>
        </w:rPr>
        <w:t xml:space="preserve"> de a </w:t>
      </w:r>
      <w:proofErr w:type="spellStart"/>
      <w:r w:rsidRPr="00693F1B">
        <w:rPr>
          <w:rFonts w:cs="Times New Roman"/>
          <w:szCs w:val="24"/>
        </w:rPr>
        <w:t>nu</w:t>
      </w:r>
      <w:proofErr w:type="spellEnd"/>
      <w:r w:rsidRPr="00693F1B">
        <w:rPr>
          <w:rFonts w:cs="Times New Roman"/>
          <w:szCs w:val="24"/>
        </w:rPr>
        <w:t xml:space="preserve"> </w:t>
      </w:r>
      <w:proofErr w:type="spellStart"/>
      <w:r w:rsidRPr="00693F1B">
        <w:rPr>
          <w:rFonts w:cs="Times New Roman"/>
          <w:szCs w:val="24"/>
        </w:rPr>
        <w:t>informa</w:t>
      </w:r>
      <w:proofErr w:type="spellEnd"/>
      <w:r w:rsidRPr="00693F1B">
        <w:rPr>
          <w:rFonts w:cs="Times New Roman"/>
          <w:szCs w:val="24"/>
        </w:rPr>
        <w:t xml:space="preserve"> </w:t>
      </w:r>
      <w:proofErr w:type="spellStart"/>
      <w:r w:rsidRPr="00693F1B">
        <w:rPr>
          <w:rFonts w:cs="Times New Roman"/>
          <w:szCs w:val="24"/>
        </w:rPr>
        <w:t>persoanele</w:t>
      </w:r>
      <w:proofErr w:type="spellEnd"/>
      <w:r w:rsidRPr="00693F1B">
        <w:rPr>
          <w:rFonts w:cs="Times New Roman"/>
          <w:szCs w:val="24"/>
        </w:rPr>
        <w:t xml:space="preserve"> </w:t>
      </w:r>
      <w:proofErr w:type="spellStart"/>
      <w:r w:rsidRPr="00693F1B">
        <w:rPr>
          <w:rFonts w:cs="Times New Roman"/>
          <w:szCs w:val="24"/>
        </w:rPr>
        <w:t>vizate</w:t>
      </w:r>
      <w:proofErr w:type="spellEnd"/>
      <w:r w:rsidRPr="00693F1B">
        <w:rPr>
          <w:rFonts w:cs="Times New Roman"/>
          <w:szCs w:val="24"/>
        </w:rPr>
        <w:t xml:space="preserve">, </w:t>
      </w:r>
      <w:proofErr w:type="spellStart"/>
      <w:r w:rsidRPr="00693F1B">
        <w:rPr>
          <w:rFonts w:cs="Times New Roman"/>
          <w:szCs w:val="24"/>
        </w:rPr>
        <w:t>trebuie</w:t>
      </w:r>
      <w:proofErr w:type="spellEnd"/>
      <w:r w:rsidRPr="00693F1B">
        <w:rPr>
          <w:rFonts w:cs="Times New Roman"/>
          <w:szCs w:val="24"/>
        </w:rPr>
        <w:t xml:space="preserve"> </w:t>
      </w:r>
      <w:proofErr w:type="spellStart"/>
      <w:r w:rsidRPr="00693F1B">
        <w:rPr>
          <w:rFonts w:cs="Times New Roman"/>
          <w:szCs w:val="24"/>
        </w:rPr>
        <w:t>notificată</w:t>
      </w:r>
      <w:proofErr w:type="spellEnd"/>
      <w:r w:rsidRPr="00693F1B">
        <w:rPr>
          <w:rFonts w:cs="Times New Roman"/>
          <w:szCs w:val="24"/>
        </w:rPr>
        <w:t xml:space="preserve"> </w:t>
      </w:r>
      <w:proofErr w:type="spellStart"/>
      <w:r w:rsidRPr="00693F1B">
        <w:rPr>
          <w:rFonts w:cs="Times New Roman"/>
          <w:szCs w:val="24"/>
        </w:rPr>
        <w:t>obligatoriu</w:t>
      </w:r>
      <w:proofErr w:type="spellEnd"/>
      <w:r w:rsidRPr="00693F1B">
        <w:rPr>
          <w:rFonts w:cs="Times New Roman"/>
          <w:szCs w:val="24"/>
        </w:rPr>
        <w:t xml:space="preserve"> CNPDCP, </w:t>
      </w:r>
      <w:proofErr w:type="spellStart"/>
      <w:r w:rsidRPr="00693F1B">
        <w:rPr>
          <w:rFonts w:cs="Times New Roman"/>
          <w:szCs w:val="24"/>
        </w:rPr>
        <w:t>dacă</w:t>
      </w:r>
      <w:proofErr w:type="spellEnd"/>
      <w:r w:rsidRPr="00693F1B">
        <w:rPr>
          <w:rFonts w:cs="Times New Roman"/>
          <w:szCs w:val="24"/>
        </w:rPr>
        <w:t xml:space="preserve"> nu se </w:t>
      </w:r>
      <w:proofErr w:type="spellStart"/>
      <w:r w:rsidRPr="00693F1B">
        <w:rPr>
          <w:rFonts w:cs="Times New Roman"/>
          <w:szCs w:val="24"/>
        </w:rPr>
        <w:t>poate</w:t>
      </w:r>
      <w:proofErr w:type="spellEnd"/>
      <w:r w:rsidRPr="00693F1B">
        <w:rPr>
          <w:rFonts w:cs="Times New Roman"/>
          <w:szCs w:val="24"/>
        </w:rPr>
        <w:t xml:space="preserve"> </w:t>
      </w:r>
      <w:proofErr w:type="spellStart"/>
      <w:r w:rsidRPr="00693F1B">
        <w:rPr>
          <w:rFonts w:cs="Times New Roman"/>
          <w:szCs w:val="24"/>
        </w:rPr>
        <w:t>demonstra</w:t>
      </w:r>
      <w:proofErr w:type="spellEnd"/>
      <w:r w:rsidRPr="00693F1B">
        <w:rPr>
          <w:rFonts w:cs="Times New Roman"/>
          <w:szCs w:val="24"/>
        </w:rPr>
        <w:t xml:space="preserve"> cu </w:t>
      </w:r>
      <w:proofErr w:type="spellStart"/>
      <w:r w:rsidRPr="00693F1B">
        <w:rPr>
          <w:rFonts w:cs="Times New Roman"/>
          <w:szCs w:val="24"/>
        </w:rPr>
        <w:t>certitudine</w:t>
      </w:r>
      <w:proofErr w:type="spellEnd"/>
      <w:r w:rsidRPr="00693F1B">
        <w:rPr>
          <w:rFonts w:cs="Times New Roman"/>
          <w:szCs w:val="24"/>
        </w:rPr>
        <w:t xml:space="preserve"> </w:t>
      </w:r>
      <w:proofErr w:type="spellStart"/>
      <w:r w:rsidRPr="00693F1B">
        <w:rPr>
          <w:rFonts w:cs="Times New Roman"/>
          <w:szCs w:val="24"/>
        </w:rPr>
        <w:t>că</w:t>
      </w:r>
      <w:proofErr w:type="spellEnd"/>
      <w:r w:rsidRPr="00693F1B">
        <w:rPr>
          <w:rFonts w:cs="Times New Roman"/>
          <w:szCs w:val="24"/>
        </w:rPr>
        <w:t xml:space="preserve"> </w:t>
      </w:r>
      <w:proofErr w:type="spellStart"/>
      <w:r w:rsidRPr="00693F1B">
        <w:rPr>
          <w:rFonts w:cs="Times New Roman"/>
          <w:szCs w:val="24"/>
        </w:rPr>
        <w:t>încălcarea</w:t>
      </w:r>
      <w:proofErr w:type="spellEnd"/>
      <w:r w:rsidRPr="00693F1B">
        <w:rPr>
          <w:rFonts w:cs="Times New Roman"/>
          <w:szCs w:val="24"/>
        </w:rPr>
        <w:t xml:space="preserve"> nu </w:t>
      </w:r>
      <w:proofErr w:type="spellStart"/>
      <w:r w:rsidRPr="00693F1B">
        <w:rPr>
          <w:rFonts w:cs="Times New Roman"/>
          <w:szCs w:val="24"/>
        </w:rPr>
        <w:t>este</w:t>
      </w:r>
      <w:proofErr w:type="spellEnd"/>
      <w:r w:rsidRPr="00693F1B">
        <w:rPr>
          <w:rFonts w:cs="Times New Roman"/>
          <w:szCs w:val="24"/>
        </w:rPr>
        <w:t xml:space="preserve"> </w:t>
      </w:r>
      <w:proofErr w:type="spellStart"/>
      <w:r w:rsidRPr="00693F1B">
        <w:rPr>
          <w:rFonts w:cs="Times New Roman"/>
          <w:szCs w:val="24"/>
        </w:rPr>
        <w:t>susceptibilă</w:t>
      </w:r>
      <w:proofErr w:type="spellEnd"/>
      <w:r w:rsidRPr="00693F1B">
        <w:rPr>
          <w:rFonts w:cs="Times New Roman"/>
          <w:szCs w:val="24"/>
        </w:rPr>
        <w:t xml:space="preserve"> </w:t>
      </w:r>
      <w:proofErr w:type="spellStart"/>
      <w:r w:rsidRPr="00693F1B">
        <w:rPr>
          <w:rFonts w:cs="Times New Roman"/>
          <w:szCs w:val="24"/>
        </w:rPr>
        <w:t>să</w:t>
      </w:r>
      <w:proofErr w:type="spellEnd"/>
      <w:r w:rsidRPr="00693F1B">
        <w:rPr>
          <w:rFonts w:cs="Times New Roman"/>
          <w:szCs w:val="24"/>
        </w:rPr>
        <w:t xml:space="preserve"> </w:t>
      </w:r>
      <w:proofErr w:type="spellStart"/>
      <w:r w:rsidRPr="00693F1B">
        <w:rPr>
          <w:rFonts w:cs="Times New Roman"/>
          <w:szCs w:val="24"/>
        </w:rPr>
        <w:t>genereze</w:t>
      </w:r>
      <w:proofErr w:type="spellEnd"/>
      <w:r w:rsidRPr="00693F1B">
        <w:rPr>
          <w:rFonts w:cs="Times New Roman"/>
          <w:szCs w:val="24"/>
        </w:rPr>
        <w:t xml:space="preserve"> un </w:t>
      </w:r>
      <w:proofErr w:type="spellStart"/>
      <w:r w:rsidRPr="00693F1B">
        <w:rPr>
          <w:rFonts w:cs="Times New Roman"/>
          <w:szCs w:val="24"/>
        </w:rPr>
        <w:t>risc</w:t>
      </w:r>
      <w:proofErr w:type="spellEnd"/>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drepturi</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libertăți</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orice</w:t>
      </w:r>
      <w:proofErr w:type="spellEnd"/>
      <w:r w:rsidRPr="00693F1B">
        <w:rPr>
          <w:rFonts w:cs="Times New Roman"/>
          <w:szCs w:val="24"/>
        </w:rPr>
        <w:t xml:space="preserve"> </w:t>
      </w:r>
      <w:proofErr w:type="spellStart"/>
      <w:r w:rsidRPr="00693F1B">
        <w:rPr>
          <w:rFonts w:cs="Times New Roman"/>
          <w:szCs w:val="24"/>
        </w:rPr>
        <w:t>caz</w:t>
      </w:r>
      <w:proofErr w:type="spellEnd"/>
      <w:r w:rsidRPr="00693F1B">
        <w:rPr>
          <w:rFonts w:cs="Times New Roman"/>
          <w:szCs w:val="24"/>
        </w:rPr>
        <w:t xml:space="preserve">, </w:t>
      </w:r>
      <w:proofErr w:type="spellStart"/>
      <w:r w:rsidRPr="00693F1B">
        <w:rPr>
          <w:rFonts w:cs="Times New Roman"/>
          <w:szCs w:val="24"/>
        </w:rPr>
        <w:t>instituția</w:t>
      </w:r>
      <w:proofErr w:type="spellEnd"/>
      <w:r w:rsidRPr="00693F1B">
        <w:rPr>
          <w:rFonts w:cs="Times New Roman"/>
          <w:szCs w:val="24"/>
        </w:rPr>
        <w:t xml:space="preserve"> </w:t>
      </w:r>
      <w:proofErr w:type="spellStart"/>
      <w:r w:rsidRPr="00693F1B">
        <w:rPr>
          <w:rFonts w:cs="Times New Roman"/>
          <w:szCs w:val="24"/>
        </w:rPr>
        <w:t>trebuie</w:t>
      </w:r>
      <w:proofErr w:type="spellEnd"/>
      <w:r w:rsidRPr="00693F1B">
        <w:rPr>
          <w:rFonts w:cs="Times New Roman"/>
          <w:szCs w:val="24"/>
        </w:rPr>
        <w:t xml:space="preserve"> </w:t>
      </w:r>
      <w:proofErr w:type="spellStart"/>
      <w:r w:rsidRPr="00693F1B">
        <w:rPr>
          <w:rFonts w:cs="Times New Roman"/>
          <w:szCs w:val="24"/>
        </w:rPr>
        <w:t>să</w:t>
      </w:r>
      <w:proofErr w:type="spellEnd"/>
      <w:r w:rsidRPr="00693F1B">
        <w:rPr>
          <w:rFonts w:cs="Times New Roman"/>
          <w:szCs w:val="24"/>
        </w:rPr>
        <w:t xml:space="preserve"> </w:t>
      </w:r>
      <w:proofErr w:type="spellStart"/>
      <w:r w:rsidRPr="00693F1B">
        <w:rPr>
          <w:rFonts w:cs="Times New Roman"/>
          <w:szCs w:val="24"/>
        </w:rPr>
        <w:t>păstreze</w:t>
      </w:r>
      <w:proofErr w:type="spellEnd"/>
      <w:r w:rsidRPr="00693F1B">
        <w:rPr>
          <w:rFonts w:cs="Times New Roman"/>
          <w:szCs w:val="24"/>
        </w:rPr>
        <w:t xml:space="preserve"> </w:t>
      </w:r>
      <w:proofErr w:type="spellStart"/>
      <w:r w:rsidRPr="00693F1B">
        <w:rPr>
          <w:rFonts w:cs="Times New Roman"/>
          <w:szCs w:val="24"/>
        </w:rPr>
        <w:t>documente</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note interne cu </w:t>
      </w:r>
      <w:proofErr w:type="spellStart"/>
      <w:r w:rsidRPr="00693F1B">
        <w:rPr>
          <w:rFonts w:cs="Times New Roman"/>
          <w:szCs w:val="24"/>
        </w:rPr>
        <w:t>privire</w:t>
      </w:r>
      <w:proofErr w:type="spellEnd"/>
      <w:r w:rsidRPr="00693F1B">
        <w:rPr>
          <w:rFonts w:cs="Times New Roman"/>
          <w:szCs w:val="24"/>
        </w:rPr>
        <w:t xml:space="preserve"> la </w:t>
      </w:r>
      <w:proofErr w:type="spellStart"/>
      <w:r w:rsidRPr="00693F1B">
        <w:rPr>
          <w:rFonts w:cs="Times New Roman"/>
          <w:szCs w:val="24"/>
        </w:rPr>
        <w:t>procesul</w:t>
      </w:r>
      <w:proofErr w:type="spellEnd"/>
      <w:r w:rsidRPr="00693F1B">
        <w:rPr>
          <w:rFonts w:cs="Times New Roman"/>
          <w:szCs w:val="24"/>
        </w:rPr>
        <w:t xml:space="preserve"> de </w:t>
      </w:r>
      <w:proofErr w:type="spellStart"/>
      <w:r w:rsidRPr="00693F1B">
        <w:rPr>
          <w:rFonts w:cs="Times New Roman"/>
          <w:szCs w:val="24"/>
        </w:rPr>
        <w:t>luare</w:t>
      </w:r>
      <w:proofErr w:type="spellEnd"/>
      <w:r w:rsidRPr="00693F1B">
        <w:rPr>
          <w:rFonts w:cs="Times New Roman"/>
          <w:szCs w:val="24"/>
        </w:rPr>
        <w:t xml:space="preserve"> a </w:t>
      </w:r>
      <w:proofErr w:type="spellStart"/>
      <w:r w:rsidRPr="00693F1B">
        <w:rPr>
          <w:rFonts w:cs="Times New Roman"/>
          <w:szCs w:val="24"/>
        </w:rPr>
        <w:t>deciziei</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conformitate</w:t>
      </w:r>
      <w:proofErr w:type="spellEnd"/>
      <w:r w:rsidRPr="00693F1B">
        <w:rPr>
          <w:rFonts w:cs="Times New Roman"/>
          <w:szCs w:val="24"/>
        </w:rPr>
        <w:t xml:space="preserve"> cu </w:t>
      </w:r>
      <w:proofErr w:type="spellStart"/>
      <w:r w:rsidRPr="00693F1B">
        <w:rPr>
          <w:rFonts w:cs="Times New Roman"/>
          <w:szCs w:val="24"/>
        </w:rPr>
        <w:t>cerințele</w:t>
      </w:r>
      <w:proofErr w:type="spellEnd"/>
      <w:r w:rsidRPr="00693F1B">
        <w:rPr>
          <w:rFonts w:cs="Times New Roman"/>
          <w:szCs w:val="24"/>
        </w:rPr>
        <w:t xml:space="preserve"> </w:t>
      </w:r>
      <w:proofErr w:type="spellStart"/>
      <w:r w:rsidRPr="00693F1B">
        <w:rPr>
          <w:rFonts w:cs="Times New Roman"/>
          <w:szCs w:val="24"/>
        </w:rPr>
        <w:t>principiului</w:t>
      </w:r>
      <w:proofErr w:type="spellEnd"/>
      <w:r w:rsidRPr="00693F1B">
        <w:rPr>
          <w:rFonts w:cs="Times New Roman"/>
          <w:szCs w:val="24"/>
        </w:rPr>
        <w:t xml:space="preserve"> </w:t>
      </w:r>
      <w:proofErr w:type="spellStart"/>
      <w:r w:rsidRPr="00693F1B">
        <w:rPr>
          <w:rFonts w:cs="Times New Roman"/>
          <w:szCs w:val="24"/>
        </w:rPr>
        <w:t>responsabilității</w:t>
      </w:r>
      <w:proofErr w:type="spellEnd"/>
      <w:r w:rsidRPr="00693F1B">
        <w:rPr>
          <w:rFonts w:cs="Times New Roman"/>
          <w:szCs w:val="24"/>
        </w:rPr>
        <w:t>.</w:t>
      </w:r>
    </w:p>
    <w:p w14:paraId="50F19E2D" w14:textId="77777777" w:rsidR="006D4E92" w:rsidRDefault="00000000">
      <w:pPr>
        <w:jc w:val="both"/>
      </w:pPr>
      <w:proofErr w:type="spellStart"/>
      <w:r w:rsidRPr="00693F1B">
        <w:rPr>
          <w:rFonts w:cs="Times New Roman"/>
          <w:szCs w:val="24"/>
        </w:rPr>
        <w:t>Informarea</w:t>
      </w:r>
      <w:proofErr w:type="spellEnd"/>
      <w:r w:rsidRPr="00693F1B">
        <w:rPr>
          <w:rFonts w:cs="Times New Roman"/>
          <w:szCs w:val="24"/>
        </w:rPr>
        <w:t xml:space="preserve"> </w:t>
      </w:r>
      <w:proofErr w:type="spellStart"/>
      <w:r w:rsidRPr="00693F1B">
        <w:rPr>
          <w:rFonts w:cs="Times New Roman"/>
          <w:szCs w:val="24"/>
        </w:rPr>
        <w:t>transmisă</w:t>
      </w:r>
      <w:proofErr w:type="spellEnd"/>
      <w:r w:rsidRPr="00693F1B">
        <w:rPr>
          <w:rFonts w:cs="Times New Roman"/>
          <w:szCs w:val="24"/>
        </w:rPr>
        <w:t xml:space="preserve"> </w:t>
      </w:r>
      <w:proofErr w:type="spellStart"/>
      <w:r w:rsidRPr="00693F1B">
        <w:rPr>
          <w:rFonts w:cs="Times New Roman"/>
          <w:szCs w:val="24"/>
        </w:rPr>
        <w:t>către</w:t>
      </w:r>
      <w:proofErr w:type="spellEnd"/>
      <w:r w:rsidRPr="00693F1B">
        <w:rPr>
          <w:rFonts w:cs="Times New Roman"/>
          <w:szCs w:val="24"/>
        </w:rPr>
        <w:t xml:space="preserve"> </w:t>
      </w:r>
      <w:proofErr w:type="spellStart"/>
      <w:r w:rsidRPr="00693F1B">
        <w:rPr>
          <w:rFonts w:cs="Times New Roman"/>
          <w:szCs w:val="24"/>
        </w:rPr>
        <w:t>persoanele</w:t>
      </w:r>
      <w:proofErr w:type="spellEnd"/>
      <w:r w:rsidRPr="00693F1B">
        <w:rPr>
          <w:rFonts w:cs="Times New Roman"/>
          <w:szCs w:val="24"/>
        </w:rPr>
        <w:t xml:space="preserve"> </w:t>
      </w:r>
      <w:proofErr w:type="spellStart"/>
      <w:r w:rsidRPr="00693F1B">
        <w:rPr>
          <w:rFonts w:cs="Times New Roman"/>
          <w:szCs w:val="24"/>
        </w:rPr>
        <w:t>vizate</w:t>
      </w:r>
      <w:proofErr w:type="spellEnd"/>
      <w:r w:rsidRPr="00693F1B">
        <w:rPr>
          <w:rFonts w:cs="Times New Roman"/>
          <w:szCs w:val="24"/>
        </w:rPr>
        <w:t xml:space="preserve"> </w:t>
      </w:r>
      <w:proofErr w:type="spellStart"/>
      <w:r w:rsidRPr="00693F1B">
        <w:rPr>
          <w:rFonts w:cs="Times New Roman"/>
          <w:szCs w:val="24"/>
        </w:rPr>
        <w:t>va</w:t>
      </w:r>
      <w:proofErr w:type="spellEnd"/>
      <w:r w:rsidRPr="00693F1B">
        <w:rPr>
          <w:rFonts w:cs="Times New Roman"/>
          <w:szCs w:val="24"/>
        </w:rPr>
        <w:t xml:space="preserve"> </w:t>
      </w:r>
      <w:proofErr w:type="spellStart"/>
      <w:r w:rsidRPr="00693F1B">
        <w:rPr>
          <w:rFonts w:cs="Times New Roman"/>
          <w:szCs w:val="24"/>
        </w:rPr>
        <w:t>descrie</w:t>
      </w:r>
      <w:proofErr w:type="spellEnd"/>
      <w:r w:rsidRPr="00693F1B">
        <w:rPr>
          <w:rFonts w:cs="Times New Roman"/>
          <w:szCs w:val="24"/>
        </w:rPr>
        <w:t xml:space="preserve">, </w:t>
      </w:r>
      <w:proofErr w:type="spellStart"/>
      <w:r w:rsidRPr="00693F1B">
        <w:rPr>
          <w:rFonts w:cs="Times New Roman"/>
          <w:szCs w:val="24"/>
        </w:rPr>
        <w:t>într</w:t>
      </w:r>
      <w:proofErr w:type="spellEnd"/>
      <w:r w:rsidRPr="00693F1B">
        <w:rPr>
          <w:rFonts w:cs="Times New Roman"/>
          <w:szCs w:val="24"/>
        </w:rPr>
        <w:t xml:space="preserve">-un </w:t>
      </w:r>
      <w:proofErr w:type="spellStart"/>
      <w:r w:rsidRPr="00693F1B">
        <w:rPr>
          <w:rFonts w:cs="Times New Roman"/>
          <w:szCs w:val="24"/>
        </w:rPr>
        <w:t>limbaj</w:t>
      </w:r>
      <w:proofErr w:type="spellEnd"/>
      <w:r w:rsidRPr="00693F1B">
        <w:rPr>
          <w:rFonts w:cs="Times New Roman"/>
          <w:szCs w:val="24"/>
        </w:rPr>
        <w:t xml:space="preserve"> </w:t>
      </w:r>
      <w:proofErr w:type="spellStart"/>
      <w:r w:rsidRPr="00693F1B">
        <w:rPr>
          <w:rFonts w:cs="Times New Roman"/>
          <w:szCs w:val="24"/>
        </w:rPr>
        <w:t>clar</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simplu</w:t>
      </w:r>
      <w:proofErr w:type="spellEnd"/>
      <w:r w:rsidRPr="00693F1B">
        <w:rPr>
          <w:rFonts w:cs="Times New Roman"/>
          <w:szCs w:val="24"/>
        </w:rPr>
        <w:t xml:space="preserve">, </w:t>
      </w:r>
      <w:proofErr w:type="spellStart"/>
      <w:r w:rsidRPr="00693F1B">
        <w:rPr>
          <w:rFonts w:cs="Times New Roman"/>
          <w:szCs w:val="24"/>
        </w:rPr>
        <w:t>caracterul</w:t>
      </w:r>
      <w:proofErr w:type="spellEnd"/>
      <w:r w:rsidRPr="00693F1B">
        <w:rPr>
          <w:rFonts w:cs="Times New Roman"/>
          <w:szCs w:val="24"/>
        </w:rPr>
        <w:t xml:space="preserve"> </w:t>
      </w:r>
      <w:proofErr w:type="spellStart"/>
      <w:r w:rsidRPr="00693F1B">
        <w:rPr>
          <w:rFonts w:cs="Times New Roman"/>
          <w:szCs w:val="24"/>
        </w:rPr>
        <w:t>încălcării</w:t>
      </w:r>
      <w:proofErr w:type="spellEnd"/>
      <w:r w:rsidRPr="00693F1B">
        <w:rPr>
          <w:rFonts w:cs="Times New Roman"/>
          <w:szCs w:val="24"/>
        </w:rPr>
        <w:t xml:space="preserve"> </w:t>
      </w:r>
      <w:proofErr w:type="spellStart"/>
      <w:r w:rsidRPr="00693F1B">
        <w:rPr>
          <w:rFonts w:cs="Times New Roman"/>
          <w:szCs w:val="24"/>
        </w:rPr>
        <w:t>securității</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va</w:t>
      </w:r>
      <w:proofErr w:type="spellEnd"/>
      <w:r w:rsidRPr="00693F1B">
        <w:rPr>
          <w:rFonts w:cs="Times New Roman"/>
          <w:szCs w:val="24"/>
        </w:rPr>
        <w:t xml:space="preserve"> </w:t>
      </w:r>
      <w:proofErr w:type="spellStart"/>
      <w:r w:rsidRPr="00693F1B">
        <w:rPr>
          <w:rFonts w:cs="Times New Roman"/>
          <w:szCs w:val="24"/>
        </w:rPr>
        <w:t>cuprinde</w:t>
      </w:r>
      <w:proofErr w:type="spellEnd"/>
      <w:r w:rsidRPr="00693F1B">
        <w:rPr>
          <w:rFonts w:cs="Times New Roman"/>
          <w:szCs w:val="24"/>
        </w:rPr>
        <w:t xml:space="preserve"> </w:t>
      </w:r>
      <w:proofErr w:type="spellStart"/>
      <w:r w:rsidRPr="00693F1B">
        <w:rPr>
          <w:rFonts w:cs="Times New Roman"/>
          <w:szCs w:val="24"/>
        </w:rPr>
        <w:t>următoarele</w:t>
      </w:r>
      <w:proofErr w:type="spellEnd"/>
      <w:r w:rsidRPr="00693F1B">
        <w:rPr>
          <w:rFonts w:cs="Times New Roman"/>
          <w:szCs w:val="24"/>
        </w:rPr>
        <w:t xml:space="preserve"> </w:t>
      </w:r>
      <w:proofErr w:type="spellStart"/>
      <w:r w:rsidRPr="00693F1B">
        <w:rPr>
          <w:rFonts w:cs="Times New Roman"/>
          <w:szCs w:val="24"/>
        </w:rPr>
        <w:t>informații</w:t>
      </w:r>
      <w:proofErr w:type="spellEnd"/>
      <w:r w:rsidRPr="00693F1B">
        <w:rPr>
          <w:rFonts w:cs="Times New Roman"/>
          <w:szCs w:val="24"/>
        </w:rPr>
        <w:t>:</w:t>
      </w:r>
    </w:p>
    <w:p w14:paraId="604E0A19" w14:textId="77777777" w:rsidR="006D4E92" w:rsidRPr="00693F1B" w:rsidRDefault="00000000">
      <w:pPr>
        <w:numPr>
          <w:ilvl w:val="0"/>
          <w:numId w:val="22"/>
        </w:numPr>
        <w:jc w:val="both"/>
        <w:rPr>
          <w:rFonts w:cs="Times New Roman"/>
          <w:szCs w:val="24"/>
        </w:rPr>
      </w:pPr>
      <w:proofErr w:type="spellStart"/>
      <w:r w:rsidRPr="00693F1B">
        <w:rPr>
          <w:rFonts w:cs="Times New Roman"/>
          <w:szCs w:val="24"/>
        </w:rPr>
        <w:t>numele</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datele</w:t>
      </w:r>
      <w:proofErr w:type="spellEnd"/>
      <w:r w:rsidRPr="00693F1B">
        <w:rPr>
          <w:rFonts w:cs="Times New Roman"/>
          <w:szCs w:val="24"/>
        </w:rPr>
        <w:t xml:space="preserve"> de contact ale </w:t>
      </w:r>
      <w:proofErr w:type="spellStart"/>
      <w:r w:rsidRPr="00693F1B">
        <w:rPr>
          <w:rFonts w:cs="Times New Roman"/>
          <w:szCs w:val="24"/>
        </w:rPr>
        <w:t>responsabilului</w:t>
      </w:r>
      <w:proofErr w:type="spellEnd"/>
      <w:r w:rsidRPr="00693F1B">
        <w:rPr>
          <w:rFonts w:cs="Times New Roman"/>
          <w:szCs w:val="24"/>
        </w:rPr>
        <w:t xml:space="preserve"> cu </w:t>
      </w:r>
      <w:proofErr w:type="spellStart"/>
      <w:r w:rsidRPr="00693F1B">
        <w:rPr>
          <w:rFonts w:cs="Times New Roman"/>
          <w:szCs w:val="24"/>
        </w:rPr>
        <w:t>protecția</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un alt </w:t>
      </w:r>
      <w:proofErr w:type="spellStart"/>
      <w:r w:rsidRPr="00693F1B">
        <w:rPr>
          <w:rFonts w:cs="Times New Roman"/>
          <w:szCs w:val="24"/>
        </w:rPr>
        <w:t>punct</w:t>
      </w:r>
      <w:proofErr w:type="spellEnd"/>
      <w:r w:rsidRPr="00693F1B">
        <w:rPr>
          <w:rFonts w:cs="Times New Roman"/>
          <w:szCs w:val="24"/>
        </w:rPr>
        <w:t xml:space="preserve"> de contact de </w:t>
      </w:r>
      <w:proofErr w:type="spellStart"/>
      <w:r w:rsidRPr="00693F1B">
        <w:rPr>
          <w:rFonts w:cs="Times New Roman"/>
          <w:szCs w:val="24"/>
        </w:rPr>
        <w:t>unde</w:t>
      </w:r>
      <w:proofErr w:type="spellEnd"/>
      <w:r w:rsidRPr="00693F1B">
        <w:rPr>
          <w:rFonts w:cs="Times New Roman"/>
          <w:szCs w:val="24"/>
        </w:rPr>
        <w:t xml:space="preserve"> se pot </w:t>
      </w:r>
      <w:proofErr w:type="spellStart"/>
      <w:r w:rsidRPr="00693F1B">
        <w:rPr>
          <w:rFonts w:cs="Times New Roman"/>
          <w:szCs w:val="24"/>
        </w:rPr>
        <w:t>obține</w:t>
      </w:r>
      <w:proofErr w:type="spellEnd"/>
      <w:r w:rsidRPr="00693F1B">
        <w:rPr>
          <w:rFonts w:cs="Times New Roman"/>
          <w:szCs w:val="24"/>
        </w:rPr>
        <w:t xml:space="preserve"> </w:t>
      </w:r>
      <w:proofErr w:type="spellStart"/>
      <w:r w:rsidRPr="00693F1B">
        <w:rPr>
          <w:rFonts w:cs="Times New Roman"/>
          <w:szCs w:val="24"/>
        </w:rPr>
        <w:t>mai</w:t>
      </w:r>
      <w:proofErr w:type="spellEnd"/>
      <w:r w:rsidRPr="00693F1B">
        <w:rPr>
          <w:rFonts w:cs="Times New Roman"/>
          <w:szCs w:val="24"/>
        </w:rPr>
        <w:t xml:space="preserve"> </w:t>
      </w:r>
      <w:proofErr w:type="spellStart"/>
      <w:r w:rsidRPr="00693F1B">
        <w:rPr>
          <w:rFonts w:cs="Times New Roman"/>
          <w:szCs w:val="24"/>
        </w:rPr>
        <w:t>multe</w:t>
      </w:r>
      <w:proofErr w:type="spellEnd"/>
      <w:r w:rsidRPr="00693F1B">
        <w:rPr>
          <w:rFonts w:cs="Times New Roman"/>
          <w:szCs w:val="24"/>
        </w:rPr>
        <w:t xml:space="preserve"> </w:t>
      </w:r>
      <w:proofErr w:type="spellStart"/>
      <w:r w:rsidRPr="00693F1B">
        <w:rPr>
          <w:rFonts w:cs="Times New Roman"/>
          <w:szCs w:val="24"/>
        </w:rPr>
        <w:t>informații</w:t>
      </w:r>
      <w:proofErr w:type="spellEnd"/>
      <w:r w:rsidRPr="00693F1B">
        <w:rPr>
          <w:rFonts w:cs="Times New Roman"/>
          <w:szCs w:val="24"/>
        </w:rPr>
        <w:t>;</w:t>
      </w:r>
    </w:p>
    <w:p w14:paraId="2CE6548C" w14:textId="77777777" w:rsidR="006D4E92" w:rsidRPr="00693F1B" w:rsidRDefault="00000000">
      <w:pPr>
        <w:numPr>
          <w:ilvl w:val="0"/>
          <w:numId w:val="22"/>
        </w:numPr>
        <w:jc w:val="both"/>
        <w:rPr>
          <w:rFonts w:cs="Times New Roman"/>
          <w:szCs w:val="24"/>
        </w:rPr>
      </w:pPr>
      <w:proofErr w:type="spellStart"/>
      <w:r w:rsidRPr="00693F1B">
        <w:rPr>
          <w:rFonts w:cs="Times New Roman"/>
          <w:szCs w:val="24"/>
        </w:rPr>
        <w:t>descrierea</w:t>
      </w:r>
      <w:proofErr w:type="spellEnd"/>
      <w:r w:rsidRPr="00693F1B">
        <w:rPr>
          <w:rFonts w:cs="Times New Roman"/>
          <w:szCs w:val="24"/>
        </w:rPr>
        <w:t xml:space="preserve"> </w:t>
      </w:r>
      <w:proofErr w:type="spellStart"/>
      <w:r w:rsidRPr="00693F1B">
        <w:rPr>
          <w:rFonts w:cs="Times New Roman"/>
          <w:szCs w:val="24"/>
        </w:rPr>
        <w:t>consecințelor</w:t>
      </w:r>
      <w:proofErr w:type="spellEnd"/>
      <w:r w:rsidRPr="00693F1B">
        <w:rPr>
          <w:rFonts w:cs="Times New Roman"/>
          <w:szCs w:val="24"/>
        </w:rPr>
        <w:t xml:space="preserve"> </w:t>
      </w:r>
      <w:proofErr w:type="spellStart"/>
      <w:r w:rsidRPr="00693F1B">
        <w:rPr>
          <w:rFonts w:cs="Times New Roman"/>
          <w:szCs w:val="24"/>
        </w:rPr>
        <w:t>probabile</w:t>
      </w:r>
      <w:proofErr w:type="spellEnd"/>
      <w:r w:rsidRPr="00693F1B">
        <w:rPr>
          <w:rFonts w:cs="Times New Roman"/>
          <w:szCs w:val="24"/>
        </w:rPr>
        <w:t xml:space="preserve"> ale </w:t>
      </w:r>
      <w:proofErr w:type="spellStart"/>
      <w:r w:rsidRPr="00693F1B">
        <w:rPr>
          <w:rFonts w:cs="Times New Roman"/>
          <w:szCs w:val="24"/>
        </w:rPr>
        <w:t>încălcării</w:t>
      </w:r>
      <w:proofErr w:type="spellEnd"/>
      <w:r w:rsidRPr="00693F1B">
        <w:rPr>
          <w:rFonts w:cs="Times New Roman"/>
          <w:szCs w:val="24"/>
        </w:rPr>
        <w:t xml:space="preserve"> </w:t>
      </w:r>
      <w:proofErr w:type="spellStart"/>
      <w:r w:rsidRPr="00693F1B">
        <w:rPr>
          <w:rFonts w:cs="Times New Roman"/>
          <w:szCs w:val="24"/>
        </w:rPr>
        <w:t>securității</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raport</w:t>
      </w:r>
      <w:proofErr w:type="spellEnd"/>
      <w:r w:rsidRPr="00693F1B">
        <w:rPr>
          <w:rFonts w:cs="Times New Roman"/>
          <w:szCs w:val="24"/>
        </w:rPr>
        <w:t xml:space="preserve"> cu </w:t>
      </w:r>
      <w:proofErr w:type="spellStart"/>
      <w:r w:rsidRPr="00693F1B">
        <w:rPr>
          <w:rFonts w:cs="Times New Roman"/>
          <w:szCs w:val="24"/>
        </w:rPr>
        <w:t>cetățeanul</w:t>
      </w:r>
      <w:proofErr w:type="spellEnd"/>
      <w:r w:rsidRPr="00693F1B">
        <w:rPr>
          <w:rFonts w:cs="Times New Roman"/>
          <w:szCs w:val="24"/>
        </w:rPr>
        <w:t>;</w:t>
      </w:r>
    </w:p>
    <w:p w14:paraId="1B46552E" w14:textId="77777777" w:rsidR="006D4E92" w:rsidRPr="00693F1B" w:rsidRDefault="00000000">
      <w:pPr>
        <w:numPr>
          <w:ilvl w:val="0"/>
          <w:numId w:val="22"/>
        </w:numPr>
        <w:jc w:val="both"/>
        <w:rPr>
          <w:rFonts w:cs="Times New Roman"/>
          <w:szCs w:val="24"/>
        </w:rPr>
      </w:pPr>
      <w:proofErr w:type="spellStart"/>
      <w:r w:rsidRPr="00693F1B">
        <w:rPr>
          <w:rFonts w:cs="Times New Roman"/>
          <w:szCs w:val="24"/>
        </w:rPr>
        <w:lastRenderedPageBreak/>
        <w:t>descrierea</w:t>
      </w:r>
      <w:proofErr w:type="spellEnd"/>
      <w:r w:rsidRPr="00693F1B">
        <w:rPr>
          <w:rFonts w:cs="Times New Roman"/>
          <w:szCs w:val="24"/>
        </w:rPr>
        <w:t xml:space="preserve"> </w:t>
      </w:r>
      <w:proofErr w:type="spellStart"/>
      <w:r w:rsidRPr="00693F1B">
        <w:rPr>
          <w:rFonts w:cs="Times New Roman"/>
          <w:szCs w:val="24"/>
        </w:rPr>
        <w:t>măsurilor</w:t>
      </w:r>
      <w:proofErr w:type="spellEnd"/>
      <w:r w:rsidRPr="00693F1B">
        <w:rPr>
          <w:rFonts w:cs="Times New Roman"/>
          <w:szCs w:val="24"/>
        </w:rPr>
        <w:t xml:space="preserve"> </w:t>
      </w:r>
      <w:proofErr w:type="spellStart"/>
      <w:r w:rsidRPr="00693F1B">
        <w:rPr>
          <w:rFonts w:cs="Times New Roman"/>
          <w:szCs w:val="24"/>
        </w:rPr>
        <w:t>luate</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propuse</w:t>
      </w:r>
      <w:proofErr w:type="spellEnd"/>
      <w:r w:rsidRPr="00693F1B">
        <w:rPr>
          <w:rFonts w:cs="Times New Roman"/>
          <w:szCs w:val="24"/>
        </w:rPr>
        <w:t xml:space="preserve"> </w:t>
      </w:r>
      <w:proofErr w:type="spellStart"/>
      <w:r w:rsidRPr="00693F1B">
        <w:rPr>
          <w:rFonts w:cs="Times New Roman"/>
          <w:szCs w:val="24"/>
        </w:rPr>
        <w:t>spre</w:t>
      </w:r>
      <w:proofErr w:type="spellEnd"/>
      <w:r w:rsidRPr="00693F1B">
        <w:rPr>
          <w:rFonts w:cs="Times New Roman"/>
          <w:szCs w:val="24"/>
        </w:rPr>
        <w:t xml:space="preserve"> a fi </w:t>
      </w:r>
      <w:proofErr w:type="spellStart"/>
      <w:r w:rsidRPr="00693F1B">
        <w:rPr>
          <w:rFonts w:cs="Times New Roman"/>
          <w:szCs w:val="24"/>
        </w:rPr>
        <w:t>luate</w:t>
      </w:r>
      <w:proofErr w:type="spellEnd"/>
      <w:r w:rsidRPr="00693F1B">
        <w:rPr>
          <w:rFonts w:cs="Times New Roman"/>
          <w:szCs w:val="24"/>
        </w:rPr>
        <w:t xml:space="preserve"> de </w:t>
      </w:r>
      <w:proofErr w:type="spellStart"/>
      <w:r w:rsidRPr="00693F1B">
        <w:rPr>
          <w:rFonts w:cs="Times New Roman"/>
          <w:b/>
          <w:bCs/>
          <w:szCs w:val="24"/>
        </w:rPr>
        <w:t>Primăria</w:t>
      </w:r>
      <w:proofErr w:type="spellEnd"/>
      <w:r w:rsidRPr="00693F1B">
        <w:rPr>
          <w:rFonts w:cs="Times New Roman"/>
          <w:b/>
          <w:bCs/>
          <w:szCs w:val="24"/>
        </w:rPr>
        <w:t xml:space="preserve"> </w:t>
      </w:r>
      <w:proofErr w:type="spellStart"/>
      <w:r>
        <w:rPr>
          <w:rFonts w:cs="Times New Roman"/>
          <w:b/>
          <w:bCs/>
          <w:szCs w:val="24"/>
        </w:rPr>
        <w:t>Satului</w:t>
      </w:r>
      <w:proofErr w:type="spellEnd"/>
      <w:r>
        <w:rPr>
          <w:rFonts w:cs="Times New Roman"/>
          <w:b/>
          <w:bCs/>
          <w:szCs w:val="24"/>
        </w:rPr>
        <w:t xml:space="preserve"> </w:t>
      </w:r>
      <w:proofErr w:type="spellStart"/>
      <w:r>
        <w:rPr>
          <w:rFonts w:cs="Times New Roman"/>
          <w:b/>
          <w:bCs/>
          <w:szCs w:val="24"/>
        </w:rPr>
        <w:t>Mereni</w:t>
      </w:r>
      <w:proofErr w:type="spellEnd"/>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a </w:t>
      </w:r>
      <w:proofErr w:type="spellStart"/>
      <w:r w:rsidRPr="00693F1B">
        <w:rPr>
          <w:rFonts w:cs="Times New Roman"/>
          <w:szCs w:val="24"/>
        </w:rPr>
        <w:t>remedia</w:t>
      </w:r>
      <w:proofErr w:type="spellEnd"/>
      <w:r w:rsidRPr="00693F1B">
        <w:rPr>
          <w:rFonts w:cs="Times New Roman"/>
          <w:szCs w:val="24"/>
        </w:rPr>
        <w:t xml:space="preserve"> </w:t>
      </w:r>
      <w:proofErr w:type="spellStart"/>
      <w:r w:rsidRPr="00693F1B">
        <w:rPr>
          <w:rFonts w:cs="Times New Roman"/>
          <w:szCs w:val="24"/>
        </w:rPr>
        <w:t>problema</w:t>
      </w:r>
      <w:proofErr w:type="spellEnd"/>
      <w:r w:rsidRPr="00693F1B">
        <w:rPr>
          <w:rFonts w:cs="Times New Roman"/>
          <w:szCs w:val="24"/>
        </w:rPr>
        <w:t xml:space="preserve"> </w:t>
      </w:r>
      <w:proofErr w:type="spellStart"/>
      <w:r w:rsidRPr="00693F1B">
        <w:rPr>
          <w:rFonts w:cs="Times New Roman"/>
          <w:szCs w:val="24"/>
        </w:rPr>
        <w:t>încălcării</w:t>
      </w:r>
      <w:proofErr w:type="spellEnd"/>
      <w:r w:rsidRPr="00693F1B">
        <w:rPr>
          <w:rFonts w:cs="Times New Roman"/>
          <w:szCs w:val="24"/>
        </w:rPr>
        <w:t xml:space="preserve"> </w:t>
      </w:r>
      <w:proofErr w:type="spellStart"/>
      <w:r w:rsidRPr="00693F1B">
        <w:rPr>
          <w:rFonts w:cs="Times New Roman"/>
          <w:szCs w:val="24"/>
        </w:rPr>
        <w:t>securității</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w:t>
      </w:r>
      <w:proofErr w:type="spellStart"/>
      <w:r w:rsidRPr="00693F1B">
        <w:rPr>
          <w:rFonts w:cs="Times New Roman"/>
          <w:szCs w:val="24"/>
        </w:rPr>
        <w:t>inclusiv</w:t>
      </w:r>
      <w:proofErr w:type="spellEnd"/>
      <w:r w:rsidRPr="00693F1B">
        <w:rPr>
          <w:rFonts w:cs="Times New Roman"/>
          <w:szCs w:val="24"/>
        </w:rPr>
        <w:t xml:space="preserve"> </w:t>
      </w:r>
      <w:proofErr w:type="spellStart"/>
      <w:r w:rsidRPr="00693F1B">
        <w:rPr>
          <w:rFonts w:cs="Times New Roman"/>
          <w:szCs w:val="24"/>
        </w:rPr>
        <w:t>măsurile</w:t>
      </w:r>
      <w:proofErr w:type="spellEnd"/>
      <w:r w:rsidRPr="00693F1B">
        <w:rPr>
          <w:rFonts w:cs="Times New Roman"/>
          <w:szCs w:val="24"/>
        </w:rPr>
        <w:t xml:space="preserve"> </w:t>
      </w:r>
      <w:proofErr w:type="spellStart"/>
      <w:r w:rsidRPr="00693F1B">
        <w:rPr>
          <w:rFonts w:cs="Times New Roman"/>
          <w:szCs w:val="24"/>
        </w:rPr>
        <w:t>luate</w:t>
      </w:r>
      <w:proofErr w:type="spellEnd"/>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atenuarea</w:t>
      </w:r>
      <w:proofErr w:type="spellEnd"/>
      <w:r w:rsidRPr="00693F1B">
        <w:rPr>
          <w:rFonts w:cs="Times New Roman"/>
          <w:szCs w:val="24"/>
        </w:rPr>
        <w:t xml:space="preserve"> </w:t>
      </w:r>
      <w:proofErr w:type="spellStart"/>
      <w:r w:rsidRPr="00693F1B">
        <w:rPr>
          <w:rFonts w:cs="Times New Roman"/>
          <w:szCs w:val="24"/>
        </w:rPr>
        <w:t>eventualelor</w:t>
      </w:r>
      <w:proofErr w:type="spellEnd"/>
      <w:r w:rsidRPr="00693F1B">
        <w:rPr>
          <w:rFonts w:cs="Times New Roman"/>
          <w:szCs w:val="24"/>
        </w:rPr>
        <w:t xml:space="preserve"> </w:t>
      </w:r>
      <w:proofErr w:type="spellStart"/>
      <w:r w:rsidRPr="00693F1B">
        <w:rPr>
          <w:rFonts w:cs="Times New Roman"/>
          <w:szCs w:val="24"/>
        </w:rPr>
        <w:t>efecte</w:t>
      </w:r>
      <w:proofErr w:type="spellEnd"/>
      <w:r w:rsidRPr="00693F1B">
        <w:rPr>
          <w:rFonts w:cs="Times New Roman"/>
          <w:szCs w:val="24"/>
        </w:rPr>
        <w:t xml:space="preserve"> negative.</w:t>
      </w:r>
    </w:p>
    <w:p w14:paraId="743E82C6" w14:textId="77777777" w:rsidR="006D4E92" w:rsidRDefault="00000000">
      <w:pPr>
        <w:jc w:val="both"/>
      </w:pP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transmiterea</w:t>
      </w:r>
      <w:proofErr w:type="spellEnd"/>
      <w:r w:rsidRPr="00693F1B">
        <w:rPr>
          <w:rFonts w:cs="Times New Roman"/>
          <w:szCs w:val="24"/>
        </w:rPr>
        <w:t xml:space="preserve"> </w:t>
      </w:r>
      <w:proofErr w:type="spellStart"/>
      <w:r w:rsidRPr="00693F1B">
        <w:rPr>
          <w:rFonts w:cs="Times New Roman"/>
          <w:szCs w:val="24"/>
        </w:rPr>
        <w:t>Informării</w:t>
      </w:r>
      <w:proofErr w:type="spellEnd"/>
      <w:r w:rsidRPr="00693F1B">
        <w:rPr>
          <w:rFonts w:cs="Times New Roman"/>
          <w:szCs w:val="24"/>
        </w:rPr>
        <w:t xml:space="preserve"> </w:t>
      </w:r>
      <w:proofErr w:type="spellStart"/>
      <w:r w:rsidRPr="00693F1B">
        <w:rPr>
          <w:rFonts w:cs="Times New Roman"/>
          <w:szCs w:val="24"/>
        </w:rPr>
        <w:t>către</w:t>
      </w:r>
      <w:proofErr w:type="spellEnd"/>
      <w:r w:rsidRPr="00693F1B">
        <w:rPr>
          <w:rFonts w:cs="Times New Roman"/>
          <w:szCs w:val="24"/>
        </w:rPr>
        <w:t xml:space="preserve"> </w:t>
      </w:r>
      <w:proofErr w:type="spellStart"/>
      <w:r w:rsidRPr="00693F1B">
        <w:rPr>
          <w:rFonts w:cs="Times New Roman"/>
          <w:szCs w:val="24"/>
        </w:rPr>
        <w:t>persoanele</w:t>
      </w:r>
      <w:proofErr w:type="spellEnd"/>
      <w:r w:rsidRPr="00693F1B">
        <w:rPr>
          <w:rFonts w:cs="Times New Roman"/>
          <w:szCs w:val="24"/>
        </w:rPr>
        <w:t xml:space="preserve"> </w:t>
      </w:r>
      <w:proofErr w:type="spellStart"/>
      <w:r w:rsidRPr="00693F1B">
        <w:rPr>
          <w:rFonts w:cs="Times New Roman"/>
          <w:szCs w:val="24"/>
        </w:rPr>
        <w:t>vizate</w:t>
      </w:r>
      <w:proofErr w:type="spellEnd"/>
      <w:r w:rsidRPr="00693F1B">
        <w:rPr>
          <w:rFonts w:cs="Times New Roman"/>
          <w:szCs w:val="24"/>
        </w:rPr>
        <w:t xml:space="preserve"> se </w:t>
      </w:r>
      <w:proofErr w:type="spellStart"/>
      <w:r w:rsidRPr="00693F1B">
        <w:rPr>
          <w:rFonts w:cs="Times New Roman"/>
          <w:szCs w:val="24"/>
        </w:rPr>
        <w:t>va</w:t>
      </w:r>
      <w:proofErr w:type="spellEnd"/>
      <w:r w:rsidRPr="00693F1B">
        <w:rPr>
          <w:rFonts w:cs="Times New Roman"/>
          <w:szCs w:val="24"/>
        </w:rPr>
        <w:t xml:space="preserve"> </w:t>
      </w:r>
      <w:proofErr w:type="spellStart"/>
      <w:r w:rsidRPr="00693F1B">
        <w:rPr>
          <w:rFonts w:cs="Times New Roman"/>
          <w:szCs w:val="24"/>
        </w:rPr>
        <w:t>folosi</w:t>
      </w:r>
      <w:proofErr w:type="spellEnd"/>
      <w:r w:rsidRPr="00693F1B">
        <w:rPr>
          <w:rFonts w:cs="Times New Roman"/>
          <w:szCs w:val="24"/>
        </w:rPr>
        <w:t xml:space="preserve"> </w:t>
      </w:r>
      <w:proofErr w:type="spellStart"/>
      <w:r w:rsidRPr="00693F1B">
        <w:rPr>
          <w:rFonts w:cs="Times New Roman"/>
          <w:szCs w:val="24"/>
        </w:rPr>
        <w:t>modelul</w:t>
      </w:r>
      <w:proofErr w:type="spellEnd"/>
      <w:r w:rsidRPr="00693F1B">
        <w:rPr>
          <w:rFonts w:cs="Times New Roman"/>
          <w:szCs w:val="24"/>
        </w:rPr>
        <w:t xml:space="preserve"> </w:t>
      </w:r>
      <w:proofErr w:type="spellStart"/>
      <w:r w:rsidRPr="00693F1B">
        <w:rPr>
          <w:rFonts w:cs="Times New Roman"/>
          <w:szCs w:val="24"/>
        </w:rPr>
        <w:t>aprobat</w:t>
      </w:r>
      <w:proofErr w:type="spellEnd"/>
      <w:r w:rsidRPr="00693F1B">
        <w:rPr>
          <w:rFonts w:cs="Times New Roman"/>
          <w:szCs w:val="24"/>
        </w:rPr>
        <w:t xml:space="preserve"> </w:t>
      </w:r>
      <w:proofErr w:type="spellStart"/>
      <w:r w:rsidRPr="00693F1B">
        <w:rPr>
          <w:rFonts w:cs="Times New Roman"/>
          <w:szCs w:val="24"/>
        </w:rPr>
        <w:t>instituțional</w:t>
      </w:r>
      <w:proofErr w:type="spellEnd"/>
      <w:r w:rsidRPr="00693F1B">
        <w:rPr>
          <w:rFonts w:cs="Times New Roman"/>
          <w:szCs w:val="24"/>
        </w:rPr>
        <w:t xml:space="preserve"> (</w:t>
      </w:r>
      <w:proofErr w:type="spellStart"/>
      <w:r w:rsidRPr="00693F1B">
        <w:rPr>
          <w:rFonts w:cs="Times New Roman"/>
          <w:b/>
          <w:bCs/>
          <w:szCs w:val="24"/>
        </w:rPr>
        <w:t>Informare</w:t>
      </w:r>
      <w:proofErr w:type="spellEnd"/>
      <w:r w:rsidRPr="00693F1B">
        <w:rPr>
          <w:rFonts w:cs="Times New Roman"/>
          <w:b/>
          <w:bCs/>
          <w:szCs w:val="24"/>
        </w:rPr>
        <w:t xml:space="preserve"> </w:t>
      </w:r>
      <w:proofErr w:type="spellStart"/>
      <w:r w:rsidRPr="00693F1B">
        <w:rPr>
          <w:rFonts w:cs="Times New Roman"/>
          <w:b/>
          <w:bCs/>
          <w:szCs w:val="24"/>
        </w:rPr>
        <w:t>persoană</w:t>
      </w:r>
      <w:proofErr w:type="spellEnd"/>
      <w:r w:rsidRPr="00693F1B">
        <w:rPr>
          <w:rFonts w:cs="Times New Roman"/>
          <w:b/>
          <w:bCs/>
          <w:szCs w:val="24"/>
        </w:rPr>
        <w:t xml:space="preserve"> </w:t>
      </w:r>
      <w:proofErr w:type="spellStart"/>
      <w:r w:rsidRPr="00693F1B">
        <w:rPr>
          <w:rFonts w:cs="Times New Roman"/>
          <w:b/>
          <w:bCs/>
          <w:szCs w:val="24"/>
        </w:rPr>
        <w:t>vizată</w:t>
      </w:r>
      <w:proofErr w:type="spellEnd"/>
      <w:r w:rsidRPr="00693F1B">
        <w:rPr>
          <w:rFonts w:cs="Times New Roman"/>
          <w:b/>
          <w:bCs/>
          <w:szCs w:val="24"/>
        </w:rPr>
        <w:t xml:space="preserve"> </w:t>
      </w:r>
      <w:proofErr w:type="spellStart"/>
      <w:r w:rsidRPr="00693F1B">
        <w:rPr>
          <w:rFonts w:cs="Times New Roman"/>
          <w:b/>
          <w:bCs/>
          <w:szCs w:val="24"/>
        </w:rPr>
        <w:t>privind</w:t>
      </w:r>
      <w:proofErr w:type="spellEnd"/>
      <w:r w:rsidRPr="00693F1B">
        <w:rPr>
          <w:rFonts w:cs="Times New Roman"/>
          <w:b/>
          <w:bCs/>
          <w:szCs w:val="24"/>
        </w:rPr>
        <w:t xml:space="preserve"> </w:t>
      </w:r>
      <w:proofErr w:type="spellStart"/>
      <w:r w:rsidRPr="00693F1B">
        <w:rPr>
          <w:rFonts w:cs="Times New Roman"/>
          <w:b/>
          <w:bCs/>
          <w:szCs w:val="24"/>
        </w:rPr>
        <w:t>încălcarea</w:t>
      </w:r>
      <w:proofErr w:type="spellEnd"/>
      <w:r w:rsidRPr="00693F1B">
        <w:rPr>
          <w:rFonts w:cs="Times New Roman"/>
          <w:b/>
          <w:bCs/>
          <w:szCs w:val="24"/>
        </w:rPr>
        <w:t xml:space="preserve"> </w:t>
      </w:r>
      <w:proofErr w:type="spellStart"/>
      <w:r w:rsidRPr="00693F1B">
        <w:rPr>
          <w:rFonts w:cs="Times New Roman"/>
          <w:b/>
          <w:bCs/>
          <w:szCs w:val="24"/>
        </w:rPr>
        <w:t>securității</w:t>
      </w:r>
      <w:proofErr w:type="spellEnd"/>
      <w:r w:rsidRPr="00693F1B">
        <w:rPr>
          <w:rFonts w:cs="Times New Roman"/>
          <w:b/>
          <w:bCs/>
          <w:szCs w:val="24"/>
        </w:rPr>
        <w:t xml:space="preserve"> </w:t>
      </w:r>
      <w:proofErr w:type="spellStart"/>
      <w:r w:rsidRPr="00693F1B">
        <w:rPr>
          <w:rFonts w:cs="Times New Roman"/>
          <w:b/>
          <w:bCs/>
          <w:szCs w:val="24"/>
        </w:rPr>
        <w:t>datelor</w:t>
      </w:r>
      <w:proofErr w:type="spellEnd"/>
      <w:r w:rsidRPr="00693F1B">
        <w:rPr>
          <w:rFonts w:cs="Times New Roman"/>
          <w:szCs w:val="24"/>
        </w:rPr>
        <w:t>).</w:t>
      </w:r>
    </w:p>
    <w:p w14:paraId="1D2BE78F" w14:textId="77777777" w:rsidR="006D4E92" w:rsidRDefault="00000000">
      <w:pPr>
        <w:jc w:val="both"/>
      </w:pPr>
      <w:proofErr w:type="spellStart"/>
      <w:r w:rsidRPr="00693F1B">
        <w:rPr>
          <w:rFonts w:cs="Times New Roman"/>
          <w:szCs w:val="24"/>
        </w:rPr>
        <w:t>Informarea</w:t>
      </w:r>
      <w:proofErr w:type="spellEnd"/>
      <w:r w:rsidRPr="00693F1B">
        <w:rPr>
          <w:rFonts w:cs="Times New Roman"/>
          <w:szCs w:val="24"/>
        </w:rPr>
        <w:t xml:space="preserve"> </w:t>
      </w:r>
      <w:proofErr w:type="spellStart"/>
      <w:r w:rsidRPr="00693F1B">
        <w:rPr>
          <w:rFonts w:cs="Times New Roman"/>
          <w:szCs w:val="24"/>
        </w:rPr>
        <w:t>persoanei</w:t>
      </w:r>
      <w:proofErr w:type="spellEnd"/>
      <w:r w:rsidRPr="00693F1B">
        <w:rPr>
          <w:rFonts w:cs="Times New Roman"/>
          <w:szCs w:val="24"/>
        </w:rPr>
        <w:t xml:space="preserve"> </w:t>
      </w:r>
      <w:proofErr w:type="spellStart"/>
      <w:r w:rsidRPr="00693F1B">
        <w:rPr>
          <w:rFonts w:cs="Times New Roman"/>
          <w:szCs w:val="24"/>
        </w:rPr>
        <w:t>vizate</w:t>
      </w:r>
      <w:proofErr w:type="spellEnd"/>
      <w:r w:rsidRPr="00693F1B">
        <w:rPr>
          <w:rFonts w:cs="Times New Roman"/>
          <w:szCs w:val="24"/>
        </w:rPr>
        <w:t xml:space="preserve"> </w:t>
      </w:r>
      <w:r w:rsidRPr="00693F1B">
        <w:rPr>
          <w:rFonts w:cs="Times New Roman"/>
          <w:b/>
          <w:bCs/>
          <w:szCs w:val="24"/>
        </w:rPr>
        <w:t xml:space="preserve">nu </w:t>
      </w:r>
      <w:proofErr w:type="spellStart"/>
      <w:r w:rsidRPr="00693F1B">
        <w:rPr>
          <w:rFonts w:cs="Times New Roman"/>
          <w:b/>
          <w:bCs/>
          <w:szCs w:val="24"/>
        </w:rPr>
        <w:t>este</w:t>
      </w:r>
      <w:proofErr w:type="spellEnd"/>
      <w:r w:rsidRPr="00693F1B">
        <w:rPr>
          <w:rFonts w:cs="Times New Roman"/>
          <w:b/>
          <w:bCs/>
          <w:szCs w:val="24"/>
        </w:rPr>
        <w:t xml:space="preserve"> </w:t>
      </w:r>
      <w:proofErr w:type="spellStart"/>
      <w:r w:rsidRPr="00693F1B">
        <w:rPr>
          <w:rFonts w:cs="Times New Roman"/>
          <w:b/>
          <w:bCs/>
          <w:szCs w:val="24"/>
        </w:rPr>
        <w:t>necesară</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cazul</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care:</w:t>
      </w:r>
    </w:p>
    <w:p w14:paraId="385F15B8" w14:textId="77777777" w:rsidR="006D4E92" w:rsidRDefault="00000000">
      <w:pPr>
        <w:ind w:left="720"/>
        <w:jc w:val="both"/>
      </w:pPr>
      <w:r w:rsidRPr="00693F1B">
        <w:rPr>
          <w:rFonts w:cs="Times New Roman"/>
          <w:b/>
          <w:bCs/>
          <w:szCs w:val="24"/>
        </w:rPr>
        <w:t>a)</w:t>
      </w:r>
      <w:r w:rsidRPr="00693F1B">
        <w:rPr>
          <w:rFonts w:cs="Times New Roman"/>
          <w:szCs w:val="24"/>
        </w:rPr>
        <w:t xml:space="preserve"> s-au </w:t>
      </w:r>
      <w:proofErr w:type="spellStart"/>
      <w:r w:rsidRPr="00693F1B">
        <w:rPr>
          <w:rFonts w:cs="Times New Roman"/>
          <w:szCs w:val="24"/>
        </w:rPr>
        <w:t>implementat</w:t>
      </w:r>
      <w:proofErr w:type="spellEnd"/>
      <w:r w:rsidRPr="00693F1B">
        <w:rPr>
          <w:rFonts w:cs="Times New Roman"/>
          <w:szCs w:val="24"/>
        </w:rPr>
        <w:t xml:space="preserve"> </w:t>
      </w:r>
      <w:proofErr w:type="spellStart"/>
      <w:r w:rsidRPr="00693F1B">
        <w:rPr>
          <w:rFonts w:cs="Times New Roman"/>
          <w:szCs w:val="24"/>
        </w:rPr>
        <w:t>măsuri</w:t>
      </w:r>
      <w:proofErr w:type="spellEnd"/>
      <w:r w:rsidRPr="00693F1B">
        <w:rPr>
          <w:rFonts w:cs="Times New Roman"/>
          <w:szCs w:val="24"/>
        </w:rPr>
        <w:t xml:space="preserve"> de </w:t>
      </w:r>
      <w:proofErr w:type="spellStart"/>
      <w:r w:rsidRPr="00693F1B">
        <w:rPr>
          <w:rFonts w:cs="Times New Roman"/>
          <w:szCs w:val="24"/>
        </w:rPr>
        <w:t>protecție</w:t>
      </w:r>
      <w:proofErr w:type="spellEnd"/>
      <w:r w:rsidRPr="00693F1B">
        <w:rPr>
          <w:rFonts w:cs="Times New Roman"/>
          <w:szCs w:val="24"/>
        </w:rPr>
        <w:t xml:space="preserve"> </w:t>
      </w:r>
      <w:proofErr w:type="spellStart"/>
      <w:r w:rsidRPr="00693F1B">
        <w:rPr>
          <w:rFonts w:cs="Times New Roman"/>
          <w:szCs w:val="24"/>
        </w:rPr>
        <w:t>tehnice</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organizatorice</w:t>
      </w:r>
      <w:proofErr w:type="spellEnd"/>
      <w:r w:rsidRPr="00693F1B">
        <w:rPr>
          <w:rFonts w:cs="Times New Roman"/>
          <w:szCs w:val="24"/>
        </w:rPr>
        <w:t xml:space="preserve"> </w:t>
      </w:r>
      <w:proofErr w:type="spellStart"/>
      <w:r w:rsidRPr="00693F1B">
        <w:rPr>
          <w:rFonts w:cs="Times New Roman"/>
          <w:szCs w:val="24"/>
        </w:rPr>
        <w:t>adecvate</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cazul</w:t>
      </w:r>
      <w:proofErr w:type="spellEnd"/>
      <w:r w:rsidRPr="00693F1B">
        <w:rPr>
          <w:rFonts w:cs="Times New Roman"/>
          <w:szCs w:val="24"/>
        </w:rPr>
        <w:t xml:space="preserve"> </w:t>
      </w:r>
      <w:proofErr w:type="spellStart"/>
      <w:r w:rsidRPr="00693F1B">
        <w:rPr>
          <w:rFonts w:cs="Times New Roman"/>
          <w:szCs w:val="24"/>
        </w:rPr>
        <w:t>datelor</w:t>
      </w:r>
      <w:proofErr w:type="spellEnd"/>
      <w:r w:rsidRPr="00693F1B">
        <w:rPr>
          <w:rFonts w:cs="Times New Roman"/>
          <w:szCs w:val="24"/>
        </w:rPr>
        <w:t xml:space="preserve"> cu </w:t>
      </w:r>
      <w:proofErr w:type="spellStart"/>
      <w:r w:rsidRPr="00693F1B">
        <w:rPr>
          <w:rFonts w:cs="Times New Roman"/>
          <w:szCs w:val="24"/>
        </w:rPr>
        <w:t>caracter</w:t>
      </w:r>
      <w:proofErr w:type="spellEnd"/>
      <w:r w:rsidRPr="00693F1B">
        <w:rPr>
          <w:rFonts w:cs="Times New Roman"/>
          <w:szCs w:val="24"/>
        </w:rPr>
        <w:t xml:space="preserve"> personal </w:t>
      </w:r>
      <w:proofErr w:type="spellStart"/>
      <w:r w:rsidRPr="00693F1B">
        <w:rPr>
          <w:rFonts w:cs="Times New Roman"/>
          <w:szCs w:val="24"/>
        </w:rPr>
        <w:t>afectate</w:t>
      </w:r>
      <w:proofErr w:type="spellEnd"/>
      <w:r w:rsidRPr="00693F1B">
        <w:rPr>
          <w:rFonts w:cs="Times New Roman"/>
          <w:szCs w:val="24"/>
        </w:rPr>
        <w:t xml:space="preserve"> de </w:t>
      </w:r>
      <w:proofErr w:type="spellStart"/>
      <w:r w:rsidRPr="00693F1B">
        <w:rPr>
          <w:rFonts w:cs="Times New Roman"/>
          <w:szCs w:val="24"/>
        </w:rPr>
        <w:t>încălcarea</w:t>
      </w:r>
      <w:proofErr w:type="spellEnd"/>
      <w:r w:rsidRPr="00693F1B">
        <w:rPr>
          <w:rFonts w:cs="Times New Roman"/>
          <w:szCs w:val="24"/>
        </w:rPr>
        <w:t xml:space="preserve"> </w:t>
      </w:r>
      <w:proofErr w:type="spellStart"/>
      <w:r w:rsidRPr="00693F1B">
        <w:rPr>
          <w:rFonts w:cs="Times New Roman"/>
          <w:szCs w:val="24"/>
        </w:rPr>
        <w:t>securității</w:t>
      </w:r>
      <w:proofErr w:type="spellEnd"/>
      <w:r w:rsidRPr="00693F1B">
        <w:rPr>
          <w:rFonts w:cs="Times New Roman"/>
          <w:szCs w:val="24"/>
        </w:rPr>
        <w:t xml:space="preserve"> (ex: </w:t>
      </w:r>
      <w:proofErr w:type="spellStart"/>
      <w:r w:rsidRPr="00693F1B">
        <w:rPr>
          <w:rFonts w:cs="Times New Roman"/>
          <w:szCs w:val="24"/>
        </w:rPr>
        <w:t>datele</w:t>
      </w:r>
      <w:proofErr w:type="spellEnd"/>
      <w:r w:rsidRPr="00693F1B">
        <w:rPr>
          <w:rFonts w:cs="Times New Roman"/>
          <w:szCs w:val="24"/>
        </w:rPr>
        <w:t xml:space="preserve"> </w:t>
      </w:r>
      <w:proofErr w:type="spellStart"/>
      <w:r w:rsidRPr="00693F1B">
        <w:rPr>
          <w:rFonts w:cs="Times New Roman"/>
          <w:szCs w:val="24"/>
        </w:rPr>
        <w:t>electronice</w:t>
      </w:r>
      <w:proofErr w:type="spellEnd"/>
      <w:r w:rsidRPr="00693F1B">
        <w:rPr>
          <w:rFonts w:cs="Times New Roman"/>
          <w:szCs w:val="24"/>
        </w:rPr>
        <w:t xml:space="preserve"> </w:t>
      </w:r>
      <w:proofErr w:type="spellStart"/>
      <w:r w:rsidRPr="00693F1B">
        <w:rPr>
          <w:rFonts w:cs="Times New Roman"/>
          <w:szCs w:val="24"/>
        </w:rPr>
        <w:t>erau</w:t>
      </w:r>
      <w:proofErr w:type="spellEnd"/>
      <w:r w:rsidRPr="00693F1B">
        <w:rPr>
          <w:rFonts w:cs="Times New Roman"/>
          <w:szCs w:val="24"/>
        </w:rPr>
        <w:t xml:space="preserve"> </w:t>
      </w:r>
      <w:proofErr w:type="spellStart"/>
      <w:r w:rsidRPr="00693F1B">
        <w:rPr>
          <w:rFonts w:cs="Times New Roman"/>
          <w:szCs w:val="24"/>
        </w:rPr>
        <w:t>complet</w:t>
      </w:r>
      <w:proofErr w:type="spellEnd"/>
      <w:r w:rsidRPr="00693F1B">
        <w:rPr>
          <w:rFonts w:cs="Times New Roman"/>
          <w:szCs w:val="24"/>
        </w:rPr>
        <w:t xml:space="preserve"> </w:t>
      </w:r>
      <w:proofErr w:type="spellStart"/>
      <w:r w:rsidRPr="00693F1B">
        <w:rPr>
          <w:rFonts w:cs="Times New Roman"/>
          <w:szCs w:val="24"/>
        </w:rPr>
        <w:t>criptate</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nu pot fi </w:t>
      </w:r>
      <w:proofErr w:type="spellStart"/>
      <w:r w:rsidRPr="00693F1B">
        <w:rPr>
          <w:rFonts w:cs="Times New Roman"/>
          <w:szCs w:val="24"/>
        </w:rPr>
        <w:t>citite</w:t>
      </w:r>
      <w:proofErr w:type="spellEnd"/>
      <w:r w:rsidRPr="00693F1B">
        <w:rPr>
          <w:rFonts w:cs="Times New Roman"/>
          <w:szCs w:val="24"/>
        </w:rPr>
        <w:t xml:space="preserve"> de </w:t>
      </w:r>
      <w:proofErr w:type="spellStart"/>
      <w:r w:rsidRPr="00693F1B">
        <w:rPr>
          <w:rFonts w:cs="Times New Roman"/>
          <w:szCs w:val="24"/>
        </w:rPr>
        <w:t>terți</w:t>
      </w:r>
      <w:proofErr w:type="spellEnd"/>
      <w:r w:rsidRPr="00693F1B">
        <w:rPr>
          <w:rFonts w:cs="Times New Roman"/>
          <w:szCs w:val="24"/>
        </w:rPr>
        <w:t>);</w:t>
      </w:r>
    </w:p>
    <w:p w14:paraId="32D0F33C" w14:textId="77777777" w:rsidR="006D4E92" w:rsidRDefault="00000000">
      <w:pPr>
        <w:ind w:left="720"/>
        <w:jc w:val="both"/>
      </w:pPr>
      <w:r w:rsidRPr="00693F1B">
        <w:rPr>
          <w:rFonts w:cs="Times New Roman"/>
          <w:b/>
          <w:bCs/>
          <w:szCs w:val="24"/>
        </w:rPr>
        <w:t>b)</w:t>
      </w:r>
      <w:r w:rsidRPr="00693F1B">
        <w:rPr>
          <w:rFonts w:cs="Times New Roman"/>
          <w:szCs w:val="24"/>
        </w:rPr>
        <w:t xml:space="preserve"> au </w:t>
      </w:r>
      <w:proofErr w:type="spellStart"/>
      <w:r w:rsidRPr="00693F1B">
        <w:rPr>
          <w:rFonts w:cs="Times New Roman"/>
          <w:szCs w:val="24"/>
        </w:rPr>
        <w:t>fost</w:t>
      </w:r>
      <w:proofErr w:type="spellEnd"/>
      <w:r w:rsidRPr="00693F1B">
        <w:rPr>
          <w:rFonts w:cs="Times New Roman"/>
          <w:szCs w:val="24"/>
        </w:rPr>
        <w:t xml:space="preserve"> </w:t>
      </w:r>
      <w:proofErr w:type="spellStart"/>
      <w:r w:rsidRPr="00693F1B">
        <w:rPr>
          <w:rFonts w:cs="Times New Roman"/>
          <w:szCs w:val="24"/>
        </w:rPr>
        <w:t>luate</w:t>
      </w:r>
      <w:proofErr w:type="spellEnd"/>
      <w:r w:rsidRPr="00693F1B">
        <w:rPr>
          <w:rFonts w:cs="Times New Roman"/>
          <w:szCs w:val="24"/>
        </w:rPr>
        <w:t xml:space="preserve"> </w:t>
      </w:r>
      <w:proofErr w:type="spellStart"/>
      <w:r w:rsidRPr="00693F1B">
        <w:rPr>
          <w:rFonts w:cs="Times New Roman"/>
          <w:szCs w:val="24"/>
        </w:rPr>
        <w:t>măsuri</w:t>
      </w:r>
      <w:proofErr w:type="spellEnd"/>
      <w:r w:rsidRPr="00693F1B">
        <w:rPr>
          <w:rFonts w:cs="Times New Roman"/>
          <w:szCs w:val="24"/>
        </w:rPr>
        <w:t xml:space="preserve"> </w:t>
      </w:r>
      <w:proofErr w:type="spellStart"/>
      <w:r w:rsidRPr="00693F1B">
        <w:rPr>
          <w:rFonts w:cs="Times New Roman"/>
          <w:szCs w:val="24"/>
        </w:rPr>
        <w:t>ulterioare</w:t>
      </w:r>
      <w:proofErr w:type="spellEnd"/>
      <w:r w:rsidRPr="00693F1B">
        <w:rPr>
          <w:rFonts w:cs="Times New Roman"/>
          <w:szCs w:val="24"/>
        </w:rPr>
        <w:t xml:space="preserve"> </w:t>
      </w:r>
      <w:proofErr w:type="spellStart"/>
      <w:r w:rsidRPr="00693F1B">
        <w:rPr>
          <w:rFonts w:cs="Times New Roman"/>
          <w:szCs w:val="24"/>
        </w:rPr>
        <w:t>imediate</w:t>
      </w:r>
      <w:proofErr w:type="spellEnd"/>
      <w:r w:rsidRPr="00693F1B">
        <w:rPr>
          <w:rFonts w:cs="Times New Roman"/>
          <w:szCs w:val="24"/>
        </w:rPr>
        <w:t xml:space="preserve"> de </w:t>
      </w:r>
      <w:proofErr w:type="spellStart"/>
      <w:r w:rsidRPr="00693F1B">
        <w:rPr>
          <w:rFonts w:cs="Times New Roman"/>
          <w:szCs w:val="24"/>
        </w:rPr>
        <w:t>natură</w:t>
      </w:r>
      <w:proofErr w:type="spellEnd"/>
      <w:r w:rsidRPr="00693F1B">
        <w:rPr>
          <w:rFonts w:cs="Times New Roman"/>
          <w:szCs w:val="24"/>
        </w:rPr>
        <w:t xml:space="preserve"> a </w:t>
      </w:r>
      <w:proofErr w:type="spellStart"/>
      <w:r w:rsidRPr="00693F1B">
        <w:rPr>
          <w:rFonts w:cs="Times New Roman"/>
          <w:szCs w:val="24"/>
        </w:rPr>
        <w:t>conferi</w:t>
      </w:r>
      <w:proofErr w:type="spellEnd"/>
      <w:r w:rsidRPr="00693F1B">
        <w:rPr>
          <w:rFonts w:cs="Times New Roman"/>
          <w:szCs w:val="24"/>
        </w:rPr>
        <w:t xml:space="preserve"> </w:t>
      </w:r>
      <w:proofErr w:type="spellStart"/>
      <w:r w:rsidRPr="00693F1B">
        <w:rPr>
          <w:rFonts w:cs="Times New Roman"/>
          <w:szCs w:val="24"/>
        </w:rPr>
        <w:t>siguranța</w:t>
      </w:r>
      <w:proofErr w:type="spellEnd"/>
      <w:r w:rsidRPr="00693F1B">
        <w:rPr>
          <w:rFonts w:cs="Times New Roman"/>
          <w:szCs w:val="24"/>
        </w:rPr>
        <w:t xml:space="preserve"> </w:t>
      </w:r>
      <w:proofErr w:type="spellStart"/>
      <w:r w:rsidRPr="00693F1B">
        <w:rPr>
          <w:rFonts w:cs="Times New Roman"/>
          <w:szCs w:val="24"/>
        </w:rPr>
        <w:t>că</w:t>
      </w:r>
      <w:proofErr w:type="spellEnd"/>
      <w:r w:rsidRPr="00693F1B">
        <w:rPr>
          <w:rFonts w:cs="Times New Roman"/>
          <w:szCs w:val="24"/>
        </w:rPr>
        <w:t xml:space="preserve"> </w:t>
      </w:r>
      <w:proofErr w:type="spellStart"/>
      <w:r w:rsidRPr="00693F1B">
        <w:rPr>
          <w:rFonts w:cs="Times New Roman"/>
          <w:szCs w:val="24"/>
        </w:rPr>
        <w:t>riscul</w:t>
      </w:r>
      <w:proofErr w:type="spellEnd"/>
      <w:r w:rsidRPr="00693F1B">
        <w:rPr>
          <w:rFonts w:cs="Times New Roman"/>
          <w:szCs w:val="24"/>
        </w:rPr>
        <w:t xml:space="preserve"> </w:t>
      </w:r>
      <w:proofErr w:type="spellStart"/>
      <w:r w:rsidRPr="00693F1B">
        <w:rPr>
          <w:rFonts w:cs="Times New Roman"/>
          <w:szCs w:val="24"/>
        </w:rPr>
        <w:t>ridicat</w:t>
      </w:r>
      <w:proofErr w:type="spellEnd"/>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drepturile</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libertățile</w:t>
      </w:r>
      <w:proofErr w:type="spellEnd"/>
      <w:r w:rsidRPr="00693F1B">
        <w:rPr>
          <w:rFonts w:cs="Times New Roman"/>
          <w:szCs w:val="24"/>
        </w:rPr>
        <w:t xml:space="preserve"> </w:t>
      </w:r>
      <w:proofErr w:type="spellStart"/>
      <w:r w:rsidRPr="00693F1B">
        <w:rPr>
          <w:rFonts w:cs="Times New Roman"/>
          <w:szCs w:val="24"/>
        </w:rPr>
        <w:t>persoanelor</w:t>
      </w:r>
      <w:proofErr w:type="spellEnd"/>
      <w:r w:rsidRPr="00693F1B">
        <w:rPr>
          <w:rFonts w:cs="Times New Roman"/>
          <w:szCs w:val="24"/>
        </w:rPr>
        <w:t xml:space="preserve"> </w:t>
      </w:r>
      <w:proofErr w:type="spellStart"/>
      <w:r w:rsidRPr="00693F1B">
        <w:rPr>
          <w:rFonts w:cs="Times New Roman"/>
          <w:szCs w:val="24"/>
        </w:rPr>
        <w:t>vizate</w:t>
      </w:r>
      <w:proofErr w:type="spellEnd"/>
      <w:r w:rsidRPr="00693F1B">
        <w:rPr>
          <w:rFonts w:cs="Times New Roman"/>
          <w:szCs w:val="24"/>
        </w:rPr>
        <w:t xml:space="preserve"> nu </w:t>
      </w:r>
      <w:proofErr w:type="spellStart"/>
      <w:r w:rsidRPr="00693F1B">
        <w:rPr>
          <w:rFonts w:cs="Times New Roman"/>
          <w:szCs w:val="24"/>
        </w:rPr>
        <w:t>mai</w:t>
      </w:r>
      <w:proofErr w:type="spellEnd"/>
      <w:r w:rsidRPr="00693F1B">
        <w:rPr>
          <w:rFonts w:cs="Times New Roman"/>
          <w:szCs w:val="24"/>
        </w:rPr>
        <w:t xml:space="preserve"> </w:t>
      </w:r>
      <w:proofErr w:type="spellStart"/>
      <w:r w:rsidRPr="00693F1B">
        <w:rPr>
          <w:rFonts w:cs="Times New Roman"/>
          <w:szCs w:val="24"/>
        </w:rPr>
        <w:t>este</w:t>
      </w:r>
      <w:proofErr w:type="spellEnd"/>
      <w:r w:rsidRPr="00693F1B">
        <w:rPr>
          <w:rFonts w:cs="Times New Roman"/>
          <w:szCs w:val="24"/>
        </w:rPr>
        <w:t xml:space="preserve"> </w:t>
      </w:r>
      <w:proofErr w:type="spellStart"/>
      <w:r w:rsidRPr="00693F1B">
        <w:rPr>
          <w:rFonts w:cs="Times New Roman"/>
          <w:szCs w:val="24"/>
        </w:rPr>
        <w:t>susceptibil</w:t>
      </w:r>
      <w:proofErr w:type="spellEnd"/>
      <w:r w:rsidRPr="00693F1B">
        <w:rPr>
          <w:rFonts w:cs="Times New Roman"/>
          <w:szCs w:val="24"/>
        </w:rPr>
        <w:t xml:space="preserve"> </w:t>
      </w:r>
      <w:proofErr w:type="spellStart"/>
      <w:r w:rsidRPr="00693F1B">
        <w:rPr>
          <w:rFonts w:cs="Times New Roman"/>
          <w:szCs w:val="24"/>
        </w:rPr>
        <w:t>să</w:t>
      </w:r>
      <w:proofErr w:type="spellEnd"/>
      <w:r w:rsidRPr="00693F1B">
        <w:rPr>
          <w:rFonts w:cs="Times New Roman"/>
          <w:szCs w:val="24"/>
        </w:rPr>
        <w:t xml:space="preserve"> se </w:t>
      </w:r>
      <w:proofErr w:type="spellStart"/>
      <w:r w:rsidRPr="00693F1B">
        <w:rPr>
          <w:rFonts w:cs="Times New Roman"/>
          <w:szCs w:val="24"/>
        </w:rPr>
        <w:t>materializeze</w:t>
      </w:r>
      <w:proofErr w:type="spellEnd"/>
      <w:r w:rsidRPr="00693F1B">
        <w:rPr>
          <w:rFonts w:cs="Times New Roman"/>
          <w:szCs w:val="24"/>
        </w:rPr>
        <w:t>;</w:t>
      </w:r>
    </w:p>
    <w:p w14:paraId="151011E7" w14:textId="77777777" w:rsidR="006D4E92" w:rsidRDefault="00000000">
      <w:pPr>
        <w:ind w:left="720"/>
        <w:jc w:val="both"/>
      </w:pPr>
      <w:r w:rsidRPr="00693F1B">
        <w:rPr>
          <w:rFonts w:cs="Times New Roman"/>
          <w:b/>
          <w:bCs/>
          <w:szCs w:val="24"/>
        </w:rPr>
        <w:t>c)</w:t>
      </w:r>
      <w:r w:rsidRPr="00693F1B">
        <w:rPr>
          <w:rFonts w:cs="Times New Roman"/>
          <w:szCs w:val="24"/>
        </w:rPr>
        <w:t xml:space="preserve"> </w:t>
      </w:r>
      <w:proofErr w:type="spellStart"/>
      <w:r w:rsidRPr="00693F1B">
        <w:rPr>
          <w:rFonts w:cs="Times New Roman"/>
          <w:szCs w:val="24"/>
        </w:rPr>
        <w:t>ar</w:t>
      </w:r>
      <w:proofErr w:type="spellEnd"/>
      <w:r w:rsidRPr="00693F1B">
        <w:rPr>
          <w:rFonts w:cs="Times New Roman"/>
          <w:szCs w:val="24"/>
        </w:rPr>
        <w:t xml:space="preserve"> </w:t>
      </w:r>
      <w:proofErr w:type="spellStart"/>
      <w:r w:rsidRPr="00693F1B">
        <w:rPr>
          <w:rFonts w:cs="Times New Roman"/>
          <w:szCs w:val="24"/>
        </w:rPr>
        <w:t>necesita</w:t>
      </w:r>
      <w:proofErr w:type="spellEnd"/>
      <w:r w:rsidRPr="00693F1B">
        <w:rPr>
          <w:rFonts w:cs="Times New Roman"/>
          <w:szCs w:val="24"/>
        </w:rPr>
        <w:t xml:space="preserve"> un </w:t>
      </w:r>
      <w:proofErr w:type="spellStart"/>
      <w:r w:rsidRPr="00693F1B">
        <w:rPr>
          <w:rFonts w:cs="Times New Roman"/>
          <w:szCs w:val="24"/>
        </w:rPr>
        <w:t>efort</w:t>
      </w:r>
      <w:proofErr w:type="spellEnd"/>
      <w:r w:rsidRPr="00693F1B">
        <w:rPr>
          <w:rFonts w:cs="Times New Roman"/>
          <w:szCs w:val="24"/>
        </w:rPr>
        <w:t xml:space="preserve"> </w:t>
      </w:r>
      <w:proofErr w:type="spellStart"/>
      <w:r w:rsidRPr="00693F1B">
        <w:rPr>
          <w:rFonts w:cs="Times New Roman"/>
          <w:szCs w:val="24"/>
        </w:rPr>
        <w:t>disproporționat</w:t>
      </w:r>
      <w:proofErr w:type="spellEnd"/>
      <w:r w:rsidRPr="00693F1B">
        <w:rPr>
          <w:rFonts w:cs="Times New Roman"/>
          <w:szCs w:val="24"/>
        </w:rPr>
        <w:t xml:space="preserve">, </w:t>
      </w:r>
      <w:proofErr w:type="spellStart"/>
      <w:r w:rsidRPr="00693F1B">
        <w:rPr>
          <w:rFonts w:cs="Times New Roman"/>
          <w:szCs w:val="24"/>
        </w:rPr>
        <w:t>caz</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care </w:t>
      </w:r>
      <w:proofErr w:type="spellStart"/>
      <w:r w:rsidRPr="00693F1B">
        <w:rPr>
          <w:rFonts w:cs="Times New Roman"/>
          <w:szCs w:val="24"/>
        </w:rPr>
        <w:t>Primăria</w:t>
      </w:r>
      <w:proofErr w:type="spellEnd"/>
      <w:r w:rsidRPr="00693F1B">
        <w:rPr>
          <w:rFonts w:cs="Times New Roman"/>
          <w:szCs w:val="24"/>
        </w:rPr>
        <w:t xml:space="preserve"> </w:t>
      </w:r>
      <w:proofErr w:type="spellStart"/>
      <w:r w:rsidRPr="00693F1B">
        <w:rPr>
          <w:rFonts w:cs="Times New Roman"/>
          <w:szCs w:val="24"/>
        </w:rPr>
        <w:t>va</w:t>
      </w:r>
      <w:proofErr w:type="spellEnd"/>
      <w:r w:rsidRPr="00693F1B">
        <w:rPr>
          <w:rFonts w:cs="Times New Roman"/>
          <w:szCs w:val="24"/>
        </w:rPr>
        <w:t xml:space="preserve"> </w:t>
      </w:r>
      <w:proofErr w:type="spellStart"/>
      <w:r w:rsidRPr="00693F1B">
        <w:rPr>
          <w:rFonts w:cs="Times New Roman"/>
          <w:szCs w:val="24"/>
        </w:rPr>
        <w:t>efectua</w:t>
      </w:r>
      <w:proofErr w:type="spellEnd"/>
      <w:r w:rsidRPr="00693F1B">
        <w:rPr>
          <w:rFonts w:cs="Times New Roman"/>
          <w:szCs w:val="24"/>
        </w:rPr>
        <w:t xml:space="preserve"> o </w:t>
      </w:r>
      <w:proofErr w:type="spellStart"/>
      <w:r w:rsidRPr="00693F1B">
        <w:rPr>
          <w:rFonts w:cs="Times New Roman"/>
          <w:szCs w:val="24"/>
        </w:rPr>
        <w:t>informare</w:t>
      </w:r>
      <w:proofErr w:type="spellEnd"/>
      <w:r w:rsidRPr="00693F1B">
        <w:rPr>
          <w:rFonts w:cs="Times New Roman"/>
          <w:szCs w:val="24"/>
        </w:rPr>
        <w:t xml:space="preserve"> </w:t>
      </w:r>
      <w:proofErr w:type="spellStart"/>
      <w:r w:rsidRPr="00693F1B">
        <w:rPr>
          <w:rFonts w:cs="Times New Roman"/>
          <w:szCs w:val="24"/>
        </w:rPr>
        <w:t>publică</w:t>
      </w:r>
      <w:proofErr w:type="spellEnd"/>
      <w:r w:rsidRPr="00693F1B">
        <w:rPr>
          <w:rFonts w:cs="Times New Roman"/>
          <w:szCs w:val="24"/>
        </w:rPr>
        <w:t xml:space="preserve"> (</w:t>
      </w:r>
      <w:proofErr w:type="spellStart"/>
      <w:r w:rsidRPr="00693F1B">
        <w:rPr>
          <w:rFonts w:cs="Times New Roman"/>
          <w:szCs w:val="24"/>
        </w:rPr>
        <w:t>anunț</w:t>
      </w:r>
      <w:proofErr w:type="spellEnd"/>
      <w:r w:rsidRPr="00693F1B">
        <w:rPr>
          <w:rFonts w:cs="Times New Roman"/>
          <w:szCs w:val="24"/>
        </w:rPr>
        <w:t xml:space="preserve"> pe site-ul </w:t>
      </w:r>
      <w:proofErr w:type="spellStart"/>
      <w:r w:rsidRPr="00693F1B">
        <w:rPr>
          <w:rFonts w:cs="Times New Roman"/>
          <w:szCs w:val="24"/>
        </w:rPr>
        <w:t>oficial</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panoul</w:t>
      </w:r>
      <w:proofErr w:type="spellEnd"/>
      <w:r w:rsidRPr="00693F1B">
        <w:rPr>
          <w:rFonts w:cs="Times New Roman"/>
          <w:szCs w:val="24"/>
        </w:rPr>
        <w:t xml:space="preserve"> de </w:t>
      </w:r>
      <w:proofErr w:type="spellStart"/>
      <w:r w:rsidRPr="00693F1B">
        <w:rPr>
          <w:rFonts w:cs="Times New Roman"/>
          <w:szCs w:val="24"/>
        </w:rPr>
        <w:t>informare</w:t>
      </w:r>
      <w:proofErr w:type="spellEnd"/>
      <w:r w:rsidRPr="00693F1B">
        <w:rPr>
          <w:rFonts w:cs="Times New Roman"/>
          <w:szCs w:val="24"/>
        </w:rPr>
        <w:t xml:space="preserve"> al </w:t>
      </w:r>
      <w:proofErr w:type="spellStart"/>
      <w:r w:rsidRPr="00693F1B">
        <w:rPr>
          <w:rFonts w:cs="Times New Roman"/>
          <w:szCs w:val="24"/>
        </w:rPr>
        <w:t>instituției</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va</w:t>
      </w:r>
      <w:proofErr w:type="spellEnd"/>
      <w:r w:rsidRPr="00693F1B">
        <w:rPr>
          <w:rFonts w:cs="Times New Roman"/>
          <w:szCs w:val="24"/>
        </w:rPr>
        <w:t xml:space="preserve"> </w:t>
      </w:r>
      <w:proofErr w:type="spellStart"/>
      <w:r w:rsidRPr="00693F1B">
        <w:rPr>
          <w:rFonts w:cs="Times New Roman"/>
          <w:szCs w:val="24"/>
        </w:rPr>
        <w:t>lua</w:t>
      </w:r>
      <w:proofErr w:type="spellEnd"/>
      <w:r w:rsidRPr="00693F1B">
        <w:rPr>
          <w:rFonts w:cs="Times New Roman"/>
          <w:szCs w:val="24"/>
        </w:rPr>
        <w:t xml:space="preserve"> o </w:t>
      </w:r>
      <w:proofErr w:type="spellStart"/>
      <w:r w:rsidRPr="00693F1B">
        <w:rPr>
          <w:rFonts w:cs="Times New Roman"/>
          <w:szCs w:val="24"/>
        </w:rPr>
        <w:t>măsură</w:t>
      </w:r>
      <w:proofErr w:type="spellEnd"/>
      <w:r w:rsidRPr="00693F1B">
        <w:rPr>
          <w:rFonts w:cs="Times New Roman"/>
          <w:szCs w:val="24"/>
        </w:rPr>
        <w:t xml:space="preserve"> </w:t>
      </w:r>
      <w:proofErr w:type="spellStart"/>
      <w:r w:rsidRPr="00693F1B">
        <w:rPr>
          <w:rFonts w:cs="Times New Roman"/>
          <w:szCs w:val="24"/>
        </w:rPr>
        <w:t>similară</w:t>
      </w:r>
      <w:proofErr w:type="spellEnd"/>
      <w:r w:rsidRPr="00693F1B">
        <w:rPr>
          <w:rFonts w:cs="Times New Roman"/>
          <w:szCs w:val="24"/>
        </w:rPr>
        <w:t xml:space="preserve"> </w:t>
      </w:r>
      <w:proofErr w:type="spellStart"/>
      <w:r w:rsidRPr="00693F1B">
        <w:rPr>
          <w:rFonts w:cs="Times New Roman"/>
          <w:szCs w:val="24"/>
        </w:rPr>
        <w:t>prin</w:t>
      </w:r>
      <w:proofErr w:type="spellEnd"/>
      <w:r w:rsidRPr="00693F1B">
        <w:rPr>
          <w:rFonts w:cs="Times New Roman"/>
          <w:szCs w:val="24"/>
        </w:rPr>
        <w:t xml:space="preserve"> care </w:t>
      </w:r>
      <w:proofErr w:type="spellStart"/>
      <w:r w:rsidRPr="00693F1B">
        <w:rPr>
          <w:rFonts w:cs="Times New Roman"/>
          <w:szCs w:val="24"/>
        </w:rPr>
        <w:t>persoanele</w:t>
      </w:r>
      <w:proofErr w:type="spellEnd"/>
      <w:r w:rsidRPr="00693F1B">
        <w:rPr>
          <w:rFonts w:cs="Times New Roman"/>
          <w:szCs w:val="24"/>
        </w:rPr>
        <w:t xml:space="preserve"> </w:t>
      </w:r>
      <w:proofErr w:type="spellStart"/>
      <w:r w:rsidRPr="00693F1B">
        <w:rPr>
          <w:rFonts w:cs="Times New Roman"/>
          <w:szCs w:val="24"/>
        </w:rPr>
        <w:t>vizate</w:t>
      </w:r>
      <w:proofErr w:type="spellEnd"/>
      <w:r w:rsidRPr="00693F1B">
        <w:rPr>
          <w:rFonts w:cs="Times New Roman"/>
          <w:szCs w:val="24"/>
        </w:rPr>
        <w:t xml:space="preserve"> sunt </w:t>
      </w:r>
      <w:proofErr w:type="spellStart"/>
      <w:r w:rsidRPr="00693F1B">
        <w:rPr>
          <w:rFonts w:cs="Times New Roman"/>
          <w:szCs w:val="24"/>
        </w:rPr>
        <w:t>informate</w:t>
      </w:r>
      <w:proofErr w:type="spellEnd"/>
      <w:r w:rsidRPr="00693F1B">
        <w:rPr>
          <w:rFonts w:cs="Times New Roman"/>
          <w:szCs w:val="24"/>
        </w:rPr>
        <w:t xml:space="preserve"> </w:t>
      </w:r>
      <w:proofErr w:type="spellStart"/>
      <w:r w:rsidRPr="00693F1B">
        <w:rPr>
          <w:rFonts w:cs="Times New Roman"/>
          <w:szCs w:val="24"/>
        </w:rPr>
        <w:t>într</w:t>
      </w:r>
      <w:proofErr w:type="spellEnd"/>
      <w:r w:rsidRPr="00693F1B">
        <w:rPr>
          <w:rFonts w:cs="Times New Roman"/>
          <w:szCs w:val="24"/>
        </w:rPr>
        <w:t xml:space="preserve">-un mod la </w:t>
      </w:r>
      <w:proofErr w:type="spellStart"/>
      <w:r w:rsidRPr="00693F1B">
        <w:rPr>
          <w:rFonts w:cs="Times New Roman"/>
          <w:szCs w:val="24"/>
        </w:rPr>
        <w:t>fel</w:t>
      </w:r>
      <w:proofErr w:type="spellEnd"/>
      <w:r w:rsidRPr="00693F1B">
        <w:rPr>
          <w:rFonts w:cs="Times New Roman"/>
          <w:szCs w:val="24"/>
        </w:rPr>
        <w:t xml:space="preserve"> de </w:t>
      </w:r>
      <w:proofErr w:type="spellStart"/>
      <w:r w:rsidRPr="00693F1B">
        <w:rPr>
          <w:rFonts w:cs="Times New Roman"/>
          <w:szCs w:val="24"/>
        </w:rPr>
        <w:t>eficace</w:t>
      </w:r>
      <w:proofErr w:type="spellEnd"/>
      <w:r w:rsidRPr="00693F1B">
        <w:rPr>
          <w:rFonts w:cs="Times New Roman"/>
          <w:szCs w:val="24"/>
        </w:rPr>
        <w:t>.</w:t>
      </w:r>
    </w:p>
    <w:p w14:paraId="248B7AE0" w14:textId="77777777" w:rsidR="006D4E92" w:rsidRDefault="00000000">
      <w:pPr>
        <w:jc w:val="both"/>
      </w:pPr>
      <w:proofErr w:type="spellStart"/>
      <w:r w:rsidRPr="00693F1B">
        <w:rPr>
          <w:rFonts w:cs="Times New Roman"/>
          <w:szCs w:val="24"/>
        </w:rPr>
        <w:t>Persoana</w:t>
      </w:r>
      <w:proofErr w:type="spellEnd"/>
      <w:r w:rsidRPr="00693F1B">
        <w:rPr>
          <w:rFonts w:cs="Times New Roman"/>
          <w:szCs w:val="24"/>
        </w:rPr>
        <w:t xml:space="preserve"> </w:t>
      </w:r>
      <w:proofErr w:type="spellStart"/>
      <w:r w:rsidRPr="00693F1B">
        <w:rPr>
          <w:rFonts w:cs="Times New Roman"/>
          <w:szCs w:val="24"/>
        </w:rPr>
        <w:t>responsabilă</w:t>
      </w:r>
      <w:proofErr w:type="spellEnd"/>
      <w:r w:rsidRPr="00693F1B">
        <w:rPr>
          <w:rFonts w:cs="Times New Roman"/>
          <w:szCs w:val="24"/>
        </w:rPr>
        <w:t xml:space="preserve"> de </w:t>
      </w:r>
      <w:proofErr w:type="spellStart"/>
      <w:r w:rsidRPr="00693F1B">
        <w:rPr>
          <w:rFonts w:cs="Times New Roman"/>
          <w:szCs w:val="24"/>
        </w:rPr>
        <w:t>trimiterea</w:t>
      </w:r>
      <w:proofErr w:type="spellEnd"/>
      <w:r w:rsidRPr="00693F1B">
        <w:rPr>
          <w:rFonts w:cs="Times New Roman"/>
          <w:szCs w:val="24"/>
        </w:rPr>
        <w:t xml:space="preserve"> </w:t>
      </w:r>
      <w:proofErr w:type="spellStart"/>
      <w:r w:rsidRPr="00693F1B">
        <w:rPr>
          <w:rFonts w:cs="Times New Roman"/>
          <w:szCs w:val="24"/>
        </w:rPr>
        <w:t>efectivă</w:t>
      </w:r>
      <w:proofErr w:type="spellEnd"/>
      <w:r w:rsidRPr="00693F1B">
        <w:rPr>
          <w:rFonts w:cs="Times New Roman"/>
          <w:szCs w:val="24"/>
        </w:rPr>
        <w:t xml:space="preserve"> a </w:t>
      </w:r>
      <w:proofErr w:type="spellStart"/>
      <w:r w:rsidRPr="00693F1B">
        <w:rPr>
          <w:rFonts w:cs="Times New Roman"/>
          <w:szCs w:val="24"/>
        </w:rPr>
        <w:t>Informării</w:t>
      </w:r>
      <w:proofErr w:type="spellEnd"/>
      <w:r w:rsidRPr="00693F1B">
        <w:rPr>
          <w:rFonts w:cs="Times New Roman"/>
          <w:szCs w:val="24"/>
        </w:rPr>
        <w:t xml:space="preserve"> </w:t>
      </w:r>
      <w:proofErr w:type="spellStart"/>
      <w:r w:rsidRPr="00693F1B">
        <w:rPr>
          <w:rFonts w:cs="Times New Roman"/>
          <w:szCs w:val="24"/>
        </w:rPr>
        <w:t>către</w:t>
      </w:r>
      <w:proofErr w:type="spellEnd"/>
      <w:r w:rsidRPr="00693F1B">
        <w:rPr>
          <w:rFonts w:cs="Times New Roman"/>
          <w:szCs w:val="24"/>
        </w:rPr>
        <w:t xml:space="preserve"> </w:t>
      </w:r>
      <w:proofErr w:type="spellStart"/>
      <w:r w:rsidRPr="00693F1B">
        <w:rPr>
          <w:rFonts w:cs="Times New Roman"/>
          <w:szCs w:val="24"/>
        </w:rPr>
        <w:t>persoana</w:t>
      </w:r>
      <w:proofErr w:type="spellEnd"/>
      <w:r w:rsidRPr="00693F1B">
        <w:rPr>
          <w:rFonts w:cs="Times New Roman"/>
          <w:szCs w:val="24"/>
        </w:rPr>
        <w:t xml:space="preserve"> </w:t>
      </w:r>
      <w:proofErr w:type="spellStart"/>
      <w:r w:rsidRPr="00693F1B">
        <w:rPr>
          <w:rFonts w:cs="Times New Roman"/>
          <w:szCs w:val="24"/>
        </w:rPr>
        <w:t>vizată</w:t>
      </w:r>
      <w:proofErr w:type="spellEnd"/>
      <w:r w:rsidRPr="00693F1B">
        <w:rPr>
          <w:rFonts w:cs="Times New Roman"/>
          <w:szCs w:val="24"/>
        </w:rPr>
        <w:t xml:space="preserve"> </w:t>
      </w:r>
      <w:proofErr w:type="spellStart"/>
      <w:r w:rsidRPr="00693F1B">
        <w:rPr>
          <w:rFonts w:cs="Times New Roman"/>
          <w:szCs w:val="24"/>
        </w:rPr>
        <w:t>este</w:t>
      </w:r>
      <w:proofErr w:type="spellEnd"/>
      <w:r w:rsidRPr="00693F1B">
        <w:rPr>
          <w:rFonts w:cs="Times New Roman"/>
          <w:szCs w:val="24"/>
        </w:rPr>
        <w:t xml:space="preserve"> </w:t>
      </w:r>
      <w:proofErr w:type="spellStart"/>
      <w:r w:rsidRPr="00693F1B">
        <w:rPr>
          <w:rFonts w:cs="Times New Roman"/>
          <w:b/>
          <w:bCs/>
          <w:szCs w:val="24"/>
        </w:rPr>
        <w:t>Specialistul</w:t>
      </w:r>
      <w:proofErr w:type="spellEnd"/>
      <w:r w:rsidRPr="00693F1B">
        <w:rPr>
          <w:rFonts w:cs="Times New Roman"/>
          <w:b/>
          <w:bCs/>
          <w:szCs w:val="24"/>
        </w:rPr>
        <w:t xml:space="preserve"> </w:t>
      </w:r>
      <w:proofErr w:type="spellStart"/>
      <w:r w:rsidRPr="00693F1B">
        <w:rPr>
          <w:rFonts w:cs="Times New Roman"/>
          <w:b/>
          <w:bCs/>
          <w:szCs w:val="24"/>
        </w:rPr>
        <w:t>Cancelarie</w:t>
      </w:r>
      <w:proofErr w:type="spellEnd"/>
      <w:r w:rsidRPr="00693F1B">
        <w:rPr>
          <w:rFonts w:cs="Times New Roman"/>
          <w:b/>
          <w:bCs/>
          <w:szCs w:val="24"/>
        </w:rPr>
        <w:t xml:space="preserve"> / </w:t>
      </w:r>
      <w:proofErr w:type="spellStart"/>
      <w:r w:rsidRPr="00693F1B">
        <w:rPr>
          <w:rFonts w:cs="Times New Roman"/>
          <w:b/>
          <w:bCs/>
          <w:szCs w:val="24"/>
        </w:rPr>
        <w:t>Registratura</w:t>
      </w:r>
      <w:proofErr w:type="spellEnd"/>
      <w:r w:rsidRPr="00693F1B">
        <w:rPr>
          <w:rFonts w:cs="Times New Roman"/>
          <w:szCs w:val="24"/>
        </w:rPr>
        <w:t xml:space="preserve">. </w:t>
      </w:r>
      <w:proofErr w:type="spellStart"/>
      <w:r w:rsidRPr="00693F1B">
        <w:rPr>
          <w:rFonts w:cs="Times New Roman"/>
          <w:szCs w:val="24"/>
        </w:rPr>
        <w:t>Termenul</w:t>
      </w:r>
      <w:proofErr w:type="spellEnd"/>
      <w:r w:rsidRPr="00693F1B">
        <w:rPr>
          <w:rFonts w:cs="Times New Roman"/>
          <w:szCs w:val="24"/>
        </w:rPr>
        <w:t xml:space="preserve"> de </w:t>
      </w:r>
      <w:proofErr w:type="spellStart"/>
      <w:r w:rsidRPr="00693F1B">
        <w:rPr>
          <w:rFonts w:cs="Times New Roman"/>
          <w:szCs w:val="24"/>
        </w:rPr>
        <w:t>transmitere</w:t>
      </w:r>
      <w:proofErr w:type="spellEnd"/>
      <w:r w:rsidRPr="00693F1B">
        <w:rPr>
          <w:rFonts w:cs="Times New Roman"/>
          <w:szCs w:val="24"/>
        </w:rPr>
        <w:t xml:space="preserve"> a </w:t>
      </w:r>
      <w:proofErr w:type="spellStart"/>
      <w:r w:rsidRPr="00693F1B">
        <w:rPr>
          <w:rFonts w:cs="Times New Roman"/>
          <w:szCs w:val="24"/>
        </w:rPr>
        <w:t>Informării</w:t>
      </w:r>
      <w:proofErr w:type="spellEnd"/>
      <w:r w:rsidRPr="00693F1B">
        <w:rPr>
          <w:rFonts w:cs="Times New Roman"/>
          <w:szCs w:val="24"/>
        </w:rPr>
        <w:t xml:space="preserve"> </w:t>
      </w:r>
      <w:proofErr w:type="spellStart"/>
      <w:r w:rsidRPr="00693F1B">
        <w:rPr>
          <w:rFonts w:cs="Times New Roman"/>
          <w:szCs w:val="24"/>
        </w:rPr>
        <w:t>este</w:t>
      </w:r>
      <w:proofErr w:type="spellEnd"/>
      <w:r w:rsidRPr="00693F1B">
        <w:rPr>
          <w:rFonts w:cs="Times New Roman"/>
          <w:szCs w:val="24"/>
        </w:rPr>
        <w:t xml:space="preserve"> de maximum </w:t>
      </w:r>
      <w:r w:rsidRPr="00693F1B">
        <w:rPr>
          <w:rFonts w:cs="Times New Roman"/>
          <w:b/>
          <w:bCs/>
          <w:szCs w:val="24"/>
        </w:rPr>
        <w:t>72 de ore</w:t>
      </w:r>
      <w:r w:rsidRPr="00693F1B">
        <w:rPr>
          <w:rFonts w:cs="Times New Roman"/>
          <w:szCs w:val="24"/>
        </w:rPr>
        <w:t xml:space="preserve"> de la </w:t>
      </w:r>
      <w:proofErr w:type="spellStart"/>
      <w:r w:rsidRPr="00693F1B">
        <w:rPr>
          <w:rFonts w:cs="Times New Roman"/>
          <w:szCs w:val="24"/>
        </w:rPr>
        <w:t>constatare</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de </w:t>
      </w:r>
      <w:proofErr w:type="spellStart"/>
      <w:r w:rsidRPr="00693F1B">
        <w:rPr>
          <w:rFonts w:cs="Times New Roman"/>
          <w:szCs w:val="24"/>
        </w:rPr>
        <w:t>îndată</w:t>
      </w:r>
      <w:proofErr w:type="spellEnd"/>
      <w:r w:rsidRPr="00693F1B">
        <w:rPr>
          <w:rFonts w:cs="Times New Roman"/>
          <w:szCs w:val="24"/>
        </w:rPr>
        <w:t xml:space="preserve"> </w:t>
      </w:r>
      <w:proofErr w:type="spellStart"/>
      <w:r w:rsidRPr="00693F1B">
        <w:rPr>
          <w:rFonts w:cs="Times New Roman"/>
          <w:szCs w:val="24"/>
        </w:rPr>
        <w:t>ce</w:t>
      </w:r>
      <w:proofErr w:type="spellEnd"/>
      <w:r w:rsidRPr="00693F1B">
        <w:rPr>
          <w:rFonts w:cs="Times New Roman"/>
          <w:szCs w:val="24"/>
        </w:rPr>
        <w:t xml:space="preserve"> </w:t>
      </w:r>
      <w:proofErr w:type="spellStart"/>
      <w:r w:rsidRPr="00693F1B">
        <w:rPr>
          <w:rFonts w:cs="Times New Roman"/>
          <w:szCs w:val="24"/>
        </w:rPr>
        <w:t>riscul</w:t>
      </w:r>
      <w:proofErr w:type="spellEnd"/>
      <w:r w:rsidRPr="00693F1B">
        <w:rPr>
          <w:rFonts w:cs="Times New Roman"/>
          <w:szCs w:val="24"/>
        </w:rPr>
        <w:t xml:space="preserve"> a </w:t>
      </w:r>
      <w:proofErr w:type="spellStart"/>
      <w:r w:rsidRPr="00693F1B">
        <w:rPr>
          <w:rFonts w:cs="Times New Roman"/>
          <w:szCs w:val="24"/>
        </w:rPr>
        <w:t>fost</w:t>
      </w:r>
      <w:proofErr w:type="spellEnd"/>
      <w:r w:rsidRPr="00693F1B">
        <w:rPr>
          <w:rFonts w:cs="Times New Roman"/>
          <w:szCs w:val="24"/>
        </w:rPr>
        <w:t xml:space="preserve"> </w:t>
      </w:r>
      <w:proofErr w:type="spellStart"/>
      <w:r w:rsidRPr="00693F1B">
        <w:rPr>
          <w:rFonts w:cs="Times New Roman"/>
          <w:szCs w:val="24"/>
        </w:rPr>
        <w:t>evaluat</w:t>
      </w:r>
      <w:proofErr w:type="spellEnd"/>
      <w:r w:rsidRPr="00693F1B">
        <w:rPr>
          <w:rFonts w:cs="Times New Roman"/>
          <w:szCs w:val="24"/>
        </w:rPr>
        <w:t xml:space="preserve">. </w:t>
      </w:r>
      <w:proofErr w:type="spellStart"/>
      <w:r w:rsidRPr="00693F1B">
        <w:rPr>
          <w:rFonts w:cs="Times New Roman"/>
          <w:szCs w:val="24"/>
        </w:rPr>
        <w:t>Dacă</w:t>
      </w:r>
      <w:proofErr w:type="spellEnd"/>
      <w:r w:rsidRPr="00693F1B">
        <w:rPr>
          <w:rFonts w:cs="Times New Roman"/>
          <w:szCs w:val="24"/>
        </w:rPr>
        <w:t xml:space="preserve"> </w:t>
      </w:r>
      <w:proofErr w:type="spellStart"/>
      <w:r w:rsidRPr="00693F1B">
        <w:rPr>
          <w:rFonts w:cs="Times New Roman"/>
          <w:szCs w:val="24"/>
        </w:rPr>
        <w:t>este</w:t>
      </w:r>
      <w:proofErr w:type="spellEnd"/>
      <w:r w:rsidRPr="00693F1B">
        <w:rPr>
          <w:rFonts w:cs="Times New Roman"/>
          <w:szCs w:val="24"/>
        </w:rPr>
        <w:t xml:space="preserve"> </w:t>
      </w:r>
      <w:proofErr w:type="spellStart"/>
      <w:r w:rsidRPr="00693F1B">
        <w:rPr>
          <w:rFonts w:cs="Times New Roman"/>
          <w:szCs w:val="24"/>
        </w:rPr>
        <w:t>depășit</w:t>
      </w:r>
      <w:proofErr w:type="spellEnd"/>
      <w:r w:rsidRPr="00693F1B">
        <w:rPr>
          <w:rFonts w:cs="Times New Roman"/>
          <w:szCs w:val="24"/>
        </w:rPr>
        <w:t xml:space="preserve"> </w:t>
      </w:r>
      <w:proofErr w:type="spellStart"/>
      <w:r w:rsidRPr="00693F1B">
        <w:rPr>
          <w:rFonts w:cs="Times New Roman"/>
          <w:szCs w:val="24"/>
        </w:rPr>
        <w:t>acest</w:t>
      </w:r>
      <w:proofErr w:type="spellEnd"/>
      <w:r w:rsidRPr="00693F1B">
        <w:rPr>
          <w:rFonts w:cs="Times New Roman"/>
          <w:szCs w:val="24"/>
        </w:rPr>
        <w:t xml:space="preserve"> termen, </w:t>
      </w:r>
      <w:proofErr w:type="spellStart"/>
      <w:r w:rsidRPr="00693F1B">
        <w:rPr>
          <w:rFonts w:cs="Times New Roman"/>
          <w:szCs w:val="24"/>
        </w:rPr>
        <w:t>trebuie</w:t>
      </w:r>
      <w:proofErr w:type="spellEnd"/>
      <w:r w:rsidRPr="00693F1B">
        <w:rPr>
          <w:rFonts w:cs="Times New Roman"/>
          <w:szCs w:val="24"/>
        </w:rPr>
        <w:t xml:space="preserve"> </w:t>
      </w:r>
      <w:proofErr w:type="spellStart"/>
      <w:r w:rsidRPr="00693F1B">
        <w:rPr>
          <w:rFonts w:cs="Times New Roman"/>
          <w:szCs w:val="24"/>
        </w:rPr>
        <w:t>furnizate</w:t>
      </w:r>
      <w:proofErr w:type="spellEnd"/>
      <w:r w:rsidRPr="00693F1B">
        <w:rPr>
          <w:rFonts w:cs="Times New Roman"/>
          <w:szCs w:val="24"/>
        </w:rPr>
        <w:t xml:space="preserve"> motive </w:t>
      </w:r>
      <w:proofErr w:type="spellStart"/>
      <w:r w:rsidRPr="00693F1B">
        <w:rPr>
          <w:rFonts w:cs="Times New Roman"/>
          <w:szCs w:val="24"/>
        </w:rPr>
        <w:t>temeinice</w:t>
      </w:r>
      <w:proofErr w:type="spellEnd"/>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întârziere</w:t>
      </w:r>
      <w:proofErr w:type="spellEnd"/>
      <w:r w:rsidRPr="00693F1B">
        <w:rPr>
          <w:rFonts w:cs="Times New Roman"/>
          <w:szCs w:val="24"/>
        </w:rPr>
        <w:t>.</w:t>
      </w:r>
    </w:p>
    <w:p w14:paraId="15F5A072" w14:textId="77777777" w:rsidR="006D4E92" w:rsidRPr="00693F1B" w:rsidRDefault="00000000">
      <w:pPr>
        <w:jc w:val="both"/>
        <w:rPr>
          <w:rFonts w:cs="Times New Roman"/>
          <w:b/>
          <w:bCs/>
          <w:szCs w:val="24"/>
        </w:rPr>
      </w:pPr>
      <w:r w:rsidRPr="00693F1B">
        <w:rPr>
          <w:rFonts w:cs="Times New Roman"/>
          <w:b/>
          <w:bCs/>
          <w:szCs w:val="24"/>
        </w:rPr>
        <w:t xml:space="preserve">3.8. </w:t>
      </w:r>
      <w:proofErr w:type="spellStart"/>
      <w:r w:rsidRPr="00693F1B">
        <w:rPr>
          <w:rFonts w:cs="Times New Roman"/>
          <w:b/>
          <w:bCs/>
          <w:szCs w:val="24"/>
        </w:rPr>
        <w:t>Persoanele</w:t>
      </w:r>
      <w:proofErr w:type="spellEnd"/>
      <w:r w:rsidRPr="00693F1B">
        <w:rPr>
          <w:rFonts w:cs="Times New Roman"/>
          <w:b/>
          <w:bCs/>
          <w:szCs w:val="24"/>
        </w:rPr>
        <w:t xml:space="preserve"> </w:t>
      </w:r>
      <w:proofErr w:type="spellStart"/>
      <w:r w:rsidRPr="00693F1B">
        <w:rPr>
          <w:rFonts w:cs="Times New Roman"/>
          <w:b/>
          <w:bCs/>
          <w:szCs w:val="24"/>
        </w:rPr>
        <w:t>împuternicite</w:t>
      </w:r>
      <w:proofErr w:type="spellEnd"/>
      <w:r w:rsidRPr="00693F1B">
        <w:rPr>
          <w:rFonts w:cs="Times New Roman"/>
          <w:b/>
          <w:bCs/>
          <w:szCs w:val="24"/>
        </w:rPr>
        <w:t xml:space="preserve"> de operator</w:t>
      </w:r>
    </w:p>
    <w:p w14:paraId="0B18EA51" w14:textId="77777777" w:rsidR="006D4E92" w:rsidRDefault="00000000">
      <w:pPr>
        <w:jc w:val="both"/>
      </w:pPr>
      <w:proofErr w:type="spellStart"/>
      <w:r w:rsidRPr="00693F1B">
        <w:rPr>
          <w:rFonts w:cs="Times New Roman"/>
          <w:szCs w:val="24"/>
        </w:rPr>
        <w:t>Dacă</w:t>
      </w:r>
      <w:proofErr w:type="spellEnd"/>
      <w:r w:rsidRPr="00693F1B">
        <w:rPr>
          <w:rFonts w:cs="Times New Roman"/>
          <w:szCs w:val="24"/>
        </w:rPr>
        <w:t xml:space="preserve"> </w:t>
      </w:r>
      <w:proofErr w:type="spellStart"/>
      <w:r w:rsidRPr="00693F1B">
        <w:rPr>
          <w:rFonts w:cs="Times New Roman"/>
          <w:b/>
          <w:bCs/>
          <w:szCs w:val="24"/>
        </w:rPr>
        <w:t>Primăria</w:t>
      </w:r>
      <w:proofErr w:type="spellEnd"/>
      <w:r w:rsidRPr="00693F1B">
        <w:rPr>
          <w:rFonts w:cs="Times New Roman"/>
          <w:b/>
          <w:bCs/>
          <w:szCs w:val="24"/>
        </w:rPr>
        <w:t xml:space="preserve"> </w:t>
      </w:r>
      <w:proofErr w:type="spellStart"/>
      <w:r>
        <w:rPr>
          <w:rFonts w:cs="Times New Roman"/>
          <w:b/>
          <w:bCs/>
          <w:szCs w:val="24"/>
        </w:rPr>
        <w:t>Satului</w:t>
      </w:r>
      <w:proofErr w:type="spellEnd"/>
      <w:r>
        <w:rPr>
          <w:rFonts w:cs="Times New Roman"/>
          <w:b/>
          <w:bCs/>
          <w:szCs w:val="24"/>
        </w:rPr>
        <w:t xml:space="preserve"> </w:t>
      </w:r>
      <w:proofErr w:type="spellStart"/>
      <w:r>
        <w:rPr>
          <w:rFonts w:cs="Times New Roman"/>
          <w:b/>
          <w:bCs/>
          <w:szCs w:val="24"/>
        </w:rPr>
        <w:t>Mereni</w:t>
      </w:r>
      <w:proofErr w:type="spellEnd"/>
      <w:r w:rsidRPr="00693F1B">
        <w:rPr>
          <w:rFonts w:cs="Times New Roman"/>
          <w:szCs w:val="24"/>
        </w:rPr>
        <w:t xml:space="preserve"> </w:t>
      </w:r>
      <w:proofErr w:type="spellStart"/>
      <w:r w:rsidRPr="00693F1B">
        <w:rPr>
          <w:rFonts w:cs="Times New Roman"/>
          <w:szCs w:val="24"/>
        </w:rPr>
        <w:t>utilizează</w:t>
      </w:r>
      <w:proofErr w:type="spellEnd"/>
      <w:r w:rsidRPr="00693F1B">
        <w:rPr>
          <w:rFonts w:cs="Times New Roman"/>
          <w:szCs w:val="24"/>
        </w:rPr>
        <w:t xml:space="preserve"> </w:t>
      </w:r>
      <w:proofErr w:type="spellStart"/>
      <w:r w:rsidRPr="00693F1B">
        <w:rPr>
          <w:rFonts w:cs="Times New Roman"/>
          <w:szCs w:val="24"/>
        </w:rPr>
        <w:t>una</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mai</w:t>
      </w:r>
      <w:proofErr w:type="spellEnd"/>
      <w:r w:rsidRPr="00693F1B">
        <w:rPr>
          <w:rFonts w:cs="Times New Roman"/>
          <w:szCs w:val="24"/>
        </w:rPr>
        <w:t xml:space="preserve"> </w:t>
      </w:r>
      <w:proofErr w:type="spellStart"/>
      <w:r w:rsidRPr="00693F1B">
        <w:rPr>
          <w:rFonts w:cs="Times New Roman"/>
          <w:szCs w:val="24"/>
        </w:rPr>
        <w:t>multe</w:t>
      </w:r>
      <w:proofErr w:type="spellEnd"/>
      <w:r w:rsidRPr="00693F1B">
        <w:rPr>
          <w:rFonts w:cs="Times New Roman"/>
          <w:szCs w:val="24"/>
        </w:rPr>
        <w:t xml:space="preserve"> </w:t>
      </w:r>
      <w:proofErr w:type="spellStart"/>
      <w:r w:rsidRPr="00693F1B">
        <w:rPr>
          <w:rFonts w:cs="Times New Roman"/>
          <w:szCs w:val="24"/>
        </w:rPr>
        <w:t>persoane</w:t>
      </w:r>
      <w:proofErr w:type="spellEnd"/>
      <w:r w:rsidRPr="00693F1B">
        <w:rPr>
          <w:rFonts w:cs="Times New Roman"/>
          <w:szCs w:val="24"/>
        </w:rPr>
        <w:t xml:space="preserve"> </w:t>
      </w:r>
      <w:proofErr w:type="spellStart"/>
      <w:r w:rsidRPr="00693F1B">
        <w:rPr>
          <w:rFonts w:cs="Times New Roman"/>
          <w:szCs w:val="24"/>
        </w:rPr>
        <w:t>împuternicite</w:t>
      </w:r>
      <w:proofErr w:type="spellEnd"/>
      <w:r w:rsidRPr="00693F1B">
        <w:rPr>
          <w:rFonts w:cs="Times New Roman"/>
          <w:szCs w:val="24"/>
        </w:rPr>
        <w:t xml:space="preserve"> (ex: </w:t>
      </w:r>
      <w:proofErr w:type="spellStart"/>
      <w:r w:rsidRPr="00693F1B">
        <w:rPr>
          <w:rFonts w:cs="Times New Roman"/>
          <w:szCs w:val="24"/>
        </w:rPr>
        <w:t>furnizori</w:t>
      </w:r>
      <w:proofErr w:type="spellEnd"/>
      <w:r w:rsidRPr="00693F1B">
        <w:rPr>
          <w:rFonts w:cs="Times New Roman"/>
          <w:szCs w:val="24"/>
        </w:rPr>
        <w:t xml:space="preserve"> </w:t>
      </w:r>
      <w:proofErr w:type="spellStart"/>
      <w:r w:rsidRPr="00693F1B">
        <w:rPr>
          <w:rFonts w:cs="Times New Roman"/>
          <w:szCs w:val="24"/>
        </w:rPr>
        <w:t>externi</w:t>
      </w:r>
      <w:proofErr w:type="spellEnd"/>
      <w:r w:rsidRPr="00693F1B">
        <w:rPr>
          <w:rFonts w:cs="Times New Roman"/>
          <w:szCs w:val="24"/>
        </w:rPr>
        <w:t xml:space="preserve"> de </w:t>
      </w:r>
      <w:proofErr w:type="spellStart"/>
      <w:r w:rsidRPr="00693F1B">
        <w:rPr>
          <w:rFonts w:cs="Times New Roman"/>
          <w:szCs w:val="24"/>
        </w:rPr>
        <w:t>servicii</w:t>
      </w:r>
      <w:proofErr w:type="spellEnd"/>
      <w:r w:rsidRPr="00693F1B">
        <w:rPr>
          <w:rFonts w:cs="Times New Roman"/>
          <w:szCs w:val="24"/>
        </w:rPr>
        <w:t xml:space="preserve"> IT, </w:t>
      </w:r>
      <w:proofErr w:type="spellStart"/>
      <w:r w:rsidRPr="00693F1B">
        <w:rPr>
          <w:rFonts w:cs="Times New Roman"/>
          <w:szCs w:val="24"/>
        </w:rPr>
        <w:t>mentenanță</w:t>
      </w:r>
      <w:proofErr w:type="spellEnd"/>
      <w:r w:rsidRPr="00693F1B">
        <w:rPr>
          <w:rFonts w:cs="Times New Roman"/>
          <w:szCs w:val="24"/>
        </w:rPr>
        <w:t xml:space="preserve"> soft local, hosting site web), </w:t>
      </w:r>
      <w:proofErr w:type="spellStart"/>
      <w:r w:rsidRPr="00693F1B">
        <w:rPr>
          <w:rFonts w:cs="Times New Roman"/>
          <w:szCs w:val="24"/>
        </w:rPr>
        <w:t>iar</w:t>
      </w:r>
      <w:proofErr w:type="spellEnd"/>
      <w:r w:rsidRPr="00693F1B">
        <w:rPr>
          <w:rFonts w:cs="Times New Roman"/>
          <w:szCs w:val="24"/>
        </w:rPr>
        <w:t xml:space="preserve"> </w:t>
      </w:r>
      <w:proofErr w:type="spellStart"/>
      <w:r w:rsidRPr="00693F1B">
        <w:rPr>
          <w:rFonts w:cs="Times New Roman"/>
          <w:szCs w:val="24"/>
        </w:rPr>
        <w:t>acestea</w:t>
      </w:r>
      <w:proofErr w:type="spellEnd"/>
      <w:r w:rsidRPr="00693F1B">
        <w:rPr>
          <w:rFonts w:cs="Times New Roman"/>
          <w:szCs w:val="24"/>
        </w:rPr>
        <w:t xml:space="preserve"> </w:t>
      </w:r>
      <w:proofErr w:type="spellStart"/>
      <w:r w:rsidRPr="00693F1B">
        <w:rPr>
          <w:rFonts w:cs="Times New Roman"/>
          <w:szCs w:val="24"/>
        </w:rPr>
        <w:t>suferă</w:t>
      </w:r>
      <w:proofErr w:type="spellEnd"/>
      <w:r w:rsidRPr="00693F1B">
        <w:rPr>
          <w:rFonts w:cs="Times New Roman"/>
          <w:szCs w:val="24"/>
        </w:rPr>
        <w:t xml:space="preserve"> o </w:t>
      </w:r>
      <w:proofErr w:type="spellStart"/>
      <w:r w:rsidRPr="00693F1B">
        <w:rPr>
          <w:rFonts w:cs="Times New Roman"/>
          <w:szCs w:val="24"/>
        </w:rPr>
        <w:t>încălcare</w:t>
      </w:r>
      <w:proofErr w:type="spellEnd"/>
      <w:r w:rsidRPr="00693F1B">
        <w:rPr>
          <w:rFonts w:cs="Times New Roman"/>
          <w:szCs w:val="24"/>
        </w:rPr>
        <w:t xml:space="preserve"> de </w:t>
      </w:r>
      <w:proofErr w:type="spellStart"/>
      <w:r w:rsidRPr="00693F1B">
        <w:rPr>
          <w:rFonts w:cs="Times New Roman"/>
          <w:szCs w:val="24"/>
        </w:rPr>
        <w:t>securitate</w:t>
      </w:r>
      <w:proofErr w:type="spellEnd"/>
      <w:r w:rsidRPr="00693F1B">
        <w:rPr>
          <w:rFonts w:cs="Times New Roman"/>
          <w:szCs w:val="24"/>
        </w:rPr>
        <w:t xml:space="preserve"> pe </w:t>
      </w:r>
      <w:proofErr w:type="spellStart"/>
      <w:r w:rsidRPr="00693F1B">
        <w:rPr>
          <w:rFonts w:cs="Times New Roman"/>
          <w:szCs w:val="24"/>
        </w:rPr>
        <w:t>serverele</w:t>
      </w:r>
      <w:proofErr w:type="spellEnd"/>
      <w:r w:rsidRPr="00693F1B">
        <w:rPr>
          <w:rFonts w:cs="Times New Roman"/>
          <w:szCs w:val="24"/>
        </w:rPr>
        <w:t xml:space="preserve"> lor, </w:t>
      </w:r>
      <w:proofErr w:type="spellStart"/>
      <w:r w:rsidRPr="00693F1B">
        <w:rPr>
          <w:rFonts w:cs="Times New Roman"/>
          <w:szCs w:val="24"/>
        </w:rPr>
        <w:t>vor</w:t>
      </w:r>
      <w:proofErr w:type="spellEnd"/>
      <w:r w:rsidRPr="00693F1B">
        <w:rPr>
          <w:rFonts w:cs="Times New Roman"/>
          <w:szCs w:val="24"/>
        </w:rPr>
        <w:t xml:space="preserve"> </w:t>
      </w:r>
      <w:proofErr w:type="spellStart"/>
      <w:r w:rsidRPr="00693F1B">
        <w:rPr>
          <w:rFonts w:cs="Times New Roman"/>
          <w:szCs w:val="24"/>
        </w:rPr>
        <w:t>trebui</w:t>
      </w:r>
      <w:proofErr w:type="spellEnd"/>
      <w:r w:rsidRPr="00693F1B">
        <w:rPr>
          <w:rFonts w:cs="Times New Roman"/>
          <w:szCs w:val="24"/>
        </w:rPr>
        <w:t xml:space="preserve"> </w:t>
      </w:r>
      <w:proofErr w:type="spellStart"/>
      <w:r w:rsidRPr="00693F1B">
        <w:rPr>
          <w:rFonts w:cs="Times New Roman"/>
          <w:szCs w:val="24"/>
        </w:rPr>
        <w:t>să</w:t>
      </w:r>
      <w:proofErr w:type="spellEnd"/>
      <w:r w:rsidRPr="00693F1B">
        <w:rPr>
          <w:rFonts w:cs="Times New Roman"/>
          <w:szCs w:val="24"/>
        </w:rPr>
        <w:t xml:space="preserve"> </w:t>
      </w:r>
      <w:proofErr w:type="spellStart"/>
      <w:r w:rsidRPr="00693F1B">
        <w:rPr>
          <w:rFonts w:cs="Times New Roman"/>
          <w:szCs w:val="24"/>
        </w:rPr>
        <w:t>informeze</w:t>
      </w:r>
      <w:proofErr w:type="spellEnd"/>
      <w:r w:rsidRPr="00693F1B">
        <w:rPr>
          <w:rFonts w:cs="Times New Roman"/>
          <w:szCs w:val="24"/>
        </w:rPr>
        <w:t xml:space="preserve"> </w:t>
      </w:r>
      <w:proofErr w:type="spellStart"/>
      <w:r w:rsidRPr="00693F1B">
        <w:rPr>
          <w:rFonts w:cs="Times New Roman"/>
          <w:szCs w:val="24"/>
        </w:rPr>
        <w:t>operatorul</w:t>
      </w:r>
      <w:proofErr w:type="spellEnd"/>
      <w:r w:rsidRPr="00693F1B">
        <w:rPr>
          <w:rFonts w:cs="Times New Roman"/>
          <w:szCs w:val="24"/>
        </w:rPr>
        <w:t xml:space="preserve"> public (</w:t>
      </w:r>
      <w:proofErr w:type="spellStart"/>
      <w:r w:rsidRPr="00693F1B">
        <w:rPr>
          <w:rFonts w:cs="Times New Roman"/>
          <w:szCs w:val="24"/>
        </w:rPr>
        <w:t>Primăria</w:t>
      </w:r>
      <w:proofErr w:type="spellEnd"/>
      <w:r w:rsidRPr="00693F1B">
        <w:rPr>
          <w:rFonts w:cs="Times New Roman"/>
          <w:szCs w:val="24"/>
        </w:rPr>
        <w:t xml:space="preserve">) </w:t>
      </w:r>
      <w:proofErr w:type="spellStart"/>
      <w:r w:rsidRPr="00693F1B">
        <w:rPr>
          <w:rFonts w:cs="Times New Roman"/>
          <w:szCs w:val="24"/>
        </w:rPr>
        <w:t>fără</w:t>
      </w:r>
      <w:proofErr w:type="spellEnd"/>
      <w:r w:rsidRPr="00693F1B">
        <w:rPr>
          <w:rFonts w:cs="Times New Roman"/>
          <w:szCs w:val="24"/>
        </w:rPr>
        <w:t xml:space="preserve"> </w:t>
      </w:r>
      <w:proofErr w:type="spellStart"/>
      <w:r w:rsidRPr="00693F1B">
        <w:rPr>
          <w:rFonts w:cs="Times New Roman"/>
          <w:szCs w:val="24"/>
        </w:rPr>
        <w:t>întârzieri</w:t>
      </w:r>
      <w:proofErr w:type="spellEnd"/>
      <w:r w:rsidRPr="00693F1B">
        <w:rPr>
          <w:rFonts w:cs="Times New Roman"/>
          <w:szCs w:val="24"/>
        </w:rPr>
        <w:t xml:space="preserve"> </w:t>
      </w:r>
      <w:proofErr w:type="spellStart"/>
      <w:r w:rsidRPr="00693F1B">
        <w:rPr>
          <w:rFonts w:cs="Times New Roman"/>
          <w:szCs w:val="24"/>
        </w:rPr>
        <w:t>nejustificate</w:t>
      </w:r>
      <w:proofErr w:type="spellEnd"/>
      <w:r w:rsidRPr="00693F1B">
        <w:rPr>
          <w:rFonts w:cs="Times New Roman"/>
          <w:szCs w:val="24"/>
        </w:rPr>
        <w:t xml:space="preserve">, de </w:t>
      </w:r>
      <w:proofErr w:type="spellStart"/>
      <w:r w:rsidRPr="00693F1B">
        <w:rPr>
          <w:rFonts w:cs="Times New Roman"/>
          <w:szCs w:val="24"/>
        </w:rPr>
        <w:t>îndată</w:t>
      </w:r>
      <w:proofErr w:type="spellEnd"/>
      <w:r w:rsidRPr="00693F1B">
        <w:rPr>
          <w:rFonts w:cs="Times New Roman"/>
          <w:szCs w:val="24"/>
        </w:rPr>
        <w:t xml:space="preserve"> </w:t>
      </w:r>
      <w:proofErr w:type="spellStart"/>
      <w:r w:rsidRPr="00693F1B">
        <w:rPr>
          <w:rFonts w:cs="Times New Roman"/>
          <w:szCs w:val="24"/>
        </w:rPr>
        <w:t>ce</w:t>
      </w:r>
      <w:proofErr w:type="spellEnd"/>
      <w:r w:rsidRPr="00693F1B">
        <w:rPr>
          <w:rFonts w:cs="Times New Roman"/>
          <w:szCs w:val="24"/>
        </w:rPr>
        <w:t xml:space="preserve"> </w:t>
      </w:r>
      <w:proofErr w:type="spellStart"/>
      <w:r w:rsidRPr="00693F1B">
        <w:rPr>
          <w:rFonts w:cs="Times New Roman"/>
          <w:szCs w:val="24"/>
        </w:rPr>
        <w:t>constată</w:t>
      </w:r>
      <w:proofErr w:type="spellEnd"/>
      <w:r w:rsidRPr="00693F1B">
        <w:rPr>
          <w:rFonts w:cs="Times New Roman"/>
          <w:szCs w:val="24"/>
        </w:rPr>
        <w:t xml:space="preserve"> </w:t>
      </w:r>
      <w:proofErr w:type="spellStart"/>
      <w:r w:rsidRPr="00693F1B">
        <w:rPr>
          <w:rFonts w:cs="Times New Roman"/>
          <w:szCs w:val="24"/>
        </w:rPr>
        <w:t>încălcarea</w:t>
      </w:r>
      <w:proofErr w:type="spellEnd"/>
      <w:r w:rsidRPr="00693F1B">
        <w:rPr>
          <w:rFonts w:cs="Times New Roman"/>
          <w:szCs w:val="24"/>
        </w:rPr>
        <w:t xml:space="preserve">. </w:t>
      </w:r>
      <w:proofErr w:type="spellStart"/>
      <w:r w:rsidRPr="00693F1B">
        <w:rPr>
          <w:rFonts w:cs="Times New Roman"/>
          <w:szCs w:val="24"/>
        </w:rPr>
        <w:t>Această</w:t>
      </w:r>
      <w:proofErr w:type="spellEnd"/>
      <w:r w:rsidRPr="00693F1B">
        <w:rPr>
          <w:rFonts w:cs="Times New Roman"/>
          <w:szCs w:val="24"/>
        </w:rPr>
        <w:t xml:space="preserve"> </w:t>
      </w:r>
      <w:proofErr w:type="spellStart"/>
      <w:r w:rsidRPr="00693F1B">
        <w:rPr>
          <w:rFonts w:cs="Times New Roman"/>
          <w:szCs w:val="24"/>
        </w:rPr>
        <w:t>notificare</w:t>
      </w:r>
      <w:proofErr w:type="spellEnd"/>
      <w:r w:rsidRPr="00693F1B">
        <w:rPr>
          <w:rFonts w:cs="Times New Roman"/>
          <w:szCs w:val="24"/>
        </w:rPr>
        <w:t xml:space="preserve"> </w:t>
      </w:r>
      <w:proofErr w:type="spellStart"/>
      <w:r w:rsidRPr="00693F1B">
        <w:rPr>
          <w:rFonts w:cs="Times New Roman"/>
          <w:szCs w:val="24"/>
        </w:rPr>
        <w:t>este</w:t>
      </w:r>
      <w:proofErr w:type="spellEnd"/>
      <w:r w:rsidRPr="00693F1B">
        <w:rPr>
          <w:rFonts w:cs="Times New Roman"/>
          <w:szCs w:val="24"/>
        </w:rPr>
        <w:t xml:space="preserve"> </w:t>
      </w:r>
      <w:proofErr w:type="spellStart"/>
      <w:r w:rsidRPr="00693F1B">
        <w:rPr>
          <w:rFonts w:cs="Times New Roman"/>
          <w:szCs w:val="24"/>
        </w:rPr>
        <w:t>obligatorie</w:t>
      </w:r>
      <w:proofErr w:type="spellEnd"/>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a </w:t>
      </w:r>
      <w:proofErr w:type="spellStart"/>
      <w:r w:rsidRPr="00693F1B">
        <w:rPr>
          <w:rFonts w:cs="Times New Roman"/>
          <w:szCs w:val="24"/>
        </w:rPr>
        <w:t>permite</w:t>
      </w:r>
      <w:proofErr w:type="spellEnd"/>
      <w:r w:rsidRPr="00693F1B">
        <w:rPr>
          <w:rFonts w:cs="Times New Roman"/>
          <w:szCs w:val="24"/>
        </w:rPr>
        <w:t xml:space="preserve"> </w:t>
      </w:r>
      <w:proofErr w:type="spellStart"/>
      <w:r w:rsidRPr="00693F1B">
        <w:rPr>
          <w:rFonts w:cs="Times New Roman"/>
          <w:szCs w:val="24"/>
        </w:rPr>
        <w:t>instituției</w:t>
      </w:r>
      <w:proofErr w:type="spellEnd"/>
      <w:r w:rsidRPr="00693F1B">
        <w:rPr>
          <w:rFonts w:cs="Times New Roman"/>
          <w:szCs w:val="24"/>
        </w:rPr>
        <w:t xml:space="preserve"> </w:t>
      </w:r>
      <w:proofErr w:type="spellStart"/>
      <w:r w:rsidRPr="00693F1B">
        <w:rPr>
          <w:rFonts w:cs="Times New Roman"/>
          <w:szCs w:val="24"/>
        </w:rPr>
        <w:t>să</w:t>
      </w:r>
      <w:proofErr w:type="spellEnd"/>
      <w:r w:rsidRPr="00693F1B">
        <w:rPr>
          <w:rFonts w:cs="Times New Roman"/>
          <w:szCs w:val="24"/>
        </w:rPr>
        <w:t xml:space="preserve"> </w:t>
      </w:r>
      <w:proofErr w:type="spellStart"/>
      <w:r w:rsidRPr="00693F1B">
        <w:rPr>
          <w:rFonts w:cs="Times New Roman"/>
          <w:szCs w:val="24"/>
        </w:rPr>
        <w:t>ia</w:t>
      </w:r>
      <w:proofErr w:type="spellEnd"/>
      <w:r w:rsidRPr="00693F1B">
        <w:rPr>
          <w:rFonts w:cs="Times New Roman"/>
          <w:szCs w:val="24"/>
        </w:rPr>
        <w:t xml:space="preserve"> </w:t>
      </w:r>
      <w:proofErr w:type="spellStart"/>
      <w:r w:rsidRPr="00693F1B">
        <w:rPr>
          <w:rFonts w:cs="Times New Roman"/>
          <w:szCs w:val="24"/>
        </w:rPr>
        <w:t>măsuri</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vederea</w:t>
      </w:r>
      <w:proofErr w:type="spellEnd"/>
      <w:r w:rsidRPr="00693F1B">
        <w:rPr>
          <w:rFonts w:cs="Times New Roman"/>
          <w:szCs w:val="24"/>
        </w:rPr>
        <w:t xml:space="preserve"> </w:t>
      </w:r>
      <w:proofErr w:type="spellStart"/>
      <w:r w:rsidRPr="00693F1B">
        <w:rPr>
          <w:rFonts w:cs="Times New Roman"/>
          <w:szCs w:val="24"/>
        </w:rPr>
        <w:t>tratării</w:t>
      </w:r>
      <w:proofErr w:type="spellEnd"/>
      <w:r w:rsidRPr="00693F1B">
        <w:rPr>
          <w:rFonts w:cs="Times New Roman"/>
          <w:szCs w:val="24"/>
        </w:rPr>
        <w:t xml:space="preserve"> </w:t>
      </w:r>
      <w:proofErr w:type="spellStart"/>
      <w:r w:rsidRPr="00693F1B">
        <w:rPr>
          <w:rFonts w:cs="Times New Roman"/>
          <w:szCs w:val="24"/>
        </w:rPr>
        <w:t>încălcării</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a-</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îndeplini</w:t>
      </w:r>
      <w:proofErr w:type="spellEnd"/>
      <w:r w:rsidRPr="00693F1B">
        <w:rPr>
          <w:rFonts w:cs="Times New Roman"/>
          <w:szCs w:val="24"/>
        </w:rPr>
        <w:t xml:space="preserve"> </w:t>
      </w:r>
      <w:proofErr w:type="spellStart"/>
      <w:r w:rsidRPr="00693F1B">
        <w:rPr>
          <w:rFonts w:cs="Times New Roman"/>
          <w:szCs w:val="24"/>
        </w:rPr>
        <w:t>obligațiile</w:t>
      </w:r>
      <w:proofErr w:type="spellEnd"/>
      <w:r w:rsidRPr="00693F1B">
        <w:rPr>
          <w:rFonts w:cs="Times New Roman"/>
          <w:szCs w:val="24"/>
        </w:rPr>
        <w:t xml:space="preserve"> de </w:t>
      </w:r>
      <w:proofErr w:type="spellStart"/>
      <w:r w:rsidRPr="00693F1B">
        <w:rPr>
          <w:rFonts w:cs="Times New Roman"/>
          <w:szCs w:val="24"/>
        </w:rPr>
        <w:t>raportare</w:t>
      </w:r>
      <w:proofErr w:type="spellEnd"/>
      <w:r w:rsidRPr="00693F1B">
        <w:rPr>
          <w:rFonts w:cs="Times New Roman"/>
          <w:szCs w:val="24"/>
        </w:rPr>
        <w:t xml:space="preserve"> conform </w:t>
      </w:r>
      <w:proofErr w:type="spellStart"/>
      <w:r w:rsidRPr="00693F1B">
        <w:rPr>
          <w:rFonts w:cs="Times New Roman"/>
          <w:szCs w:val="24"/>
        </w:rPr>
        <w:t>Legii</w:t>
      </w:r>
      <w:proofErr w:type="spellEnd"/>
      <w:r w:rsidRPr="00693F1B">
        <w:rPr>
          <w:rFonts w:cs="Times New Roman"/>
          <w:szCs w:val="24"/>
        </w:rPr>
        <w:t xml:space="preserve"> nr. 195/2024. </w:t>
      </w:r>
      <w:proofErr w:type="spellStart"/>
      <w:r w:rsidRPr="00693F1B">
        <w:rPr>
          <w:rFonts w:cs="Times New Roman"/>
          <w:szCs w:val="24"/>
        </w:rPr>
        <w:t>Cerințele</w:t>
      </w:r>
      <w:proofErr w:type="spellEnd"/>
      <w:r w:rsidRPr="00693F1B">
        <w:rPr>
          <w:rFonts w:cs="Times New Roman"/>
          <w:szCs w:val="24"/>
        </w:rPr>
        <w:t xml:space="preserve"> </w:t>
      </w:r>
      <w:proofErr w:type="spellStart"/>
      <w:r w:rsidRPr="00693F1B">
        <w:rPr>
          <w:rFonts w:cs="Times New Roman"/>
          <w:szCs w:val="24"/>
        </w:rPr>
        <w:t>privind</w:t>
      </w:r>
      <w:proofErr w:type="spellEnd"/>
      <w:r w:rsidRPr="00693F1B">
        <w:rPr>
          <w:rFonts w:cs="Times New Roman"/>
          <w:szCs w:val="24"/>
        </w:rPr>
        <w:t xml:space="preserve"> </w:t>
      </w:r>
      <w:proofErr w:type="spellStart"/>
      <w:r w:rsidRPr="00693F1B">
        <w:rPr>
          <w:rFonts w:cs="Times New Roman"/>
          <w:szCs w:val="24"/>
        </w:rPr>
        <w:t>raportarea</w:t>
      </w:r>
      <w:proofErr w:type="spellEnd"/>
      <w:r w:rsidRPr="00693F1B">
        <w:rPr>
          <w:rFonts w:cs="Times New Roman"/>
          <w:szCs w:val="24"/>
        </w:rPr>
        <w:t xml:space="preserve"> </w:t>
      </w:r>
      <w:proofErr w:type="spellStart"/>
      <w:r w:rsidRPr="00693F1B">
        <w:rPr>
          <w:rFonts w:cs="Times New Roman"/>
          <w:szCs w:val="24"/>
        </w:rPr>
        <w:t>încălcărilor</w:t>
      </w:r>
      <w:proofErr w:type="spellEnd"/>
      <w:r w:rsidRPr="00693F1B">
        <w:rPr>
          <w:rFonts w:cs="Times New Roman"/>
          <w:szCs w:val="24"/>
        </w:rPr>
        <w:t xml:space="preserve"> </w:t>
      </w:r>
      <w:proofErr w:type="spellStart"/>
      <w:r w:rsidRPr="00693F1B">
        <w:rPr>
          <w:rFonts w:cs="Times New Roman"/>
          <w:szCs w:val="24"/>
        </w:rPr>
        <w:t>trebuie</w:t>
      </w:r>
      <w:proofErr w:type="spellEnd"/>
      <w:r w:rsidRPr="00693F1B">
        <w:rPr>
          <w:rFonts w:cs="Times New Roman"/>
          <w:szCs w:val="24"/>
        </w:rPr>
        <w:t xml:space="preserve"> </w:t>
      </w:r>
      <w:proofErr w:type="spellStart"/>
      <w:r w:rsidRPr="00693F1B">
        <w:rPr>
          <w:rFonts w:cs="Times New Roman"/>
          <w:szCs w:val="24"/>
        </w:rPr>
        <w:t>să</w:t>
      </w:r>
      <w:proofErr w:type="spellEnd"/>
      <w:r w:rsidRPr="00693F1B">
        <w:rPr>
          <w:rFonts w:cs="Times New Roman"/>
          <w:szCs w:val="24"/>
        </w:rPr>
        <w:t xml:space="preserve"> fie </w:t>
      </w:r>
      <w:proofErr w:type="spellStart"/>
      <w:r w:rsidRPr="00693F1B">
        <w:rPr>
          <w:rFonts w:cs="Times New Roman"/>
          <w:szCs w:val="24"/>
        </w:rPr>
        <w:t>detaliate</w:t>
      </w:r>
      <w:proofErr w:type="spellEnd"/>
      <w:r w:rsidRPr="00693F1B">
        <w:rPr>
          <w:rFonts w:cs="Times New Roman"/>
          <w:szCs w:val="24"/>
        </w:rPr>
        <w:t xml:space="preserve"> </w:t>
      </w:r>
      <w:proofErr w:type="spellStart"/>
      <w:r w:rsidRPr="00693F1B">
        <w:rPr>
          <w:rFonts w:cs="Times New Roman"/>
          <w:szCs w:val="24"/>
        </w:rPr>
        <w:t>obligatoriu</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contractul</w:t>
      </w:r>
      <w:proofErr w:type="spellEnd"/>
      <w:r w:rsidRPr="00693F1B">
        <w:rPr>
          <w:rFonts w:cs="Times New Roman"/>
          <w:szCs w:val="24"/>
        </w:rPr>
        <w:t xml:space="preserve"> de </w:t>
      </w:r>
      <w:proofErr w:type="spellStart"/>
      <w:r w:rsidRPr="00693F1B">
        <w:rPr>
          <w:rFonts w:cs="Times New Roman"/>
          <w:szCs w:val="24"/>
        </w:rPr>
        <w:t>achiziție</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acordul</w:t>
      </w:r>
      <w:proofErr w:type="spellEnd"/>
      <w:r w:rsidRPr="00693F1B">
        <w:rPr>
          <w:rFonts w:cs="Times New Roman"/>
          <w:szCs w:val="24"/>
        </w:rPr>
        <w:t xml:space="preserve"> de </w:t>
      </w:r>
      <w:proofErr w:type="spellStart"/>
      <w:r w:rsidRPr="00693F1B">
        <w:rPr>
          <w:rFonts w:cs="Times New Roman"/>
          <w:szCs w:val="24"/>
        </w:rPr>
        <w:t>prelucrare</w:t>
      </w:r>
      <w:proofErr w:type="spellEnd"/>
      <w:r w:rsidRPr="00693F1B">
        <w:rPr>
          <w:rFonts w:cs="Times New Roman"/>
          <w:szCs w:val="24"/>
        </w:rPr>
        <w:t xml:space="preserve"> </w:t>
      </w:r>
      <w:proofErr w:type="spellStart"/>
      <w:r w:rsidRPr="00693F1B">
        <w:rPr>
          <w:rFonts w:cs="Times New Roman"/>
          <w:szCs w:val="24"/>
        </w:rPr>
        <w:t>încheiat</w:t>
      </w:r>
      <w:proofErr w:type="spellEnd"/>
      <w:r w:rsidRPr="00693F1B">
        <w:rPr>
          <w:rFonts w:cs="Times New Roman"/>
          <w:szCs w:val="24"/>
        </w:rPr>
        <w:t xml:space="preserve"> cu </w:t>
      </w:r>
      <w:proofErr w:type="spellStart"/>
      <w:r w:rsidRPr="00693F1B">
        <w:rPr>
          <w:rFonts w:cs="Times New Roman"/>
          <w:szCs w:val="24"/>
        </w:rPr>
        <w:t>persoana</w:t>
      </w:r>
      <w:proofErr w:type="spellEnd"/>
      <w:r w:rsidRPr="00693F1B">
        <w:rPr>
          <w:rFonts w:cs="Times New Roman"/>
          <w:szCs w:val="24"/>
        </w:rPr>
        <w:t xml:space="preserve"> </w:t>
      </w:r>
      <w:proofErr w:type="spellStart"/>
      <w:r w:rsidRPr="00693F1B">
        <w:rPr>
          <w:rFonts w:cs="Times New Roman"/>
          <w:szCs w:val="24"/>
        </w:rPr>
        <w:t>împuternicită</w:t>
      </w:r>
      <w:proofErr w:type="spellEnd"/>
      <w:r w:rsidRPr="00693F1B">
        <w:rPr>
          <w:rFonts w:cs="Times New Roman"/>
          <w:szCs w:val="24"/>
        </w:rPr>
        <w:t xml:space="preserve">, conform </w:t>
      </w:r>
      <w:proofErr w:type="spellStart"/>
      <w:r w:rsidRPr="00693F1B">
        <w:rPr>
          <w:rFonts w:cs="Times New Roman"/>
          <w:szCs w:val="24"/>
        </w:rPr>
        <w:t>prevederilor</w:t>
      </w:r>
      <w:proofErr w:type="spellEnd"/>
      <w:r w:rsidRPr="00693F1B">
        <w:rPr>
          <w:rFonts w:cs="Times New Roman"/>
          <w:szCs w:val="24"/>
        </w:rPr>
        <w:t xml:space="preserve"> </w:t>
      </w:r>
      <w:proofErr w:type="spellStart"/>
      <w:r w:rsidRPr="00693F1B">
        <w:rPr>
          <w:rFonts w:cs="Times New Roman"/>
          <w:szCs w:val="24"/>
        </w:rPr>
        <w:t>legale</w:t>
      </w:r>
      <w:proofErr w:type="spellEnd"/>
      <w:r w:rsidRPr="00693F1B">
        <w:rPr>
          <w:rFonts w:cs="Times New Roman"/>
          <w:szCs w:val="24"/>
        </w:rPr>
        <w:t>.</w:t>
      </w:r>
    </w:p>
    <w:p w14:paraId="55E1E20B" w14:textId="77777777" w:rsidR="006D4E92" w:rsidRPr="00693F1B" w:rsidRDefault="00000000">
      <w:pPr>
        <w:jc w:val="both"/>
        <w:rPr>
          <w:rFonts w:cs="Times New Roman"/>
          <w:b/>
          <w:bCs/>
          <w:szCs w:val="24"/>
        </w:rPr>
      </w:pPr>
      <w:r w:rsidRPr="00693F1B">
        <w:rPr>
          <w:rFonts w:cs="Times New Roman"/>
          <w:b/>
          <w:bCs/>
          <w:szCs w:val="24"/>
        </w:rPr>
        <w:t>3.9. Taxe</w:t>
      </w:r>
    </w:p>
    <w:p w14:paraId="55A997D0" w14:textId="77777777" w:rsidR="006D4E92" w:rsidRDefault="00000000">
      <w:pPr>
        <w:jc w:val="both"/>
      </w:pP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cadrul</w:t>
      </w:r>
      <w:proofErr w:type="spellEnd"/>
      <w:r w:rsidRPr="00693F1B">
        <w:rPr>
          <w:rFonts w:cs="Times New Roman"/>
          <w:szCs w:val="24"/>
        </w:rPr>
        <w:t xml:space="preserve"> </w:t>
      </w:r>
      <w:proofErr w:type="spellStart"/>
      <w:r w:rsidRPr="00693F1B">
        <w:rPr>
          <w:rFonts w:cs="Times New Roman"/>
          <w:b/>
          <w:bCs/>
          <w:szCs w:val="24"/>
        </w:rPr>
        <w:t>Primări</w:t>
      </w:r>
      <w:r>
        <w:rPr>
          <w:rFonts w:cs="Times New Roman"/>
          <w:b/>
          <w:bCs/>
          <w:szCs w:val="24"/>
        </w:rPr>
        <w:t>ei</w:t>
      </w:r>
      <w:proofErr w:type="spellEnd"/>
      <w:r w:rsidRPr="00693F1B">
        <w:rPr>
          <w:rFonts w:cs="Times New Roman"/>
          <w:b/>
          <w:bCs/>
          <w:szCs w:val="24"/>
        </w:rPr>
        <w:t xml:space="preserve"> </w:t>
      </w:r>
      <w:proofErr w:type="spellStart"/>
      <w:r>
        <w:rPr>
          <w:rFonts w:cs="Times New Roman"/>
          <w:b/>
          <w:bCs/>
          <w:szCs w:val="24"/>
        </w:rPr>
        <w:t>Satului</w:t>
      </w:r>
      <w:proofErr w:type="spellEnd"/>
      <w:r>
        <w:rPr>
          <w:rFonts w:cs="Times New Roman"/>
          <w:b/>
          <w:bCs/>
          <w:szCs w:val="24"/>
        </w:rPr>
        <w:t xml:space="preserve"> </w:t>
      </w:r>
      <w:proofErr w:type="spellStart"/>
      <w:r>
        <w:rPr>
          <w:rFonts w:cs="Times New Roman"/>
          <w:b/>
          <w:bCs/>
          <w:szCs w:val="24"/>
        </w:rPr>
        <w:t>Mereni</w:t>
      </w:r>
      <w:proofErr w:type="spellEnd"/>
      <w:r w:rsidRPr="00693F1B">
        <w:rPr>
          <w:rFonts w:cs="Times New Roman"/>
          <w:szCs w:val="24"/>
        </w:rPr>
        <w:t xml:space="preserve">, </w:t>
      </w:r>
      <w:proofErr w:type="spellStart"/>
      <w:r w:rsidRPr="00693F1B">
        <w:rPr>
          <w:rFonts w:cs="Times New Roman"/>
          <w:szCs w:val="24"/>
        </w:rPr>
        <w:t>informațiile</w:t>
      </w:r>
      <w:proofErr w:type="spellEnd"/>
      <w:r w:rsidRPr="00693F1B">
        <w:rPr>
          <w:rFonts w:cs="Times New Roman"/>
          <w:szCs w:val="24"/>
        </w:rPr>
        <w:t xml:space="preserve"> </w:t>
      </w:r>
      <w:proofErr w:type="spellStart"/>
      <w:r w:rsidRPr="00693F1B">
        <w:rPr>
          <w:rFonts w:cs="Times New Roman"/>
          <w:szCs w:val="24"/>
        </w:rPr>
        <w:t>furnizate</w:t>
      </w:r>
      <w:proofErr w:type="spellEnd"/>
      <w:r w:rsidRPr="00693F1B">
        <w:rPr>
          <w:rFonts w:cs="Times New Roman"/>
          <w:szCs w:val="24"/>
        </w:rPr>
        <w:t xml:space="preserve"> </w:t>
      </w:r>
      <w:proofErr w:type="spellStart"/>
      <w:r w:rsidRPr="00693F1B">
        <w:rPr>
          <w:rFonts w:cs="Times New Roman"/>
          <w:szCs w:val="24"/>
        </w:rPr>
        <w:t>persoanei</w:t>
      </w:r>
      <w:proofErr w:type="spellEnd"/>
      <w:r w:rsidRPr="00693F1B">
        <w:rPr>
          <w:rFonts w:cs="Times New Roman"/>
          <w:szCs w:val="24"/>
        </w:rPr>
        <w:t xml:space="preserve"> </w:t>
      </w:r>
      <w:proofErr w:type="spellStart"/>
      <w:r w:rsidRPr="00693F1B">
        <w:rPr>
          <w:rFonts w:cs="Times New Roman"/>
          <w:szCs w:val="24"/>
        </w:rPr>
        <w:t>vizate</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orice</w:t>
      </w:r>
      <w:proofErr w:type="spellEnd"/>
      <w:r w:rsidRPr="00693F1B">
        <w:rPr>
          <w:rFonts w:cs="Times New Roman"/>
          <w:szCs w:val="24"/>
        </w:rPr>
        <w:t xml:space="preserve"> </w:t>
      </w:r>
      <w:proofErr w:type="spellStart"/>
      <w:r w:rsidRPr="00693F1B">
        <w:rPr>
          <w:rFonts w:cs="Times New Roman"/>
          <w:szCs w:val="24"/>
        </w:rPr>
        <w:t>comunicare</w:t>
      </w:r>
      <w:proofErr w:type="spellEnd"/>
      <w:r w:rsidRPr="00693F1B">
        <w:rPr>
          <w:rFonts w:cs="Times New Roman"/>
          <w:szCs w:val="24"/>
        </w:rPr>
        <w:t xml:space="preserve"> </w:t>
      </w:r>
      <w:proofErr w:type="spellStart"/>
      <w:r w:rsidRPr="00693F1B">
        <w:rPr>
          <w:rFonts w:cs="Times New Roman"/>
          <w:szCs w:val="24"/>
        </w:rPr>
        <w:t>legată</w:t>
      </w:r>
      <w:proofErr w:type="spellEnd"/>
      <w:r w:rsidRPr="00693F1B">
        <w:rPr>
          <w:rFonts w:cs="Times New Roman"/>
          <w:szCs w:val="24"/>
        </w:rPr>
        <w:t xml:space="preserve"> de </w:t>
      </w:r>
      <w:proofErr w:type="spellStart"/>
      <w:r w:rsidRPr="00693F1B">
        <w:rPr>
          <w:rFonts w:cs="Times New Roman"/>
          <w:szCs w:val="24"/>
        </w:rPr>
        <w:t>breșele</w:t>
      </w:r>
      <w:proofErr w:type="spellEnd"/>
      <w:r w:rsidRPr="00693F1B">
        <w:rPr>
          <w:rFonts w:cs="Times New Roman"/>
          <w:szCs w:val="24"/>
        </w:rPr>
        <w:t xml:space="preserve"> de </w:t>
      </w:r>
      <w:proofErr w:type="spellStart"/>
      <w:r w:rsidRPr="00693F1B">
        <w:rPr>
          <w:rFonts w:cs="Times New Roman"/>
          <w:szCs w:val="24"/>
        </w:rPr>
        <w:t>securitate</w:t>
      </w:r>
      <w:proofErr w:type="spellEnd"/>
      <w:r w:rsidRPr="00693F1B">
        <w:rPr>
          <w:rFonts w:cs="Times New Roman"/>
          <w:szCs w:val="24"/>
        </w:rPr>
        <w:t xml:space="preserve"> sunt </w:t>
      </w:r>
      <w:proofErr w:type="spellStart"/>
      <w:r w:rsidRPr="00693F1B">
        <w:rPr>
          <w:rFonts w:cs="Times New Roman"/>
          <w:szCs w:val="24"/>
        </w:rPr>
        <w:t>oferite</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mod </w:t>
      </w:r>
      <w:proofErr w:type="spellStart"/>
      <w:r w:rsidRPr="00693F1B">
        <w:rPr>
          <w:rFonts w:cs="Times New Roman"/>
          <w:b/>
          <w:bCs/>
          <w:szCs w:val="24"/>
        </w:rPr>
        <w:t>gratuit</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cazul</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care </w:t>
      </w:r>
      <w:proofErr w:type="spellStart"/>
      <w:r w:rsidRPr="00693F1B">
        <w:rPr>
          <w:rFonts w:cs="Times New Roman"/>
          <w:szCs w:val="24"/>
        </w:rPr>
        <w:t>cererile</w:t>
      </w:r>
      <w:proofErr w:type="spellEnd"/>
      <w:r w:rsidRPr="00693F1B">
        <w:rPr>
          <w:rFonts w:cs="Times New Roman"/>
          <w:szCs w:val="24"/>
        </w:rPr>
        <w:t xml:space="preserve"> de </w:t>
      </w:r>
      <w:proofErr w:type="spellStart"/>
      <w:r w:rsidRPr="00693F1B">
        <w:rPr>
          <w:rFonts w:cs="Times New Roman"/>
          <w:szCs w:val="24"/>
        </w:rPr>
        <w:t>informații</w:t>
      </w:r>
      <w:proofErr w:type="spellEnd"/>
      <w:r w:rsidRPr="00693F1B">
        <w:rPr>
          <w:rFonts w:cs="Times New Roman"/>
          <w:szCs w:val="24"/>
        </w:rPr>
        <w:t xml:space="preserve"> din </w:t>
      </w:r>
      <w:proofErr w:type="spellStart"/>
      <w:r w:rsidRPr="00693F1B">
        <w:rPr>
          <w:rFonts w:cs="Times New Roman"/>
          <w:szCs w:val="24"/>
        </w:rPr>
        <w:t>partea</w:t>
      </w:r>
      <w:proofErr w:type="spellEnd"/>
      <w:r w:rsidRPr="00693F1B">
        <w:rPr>
          <w:rFonts w:cs="Times New Roman"/>
          <w:szCs w:val="24"/>
        </w:rPr>
        <w:t xml:space="preserve"> </w:t>
      </w:r>
      <w:proofErr w:type="spellStart"/>
      <w:r w:rsidRPr="00693F1B">
        <w:rPr>
          <w:rFonts w:cs="Times New Roman"/>
          <w:szCs w:val="24"/>
        </w:rPr>
        <w:t>unei</w:t>
      </w:r>
      <w:proofErr w:type="spellEnd"/>
      <w:r w:rsidRPr="00693F1B">
        <w:rPr>
          <w:rFonts w:cs="Times New Roman"/>
          <w:szCs w:val="24"/>
        </w:rPr>
        <w:t xml:space="preserve"> </w:t>
      </w:r>
      <w:proofErr w:type="spellStart"/>
      <w:r w:rsidRPr="00693F1B">
        <w:rPr>
          <w:rFonts w:cs="Times New Roman"/>
          <w:szCs w:val="24"/>
        </w:rPr>
        <w:t>persoane</w:t>
      </w:r>
      <w:proofErr w:type="spellEnd"/>
      <w:r w:rsidRPr="00693F1B">
        <w:rPr>
          <w:rFonts w:cs="Times New Roman"/>
          <w:szCs w:val="24"/>
        </w:rPr>
        <w:t xml:space="preserve"> </w:t>
      </w:r>
      <w:proofErr w:type="spellStart"/>
      <w:r w:rsidRPr="00693F1B">
        <w:rPr>
          <w:rFonts w:cs="Times New Roman"/>
          <w:szCs w:val="24"/>
        </w:rPr>
        <w:t>vizate</w:t>
      </w:r>
      <w:proofErr w:type="spellEnd"/>
      <w:r w:rsidRPr="00693F1B">
        <w:rPr>
          <w:rFonts w:cs="Times New Roman"/>
          <w:szCs w:val="24"/>
        </w:rPr>
        <w:t xml:space="preserve"> </w:t>
      </w:r>
      <w:proofErr w:type="spellStart"/>
      <w:r w:rsidRPr="00693F1B">
        <w:rPr>
          <w:rFonts w:cs="Times New Roman"/>
          <w:szCs w:val="24"/>
        </w:rPr>
        <w:t>afectate</w:t>
      </w:r>
      <w:proofErr w:type="spellEnd"/>
      <w:r w:rsidRPr="00693F1B">
        <w:rPr>
          <w:rFonts w:cs="Times New Roman"/>
          <w:szCs w:val="24"/>
        </w:rPr>
        <w:t xml:space="preserve"> sunt </w:t>
      </w:r>
      <w:proofErr w:type="spellStart"/>
      <w:r w:rsidRPr="00693F1B">
        <w:rPr>
          <w:rFonts w:cs="Times New Roman"/>
          <w:szCs w:val="24"/>
        </w:rPr>
        <w:t>în</w:t>
      </w:r>
      <w:proofErr w:type="spellEnd"/>
      <w:r w:rsidRPr="00693F1B">
        <w:rPr>
          <w:rFonts w:cs="Times New Roman"/>
          <w:szCs w:val="24"/>
        </w:rPr>
        <w:t xml:space="preserve"> mod </w:t>
      </w:r>
      <w:proofErr w:type="spellStart"/>
      <w:r w:rsidRPr="00693F1B">
        <w:rPr>
          <w:rFonts w:cs="Times New Roman"/>
          <w:szCs w:val="24"/>
        </w:rPr>
        <w:t>vădit</w:t>
      </w:r>
      <w:proofErr w:type="spellEnd"/>
      <w:r w:rsidRPr="00693F1B">
        <w:rPr>
          <w:rFonts w:cs="Times New Roman"/>
          <w:szCs w:val="24"/>
        </w:rPr>
        <w:t xml:space="preserve"> </w:t>
      </w:r>
      <w:proofErr w:type="spellStart"/>
      <w:r w:rsidRPr="00693F1B">
        <w:rPr>
          <w:rFonts w:cs="Times New Roman"/>
          <w:szCs w:val="24"/>
        </w:rPr>
        <w:t>nefondate</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excesive</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special din </w:t>
      </w:r>
      <w:proofErr w:type="spellStart"/>
      <w:r w:rsidRPr="00693F1B">
        <w:rPr>
          <w:rFonts w:cs="Times New Roman"/>
          <w:szCs w:val="24"/>
        </w:rPr>
        <w:t>cauza</w:t>
      </w:r>
      <w:proofErr w:type="spellEnd"/>
      <w:r w:rsidRPr="00693F1B">
        <w:rPr>
          <w:rFonts w:cs="Times New Roman"/>
          <w:szCs w:val="24"/>
        </w:rPr>
        <w:t xml:space="preserve"> </w:t>
      </w:r>
      <w:proofErr w:type="spellStart"/>
      <w:r w:rsidRPr="00693F1B">
        <w:rPr>
          <w:rFonts w:cs="Times New Roman"/>
          <w:szCs w:val="24"/>
        </w:rPr>
        <w:t>caracterului</w:t>
      </w:r>
      <w:proofErr w:type="spellEnd"/>
      <w:r w:rsidRPr="00693F1B">
        <w:rPr>
          <w:rFonts w:cs="Times New Roman"/>
          <w:szCs w:val="24"/>
        </w:rPr>
        <w:t xml:space="preserve"> lor </w:t>
      </w:r>
      <w:proofErr w:type="spellStart"/>
      <w:r w:rsidRPr="00693F1B">
        <w:rPr>
          <w:rFonts w:cs="Times New Roman"/>
          <w:szCs w:val="24"/>
        </w:rPr>
        <w:t>repetitiv</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abuziv</w:t>
      </w:r>
      <w:proofErr w:type="spellEnd"/>
      <w:r w:rsidRPr="00693F1B">
        <w:rPr>
          <w:rFonts w:cs="Times New Roman"/>
          <w:szCs w:val="24"/>
        </w:rPr>
        <w:t xml:space="preserve">), se </w:t>
      </w:r>
      <w:proofErr w:type="spellStart"/>
      <w:r w:rsidRPr="00693F1B">
        <w:rPr>
          <w:rFonts w:cs="Times New Roman"/>
          <w:szCs w:val="24"/>
        </w:rPr>
        <w:t>va</w:t>
      </w:r>
      <w:proofErr w:type="spellEnd"/>
      <w:r w:rsidRPr="00693F1B">
        <w:rPr>
          <w:rFonts w:cs="Times New Roman"/>
          <w:szCs w:val="24"/>
        </w:rPr>
        <w:t xml:space="preserve"> </w:t>
      </w:r>
      <w:proofErr w:type="spellStart"/>
      <w:r w:rsidRPr="00693F1B">
        <w:rPr>
          <w:rFonts w:cs="Times New Roman"/>
          <w:szCs w:val="24"/>
        </w:rPr>
        <w:t>proceda</w:t>
      </w:r>
      <w:proofErr w:type="spellEnd"/>
      <w:r w:rsidRPr="00693F1B">
        <w:rPr>
          <w:rFonts w:cs="Times New Roman"/>
          <w:szCs w:val="24"/>
        </w:rPr>
        <w:t xml:space="preserve"> la:</w:t>
      </w:r>
    </w:p>
    <w:p w14:paraId="6631DBE7" w14:textId="77777777" w:rsidR="006D4E92" w:rsidRDefault="00000000">
      <w:pPr>
        <w:ind w:left="720"/>
        <w:jc w:val="both"/>
      </w:pPr>
      <w:r w:rsidRPr="00693F1B">
        <w:rPr>
          <w:rFonts w:cs="Times New Roman"/>
          <w:b/>
          <w:bCs/>
          <w:szCs w:val="24"/>
        </w:rPr>
        <w:t>a)</w:t>
      </w:r>
      <w:r w:rsidRPr="00693F1B">
        <w:rPr>
          <w:rFonts w:cs="Times New Roman"/>
          <w:szCs w:val="24"/>
        </w:rPr>
        <w:t xml:space="preserve"> </w:t>
      </w:r>
      <w:proofErr w:type="spellStart"/>
      <w:r w:rsidRPr="00693F1B">
        <w:rPr>
          <w:rFonts w:cs="Times New Roman"/>
          <w:szCs w:val="24"/>
        </w:rPr>
        <w:t>perceperea</w:t>
      </w:r>
      <w:proofErr w:type="spellEnd"/>
      <w:r w:rsidRPr="00693F1B">
        <w:rPr>
          <w:rFonts w:cs="Times New Roman"/>
          <w:szCs w:val="24"/>
        </w:rPr>
        <w:t xml:space="preserve"> </w:t>
      </w:r>
      <w:proofErr w:type="spellStart"/>
      <w:r w:rsidRPr="00693F1B">
        <w:rPr>
          <w:rFonts w:cs="Times New Roman"/>
          <w:szCs w:val="24"/>
        </w:rPr>
        <w:t>unei</w:t>
      </w:r>
      <w:proofErr w:type="spellEnd"/>
      <w:r w:rsidRPr="00693F1B">
        <w:rPr>
          <w:rFonts w:cs="Times New Roman"/>
          <w:szCs w:val="24"/>
        </w:rPr>
        <w:t xml:space="preserve"> </w:t>
      </w:r>
      <w:proofErr w:type="spellStart"/>
      <w:r w:rsidRPr="00693F1B">
        <w:rPr>
          <w:rFonts w:cs="Times New Roman"/>
          <w:szCs w:val="24"/>
        </w:rPr>
        <w:t>taxe</w:t>
      </w:r>
      <w:proofErr w:type="spellEnd"/>
      <w:r w:rsidRPr="00693F1B">
        <w:rPr>
          <w:rFonts w:cs="Times New Roman"/>
          <w:szCs w:val="24"/>
        </w:rPr>
        <w:t xml:space="preserve"> administrative </w:t>
      </w:r>
      <w:proofErr w:type="spellStart"/>
      <w:r w:rsidRPr="00693F1B">
        <w:rPr>
          <w:rFonts w:cs="Times New Roman"/>
          <w:szCs w:val="24"/>
        </w:rPr>
        <w:t>stabilite</w:t>
      </w:r>
      <w:proofErr w:type="spellEnd"/>
      <w:r w:rsidRPr="00693F1B">
        <w:rPr>
          <w:rFonts w:cs="Times New Roman"/>
          <w:szCs w:val="24"/>
        </w:rPr>
        <w:t xml:space="preserve"> </w:t>
      </w:r>
      <w:proofErr w:type="spellStart"/>
      <w:r w:rsidRPr="00693F1B">
        <w:rPr>
          <w:rFonts w:cs="Times New Roman"/>
          <w:szCs w:val="24"/>
        </w:rPr>
        <w:t>prin</w:t>
      </w:r>
      <w:proofErr w:type="spellEnd"/>
      <w:r w:rsidRPr="00693F1B">
        <w:rPr>
          <w:rFonts w:cs="Times New Roman"/>
          <w:szCs w:val="24"/>
        </w:rPr>
        <w:t xml:space="preserve"> </w:t>
      </w:r>
      <w:proofErr w:type="spellStart"/>
      <w:r w:rsidRPr="00693F1B">
        <w:rPr>
          <w:rFonts w:cs="Times New Roman"/>
          <w:szCs w:val="24"/>
        </w:rPr>
        <w:t>Decizia</w:t>
      </w:r>
      <w:proofErr w:type="spellEnd"/>
      <w:r w:rsidRPr="00693F1B">
        <w:rPr>
          <w:rFonts w:cs="Times New Roman"/>
          <w:szCs w:val="24"/>
        </w:rPr>
        <w:t xml:space="preserve"> </w:t>
      </w:r>
      <w:proofErr w:type="spellStart"/>
      <w:r w:rsidRPr="00693F1B">
        <w:rPr>
          <w:rFonts w:cs="Times New Roman"/>
          <w:szCs w:val="24"/>
        </w:rPr>
        <w:t>Consiliului</w:t>
      </w:r>
      <w:proofErr w:type="spellEnd"/>
      <w:r w:rsidRPr="00693F1B">
        <w:rPr>
          <w:rFonts w:cs="Times New Roman"/>
          <w:szCs w:val="24"/>
        </w:rPr>
        <w:t xml:space="preserve"> Local, </w:t>
      </w:r>
      <w:proofErr w:type="spellStart"/>
      <w:r w:rsidRPr="00693F1B">
        <w:rPr>
          <w:rFonts w:cs="Times New Roman"/>
          <w:szCs w:val="24"/>
        </w:rPr>
        <w:t>având</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vedere</w:t>
      </w:r>
      <w:proofErr w:type="spellEnd"/>
      <w:r w:rsidRPr="00693F1B">
        <w:rPr>
          <w:rFonts w:cs="Times New Roman"/>
          <w:szCs w:val="24"/>
        </w:rPr>
        <w:t xml:space="preserve"> </w:t>
      </w:r>
      <w:proofErr w:type="spellStart"/>
      <w:r w:rsidRPr="00693F1B">
        <w:rPr>
          <w:rFonts w:cs="Times New Roman"/>
          <w:szCs w:val="24"/>
        </w:rPr>
        <w:t>costurile</w:t>
      </w:r>
      <w:proofErr w:type="spellEnd"/>
      <w:r w:rsidRPr="00693F1B">
        <w:rPr>
          <w:rFonts w:cs="Times New Roman"/>
          <w:szCs w:val="24"/>
        </w:rPr>
        <w:t xml:space="preserve"> administrative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furnizarea</w:t>
      </w:r>
      <w:proofErr w:type="spellEnd"/>
      <w:r w:rsidRPr="00693F1B">
        <w:rPr>
          <w:rFonts w:cs="Times New Roman"/>
          <w:szCs w:val="24"/>
        </w:rPr>
        <w:t xml:space="preserve"> </w:t>
      </w:r>
      <w:proofErr w:type="spellStart"/>
      <w:r w:rsidRPr="00693F1B">
        <w:rPr>
          <w:rFonts w:cs="Times New Roman"/>
          <w:szCs w:val="24"/>
        </w:rPr>
        <w:t>suplimentară</w:t>
      </w:r>
      <w:proofErr w:type="spellEnd"/>
      <w:r w:rsidRPr="00693F1B">
        <w:rPr>
          <w:rFonts w:cs="Times New Roman"/>
          <w:szCs w:val="24"/>
        </w:rPr>
        <w:t xml:space="preserve"> </w:t>
      </w:r>
      <w:proofErr w:type="gramStart"/>
      <w:r w:rsidRPr="00693F1B">
        <w:rPr>
          <w:rFonts w:cs="Times New Roman"/>
          <w:szCs w:val="24"/>
        </w:rPr>
        <w:t>a</w:t>
      </w:r>
      <w:proofErr w:type="gramEnd"/>
      <w:r w:rsidRPr="00693F1B">
        <w:rPr>
          <w:rFonts w:cs="Times New Roman"/>
          <w:szCs w:val="24"/>
        </w:rPr>
        <w:t xml:space="preserve"> </w:t>
      </w:r>
      <w:proofErr w:type="spellStart"/>
      <w:r w:rsidRPr="00693F1B">
        <w:rPr>
          <w:rFonts w:cs="Times New Roman"/>
          <w:szCs w:val="24"/>
        </w:rPr>
        <w:t>informațiilor</w:t>
      </w:r>
      <w:proofErr w:type="spellEnd"/>
      <w:r w:rsidRPr="00693F1B">
        <w:rPr>
          <w:rFonts w:cs="Times New Roman"/>
          <w:szCs w:val="24"/>
        </w:rPr>
        <w:t xml:space="preserve"> </w:t>
      </w:r>
      <w:proofErr w:type="spellStart"/>
      <w:r w:rsidRPr="00693F1B">
        <w:rPr>
          <w:rFonts w:cs="Times New Roman"/>
          <w:szCs w:val="24"/>
        </w:rPr>
        <w:t>sau</w:t>
      </w:r>
      <w:proofErr w:type="spellEnd"/>
      <w:r w:rsidRPr="00693F1B">
        <w:rPr>
          <w:rFonts w:cs="Times New Roman"/>
          <w:szCs w:val="24"/>
        </w:rPr>
        <w:t xml:space="preserve"> a </w:t>
      </w:r>
      <w:proofErr w:type="spellStart"/>
      <w:r w:rsidRPr="00693F1B">
        <w:rPr>
          <w:rFonts w:cs="Times New Roman"/>
          <w:szCs w:val="24"/>
        </w:rPr>
        <w:t>comunicării</w:t>
      </w:r>
      <w:proofErr w:type="spellEnd"/>
      <w:r w:rsidRPr="00693F1B">
        <w:rPr>
          <w:rFonts w:cs="Times New Roman"/>
          <w:szCs w:val="24"/>
        </w:rPr>
        <w:t>;</w:t>
      </w:r>
    </w:p>
    <w:p w14:paraId="21CE28DA" w14:textId="77777777" w:rsidR="006D4E92" w:rsidRDefault="00000000">
      <w:pPr>
        <w:ind w:left="720"/>
        <w:jc w:val="both"/>
      </w:pPr>
      <w:r w:rsidRPr="00693F1B">
        <w:rPr>
          <w:rFonts w:cs="Times New Roman"/>
          <w:b/>
          <w:bCs/>
          <w:szCs w:val="24"/>
        </w:rPr>
        <w:t>b)</w:t>
      </w:r>
      <w:r w:rsidRPr="00693F1B">
        <w:rPr>
          <w:rFonts w:cs="Times New Roman"/>
          <w:szCs w:val="24"/>
        </w:rPr>
        <w:t xml:space="preserve"> </w:t>
      </w:r>
      <w:proofErr w:type="spellStart"/>
      <w:r w:rsidRPr="00693F1B">
        <w:rPr>
          <w:rFonts w:cs="Times New Roman"/>
          <w:szCs w:val="24"/>
        </w:rPr>
        <w:t>refuzul</w:t>
      </w:r>
      <w:proofErr w:type="spellEnd"/>
      <w:r w:rsidRPr="00693F1B">
        <w:rPr>
          <w:rFonts w:cs="Times New Roman"/>
          <w:szCs w:val="24"/>
        </w:rPr>
        <w:t xml:space="preserve"> </w:t>
      </w:r>
      <w:proofErr w:type="spellStart"/>
      <w:r w:rsidRPr="00693F1B">
        <w:rPr>
          <w:rFonts w:cs="Times New Roman"/>
          <w:szCs w:val="24"/>
        </w:rPr>
        <w:t>motivat</w:t>
      </w:r>
      <w:proofErr w:type="spellEnd"/>
      <w:r w:rsidRPr="00693F1B">
        <w:rPr>
          <w:rFonts w:cs="Times New Roman"/>
          <w:szCs w:val="24"/>
        </w:rPr>
        <w:t xml:space="preserve"> de a da curs </w:t>
      </w:r>
      <w:proofErr w:type="spellStart"/>
      <w:r w:rsidRPr="00693F1B">
        <w:rPr>
          <w:rFonts w:cs="Times New Roman"/>
          <w:szCs w:val="24"/>
        </w:rPr>
        <w:t>solicitării</w:t>
      </w:r>
      <w:proofErr w:type="spellEnd"/>
      <w:r w:rsidRPr="00693F1B">
        <w:rPr>
          <w:rFonts w:cs="Times New Roman"/>
          <w:szCs w:val="24"/>
        </w:rPr>
        <w:t xml:space="preserve"> </w:t>
      </w:r>
      <w:proofErr w:type="spellStart"/>
      <w:r w:rsidRPr="00693F1B">
        <w:rPr>
          <w:rFonts w:cs="Times New Roman"/>
          <w:szCs w:val="24"/>
        </w:rPr>
        <w:t>specifice</w:t>
      </w:r>
      <w:proofErr w:type="spellEnd"/>
      <w:r w:rsidRPr="00693F1B">
        <w:rPr>
          <w:rFonts w:cs="Times New Roman"/>
          <w:szCs w:val="24"/>
        </w:rPr>
        <w:t>.</w:t>
      </w:r>
    </w:p>
    <w:p w14:paraId="7D01F74D" w14:textId="77777777" w:rsidR="006D4E92" w:rsidRPr="00693F1B" w:rsidRDefault="00000000">
      <w:pPr>
        <w:jc w:val="both"/>
        <w:rPr>
          <w:rFonts w:cs="Times New Roman"/>
          <w:b/>
          <w:bCs/>
          <w:szCs w:val="24"/>
        </w:rPr>
      </w:pPr>
      <w:r w:rsidRPr="00693F1B">
        <w:rPr>
          <w:rFonts w:cs="Times New Roman"/>
          <w:b/>
          <w:bCs/>
          <w:szCs w:val="24"/>
        </w:rPr>
        <w:t xml:space="preserve">3.10. </w:t>
      </w:r>
      <w:proofErr w:type="spellStart"/>
      <w:r w:rsidRPr="00693F1B">
        <w:rPr>
          <w:rFonts w:cs="Times New Roman"/>
          <w:b/>
          <w:bCs/>
          <w:szCs w:val="24"/>
        </w:rPr>
        <w:t>Semnare</w:t>
      </w:r>
      <w:proofErr w:type="spellEnd"/>
    </w:p>
    <w:p w14:paraId="4F794972" w14:textId="77777777" w:rsidR="006D4E92" w:rsidRDefault="00000000">
      <w:pPr>
        <w:jc w:val="both"/>
      </w:pPr>
      <w:proofErr w:type="spellStart"/>
      <w:r w:rsidRPr="00693F1B">
        <w:rPr>
          <w:rFonts w:cs="Times New Roman"/>
          <w:szCs w:val="24"/>
        </w:rPr>
        <w:lastRenderedPageBreak/>
        <w:t>Toate</w:t>
      </w:r>
      <w:proofErr w:type="spellEnd"/>
      <w:r w:rsidRPr="00693F1B">
        <w:rPr>
          <w:rFonts w:cs="Times New Roman"/>
          <w:szCs w:val="24"/>
        </w:rPr>
        <w:t xml:space="preserve"> </w:t>
      </w:r>
      <w:proofErr w:type="spellStart"/>
      <w:r w:rsidRPr="00693F1B">
        <w:rPr>
          <w:rFonts w:cs="Times New Roman"/>
          <w:szCs w:val="24"/>
        </w:rPr>
        <w:t>documentele</w:t>
      </w:r>
      <w:proofErr w:type="spellEnd"/>
      <w:r w:rsidRPr="00693F1B">
        <w:rPr>
          <w:rFonts w:cs="Times New Roman"/>
          <w:szCs w:val="24"/>
        </w:rPr>
        <w:t xml:space="preserve">, </w:t>
      </w:r>
      <w:proofErr w:type="spellStart"/>
      <w:r w:rsidRPr="00693F1B">
        <w:rPr>
          <w:rFonts w:cs="Times New Roman"/>
          <w:szCs w:val="24"/>
        </w:rPr>
        <w:t>rapoartele</w:t>
      </w:r>
      <w:proofErr w:type="spellEnd"/>
      <w:r w:rsidRPr="00693F1B">
        <w:rPr>
          <w:rFonts w:cs="Times New Roman"/>
          <w:szCs w:val="24"/>
        </w:rPr>
        <w:t xml:space="preserve"> </w:t>
      </w:r>
      <w:proofErr w:type="spellStart"/>
      <w:r w:rsidRPr="00693F1B">
        <w:rPr>
          <w:rFonts w:cs="Times New Roman"/>
          <w:szCs w:val="24"/>
        </w:rPr>
        <w:t>oficiale</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notificările</w:t>
      </w:r>
      <w:proofErr w:type="spellEnd"/>
      <w:r w:rsidRPr="00693F1B">
        <w:rPr>
          <w:rFonts w:cs="Times New Roman"/>
          <w:szCs w:val="24"/>
        </w:rPr>
        <w:t xml:space="preserve"> </w:t>
      </w:r>
      <w:proofErr w:type="spellStart"/>
      <w:r w:rsidRPr="00693F1B">
        <w:rPr>
          <w:rFonts w:cs="Times New Roman"/>
          <w:szCs w:val="24"/>
        </w:rPr>
        <w:t>întocmite</w:t>
      </w:r>
      <w:proofErr w:type="spellEnd"/>
      <w:r w:rsidRPr="00693F1B">
        <w:rPr>
          <w:rFonts w:cs="Times New Roman"/>
          <w:szCs w:val="24"/>
        </w:rPr>
        <w:t xml:space="preserve"> cu </w:t>
      </w:r>
      <w:proofErr w:type="spellStart"/>
      <w:r w:rsidRPr="00693F1B">
        <w:rPr>
          <w:rFonts w:cs="Times New Roman"/>
          <w:szCs w:val="24"/>
        </w:rPr>
        <w:t>privire</w:t>
      </w:r>
      <w:proofErr w:type="spellEnd"/>
      <w:r w:rsidRPr="00693F1B">
        <w:rPr>
          <w:rFonts w:cs="Times New Roman"/>
          <w:szCs w:val="24"/>
        </w:rPr>
        <w:t xml:space="preserve"> la </w:t>
      </w:r>
      <w:proofErr w:type="spellStart"/>
      <w:r w:rsidRPr="00693F1B">
        <w:rPr>
          <w:rFonts w:cs="Times New Roman"/>
          <w:szCs w:val="24"/>
        </w:rPr>
        <w:t>raportarea</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tratarea</w:t>
      </w:r>
      <w:proofErr w:type="spellEnd"/>
      <w:r w:rsidRPr="00693F1B">
        <w:rPr>
          <w:rFonts w:cs="Times New Roman"/>
          <w:szCs w:val="24"/>
        </w:rPr>
        <w:t xml:space="preserve"> </w:t>
      </w:r>
      <w:proofErr w:type="spellStart"/>
      <w:r w:rsidRPr="00693F1B">
        <w:rPr>
          <w:rFonts w:cs="Times New Roman"/>
          <w:szCs w:val="24"/>
        </w:rPr>
        <w:t>incidentelor</w:t>
      </w:r>
      <w:proofErr w:type="spellEnd"/>
      <w:r w:rsidRPr="00693F1B">
        <w:rPr>
          <w:rFonts w:cs="Times New Roman"/>
          <w:szCs w:val="24"/>
        </w:rPr>
        <w:t xml:space="preserve"> de </w:t>
      </w:r>
      <w:proofErr w:type="spellStart"/>
      <w:r w:rsidRPr="00693F1B">
        <w:rPr>
          <w:rFonts w:cs="Times New Roman"/>
          <w:szCs w:val="24"/>
        </w:rPr>
        <w:t>securitate</w:t>
      </w:r>
      <w:proofErr w:type="spellEnd"/>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a fi </w:t>
      </w:r>
      <w:proofErr w:type="spellStart"/>
      <w:r w:rsidRPr="00693F1B">
        <w:rPr>
          <w:rFonts w:cs="Times New Roman"/>
          <w:szCs w:val="24"/>
        </w:rPr>
        <w:t>transmise</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exteriorul</w:t>
      </w:r>
      <w:proofErr w:type="spellEnd"/>
      <w:r w:rsidRPr="00693F1B">
        <w:rPr>
          <w:rFonts w:cs="Times New Roman"/>
          <w:szCs w:val="24"/>
        </w:rPr>
        <w:t xml:space="preserve"> </w:t>
      </w:r>
      <w:proofErr w:type="spellStart"/>
      <w:r w:rsidRPr="00693F1B">
        <w:rPr>
          <w:rFonts w:cs="Times New Roman"/>
          <w:szCs w:val="24"/>
        </w:rPr>
        <w:t>instituției</w:t>
      </w:r>
      <w:proofErr w:type="spellEnd"/>
      <w:r w:rsidRPr="00693F1B">
        <w:rPr>
          <w:rFonts w:cs="Times New Roman"/>
          <w:szCs w:val="24"/>
        </w:rPr>
        <w:t xml:space="preserve"> </w:t>
      </w:r>
      <w:proofErr w:type="spellStart"/>
      <w:r w:rsidRPr="00693F1B">
        <w:rPr>
          <w:rFonts w:cs="Times New Roman"/>
          <w:szCs w:val="24"/>
        </w:rPr>
        <w:t>către</w:t>
      </w:r>
      <w:proofErr w:type="spellEnd"/>
      <w:r w:rsidRPr="00693F1B">
        <w:rPr>
          <w:rFonts w:cs="Times New Roman"/>
          <w:szCs w:val="24"/>
        </w:rPr>
        <w:t xml:space="preserve"> CNPDCP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terți</w:t>
      </w:r>
      <w:proofErr w:type="spellEnd"/>
      <w:r w:rsidRPr="00693F1B">
        <w:rPr>
          <w:rFonts w:cs="Times New Roman"/>
          <w:szCs w:val="24"/>
        </w:rPr>
        <w:t xml:space="preserve"> </w:t>
      </w:r>
      <w:proofErr w:type="spellStart"/>
      <w:r w:rsidRPr="00693F1B">
        <w:rPr>
          <w:rFonts w:cs="Times New Roman"/>
          <w:szCs w:val="24"/>
        </w:rPr>
        <w:t>vor</w:t>
      </w:r>
      <w:proofErr w:type="spellEnd"/>
      <w:r w:rsidRPr="00693F1B">
        <w:rPr>
          <w:rFonts w:cs="Times New Roman"/>
          <w:szCs w:val="24"/>
        </w:rPr>
        <w:t xml:space="preserve"> fi </w:t>
      </w:r>
      <w:proofErr w:type="spellStart"/>
      <w:r w:rsidRPr="00693F1B">
        <w:rPr>
          <w:rFonts w:cs="Times New Roman"/>
          <w:szCs w:val="24"/>
        </w:rPr>
        <w:t>semnate</w:t>
      </w:r>
      <w:proofErr w:type="spellEnd"/>
      <w:r w:rsidRPr="00693F1B">
        <w:rPr>
          <w:rFonts w:cs="Times New Roman"/>
          <w:szCs w:val="24"/>
        </w:rPr>
        <w:t xml:space="preserve"> electronic </w:t>
      </w:r>
      <w:proofErr w:type="spellStart"/>
      <w:r w:rsidRPr="00693F1B">
        <w:rPr>
          <w:rFonts w:cs="Times New Roman"/>
          <w:szCs w:val="24"/>
        </w:rPr>
        <w:t>sau</w:t>
      </w:r>
      <w:proofErr w:type="spellEnd"/>
      <w:r w:rsidRPr="00693F1B">
        <w:rPr>
          <w:rFonts w:cs="Times New Roman"/>
          <w:szCs w:val="24"/>
        </w:rPr>
        <w:t xml:space="preserve"> </w:t>
      </w:r>
      <w:proofErr w:type="spellStart"/>
      <w:r w:rsidRPr="00693F1B">
        <w:rPr>
          <w:rFonts w:cs="Times New Roman"/>
          <w:szCs w:val="24"/>
        </w:rPr>
        <w:t>olograf</w:t>
      </w:r>
      <w:proofErr w:type="spellEnd"/>
      <w:r w:rsidRPr="00693F1B">
        <w:rPr>
          <w:rFonts w:cs="Times New Roman"/>
          <w:szCs w:val="24"/>
        </w:rPr>
        <w:t xml:space="preserve"> </w:t>
      </w:r>
      <w:proofErr w:type="spellStart"/>
      <w:r w:rsidRPr="00693F1B">
        <w:rPr>
          <w:rFonts w:cs="Times New Roman"/>
          <w:szCs w:val="24"/>
        </w:rPr>
        <w:t>exclusiv</w:t>
      </w:r>
      <w:proofErr w:type="spellEnd"/>
      <w:r w:rsidRPr="00693F1B">
        <w:rPr>
          <w:rFonts w:cs="Times New Roman"/>
          <w:szCs w:val="24"/>
        </w:rPr>
        <w:t xml:space="preserve"> de </w:t>
      </w:r>
      <w:proofErr w:type="spellStart"/>
      <w:r w:rsidRPr="00693F1B">
        <w:rPr>
          <w:rFonts w:cs="Times New Roman"/>
          <w:szCs w:val="24"/>
        </w:rPr>
        <w:t>către</w:t>
      </w:r>
      <w:proofErr w:type="spellEnd"/>
      <w:r w:rsidRPr="00693F1B">
        <w:rPr>
          <w:rFonts w:cs="Times New Roman"/>
          <w:szCs w:val="24"/>
        </w:rPr>
        <w:t xml:space="preserve"> </w:t>
      </w:r>
      <w:proofErr w:type="spellStart"/>
      <w:r w:rsidRPr="00693F1B">
        <w:rPr>
          <w:rFonts w:cs="Times New Roman"/>
          <w:b/>
          <w:bCs/>
          <w:szCs w:val="24"/>
        </w:rPr>
        <w:t>Primarul</w:t>
      </w:r>
      <w:proofErr w:type="spellEnd"/>
      <w:r w:rsidRPr="00693F1B">
        <w:rPr>
          <w:rFonts w:cs="Times New Roman"/>
          <w:b/>
          <w:bCs/>
          <w:szCs w:val="24"/>
        </w:rPr>
        <w:t xml:space="preserve"> </w:t>
      </w:r>
      <w:proofErr w:type="spellStart"/>
      <w:r>
        <w:rPr>
          <w:rFonts w:cs="Times New Roman"/>
          <w:b/>
          <w:bCs/>
          <w:szCs w:val="24"/>
        </w:rPr>
        <w:t>Satului</w:t>
      </w:r>
      <w:proofErr w:type="spellEnd"/>
      <w:r>
        <w:rPr>
          <w:rFonts w:cs="Times New Roman"/>
          <w:b/>
          <w:bCs/>
          <w:szCs w:val="24"/>
        </w:rPr>
        <w:t xml:space="preserve"> </w:t>
      </w:r>
      <w:proofErr w:type="spellStart"/>
      <w:r>
        <w:rPr>
          <w:rFonts w:cs="Times New Roman"/>
          <w:b/>
          <w:bCs/>
          <w:szCs w:val="24"/>
        </w:rPr>
        <w:t>Mereni</w:t>
      </w:r>
      <w:proofErr w:type="spellEnd"/>
      <w:r w:rsidRPr="00693F1B">
        <w:rPr>
          <w:rFonts w:cs="Times New Roman"/>
          <w:szCs w:val="24"/>
        </w:rPr>
        <w:t>.</w:t>
      </w:r>
    </w:p>
    <w:p w14:paraId="7B0379A5" w14:textId="77777777" w:rsidR="006D4E92" w:rsidRPr="00693F1B" w:rsidRDefault="00000000">
      <w:pPr>
        <w:jc w:val="both"/>
        <w:rPr>
          <w:rFonts w:cs="Times New Roman"/>
          <w:b/>
          <w:bCs/>
          <w:szCs w:val="24"/>
        </w:rPr>
      </w:pPr>
      <w:r w:rsidRPr="00693F1B">
        <w:rPr>
          <w:rFonts w:cs="Times New Roman"/>
          <w:b/>
          <w:bCs/>
          <w:szCs w:val="24"/>
        </w:rPr>
        <w:t xml:space="preserve">3.11. </w:t>
      </w:r>
      <w:proofErr w:type="spellStart"/>
      <w:r w:rsidRPr="00693F1B">
        <w:rPr>
          <w:rFonts w:cs="Times New Roman"/>
          <w:b/>
          <w:bCs/>
          <w:szCs w:val="24"/>
        </w:rPr>
        <w:t>Închidere</w:t>
      </w:r>
      <w:proofErr w:type="spellEnd"/>
    </w:p>
    <w:p w14:paraId="4F5EA9F9" w14:textId="77777777" w:rsidR="006D4E92" w:rsidRDefault="00000000">
      <w:pPr>
        <w:jc w:val="both"/>
      </w:pPr>
      <w:proofErr w:type="spellStart"/>
      <w:r w:rsidRPr="00693F1B">
        <w:rPr>
          <w:rFonts w:cs="Times New Roman"/>
          <w:szCs w:val="24"/>
        </w:rPr>
        <w:t>Înainte</w:t>
      </w:r>
      <w:proofErr w:type="spellEnd"/>
      <w:r w:rsidRPr="00693F1B">
        <w:rPr>
          <w:rFonts w:cs="Times New Roman"/>
          <w:szCs w:val="24"/>
        </w:rPr>
        <w:t xml:space="preserve"> de </w:t>
      </w:r>
      <w:proofErr w:type="spellStart"/>
      <w:r w:rsidRPr="00693F1B">
        <w:rPr>
          <w:rFonts w:cs="Times New Roman"/>
          <w:szCs w:val="24"/>
        </w:rPr>
        <w:t>închiderea</w:t>
      </w:r>
      <w:proofErr w:type="spellEnd"/>
      <w:r w:rsidRPr="00693F1B">
        <w:rPr>
          <w:rFonts w:cs="Times New Roman"/>
          <w:szCs w:val="24"/>
        </w:rPr>
        <w:t xml:space="preserve"> </w:t>
      </w:r>
      <w:proofErr w:type="spellStart"/>
      <w:r w:rsidRPr="00693F1B">
        <w:rPr>
          <w:rFonts w:cs="Times New Roman"/>
          <w:szCs w:val="24"/>
        </w:rPr>
        <w:t>oficială</w:t>
      </w:r>
      <w:proofErr w:type="spellEnd"/>
      <w:r w:rsidRPr="00693F1B">
        <w:rPr>
          <w:rFonts w:cs="Times New Roman"/>
          <w:szCs w:val="24"/>
        </w:rPr>
        <w:t xml:space="preserve"> </w:t>
      </w:r>
      <w:proofErr w:type="gramStart"/>
      <w:r w:rsidRPr="00693F1B">
        <w:rPr>
          <w:rFonts w:cs="Times New Roman"/>
          <w:szCs w:val="24"/>
        </w:rPr>
        <w:t>a</w:t>
      </w:r>
      <w:proofErr w:type="gramEnd"/>
      <w:r w:rsidRPr="00693F1B">
        <w:rPr>
          <w:rFonts w:cs="Times New Roman"/>
          <w:szCs w:val="24"/>
        </w:rPr>
        <w:t xml:space="preserve"> </w:t>
      </w:r>
      <w:proofErr w:type="spellStart"/>
      <w:r w:rsidRPr="00693F1B">
        <w:rPr>
          <w:rFonts w:cs="Times New Roman"/>
          <w:szCs w:val="24"/>
        </w:rPr>
        <w:t>analizei</w:t>
      </w:r>
      <w:proofErr w:type="spellEnd"/>
      <w:r w:rsidRPr="00693F1B">
        <w:rPr>
          <w:rFonts w:cs="Times New Roman"/>
          <w:szCs w:val="24"/>
        </w:rPr>
        <w:t xml:space="preserve"> </w:t>
      </w:r>
      <w:proofErr w:type="spellStart"/>
      <w:r w:rsidRPr="00693F1B">
        <w:rPr>
          <w:rFonts w:cs="Times New Roman"/>
          <w:szCs w:val="24"/>
        </w:rPr>
        <w:t>incidentului</w:t>
      </w:r>
      <w:proofErr w:type="spellEnd"/>
      <w:r w:rsidRPr="00693F1B">
        <w:rPr>
          <w:rFonts w:cs="Times New Roman"/>
          <w:szCs w:val="24"/>
        </w:rPr>
        <w:t xml:space="preserve"> de </w:t>
      </w:r>
      <w:proofErr w:type="spellStart"/>
      <w:r w:rsidRPr="00693F1B">
        <w:rPr>
          <w:rFonts w:cs="Times New Roman"/>
          <w:szCs w:val="24"/>
        </w:rPr>
        <w:t>securitate</w:t>
      </w:r>
      <w:proofErr w:type="spellEnd"/>
      <w:r w:rsidRPr="00693F1B">
        <w:rPr>
          <w:rFonts w:cs="Times New Roman"/>
          <w:szCs w:val="24"/>
        </w:rPr>
        <w:t xml:space="preserve">, se </w:t>
      </w:r>
      <w:proofErr w:type="spellStart"/>
      <w:r w:rsidRPr="00693F1B">
        <w:rPr>
          <w:rFonts w:cs="Times New Roman"/>
          <w:szCs w:val="24"/>
        </w:rPr>
        <w:t>va</w:t>
      </w:r>
      <w:proofErr w:type="spellEnd"/>
      <w:r w:rsidRPr="00693F1B">
        <w:rPr>
          <w:rFonts w:cs="Times New Roman"/>
          <w:szCs w:val="24"/>
        </w:rPr>
        <w:t xml:space="preserve"> </w:t>
      </w:r>
      <w:proofErr w:type="spellStart"/>
      <w:r w:rsidRPr="00693F1B">
        <w:rPr>
          <w:rFonts w:cs="Times New Roman"/>
          <w:szCs w:val="24"/>
        </w:rPr>
        <w:t>investiga</w:t>
      </w:r>
      <w:proofErr w:type="spellEnd"/>
      <w:r w:rsidRPr="00693F1B">
        <w:rPr>
          <w:rFonts w:cs="Times New Roman"/>
          <w:szCs w:val="24"/>
        </w:rPr>
        <w:t xml:space="preserve"> cu </w:t>
      </w:r>
      <w:proofErr w:type="spellStart"/>
      <w:r w:rsidRPr="00693F1B">
        <w:rPr>
          <w:rFonts w:cs="Times New Roman"/>
          <w:szCs w:val="24"/>
        </w:rPr>
        <w:t>strictețe</w:t>
      </w:r>
      <w:proofErr w:type="spellEnd"/>
      <w:r w:rsidRPr="00693F1B">
        <w:rPr>
          <w:rFonts w:cs="Times New Roman"/>
          <w:szCs w:val="24"/>
        </w:rPr>
        <w:t xml:space="preserve"> </w:t>
      </w:r>
      <w:proofErr w:type="spellStart"/>
      <w:r w:rsidRPr="00693F1B">
        <w:rPr>
          <w:rFonts w:cs="Times New Roman"/>
          <w:szCs w:val="24"/>
        </w:rPr>
        <w:t>dacă</w:t>
      </w:r>
      <w:proofErr w:type="spellEnd"/>
      <w:r w:rsidRPr="00693F1B">
        <w:rPr>
          <w:rFonts w:cs="Times New Roman"/>
          <w:szCs w:val="24"/>
        </w:rPr>
        <w:t xml:space="preserve"> </w:t>
      </w:r>
      <w:proofErr w:type="spellStart"/>
      <w:r w:rsidRPr="00693F1B">
        <w:rPr>
          <w:rFonts w:cs="Times New Roman"/>
          <w:szCs w:val="24"/>
        </w:rPr>
        <w:t>încălcarea</w:t>
      </w:r>
      <w:proofErr w:type="spellEnd"/>
      <w:r w:rsidRPr="00693F1B">
        <w:rPr>
          <w:rFonts w:cs="Times New Roman"/>
          <w:szCs w:val="24"/>
        </w:rPr>
        <w:t xml:space="preserve"> a </w:t>
      </w:r>
      <w:proofErr w:type="spellStart"/>
      <w:r w:rsidRPr="00693F1B">
        <w:rPr>
          <w:rFonts w:cs="Times New Roman"/>
          <w:szCs w:val="24"/>
        </w:rPr>
        <w:t>fost</w:t>
      </w:r>
      <w:proofErr w:type="spellEnd"/>
      <w:r w:rsidRPr="00693F1B">
        <w:rPr>
          <w:rFonts w:cs="Times New Roman"/>
          <w:szCs w:val="24"/>
        </w:rPr>
        <w:t xml:space="preserve"> </w:t>
      </w:r>
      <w:proofErr w:type="spellStart"/>
      <w:r w:rsidRPr="00693F1B">
        <w:rPr>
          <w:rFonts w:cs="Times New Roman"/>
          <w:szCs w:val="24"/>
        </w:rPr>
        <w:t>rezultatul</w:t>
      </w:r>
      <w:proofErr w:type="spellEnd"/>
      <w:r w:rsidRPr="00693F1B">
        <w:rPr>
          <w:rFonts w:cs="Times New Roman"/>
          <w:szCs w:val="24"/>
        </w:rPr>
        <w:t xml:space="preserve"> </w:t>
      </w:r>
      <w:proofErr w:type="spellStart"/>
      <w:r w:rsidRPr="00693F1B">
        <w:rPr>
          <w:rFonts w:cs="Times New Roman"/>
          <w:szCs w:val="24"/>
        </w:rPr>
        <w:t>unei</w:t>
      </w:r>
      <w:proofErr w:type="spellEnd"/>
      <w:r w:rsidRPr="00693F1B">
        <w:rPr>
          <w:rFonts w:cs="Times New Roman"/>
          <w:szCs w:val="24"/>
        </w:rPr>
        <w:t xml:space="preserve"> </w:t>
      </w:r>
      <w:proofErr w:type="spellStart"/>
      <w:r w:rsidRPr="00693F1B">
        <w:rPr>
          <w:rFonts w:cs="Times New Roman"/>
          <w:szCs w:val="24"/>
        </w:rPr>
        <w:t>erori</w:t>
      </w:r>
      <w:proofErr w:type="spellEnd"/>
      <w:r w:rsidRPr="00693F1B">
        <w:rPr>
          <w:rFonts w:cs="Times New Roman"/>
          <w:szCs w:val="24"/>
        </w:rPr>
        <w:t xml:space="preserve"> </w:t>
      </w:r>
      <w:proofErr w:type="spellStart"/>
      <w:r w:rsidRPr="00693F1B">
        <w:rPr>
          <w:rFonts w:cs="Times New Roman"/>
          <w:szCs w:val="24"/>
        </w:rPr>
        <w:t>umane</w:t>
      </w:r>
      <w:proofErr w:type="spellEnd"/>
      <w:r w:rsidRPr="00693F1B">
        <w:rPr>
          <w:rFonts w:cs="Times New Roman"/>
          <w:szCs w:val="24"/>
        </w:rPr>
        <w:t xml:space="preserve"> (ex: </w:t>
      </w:r>
      <w:proofErr w:type="spellStart"/>
      <w:r w:rsidRPr="00693F1B">
        <w:rPr>
          <w:rFonts w:cs="Times New Roman"/>
          <w:szCs w:val="24"/>
        </w:rPr>
        <w:t>funcționar</w:t>
      </w:r>
      <w:proofErr w:type="spellEnd"/>
      <w:r w:rsidRPr="00693F1B">
        <w:rPr>
          <w:rFonts w:cs="Times New Roman"/>
          <w:szCs w:val="24"/>
        </w:rPr>
        <w:t xml:space="preserve"> care a </w:t>
      </w:r>
      <w:proofErr w:type="spellStart"/>
      <w:r w:rsidRPr="00693F1B">
        <w:rPr>
          <w:rFonts w:cs="Times New Roman"/>
          <w:szCs w:val="24"/>
        </w:rPr>
        <w:t>trimis</w:t>
      </w:r>
      <w:proofErr w:type="spellEnd"/>
      <w:r w:rsidRPr="00693F1B">
        <w:rPr>
          <w:rFonts w:cs="Times New Roman"/>
          <w:szCs w:val="24"/>
        </w:rPr>
        <w:t xml:space="preserve"> din </w:t>
      </w:r>
      <w:proofErr w:type="spellStart"/>
      <w:r w:rsidRPr="00693F1B">
        <w:rPr>
          <w:rFonts w:cs="Times New Roman"/>
          <w:szCs w:val="24"/>
        </w:rPr>
        <w:t>greșeală</w:t>
      </w:r>
      <w:proofErr w:type="spellEnd"/>
      <w:r w:rsidRPr="00693F1B">
        <w:rPr>
          <w:rFonts w:cs="Times New Roman"/>
          <w:szCs w:val="24"/>
        </w:rPr>
        <w:t xml:space="preserve"> un e-mail) </w:t>
      </w:r>
      <w:proofErr w:type="spellStart"/>
      <w:r w:rsidRPr="00693F1B">
        <w:rPr>
          <w:rFonts w:cs="Times New Roman"/>
          <w:szCs w:val="24"/>
        </w:rPr>
        <w:t>sau</w:t>
      </w:r>
      <w:proofErr w:type="spellEnd"/>
      <w:r w:rsidRPr="00693F1B">
        <w:rPr>
          <w:rFonts w:cs="Times New Roman"/>
          <w:szCs w:val="24"/>
        </w:rPr>
        <w:t xml:space="preserve"> al </w:t>
      </w:r>
      <w:proofErr w:type="spellStart"/>
      <w:r w:rsidRPr="00693F1B">
        <w:rPr>
          <w:rFonts w:cs="Times New Roman"/>
          <w:szCs w:val="24"/>
        </w:rPr>
        <w:t>unei</w:t>
      </w:r>
      <w:proofErr w:type="spellEnd"/>
      <w:r w:rsidRPr="00693F1B">
        <w:rPr>
          <w:rFonts w:cs="Times New Roman"/>
          <w:szCs w:val="24"/>
        </w:rPr>
        <w:t xml:space="preserve"> </w:t>
      </w:r>
      <w:proofErr w:type="spellStart"/>
      <w:r w:rsidRPr="00693F1B">
        <w:rPr>
          <w:rFonts w:cs="Times New Roman"/>
          <w:szCs w:val="24"/>
        </w:rPr>
        <w:t>probleme</w:t>
      </w:r>
      <w:proofErr w:type="spellEnd"/>
      <w:r w:rsidRPr="00693F1B">
        <w:rPr>
          <w:rFonts w:cs="Times New Roman"/>
          <w:szCs w:val="24"/>
        </w:rPr>
        <w:t xml:space="preserve"> </w:t>
      </w:r>
      <w:proofErr w:type="spellStart"/>
      <w:r w:rsidRPr="00693F1B">
        <w:rPr>
          <w:rFonts w:cs="Times New Roman"/>
          <w:szCs w:val="24"/>
        </w:rPr>
        <w:t>sistematice</w:t>
      </w:r>
      <w:proofErr w:type="spellEnd"/>
      <w:r w:rsidRPr="00693F1B">
        <w:rPr>
          <w:rFonts w:cs="Times New Roman"/>
          <w:szCs w:val="24"/>
        </w:rPr>
        <w:t xml:space="preserve"> de </w:t>
      </w:r>
      <w:proofErr w:type="spellStart"/>
      <w:r w:rsidRPr="00693F1B">
        <w:rPr>
          <w:rFonts w:cs="Times New Roman"/>
          <w:szCs w:val="24"/>
        </w:rPr>
        <w:t>rețea</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vor</w:t>
      </w:r>
      <w:proofErr w:type="spellEnd"/>
      <w:r w:rsidRPr="00693F1B">
        <w:rPr>
          <w:rFonts w:cs="Times New Roman"/>
          <w:szCs w:val="24"/>
        </w:rPr>
        <w:t xml:space="preserve"> fi </w:t>
      </w:r>
      <w:proofErr w:type="spellStart"/>
      <w:r w:rsidRPr="00693F1B">
        <w:rPr>
          <w:rFonts w:cs="Times New Roman"/>
          <w:szCs w:val="24"/>
        </w:rPr>
        <w:t>analizate</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aplicate</w:t>
      </w:r>
      <w:proofErr w:type="spellEnd"/>
      <w:r w:rsidRPr="00693F1B">
        <w:rPr>
          <w:rFonts w:cs="Times New Roman"/>
          <w:szCs w:val="24"/>
        </w:rPr>
        <w:t xml:space="preserve"> </w:t>
      </w:r>
      <w:proofErr w:type="spellStart"/>
      <w:r w:rsidRPr="00693F1B">
        <w:rPr>
          <w:rFonts w:cs="Times New Roman"/>
          <w:szCs w:val="24"/>
        </w:rPr>
        <w:t>măsuri</w:t>
      </w:r>
      <w:proofErr w:type="spellEnd"/>
      <w:r w:rsidRPr="00693F1B">
        <w:rPr>
          <w:rFonts w:cs="Times New Roman"/>
          <w:szCs w:val="24"/>
        </w:rPr>
        <w:t xml:space="preserve"> </w:t>
      </w:r>
      <w:proofErr w:type="spellStart"/>
      <w:r w:rsidRPr="00693F1B">
        <w:rPr>
          <w:rFonts w:cs="Times New Roman"/>
          <w:szCs w:val="24"/>
        </w:rPr>
        <w:t>pentru</w:t>
      </w:r>
      <w:proofErr w:type="spellEnd"/>
      <w:r w:rsidRPr="00693F1B">
        <w:rPr>
          <w:rFonts w:cs="Times New Roman"/>
          <w:szCs w:val="24"/>
        </w:rPr>
        <w:t xml:space="preserve"> a </w:t>
      </w:r>
      <w:proofErr w:type="spellStart"/>
      <w:r w:rsidRPr="00693F1B">
        <w:rPr>
          <w:rFonts w:cs="Times New Roman"/>
          <w:szCs w:val="24"/>
        </w:rPr>
        <w:t>preveni</w:t>
      </w:r>
      <w:proofErr w:type="spellEnd"/>
      <w:r w:rsidRPr="00693F1B">
        <w:rPr>
          <w:rFonts w:cs="Times New Roman"/>
          <w:szCs w:val="24"/>
        </w:rPr>
        <w:t xml:space="preserve"> </w:t>
      </w:r>
      <w:proofErr w:type="spellStart"/>
      <w:r w:rsidRPr="00693F1B">
        <w:rPr>
          <w:rFonts w:cs="Times New Roman"/>
          <w:szCs w:val="24"/>
        </w:rPr>
        <w:t>reapariția</w:t>
      </w:r>
      <w:proofErr w:type="spellEnd"/>
      <w:r w:rsidRPr="00693F1B">
        <w:rPr>
          <w:rFonts w:cs="Times New Roman"/>
          <w:szCs w:val="24"/>
        </w:rPr>
        <w:t xml:space="preserve"> </w:t>
      </w:r>
      <w:r>
        <w:rPr>
          <w:rFonts w:cs="Times New Roman"/>
          <w:szCs w:val="24"/>
        </w:rPr>
        <w:t>-</w:t>
      </w:r>
      <w:r w:rsidRPr="00693F1B">
        <w:rPr>
          <w:rFonts w:cs="Times New Roman"/>
          <w:szCs w:val="24"/>
        </w:rPr>
        <w:t xml:space="preserve"> fie </w:t>
      </w:r>
      <w:proofErr w:type="spellStart"/>
      <w:r w:rsidRPr="00693F1B">
        <w:rPr>
          <w:rFonts w:cs="Times New Roman"/>
          <w:szCs w:val="24"/>
        </w:rPr>
        <w:t>prin</w:t>
      </w:r>
      <w:proofErr w:type="spellEnd"/>
      <w:r w:rsidRPr="00693F1B">
        <w:rPr>
          <w:rFonts w:cs="Times New Roman"/>
          <w:szCs w:val="24"/>
        </w:rPr>
        <w:t xml:space="preserve"> </w:t>
      </w:r>
      <w:proofErr w:type="spellStart"/>
      <w:r w:rsidRPr="00693F1B">
        <w:rPr>
          <w:rFonts w:cs="Times New Roman"/>
          <w:szCs w:val="24"/>
        </w:rPr>
        <w:t>optimizarea</w:t>
      </w:r>
      <w:proofErr w:type="spellEnd"/>
      <w:r w:rsidRPr="00693F1B">
        <w:rPr>
          <w:rFonts w:cs="Times New Roman"/>
          <w:szCs w:val="24"/>
        </w:rPr>
        <w:t xml:space="preserve"> </w:t>
      </w:r>
      <w:proofErr w:type="spellStart"/>
      <w:r w:rsidRPr="00693F1B">
        <w:rPr>
          <w:rFonts w:cs="Times New Roman"/>
          <w:szCs w:val="24"/>
        </w:rPr>
        <w:t>proceselor</w:t>
      </w:r>
      <w:proofErr w:type="spellEnd"/>
      <w:r w:rsidRPr="00693F1B">
        <w:rPr>
          <w:rFonts w:cs="Times New Roman"/>
          <w:szCs w:val="24"/>
        </w:rPr>
        <w:t xml:space="preserve"> administrative, fie </w:t>
      </w:r>
      <w:proofErr w:type="spellStart"/>
      <w:r w:rsidRPr="00693F1B">
        <w:rPr>
          <w:rFonts w:cs="Times New Roman"/>
          <w:szCs w:val="24"/>
        </w:rPr>
        <w:t>prin</w:t>
      </w:r>
      <w:proofErr w:type="spellEnd"/>
      <w:r w:rsidRPr="00693F1B">
        <w:rPr>
          <w:rFonts w:cs="Times New Roman"/>
          <w:szCs w:val="24"/>
        </w:rPr>
        <w:t xml:space="preserve"> </w:t>
      </w:r>
      <w:proofErr w:type="spellStart"/>
      <w:r w:rsidRPr="00693F1B">
        <w:rPr>
          <w:rFonts w:cs="Times New Roman"/>
          <w:szCs w:val="24"/>
        </w:rPr>
        <w:t>instruire</w:t>
      </w:r>
      <w:proofErr w:type="spellEnd"/>
      <w:r w:rsidRPr="00693F1B">
        <w:rPr>
          <w:rFonts w:cs="Times New Roman"/>
          <w:szCs w:val="24"/>
        </w:rPr>
        <w:t xml:space="preserve"> </w:t>
      </w:r>
      <w:proofErr w:type="spellStart"/>
      <w:r w:rsidRPr="00693F1B">
        <w:rPr>
          <w:rFonts w:cs="Times New Roman"/>
          <w:szCs w:val="24"/>
        </w:rPr>
        <w:t>suplimentară</w:t>
      </w:r>
      <w:proofErr w:type="spellEnd"/>
      <w:r w:rsidRPr="00693F1B">
        <w:rPr>
          <w:rFonts w:cs="Times New Roman"/>
          <w:szCs w:val="24"/>
        </w:rPr>
        <w:t xml:space="preserve"> a </w:t>
      </w:r>
      <w:proofErr w:type="spellStart"/>
      <w:r w:rsidRPr="00693F1B">
        <w:rPr>
          <w:rFonts w:cs="Times New Roman"/>
          <w:szCs w:val="24"/>
        </w:rPr>
        <w:t>personalului</w:t>
      </w:r>
      <w:proofErr w:type="spellEnd"/>
      <w:r w:rsidRPr="00693F1B">
        <w:rPr>
          <w:rFonts w:cs="Times New Roman"/>
          <w:szCs w:val="24"/>
        </w:rPr>
        <w:t xml:space="preserve">, fie </w:t>
      </w:r>
      <w:proofErr w:type="spellStart"/>
      <w:r w:rsidRPr="00693F1B">
        <w:rPr>
          <w:rFonts w:cs="Times New Roman"/>
          <w:szCs w:val="24"/>
        </w:rPr>
        <w:t>prin</w:t>
      </w:r>
      <w:proofErr w:type="spellEnd"/>
      <w:r w:rsidRPr="00693F1B">
        <w:rPr>
          <w:rFonts w:cs="Times New Roman"/>
          <w:szCs w:val="24"/>
        </w:rPr>
        <w:t xml:space="preserve"> </w:t>
      </w:r>
      <w:proofErr w:type="spellStart"/>
      <w:r w:rsidRPr="00693F1B">
        <w:rPr>
          <w:rFonts w:cs="Times New Roman"/>
          <w:szCs w:val="24"/>
        </w:rPr>
        <w:t>alte</w:t>
      </w:r>
      <w:proofErr w:type="spellEnd"/>
      <w:r w:rsidRPr="00693F1B">
        <w:rPr>
          <w:rFonts w:cs="Times New Roman"/>
          <w:szCs w:val="24"/>
        </w:rPr>
        <w:t xml:space="preserve"> </w:t>
      </w:r>
      <w:proofErr w:type="spellStart"/>
      <w:r w:rsidRPr="00693F1B">
        <w:rPr>
          <w:rFonts w:cs="Times New Roman"/>
          <w:szCs w:val="24"/>
        </w:rPr>
        <w:t>măsuri</w:t>
      </w:r>
      <w:proofErr w:type="spellEnd"/>
      <w:r w:rsidRPr="00693F1B">
        <w:rPr>
          <w:rFonts w:cs="Times New Roman"/>
          <w:szCs w:val="24"/>
        </w:rPr>
        <w:t xml:space="preserve"> </w:t>
      </w:r>
      <w:proofErr w:type="spellStart"/>
      <w:r w:rsidRPr="00693F1B">
        <w:rPr>
          <w:rFonts w:cs="Times New Roman"/>
          <w:szCs w:val="24"/>
        </w:rPr>
        <w:t>corective</w:t>
      </w:r>
      <w:proofErr w:type="spellEnd"/>
      <w:r w:rsidRPr="00693F1B">
        <w:rPr>
          <w:rFonts w:cs="Times New Roman"/>
          <w:szCs w:val="24"/>
        </w:rPr>
        <w:t xml:space="preserve"> </w:t>
      </w:r>
      <w:proofErr w:type="spellStart"/>
      <w:r w:rsidRPr="00693F1B">
        <w:rPr>
          <w:rFonts w:cs="Times New Roman"/>
          <w:szCs w:val="24"/>
        </w:rPr>
        <w:t>tehnice</w:t>
      </w:r>
      <w:proofErr w:type="spellEnd"/>
      <w:r w:rsidRPr="00693F1B">
        <w:rPr>
          <w:rFonts w:cs="Times New Roman"/>
          <w:szCs w:val="24"/>
        </w:rPr>
        <w:t>.</w:t>
      </w:r>
    </w:p>
    <w:p w14:paraId="07957500" w14:textId="605722FF" w:rsidR="006D4E92" w:rsidRPr="008B04D4" w:rsidRDefault="00000000">
      <w:pPr>
        <w:jc w:val="both"/>
      </w:pPr>
      <w:proofErr w:type="spellStart"/>
      <w:r w:rsidRPr="00693F1B">
        <w:rPr>
          <w:rFonts w:cs="Times New Roman"/>
          <w:szCs w:val="24"/>
        </w:rPr>
        <w:t>După</w:t>
      </w:r>
      <w:proofErr w:type="spellEnd"/>
      <w:r w:rsidRPr="00693F1B">
        <w:rPr>
          <w:rFonts w:cs="Times New Roman"/>
          <w:szCs w:val="24"/>
        </w:rPr>
        <w:t xml:space="preserve"> </w:t>
      </w:r>
      <w:proofErr w:type="spellStart"/>
      <w:r w:rsidRPr="00693F1B">
        <w:rPr>
          <w:rFonts w:cs="Times New Roman"/>
          <w:szCs w:val="24"/>
        </w:rPr>
        <w:t>rezolvarea</w:t>
      </w:r>
      <w:proofErr w:type="spellEnd"/>
      <w:r w:rsidRPr="00693F1B">
        <w:rPr>
          <w:rFonts w:cs="Times New Roman"/>
          <w:szCs w:val="24"/>
        </w:rPr>
        <w:t xml:space="preserve"> lor </w:t>
      </w:r>
      <w:proofErr w:type="spellStart"/>
      <w:r w:rsidRPr="00693F1B">
        <w:rPr>
          <w:rFonts w:cs="Times New Roman"/>
          <w:szCs w:val="24"/>
        </w:rPr>
        <w:t>completă</w:t>
      </w:r>
      <w:proofErr w:type="spellEnd"/>
      <w:r w:rsidRPr="00693F1B">
        <w:rPr>
          <w:rFonts w:cs="Times New Roman"/>
          <w:szCs w:val="24"/>
        </w:rPr>
        <w:t xml:space="preserve">, </w:t>
      </w:r>
      <w:proofErr w:type="spellStart"/>
      <w:r w:rsidRPr="00693F1B">
        <w:rPr>
          <w:rFonts w:cs="Times New Roman"/>
          <w:szCs w:val="24"/>
        </w:rPr>
        <w:t>toate</w:t>
      </w:r>
      <w:proofErr w:type="spellEnd"/>
      <w:r w:rsidRPr="00693F1B">
        <w:rPr>
          <w:rFonts w:cs="Times New Roman"/>
          <w:szCs w:val="24"/>
        </w:rPr>
        <w:t xml:space="preserve"> </w:t>
      </w:r>
      <w:proofErr w:type="spellStart"/>
      <w:r w:rsidRPr="00693F1B">
        <w:rPr>
          <w:rFonts w:cs="Times New Roman"/>
          <w:szCs w:val="24"/>
        </w:rPr>
        <w:t>actele</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probele</w:t>
      </w:r>
      <w:proofErr w:type="spellEnd"/>
      <w:r w:rsidRPr="00693F1B">
        <w:rPr>
          <w:rFonts w:cs="Times New Roman"/>
          <w:szCs w:val="24"/>
        </w:rPr>
        <w:t xml:space="preserve"> cu </w:t>
      </w:r>
      <w:proofErr w:type="spellStart"/>
      <w:r w:rsidRPr="00693F1B">
        <w:rPr>
          <w:rFonts w:cs="Times New Roman"/>
          <w:szCs w:val="24"/>
        </w:rPr>
        <w:t>privire</w:t>
      </w:r>
      <w:proofErr w:type="spellEnd"/>
      <w:r w:rsidRPr="00693F1B">
        <w:rPr>
          <w:rFonts w:cs="Times New Roman"/>
          <w:szCs w:val="24"/>
        </w:rPr>
        <w:t xml:space="preserve"> la </w:t>
      </w:r>
      <w:proofErr w:type="spellStart"/>
      <w:r w:rsidRPr="00693F1B">
        <w:rPr>
          <w:rFonts w:cs="Times New Roman"/>
          <w:szCs w:val="24"/>
        </w:rPr>
        <w:t>raportarea</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tratarea</w:t>
      </w:r>
      <w:proofErr w:type="spellEnd"/>
      <w:r w:rsidRPr="00693F1B">
        <w:rPr>
          <w:rFonts w:cs="Times New Roman"/>
          <w:szCs w:val="24"/>
        </w:rPr>
        <w:t xml:space="preserve"> </w:t>
      </w:r>
      <w:proofErr w:type="spellStart"/>
      <w:r w:rsidRPr="00693F1B">
        <w:rPr>
          <w:rFonts w:cs="Times New Roman"/>
          <w:szCs w:val="24"/>
        </w:rPr>
        <w:t>incidentelor</w:t>
      </w:r>
      <w:proofErr w:type="spellEnd"/>
      <w:r w:rsidRPr="00693F1B">
        <w:rPr>
          <w:rFonts w:cs="Times New Roman"/>
          <w:szCs w:val="24"/>
        </w:rPr>
        <w:t xml:space="preserve"> de </w:t>
      </w:r>
      <w:proofErr w:type="spellStart"/>
      <w:r w:rsidRPr="00693F1B">
        <w:rPr>
          <w:rFonts w:cs="Times New Roman"/>
          <w:szCs w:val="24"/>
        </w:rPr>
        <w:t>securitate</w:t>
      </w:r>
      <w:proofErr w:type="spellEnd"/>
      <w:r w:rsidRPr="00693F1B">
        <w:rPr>
          <w:rFonts w:cs="Times New Roman"/>
          <w:szCs w:val="24"/>
        </w:rPr>
        <w:t xml:space="preserve"> se </w:t>
      </w:r>
      <w:proofErr w:type="spellStart"/>
      <w:r w:rsidRPr="00693F1B">
        <w:rPr>
          <w:rFonts w:cs="Times New Roman"/>
          <w:szCs w:val="24"/>
        </w:rPr>
        <w:t>grupează</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dosarul</w:t>
      </w:r>
      <w:proofErr w:type="spellEnd"/>
      <w:r w:rsidRPr="00693F1B">
        <w:rPr>
          <w:rFonts w:cs="Times New Roman"/>
          <w:szCs w:val="24"/>
        </w:rPr>
        <w:t xml:space="preserve"> </w:t>
      </w:r>
      <w:proofErr w:type="spellStart"/>
      <w:r w:rsidRPr="00693F1B">
        <w:rPr>
          <w:rFonts w:cs="Times New Roman"/>
          <w:szCs w:val="24"/>
        </w:rPr>
        <w:t>dedicat</w:t>
      </w:r>
      <w:proofErr w:type="spellEnd"/>
      <w:r w:rsidRPr="00693F1B">
        <w:rPr>
          <w:rFonts w:cs="Times New Roman"/>
          <w:szCs w:val="24"/>
        </w:rPr>
        <w:t xml:space="preserve"> din </w:t>
      </w:r>
      <w:proofErr w:type="spellStart"/>
      <w:r w:rsidRPr="00693F1B">
        <w:rPr>
          <w:rFonts w:cs="Times New Roman"/>
          <w:szCs w:val="24"/>
        </w:rPr>
        <w:t>Nomenclatorul</w:t>
      </w:r>
      <w:proofErr w:type="spellEnd"/>
      <w:r w:rsidRPr="00693F1B">
        <w:rPr>
          <w:rFonts w:cs="Times New Roman"/>
          <w:szCs w:val="24"/>
        </w:rPr>
        <w:t xml:space="preserve"> </w:t>
      </w:r>
      <w:proofErr w:type="spellStart"/>
      <w:r w:rsidRPr="00693F1B">
        <w:rPr>
          <w:rFonts w:cs="Times New Roman"/>
          <w:szCs w:val="24"/>
        </w:rPr>
        <w:t>arhivistic</w:t>
      </w:r>
      <w:proofErr w:type="spellEnd"/>
      <w:r w:rsidRPr="00693F1B">
        <w:rPr>
          <w:rFonts w:cs="Times New Roman"/>
          <w:szCs w:val="24"/>
        </w:rPr>
        <w:t xml:space="preserve"> (</w:t>
      </w:r>
      <w:proofErr w:type="spellStart"/>
      <w:r w:rsidRPr="00693F1B">
        <w:rPr>
          <w:rFonts w:cs="Times New Roman"/>
          <w:szCs w:val="24"/>
        </w:rPr>
        <w:t>dosarul</w:t>
      </w:r>
      <w:proofErr w:type="spellEnd"/>
      <w:r w:rsidRPr="00693F1B">
        <w:rPr>
          <w:rFonts w:cs="Times New Roman"/>
          <w:szCs w:val="24"/>
        </w:rPr>
        <w:t xml:space="preserve"> de </w:t>
      </w:r>
      <w:proofErr w:type="spellStart"/>
      <w:r w:rsidRPr="00693F1B">
        <w:rPr>
          <w:rFonts w:cs="Times New Roman"/>
          <w:szCs w:val="24"/>
        </w:rPr>
        <w:t>corespondență</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w:t>
      </w:r>
      <w:proofErr w:type="spellStart"/>
      <w:r w:rsidRPr="00693F1B">
        <w:rPr>
          <w:rFonts w:cs="Times New Roman"/>
          <w:szCs w:val="24"/>
        </w:rPr>
        <w:t>incidente</w:t>
      </w:r>
      <w:proofErr w:type="spellEnd"/>
      <w:r w:rsidRPr="00693F1B">
        <w:rPr>
          <w:rFonts w:cs="Times New Roman"/>
          <w:szCs w:val="24"/>
        </w:rPr>
        <w:t xml:space="preserve"> </w:t>
      </w:r>
      <w:proofErr w:type="spellStart"/>
      <w:r>
        <w:rPr>
          <w:rFonts w:cs="Times New Roman"/>
          <w:szCs w:val="24"/>
        </w:rPr>
        <w:t>în</w:t>
      </w:r>
      <w:proofErr w:type="spellEnd"/>
      <w:r>
        <w:rPr>
          <w:rFonts w:cs="Times New Roman"/>
          <w:szCs w:val="24"/>
        </w:rPr>
        <w:t xml:space="preserve"> </w:t>
      </w:r>
      <w:proofErr w:type="spellStart"/>
      <w:r>
        <w:rPr>
          <w:rFonts w:cs="Times New Roman"/>
          <w:szCs w:val="24"/>
        </w:rPr>
        <w:t>domeniul</w:t>
      </w:r>
      <w:proofErr w:type="spellEnd"/>
      <w:r>
        <w:rPr>
          <w:rFonts w:cs="Times New Roman"/>
          <w:szCs w:val="24"/>
        </w:rPr>
        <w:t xml:space="preserve"> </w:t>
      </w:r>
      <w:proofErr w:type="spellStart"/>
      <w:r>
        <w:rPr>
          <w:rFonts w:cs="Times New Roman"/>
          <w:szCs w:val="24"/>
        </w:rPr>
        <w:t>protecției</w:t>
      </w:r>
      <w:proofErr w:type="spellEnd"/>
      <w:r>
        <w:rPr>
          <w:rFonts w:cs="Times New Roman"/>
          <w:szCs w:val="24"/>
        </w:rPr>
        <w:t xml:space="preserve"> </w:t>
      </w:r>
      <w:proofErr w:type="spellStart"/>
      <w:r>
        <w:rPr>
          <w:rFonts w:cs="Times New Roman"/>
          <w:szCs w:val="24"/>
        </w:rPr>
        <w:t>datelor</w:t>
      </w:r>
      <w:proofErr w:type="spellEnd"/>
      <w:r>
        <w:rPr>
          <w:rFonts w:cs="Times New Roman"/>
          <w:szCs w:val="24"/>
        </w:rPr>
        <w:t xml:space="preserve"> cu </w:t>
      </w:r>
      <w:proofErr w:type="spellStart"/>
      <w:r>
        <w:rPr>
          <w:rFonts w:cs="Times New Roman"/>
          <w:szCs w:val="24"/>
        </w:rPr>
        <w:t>caracter</w:t>
      </w:r>
      <w:proofErr w:type="spellEnd"/>
      <w:r>
        <w:rPr>
          <w:rFonts w:cs="Times New Roman"/>
          <w:szCs w:val="24"/>
        </w:rPr>
        <w:t xml:space="preserve"> personal</w:t>
      </w:r>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se </w:t>
      </w:r>
      <w:proofErr w:type="spellStart"/>
      <w:r w:rsidRPr="00693F1B">
        <w:rPr>
          <w:rFonts w:cs="Times New Roman"/>
          <w:szCs w:val="24"/>
        </w:rPr>
        <w:t>predau</w:t>
      </w:r>
      <w:proofErr w:type="spellEnd"/>
      <w:r w:rsidRPr="00693F1B">
        <w:rPr>
          <w:rFonts w:cs="Times New Roman"/>
          <w:szCs w:val="24"/>
        </w:rPr>
        <w:t xml:space="preserve"> la </w:t>
      </w:r>
      <w:proofErr w:type="spellStart"/>
      <w:r w:rsidRPr="00693F1B">
        <w:rPr>
          <w:rFonts w:cs="Times New Roman"/>
          <w:szCs w:val="24"/>
        </w:rPr>
        <w:t>Arhiva</w:t>
      </w:r>
      <w:proofErr w:type="spellEnd"/>
      <w:r w:rsidRPr="00693F1B">
        <w:rPr>
          <w:rFonts w:cs="Times New Roman"/>
          <w:szCs w:val="24"/>
        </w:rPr>
        <w:t xml:space="preserve"> </w:t>
      </w:r>
      <w:proofErr w:type="spellStart"/>
      <w:r w:rsidRPr="00693F1B">
        <w:rPr>
          <w:rFonts w:cs="Times New Roman"/>
          <w:b/>
          <w:bCs/>
          <w:szCs w:val="24"/>
        </w:rPr>
        <w:t>Primări</w:t>
      </w:r>
      <w:r>
        <w:rPr>
          <w:rFonts w:cs="Times New Roman"/>
          <w:b/>
          <w:bCs/>
          <w:szCs w:val="24"/>
        </w:rPr>
        <w:t>ei</w:t>
      </w:r>
      <w:proofErr w:type="spellEnd"/>
      <w:r w:rsidRPr="00693F1B">
        <w:rPr>
          <w:rFonts w:cs="Times New Roman"/>
          <w:b/>
          <w:bCs/>
          <w:szCs w:val="24"/>
        </w:rPr>
        <w:t xml:space="preserve"> </w:t>
      </w:r>
      <w:proofErr w:type="spellStart"/>
      <w:r>
        <w:rPr>
          <w:rFonts w:cs="Times New Roman"/>
          <w:b/>
          <w:bCs/>
          <w:szCs w:val="24"/>
        </w:rPr>
        <w:t>Satului</w:t>
      </w:r>
      <w:proofErr w:type="spellEnd"/>
      <w:r>
        <w:rPr>
          <w:rFonts w:cs="Times New Roman"/>
          <w:b/>
          <w:bCs/>
          <w:szCs w:val="24"/>
        </w:rPr>
        <w:t xml:space="preserve"> </w:t>
      </w:r>
      <w:proofErr w:type="spellStart"/>
      <w:r>
        <w:rPr>
          <w:rFonts w:cs="Times New Roman"/>
          <w:b/>
          <w:bCs/>
          <w:szCs w:val="24"/>
        </w:rPr>
        <w:t>Mereni</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termenul</w:t>
      </w:r>
      <w:proofErr w:type="spellEnd"/>
      <w:r w:rsidRPr="00693F1B">
        <w:rPr>
          <w:rFonts w:cs="Times New Roman"/>
          <w:szCs w:val="24"/>
        </w:rPr>
        <w:t xml:space="preserve"> legal </w:t>
      </w:r>
      <w:proofErr w:type="spellStart"/>
      <w:r w:rsidRPr="00693F1B">
        <w:rPr>
          <w:rFonts w:cs="Times New Roman"/>
          <w:szCs w:val="24"/>
        </w:rPr>
        <w:t>stabilit</w:t>
      </w:r>
      <w:proofErr w:type="spellEnd"/>
      <w:r w:rsidRPr="00693F1B">
        <w:rPr>
          <w:rFonts w:cs="Times New Roman"/>
          <w:szCs w:val="24"/>
        </w:rPr>
        <w:t xml:space="preserve">. </w:t>
      </w:r>
      <w:proofErr w:type="spellStart"/>
      <w:r w:rsidRPr="00693F1B">
        <w:rPr>
          <w:rFonts w:cs="Times New Roman"/>
          <w:szCs w:val="24"/>
        </w:rPr>
        <w:t>Predarea</w:t>
      </w:r>
      <w:proofErr w:type="spellEnd"/>
      <w:r w:rsidRPr="00693F1B">
        <w:rPr>
          <w:rFonts w:cs="Times New Roman"/>
          <w:szCs w:val="24"/>
        </w:rPr>
        <w:t xml:space="preserve"> la </w:t>
      </w:r>
      <w:proofErr w:type="spellStart"/>
      <w:r w:rsidRPr="00693F1B">
        <w:rPr>
          <w:rFonts w:cs="Times New Roman"/>
          <w:szCs w:val="24"/>
        </w:rPr>
        <w:t>arhivă</w:t>
      </w:r>
      <w:proofErr w:type="spellEnd"/>
      <w:r w:rsidRPr="00693F1B">
        <w:rPr>
          <w:rFonts w:cs="Times New Roman"/>
          <w:szCs w:val="24"/>
        </w:rPr>
        <w:t xml:space="preserve"> se face pe </w:t>
      </w:r>
      <w:proofErr w:type="spellStart"/>
      <w:r w:rsidRPr="00693F1B">
        <w:rPr>
          <w:rFonts w:cs="Times New Roman"/>
          <w:szCs w:val="24"/>
        </w:rPr>
        <w:t>bază</w:t>
      </w:r>
      <w:proofErr w:type="spellEnd"/>
      <w:r w:rsidRPr="00693F1B">
        <w:rPr>
          <w:rFonts w:cs="Times New Roman"/>
          <w:szCs w:val="24"/>
        </w:rPr>
        <w:t xml:space="preserve"> de </w:t>
      </w:r>
      <w:proofErr w:type="spellStart"/>
      <w:r w:rsidRPr="00693F1B">
        <w:rPr>
          <w:rFonts w:cs="Times New Roman"/>
          <w:szCs w:val="24"/>
        </w:rPr>
        <w:t>inventare</w:t>
      </w:r>
      <w:proofErr w:type="spellEnd"/>
      <w:r w:rsidRPr="00693F1B">
        <w:rPr>
          <w:rFonts w:cs="Times New Roman"/>
          <w:szCs w:val="24"/>
        </w:rPr>
        <w:t xml:space="preserve"> (</w:t>
      </w:r>
      <w:proofErr w:type="spellStart"/>
      <w:r w:rsidRPr="00693F1B">
        <w:rPr>
          <w:rFonts w:cs="Times New Roman"/>
          <w:szCs w:val="24"/>
        </w:rPr>
        <w:t>opis</w:t>
      </w:r>
      <w:proofErr w:type="spellEnd"/>
      <w:r w:rsidRPr="00693F1B">
        <w:rPr>
          <w:rFonts w:cs="Times New Roman"/>
          <w:szCs w:val="24"/>
        </w:rPr>
        <w:t xml:space="preserve">) </w:t>
      </w:r>
      <w:proofErr w:type="spellStart"/>
      <w:r w:rsidRPr="00693F1B">
        <w:rPr>
          <w:rFonts w:cs="Times New Roman"/>
          <w:szCs w:val="24"/>
        </w:rPr>
        <w:t>întocmite</w:t>
      </w:r>
      <w:proofErr w:type="spellEnd"/>
      <w:r w:rsidRPr="00693F1B">
        <w:rPr>
          <w:rFonts w:cs="Times New Roman"/>
          <w:szCs w:val="24"/>
        </w:rPr>
        <w:t xml:space="preserve"> </w:t>
      </w:r>
      <w:proofErr w:type="spellStart"/>
      <w:r w:rsidRPr="00693F1B">
        <w:rPr>
          <w:rFonts w:cs="Times New Roman"/>
          <w:szCs w:val="24"/>
        </w:rPr>
        <w:t>în</w:t>
      </w:r>
      <w:proofErr w:type="spellEnd"/>
      <w:r w:rsidRPr="00693F1B">
        <w:rPr>
          <w:rFonts w:cs="Times New Roman"/>
          <w:szCs w:val="24"/>
        </w:rPr>
        <w:t xml:space="preserve"> </w:t>
      </w:r>
      <w:proofErr w:type="spellStart"/>
      <w:r w:rsidRPr="00693F1B">
        <w:rPr>
          <w:rFonts w:cs="Times New Roman"/>
          <w:szCs w:val="24"/>
        </w:rPr>
        <w:t>trei</w:t>
      </w:r>
      <w:proofErr w:type="spellEnd"/>
      <w:r w:rsidRPr="00693F1B">
        <w:rPr>
          <w:rFonts w:cs="Times New Roman"/>
          <w:szCs w:val="24"/>
        </w:rPr>
        <w:t xml:space="preserve"> </w:t>
      </w:r>
      <w:proofErr w:type="spellStart"/>
      <w:r w:rsidRPr="00693F1B">
        <w:rPr>
          <w:rFonts w:cs="Times New Roman"/>
          <w:szCs w:val="24"/>
        </w:rPr>
        <w:t>exemplare</w:t>
      </w:r>
      <w:proofErr w:type="spellEnd"/>
      <w:r w:rsidRPr="00693F1B">
        <w:rPr>
          <w:rFonts w:cs="Times New Roman"/>
          <w:szCs w:val="24"/>
        </w:rPr>
        <w:t xml:space="preserve"> (un exemplar </w:t>
      </w:r>
      <w:proofErr w:type="spellStart"/>
      <w:r w:rsidRPr="00693F1B">
        <w:rPr>
          <w:rFonts w:cs="Times New Roman"/>
          <w:szCs w:val="24"/>
        </w:rPr>
        <w:t>pentru</w:t>
      </w:r>
      <w:proofErr w:type="spellEnd"/>
      <w:r w:rsidRPr="00693F1B">
        <w:rPr>
          <w:rFonts w:cs="Times New Roman"/>
          <w:szCs w:val="24"/>
        </w:rPr>
        <w:t xml:space="preserve"> cel care </w:t>
      </w:r>
      <w:proofErr w:type="spellStart"/>
      <w:r w:rsidRPr="00693F1B">
        <w:rPr>
          <w:rFonts w:cs="Times New Roman"/>
          <w:szCs w:val="24"/>
        </w:rPr>
        <w:t>predă</w:t>
      </w:r>
      <w:proofErr w:type="spellEnd"/>
      <w:r w:rsidRPr="00693F1B">
        <w:rPr>
          <w:rFonts w:cs="Times New Roman"/>
          <w:szCs w:val="24"/>
        </w:rPr>
        <w:t xml:space="preserve">, un exemplar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dosarul</w:t>
      </w:r>
      <w:proofErr w:type="spellEnd"/>
      <w:r w:rsidRPr="00693F1B">
        <w:rPr>
          <w:rFonts w:cs="Times New Roman"/>
          <w:szCs w:val="24"/>
        </w:rPr>
        <w:t xml:space="preserve"> din </w:t>
      </w:r>
      <w:proofErr w:type="spellStart"/>
      <w:r w:rsidRPr="00693F1B">
        <w:rPr>
          <w:rFonts w:cs="Times New Roman"/>
          <w:szCs w:val="24"/>
        </w:rPr>
        <w:t>arhivă</w:t>
      </w:r>
      <w:proofErr w:type="spellEnd"/>
      <w:r w:rsidRPr="00693F1B">
        <w:rPr>
          <w:rFonts w:cs="Times New Roman"/>
          <w:szCs w:val="24"/>
        </w:rPr>
        <w:t xml:space="preserve"> </w:t>
      </w:r>
      <w:proofErr w:type="spellStart"/>
      <w:r w:rsidRPr="00693F1B">
        <w:rPr>
          <w:rFonts w:cs="Times New Roman"/>
          <w:szCs w:val="24"/>
        </w:rPr>
        <w:t>și</w:t>
      </w:r>
      <w:proofErr w:type="spellEnd"/>
      <w:r w:rsidRPr="00693F1B">
        <w:rPr>
          <w:rFonts w:cs="Times New Roman"/>
          <w:szCs w:val="24"/>
        </w:rPr>
        <w:t xml:space="preserve"> un exemplar </w:t>
      </w:r>
      <w:proofErr w:type="spellStart"/>
      <w:r w:rsidRPr="00693F1B">
        <w:rPr>
          <w:rFonts w:cs="Times New Roman"/>
          <w:szCs w:val="24"/>
        </w:rPr>
        <w:t>pentru</w:t>
      </w:r>
      <w:proofErr w:type="spellEnd"/>
      <w:r w:rsidRPr="00693F1B">
        <w:rPr>
          <w:rFonts w:cs="Times New Roman"/>
          <w:szCs w:val="24"/>
        </w:rPr>
        <w:t xml:space="preserve"> </w:t>
      </w:r>
      <w:proofErr w:type="spellStart"/>
      <w:r w:rsidRPr="00693F1B">
        <w:rPr>
          <w:rFonts w:cs="Times New Roman"/>
          <w:szCs w:val="24"/>
        </w:rPr>
        <w:t>dosarul</w:t>
      </w:r>
      <w:proofErr w:type="spellEnd"/>
      <w:r w:rsidRPr="00693F1B">
        <w:rPr>
          <w:rFonts w:cs="Times New Roman"/>
          <w:szCs w:val="24"/>
        </w:rPr>
        <w:t xml:space="preserve"> de </w:t>
      </w:r>
      <w:proofErr w:type="spellStart"/>
      <w:r w:rsidRPr="00693F1B">
        <w:rPr>
          <w:rFonts w:cs="Times New Roman"/>
          <w:szCs w:val="24"/>
        </w:rPr>
        <w:t>evidență</w:t>
      </w:r>
      <w:proofErr w:type="spellEnd"/>
      <w:r w:rsidRPr="00693F1B">
        <w:rPr>
          <w:rFonts w:cs="Times New Roman"/>
          <w:szCs w:val="24"/>
        </w:rPr>
        <w:t xml:space="preserve"> a </w:t>
      </w:r>
      <w:proofErr w:type="spellStart"/>
      <w:r w:rsidRPr="00693F1B">
        <w:rPr>
          <w:rFonts w:cs="Times New Roman"/>
          <w:szCs w:val="24"/>
        </w:rPr>
        <w:t>departamentului</w:t>
      </w:r>
      <w:proofErr w:type="spellEnd"/>
      <w:r w:rsidRPr="00693F1B">
        <w:rPr>
          <w:rFonts w:cs="Times New Roman"/>
          <w:szCs w:val="24"/>
        </w:rPr>
        <w:t xml:space="preserve"> juridic/</w:t>
      </w:r>
      <w:proofErr w:type="spellStart"/>
      <w:r>
        <w:rPr>
          <w:rFonts w:cs="Times New Roman"/>
          <w:szCs w:val="24"/>
        </w:rPr>
        <w:t>Responsabilul</w:t>
      </w:r>
      <w:proofErr w:type="spellEnd"/>
      <w:r>
        <w:rPr>
          <w:rFonts w:cs="Times New Roman"/>
          <w:szCs w:val="24"/>
        </w:rPr>
        <w:t xml:space="preserve"> </w:t>
      </w:r>
      <w:proofErr w:type="spellStart"/>
      <w:r>
        <w:rPr>
          <w:rFonts w:cs="Times New Roman"/>
          <w:szCs w:val="24"/>
        </w:rPr>
        <w:t>pentru</w:t>
      </w:r>
      <w:proofErr w:type="spellEnd"/>
      <w:r>
        <w:rPr>
          <w:rFonts w:cs="Times New Roman"/>
          <w:szCs w:val="24"/>
        </w:rPr>
        <w:t xml:space="preserve"> </w:t>
      </w:r>
      <w:proofErr w:type="spellStart"/>
      <w:r>
        <w:rPr>
          <w:rFonts w:cs="Times New Roman"/>
          <w:szCs w:val="24"/>
        </w:rPr>
        <w:t>Protecția</w:t>
      </w:r>
      <w:proofErr w:type="spellEnd"/>
      <w:r>
        <w:rPr>
          <w:rFonts w:cs="Times New Roman"/>
          <w:szCs w:val="24"/>
        </w:rPr>
        <w:t xml:space="preserve"> </w:t>
      </w:r>
      <w:proofErr w:type="spellStart"/>
      <w:r>
        <w:rPr>
          <w:rFonts w:cs="Times New Roman"/>
          <w:szCs w:val="24"/>
        </w:rPr>
        <w:t>Datelor</w:t>
      </w:r>
      <w:proofErr w:type="spellEnd"/>
      <w:r w:rsidRPr="00693F1B">
        <w:rPr>
          <w:rFonts w:cs="Times New Roman"/>
          <w:szCs w:val="24"/>
        </w:rPr>
        <w:t>).</w:t>
      </w:r>
    </w:p>
    <w:p w14:paraId="0BB64231" w14:textId="77777777" w:rsidR="006D4E92" w:rsidRDefault="006D4E92">
      <w:pPr>
        <w:jc w:val="both"/>
        <w:rPr>
          <w:rFonts w:cs="Times New Roman"/>
          <w:b/>
          <w:szCs w:val="24"/>
        </w:rPr>
      </w:pPr>
    </w:p>
    <w:p w14:paraId="6A160653" w14:textId="77777777" w:rsidR="006D4E92" w:rsidRDefault="00000000">
      <w:pPr>
        <w:jc w:val="both"/>
      </w:pPr>
      <w:r>
        <w:rPr>
          <w:rFonts w:cs="Times New Roman"/>
          <w:b/>
          <w:szCs w:val="24"/>
        </w:rPr>
        <w:t xml:space="preserve">LISTA ANGAJAȚILOR FAMILIARIZAȚI CU </w:t>
      </w:r>
      <w:proofErr w:type="gramStart"/>
      <w:r>
        <w:rPr>
          <w:rFonts w:cs="Times New Roman"/>
          <w:b/>
          <w:szCs w:val="24"/>
        </w:rPr>
        <w:t>PREVEDERILE  REGULAMENTULUI</w:t>
      </w:r>
      <w:proofErr w:type="gramEnd"/>
      <w:r>
        <w:rPr>
          <w:rFonts w:cs="Times New Roman"/>
          <w:b/>
          <w:szCs w:val="24"/>
        </w:rPr>
        <w:t xml:space="preserve"> CU PRIVIRE LA </w:t>
      </w:r>
      <w:r w:rsidRPr="00693F1B">
        <w:rPr>
          <w:rFonts w:cs="Times New Roman"/>
          <w:b/>
          <w:bCs/>
          <w:szCs w:val="24"/>
        </w:rPr>
        <w:t>PROCEDUR</w:t>
      </w:r>
      <w:r>
        <w:rPr>
          <w:rFonts w:cs="Times New Roman"/>
          <w:b/>
          <w:bCs/>
          <w:szCs w:val="24"/>
        </w:rPr>
        <w:t>A</w:t>
      </w:r>
      <w:r w:rsidRPr="00693F1B">
        <w:rPr>
          <w:rFonts w:cs="Times New Roman"/>
          <w:b/>
          <w:bCs/>
          <w:szCs w:val="24"/>
        </w:rPr>
        <w:t xml:space="preserve"> DE RAPORTARE ȘI TRATARE INCIDENTE DE SECURITATE</w:t>
      </w:r>
    </w:p>
    <w:p w14:paraId="69FD84A7" w14:textId="77777777" w:rsidR="006D4E92" w:rsidRPr="00693F1B" w:rsidRDefault="006D4E92">
      <w:pPr>
        <w:spacing w:before="120" w:after="120"/>
        <w:jc w:val="center"/>
        <w:rPr>
          <w:rFonts w:cs="Times New Roman"/>
          <w:b/>
          <w:bCs/>
          <w:szCs w:val="24"/>
        </w:rPr>
      </w:pPr>
    </w:p>
    <w:tbl>
      <w:tblPr>
        <w:tblW w:w="9288" w:type="dxa"/>
        <w:tblLayout w:type="fixed"/>
        <w:tblLook w:val="04A0" w:firstRow="1" w:lastRow="0" w:firstColumn="1" w:lastColumn="0" w:noHBand="0" w:noVBand="1"/>
      </w:tblPr>
      <w:tblGrid>
        <w:gridCol w:w="681"/>
        <w:gridCol w:w="2648"/>
        <w:gridCol w:w="2322"/>
        <w:gridCol w:w="1973"/>
        <w:gridCol w:w="1664"/>
      </w:tblGrid>
      <w:tr w:rsidR="006D4E92" w14:paraId="0167DF87" w14:textId="77777777">
        <w:tc>
          <w:tcPr>
            <w:tcW w:w="681" w:type="dxa"/>
            <w:tcBorders>
              <w:top w:val="single" w:sz="4" w:space="0" w:color="000000"/>
              <w:left w:val="single" w:sz="4" w:space="0" w:color="000000"/>
              <w:bottom w:val="single" w:sz="4" w:space="0" w:color="000000"/>
              <w:right w:val="single" w:sz="4" w:space="0" w:color="000000"/>
            </w:tcBorders>
          </w:tcPr>
          <w:p w14:paraId="3DD6E717" w14:textId="77777777" w:rsidR="006D4E92" w:rsidRDefault="00000000">
            <w:pPr>
              <w:spacing w:after="0" w:line="240" w:lineRule="auto"/>
              <w:jc w:val="center"/>
              <w:rPr>
                <w:rFonts w:cs="Times New Roman"/>
                <w:b/>
                <w:szCs w:val="24"/>
              </w:rPr>
            </w:pPr>
            <w:r>
              <w:rPr>
                <w:rFonts w:cs="Times New Roman"/>
                <w:b/>
                <w:szCs w:val="24"/>
              </w:rPr>
              <w:t>Nr.</w:t>
            </w:r>
          </w:p>
        </w:tc>
        <w:tc>
          <w:tcPr>
            <w:tcW w:w="2648" w:type="dxa"/>
            <w:tcBorders>
              <w:top w:val="single" w:sz="4" w:space="0" w:color="000000"/>
              <w:left w:val="single" w:sz="4" w:space="0" w:color="000000"/>
              <w:bottom w:val="single" w:sz="4" w:space="0" w:color="000000"/>
              <w:right w:val="single" w:sz="4" w:space="0" w:color="000000"/>
            </w:tcBorders>
          </w:tcPr>
          <w:p w14:paraId="786C30D3" w14:textId="77777777" w:rsidR="006D4E92" w:rsidRDefault="00000000">
            <w:pPr>
              <w:spacing w:after="0" w:line="240" w:lineRule="auto"/>
              <w:jc w:val="center"/>
              <w:rPr>
                <w:rFonts w:cs="Times New Roman"/>
                <w:b/>
                <w:szCs w:val="24"/>
              </w:rPr>
            </w:pPr>
            <w:r>
              <w:rPr>
                <w:rFonts w:cs="Times New Roman"/>
                <w:b/>
                <w:szCs w:val="24"/>
              </w:rPr>
              <w:t>Numele, prenumele</w:t>
            </w:r>
          </w:p>
        </w:tc>
        <w:tc>
          <w:tcPr>
            <w:tcW w:w="2322" w:type="dxa"/>
            <w:tcBorders>
              <w:top w:val="single" w:sz="4" w:space="0" w:color="000000"/>
              <w:left w:val="single" w:sz="4" w:space="0" w:color="000000"/>
              <w:bottom w:val="single" w:sz="4" w:space="0" w:color="000000"/>
              <w:right w:val="single" w:sz="4" w:space="0" w:color="000000"/>
            </w:tcBorders>
          </w:tcPr>
          <w:p w14:paraId="6999F5D4" w14:textId="77777777" w:rsidR="006D4E92" w:rsidRDefault="00000000">
            <w:pPr>
              <w:spacing w:after="0" w:line="240" w:lineRule="auto"/>
              <w:jc w:val="center"/>
              <w:rPr>
                <w:rFonts w:cs="Times New Roman"/>
                <w:b/>
                <w:szCs w:val="24"/>
              </w:rPr>
            </w:pPr>
            <w:r>
              <w:rPr>
                <w:rFonts w:cs="Times New Roman"/>
                <w:b/>
                <w:szCs w:val="24"/>
              </w:rPr>
              <w:t>Funcția</w:t>
            </w:r>
          </w:p>
        </w:tc>
        <w:tc>
          <w:tcPr>
            <w:tcW w:w="1973" w:type="dxa"/>
            <w:tcBorders>
              <w:top w:val="single" w:sz="4" w:space="0" w:color="000000"/>
              <w:left w:val="single" w:sz="4" w:space="0" w:color="000000"/>
              <w:bottom w:val="single" w:sz="4" w:space="0" w:color="000000"/>
              <w:right w:val="single" w:sz="4" w:space="0" w:color="000000"/>
            </w:tcBorders>
          </w:tcPr>
          <w:p w14:paraId="5278A480" w14:textId="77777777" w:rsidR="006D4E92" w:rsidRDefault="00000000">
            <w:pPr>
              <w:spacing w:after="0" w:line="240" w:lineRule="auto"/>
              <w:jc w:val="center"/>
              <w:rPr>
                <w:rFonts w:cs="Times New Roman"/>
                <w:b/>
                <w:szCs w:val="24"/>
              </w:rPr>
            </w:pPr>
            <w:r>
              <w:rPr>
                <w:rFonts w:cs="Times New Roman"/>
                <w:b/>
                <w:szCs w:val="24"/>
              </w:rPr>
              <w:t>Am luat cunoștință</w:t>
            </w:r>
          </w:p>
          <w:p w14:paraId="794B9E36" w14:textId="77777777" w:rsidR="006D4E92" w:rsidRDefault="00000000">
            <w:pPr>
              <w:spacing w:after="0" w:line="240" w:lineRule="auto"/>
              <w:jc w:val="center"/>
              <w:rPr>
                <w:rFonts w:cs="Times New Roman"/>
                <w:b/>
                <w:szCs w:val="24"/>
              </w:rPr>
            </w:pPr>
            <w:r>
              <w:rPr>
                <w:rFonts w:cs="Times New Roman"/>
                <w:b/>
                <w:szCs w:val="24"/>
              </w:rPr>
              <w:t>(semnătura)</w:t>
            </w:r>
          </w:p>
        </w:tc>
        <w:tc>
          <w:tcPr>
            <w:tcW w:w="1664" w:type="dxa"/>
            <w:tcBorders>
              <w:top w:val="single" w:sz="4" w:space="0" w:color="000000"/>
              <w:left w:val="single" w:sz="4" w:space="0" w:color="000000"/>
              <w:bottom w:val="single" w:sz="4" w:space="0" w:color="000000"/>
              <w:right w:val="single" w:sz="4" w:space="0" w:color="000000"/>
            </w:tcBorders>
          </w:tcPr>
          <w:p w14:paraId="6501640B" w14:textId="77777777" w:rsidR="006D4E92" w:rsidRDefault="00000000">
            <w:pPr>
              <w:spacing w:after="0" w:line="240" w:lineRule="auto"/>
              <w:jc w:val="center"/>
              <w:rPr>
                <w:rFonts w:cs="Times New Roman"/>
                <w:b/>
                <w:szCs w:val="24"/>
              </w:rPr>
            </w:pPr>
            <w:r>
              <w:rPr>
                <w:rFonts w:cs="Times New Roman"/>
                <w:b/>
                <w:szCs w:val="24"/>
              </w:rPr>
              <w:t>Data</w:t>
            </w:r>
          </w:p>
        </w:tc>
      </w:tr>
      <w:tr w:rsidR="006D4E92" w14:paraId="7C29C75C" w14:textId="77777777">
        <w:tc>
          <w:tcPr>
            <w:tcW w:w="681" w:type="dxa"/>
            <w:tcBorders>
              <w:top w:val="single" w:sz="4" w:space="0" w:color="000000"/>
              <w:left w:val="single" w:sz="4" w:space="0" w:color="000000"/>
              <w:bottom w:val="single" w:sz="4" w:space="0" w:color="000000"/>
              <w:right w:val="single" w:sz="4" w:space="0" w:color="000000"/>
            </w:tcBorders>
          </w:tcPr>
          <w:p w14:paraId="08F6F63E" w14:textId="77777777" w:rsidR="006D4E92" w:rsidRDefault="00000000">
            <w:pPr>
              <w:spacing w:after="0" w:line="240" w:lineRule="auto"/>
              <w:rPr>
                <w:rFonts w:cs="Times New Roman"/>
                <w:b/>
                <w:szCs w:val="24"/>
              </w:rPr>
            </w:pPr>
            <w:r>
              <w:rPr>
                <w:rFonts w:cs="Times New Roman"/>
                <w:b/>
                <w:szCs w:val="24"/>
              </w:rPr>
              <w:t>1</w:t>
            </w:r>
          </w:p>
        </w:tc>
        <w:tc>
          <w:tcPr>
            <w:tcW w:w="2648" w:type="dxa"/>
            <w:tcBorders>
              <w:top w:val="single" w:sz="4" w:space="0" w:color="000000"/>
              <w:left w:val="single" w:sz="4" w:space="0" w:color="000000"/>
              <w:bottom w:val="single" w:sz="4" w:space="0" w:color="000000"/>
              <w:right w:val="single" w:sz="4" w:space="0" w:color="000000"/>
            </w:tcBorders>
          </w:tcPr>
          <w:p w14:paraId="055164D9"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1E9679EA"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0DCFD420"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79097DBD" w14:textId="77777777" w:rsidR="006D4E92" w:rsidRDefault="006D4E92">
            <w:pPr>
              <w:snapToGrid w:val="0"/>
              <w:spacing w:after="0" w:line="240" w:lineRule="auto"/>
              <w:rPr>
                <w:rFonts w:cs="Times New Roman"/>
                <w:b/>
                <w:szCs w:val="24"/>
              </w:rPr>
            </w:pPr>
          </w:p>
        </w:tc>
      </w:tr>
      <w:tr w:rsidR="006D4E92" w14:paraId="2A894423" w14:textId="77777777">
        <w:tc>
          <w:tcPr>
            <w:tcW w:w="681" w:type="dxa"/>
            <w:tcBorders>
              <w:top w:val="single" w:sz="4" w:space="0" w:color="000000"/>
              <w:left w:val="single" w:sz="4" w:space="0" w:color="000000"/>
              <w:bottom w:val="single" w:sz="4" w:space="0" w:color="000000"/>
              <w:right w:val="single" w:sz="4" w:space="0" w:color="000000"/>
            </w:tcBorders>
          </w:tcPr>
          <w:p w14:paraId="69D21B37" w14:textId="77777777" w:rsidR="006D4E92" w:rsidRDefault="00000000">
            <w:pPr>
              <w:spacing w:after="0" w:line="240" w:lineRule="auto"/>
              <w:rPr>
                <w:rFonts w:cs="Times New Roman"/>
                <w:b/>
                <w:szCs w:val="24"/>
              </w:rPr>
            </w:pPr>
            <w:r>
              <w:rPr>
                <w:rFonts w:cs="Times New Roman"/>
                <w:b/>
                <w:szCs w:val="24"/>
              </w:rPr>
              <w:t>2</w:t>
            </w:r>
          </w:p>
        </w:tc>
        <w:tc>
          <w:tcPr>
            <w:tcW w:w="2648" w:type="dxa"/>
            <w:tcBorders>
              <w:top w:val="single" w:sz="4" w:space="0" w:color="000000"/>
              <w:left w:val="single" w:sz="4" w:space="0" w:color="000000"/>
              <w:bottom w:val="single" w:sz="4" w:space="0" w:color="000000"/>
              <w:right w:val="single" w:sz="4" w:space="0" w:color="000000"/>
            </w:tcBorders>
          </w:tcPr>
          <w:p w14:paraId="3C6B047E"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709824BF"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17C69E76"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39B9DE13" w14:textId="77777777" w:rsidR="006D4E92" w:rsidRDefault="006D4E92">
            <w:pPr>
              <w:snapToGrid w:val="0"/>
              <w:spacing w:after="0" w:line="240" w:lineRule="auto"/>
              <w:rPr>
                <w:rFonts w:cs="Times New Roman"/>
                <w:b/>
                <w:szCs w:val="24"/>
              </w:rPr>
            </w:pPr>
          </w:p>
        </w:tc>
      </w:tr>
      <w:tr w:rsidR="006D4E92" w14:paraId="3D610879" w14:textId="77777777">
        <w:tc>
          <w:tcPr>
            <w:tcW w:w="681" w:type="dxa"/>
            <w:tcBorders>
              <w:top w:val="single" w:sz="4" w:space="0" w:color="000000"/>
              <w:left w:val="single" w:sz="4" w:space="0" w:color="000000"/>
              <w:bottom w:val="single" w:sz="4" w:space="0" w:color="000000"/>
              <w:right w:val="single" w:sz="4" w:space="0" w:color="000000"/>
            </w:tcBorders>
          </w:tcPr>
          <w:p w14:paraId="6F07C642" w14:textId="77777777" w:rsidR="006D4E92" w:rsidRDefault="00000000">
            <w:pPr>
              <w:spacing w:after="0" w:line="240" w:lineRule="auto"/>
              <w:rPr>
                <w:rFonts w:cs="Times New Roman"/>
                <w:b/>
                <w:szCs w:val="24"/>
              </w:rPr>
            </w:pPr>
            <w:r>
              <w:rPr>
                <w:rFonts w:cs="Times New Roman"/>
                <w:b/>
                <w:szCs w:val="24"/>
              </w:rPr>
              <w:t>3</w:t>
            </w:r>
          </w:p>
        </w:tc>
        <w:tc>
          <w:tcPr>
            <w:tcW w:w="2648" w:type="dxa"/>
            <w:tcBorders>
              <w:top w:val="single" w:sz="4" w:space="0" w:color="000000"/>
              <w:left w:val="single" w:sz="4" w:space="0" w:color="000000"/>
              <w:bottom w:val="single" w:sz="4" w:space="0" w:color="000000"/>
              <w:right w:val="single" w:sz="4" w:space="0" w:color="000000"/>
            </w:tcBorders>
          </w:tcPr>
          <w:p w14:paraId="184DC020"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79D03FB2"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45289915"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41859990" w14:textId="77777777" w:rsidR="006D4E92" w:rsidRDefault="006D4E92">
            <w:pPr>
              <w:snapToGrid w:val="0"/>
              <w:spacing w:after="0" w:line="240" w:lineRule="auto"/>
              <w:rPr>
                <w:rFonts w:cs="Times New Roman"/>
                <w:b/>
                <w:szCs w:val="24"/>
              </w:rPr>
            </w:pPr>
          </w:p>
        </w:tc>
      </w:tr>
      <w:tr w:rsidR="006D4E92" w14:paraId="56E05205" w14:textId="77777777">
        <w:tc>
          <w:tcPr>
            <w:tcW w:w="681" w:type="dxa"/>
            <w:tcBorders>
              <w:top w:val="single" w:sz="4" w:space="0" w:color="000000"/>
              <w:left w:val="single" w:sz="4" w:space="0" w:color="000000"/>
              <w:bottom w:val="single" w:sz="4" w:space="0" w:color="000000"/>
              <w:right w:val="single" w:sz="4" w:space="0" w:color="000000"/>
            </w:tcBorders>
          </w:tcPr>
          <w:p w14:paraId="4E8ED7A8" w14:textId="77777777" w:rsidR="006D4E92" w:rsidRDefault="00000000">
            <w:pPr>
              <w:spacing w:after="0" w:line="240" w:lineRule="auto"/>
              <w:rPr>
                <w:rFonts w:cs="Times New Roman"/>
                <w:b/>
                <w:szCs w:val="24"/>
              </w:rPr>
            </w:pPr>
            <w:r>
              <w:rPr>
                <w:rFonts w:cs="Times New Roman"/>
                <w:b/>
                <w:szCs w:val="24"/>
              </w:rPr>
              <w:t>4</w:t>
            </w:r>
          </w:p>
        </w:tc>
        <w:tc>
          <w:tcPr>
            <w:tcW w:w="2648" w:type="dxa"/>
            <w:tcBorders>
              <w:top w:val="single" w:sz="4" w:space="0" w:color="000000"/>
              <w:left w:val="single" w:sz="4" w:space="0" w:color="000000"/>
              <w:bottom w:val="single" w:sz="4" w:space="0" w:color="000000"/>
              <w:right w:val="single" w:sz="4" w:space="0" w:color="000000"/>
            </w:tcBorders>
          </w:tcPr>
          <w:p w14:paraId="58F42FBB"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2AD801C3"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3BC84DBD"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0E5B1279" w14:textId="77777777" w:rsidR="006D4E92" w:rsidRDefault="006D4E92">
            <w:pPr>
              <w:snapToGrid w:val="0"/>
              <w:spacing w:after="0" w:line="240" w:lineRule="auto"/>
              <w:rPr>
                <w:rFonts w:cs="Times New Roman"/>
                <w:b/>
                <w:szCs w:val="24"/>
              </w:rPr>
            </w:pPr>
          </w:p>
        </w:tc>
      </w:tr>
      <w:tr w:rsidR="006D4E92" w14:paraId="634E38BB" w14:textId="77777777">
        <w:tc>
          <w:tcPr>
            <w:tcW w:w="681" w:type="dxa"/>
            <w:tcBorders>
              <w:top w:val="single" w:sz="4" w:space="0" w:color="000000"/>
              <w:left w:val="single" w:sz="4" w:space="0" w:color="000000"/>
              <w:bottom w:val="single" w:sz="4" w:space="0" w:color="000000"/>
              <w:right w:val="single" w:sz="4" w:space="0" w:color="000000"/>
            </w:tcBorders>
          </w:tcPr>
          <w:p w14:paraId="76B76E24" w14:textId="77777777" w:rsidR="006D4E92" w:rsidRDefault="00000000">
            <w:pPr>
              <w:spacing w:after="0" w:line="240" w:lineRule="auto"/>
              <w:rPr>
                <w:rFonts w:cs="Times New Roman"/>
                <w:b/>
                <w:szCs w:val="24"/>
              </w:rPr>
            </w:pPr>
            <w:r>
              <w:rPr>
                <w:rFonts w:cs="Times New Roman"/>
                <w:b/>
                <w:szCs w:val="24"/>
              </w:rPr>
              <w:t>5</w:t>
            </w:r>
          </w:p>
        </w:tc>
        <w:tc>
          <w:tcPr>
            <w:tcW w:w="2648" w:type="dxa"/>
            <w:tcBorders>
              <w:top w:val="single" w:sz="4" w:space="0" w:color="000000"/>
              <w:left w:val="single" w:sz="4" w:space="0" w:color="000000"/>
              <w:bottom w:val="single" w:sz="4" w:space="0" w:color="000000"/>
              <w:right w:val="single" w:sz="4" w:space="0" w:color="000000"/>
            </w:tcBorders>
          </w:tcPr>
          <w:p w14:paraId="76096398"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613EBC9F"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3ED70A16"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5AAABE2A" w14:textId="77777777" w:rsidR="006D4E92" w:rsidRDefault="006D4E92">
            <w:pPr>
              <w:snapToGrid w:val="0"/>
              <w:spacing w:after="0" w:line="240" w:lineRule="auto"/>
              <w:rPr>
                <w:rFonts w:cs="Times New Roman"/>
                <w:b/>
                <w:szCs w:val="24"/>
              </w:rPr>
            </w:pPr>
          </w:p>
        </w:tc>
      </w:tr>
      <w:tr w:rsidR="006D4E92" w14:paraId="323729CD" w14:textId="77777777">
        <w:tc>
          <w:tcPr>
            <w:tcW w:w="681" w:type="dxa"/>
            <w:tcBorders>
              <w:top w:val="single" w:sz="4" w:space="0" w:color="000000"/>
              <w:left w:val="single" w:sz="4" w:space="0" w:color="000000"/>
              <w:bottom w:val="single" w:sz="4" w:space="0" w:color="000000"/>
              <w:right w:val="single" w:sz="4" w:space="0" w:color="000000"/>
            </w:tcBorders>
          </w:tcPr>
          <w:p w14:paraId="4AE35837" w14:textId="77777777" w:rsidR="006D4E92" w:rsidRDefault="00000000">
            <w:pPr>
              <w:spacing w:after="0" w:line="240" w:lineRule="auto"/>
              <w:rPr>
                <w:rFonts w:cs="Times New Roman"/>
                <w:b/>
                <w:szCs w:val="24"/>
              </w:rPr>
            </w:pPr>
            <w:r>
              <w:rPr>
                <w:rFonts w:cs="Times New Roman"/>
                <w:b/>
                <w:szCs w:val="24"/>
              </w:rPr>
              <w:t>6</w:t>
            </w:r>
          </w:p>
        </w:tc>
        <w:tc>
          <w:tcPr>
            <w:tcW w:w="2648" w:type="dxa"/>
            <w:tcBorders>
              <w:top w:val="single" w:sz="4" w:space="0" w:color="000000"/>
              <w:left w:val="single" w:sz="4" w:space="0" w:color="000000"/>
              <w:bottom w:val="single" w:sz="4" w:space="0" w:color="000000"/>
              <w:right w:val="single" w:sz="4" w:space="0" w:color="000000"/>
            </w:tcBorders>
          </w:tcPr>
          <w:p w14:paraId="0EBC209B"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623B9FFD"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2475AA44"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5111C81F" w14:textId="77777777" w:rsidR="006D4E92" w:rsidRDefault="006D4E92">
            <w:pPr>
              <w:snapToGrid w:val="0"/>
              <w:spacing w:after="0" w:line="240" w:lineRule="auto"/>
              <w:rPr>
                <w:rFonts w:cs="Times New Roman"/>
                <w:b/>
                <w:szCs w:val="24"/>
              </w:rPr>
            </w:pPr>
          </w:p>
        </w:tc>
      </w:tr>
      <w:tr w:rsidR="006D4E92" w14:paraId="3A67FF59" w14:textId="77777777">
        <w:tc>
          <w:tcPr>
            <w:tcW w:w="681" w:type="dxa"/>
            <w:tcBorders>
              <w:top w:val="single" w:sz="4" w:space="0" w:color="000000"/>
              <w:left w:val="single" w:sz="4" w:space="0" w:color="000000"/>
              <w:bottom w:val="single" w:sz="4" w:space="0" w:color="000000"/>
              <w:right w:val="single" w:sz="4" w:space="0" w:color="000000"/>
            </w:tcBorders>
          </w:tcPr>
          <w:p w14:paraId="094B5D77" w14:textId="77777777" w:rsidR="006D4E92" w:rsidRDefault="00000000">
            <w:pPr>
              <w:spacing w:after="0" w:line="240" w:lineRule="auto"/>
              <w:rPr>
                <w:rFonts w:cs="Times New Roman"/>
                <w:b/>
                <w:szCs w:val="24"/>
              </w:rPr>
            </w:pPr>
            <w:r>
              <w:rPr>
                <w:rFonts w:cs="Times New Roman"/>
                <w:b/>
                <w:szCs w:val="24"/>
              </w:rPr>
              <w:t>7</w:t>
            </w:r>
          </w:p>
        </w:tc>
        <w:tc>
          <w:tcPr>
            <w:tcW w:w="2648" w:type="dxa"/>
            <w:tcBorders>
              <w:top w:val="single" w:sz="4" w:space="0" w:color="000000"/>
              <w:left w:val="single" w:sz="4" w:space="0" w:color="000000"/>
              <w:bottom w:val="single" w:sz="4" w:space="0" w:color="000000"/>
              <w:right w:val="single" w:sz="4" w:space="0" w:color="000000"/>
            </w:tcBorders>
          </w:tcPr>
          <w:p w14:paraId="2B4D565A"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50F69668"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1EF4FA36"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372FA8B5" w14:textId="77777777" w:rsidR="006D4E92" w:rsidRDefault="006D4E92">
            <w:pPr>
              <w:snapToGrid w:val="0"/>
              <w:spacing w:after="0" w:line="240" w:lineRule="auto"/>
              <w:rPr>
                <w:rFonts w:cs="Times New Roman"/>
                <w:b/>
                <w:szCs w:val="24"/>
              </w:rPr>
            </w:pPr>
          </w:p>
        </w:tc>
      </w:tr>
      <w:tr w:rsidR="006D4E92" w14:paraId="68D02B74" w14:textId="77777777">
        <w:tc>
          <w:tcPr>
            <w:tcW w:w="681" w:type="dxa"/>
            <w:tcBorders>
              <w:top w:val="single" w:sz="4" w:space="0" w:color="000000"/>
              <w:left w:val="single" w:sz="4" w:space="0" w:color="000000"/>
              <w:bottom w:val="single" w:sz="4" w:space="0" w:color="000000"/>
              <w:right w:val="single" w:sz="4" w:space="0" w:color="000000"/>
            </w:tcBorders>
          </w:tcPr>
          <w:p w14:paraId="42BBB9C5" w14:textId="77777777" w:rsidR="006D4E92" w:rsidRDefault="00000000">
            <w:pPr>
              <w:spacing w:after="0" w:line="240" w:lineRule="auto"/>
              <w:rPr>
                <w:rFonts w:cs="Times New Roman"/>
                <w:b/>
                <w:szCs w:val="24"/>
              </w:rPr>
            </w:pPr>
            <w:r>
              <w:rPr>
                <w:rFonts w:cs="Times New Roman"/>
                <w:b/>
                <w:szCs w:val="24"/>
              </w:rPr>
              <w:t>8</w:t>
            </w:r>
          </w:p>
        </w:tc>
        <w:tc>
          <w:tcPr>
            <w:tcW w:w="2648" w:type="dxa"/>
            <w:tcBorders>
              <w:top w:val="single" w:sz="4" w:space="0" w:color="000000"/>
              <w:left w:val="single" w:sz="4" w:space="0" w:color="000000"/>
              <w:bottom w:val="single" w:sz="4" w:space="0" w:color="000000"/>
              <w:right w:val="single" w:sz="4" w:space="0" w:color="000000"/>
            </w:tcBorders>
          </w:tcPr>
          <w:p w14:paraId="36D29C80"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48CA9D7C"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200886B9"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02253789" w14:textId="77777777" w:rsidR="006D4E92" w:rsidRDefault="006D4E92">
            <w:pPr>
              <w:snapToGrid w:val="0"/>
              <w:spacing w:after="0" w:line="240" w:lineRule="auto"/>
              <w:rPr>
                <w:rFonts w:cs="Times New Roman"/>
                <w:b/>
                <w:szCs w:val="24"/>
              </w:rPr>
            </w:pPr>
          </w:p>
        </w:tc>
      </w:tr>
      <w:tr w:rsidR="006D4E92" w14:paraId="2E2CB470" w14:textId="77777777">
        <w:tc>
          <w:tcPr>
            <w:tcW w:w="681" w:type="dxa"/>
            <w:tcBorders>
              <w:top w:val="single" w:sz="4" w:space="0" w:color="000000"/>
              <w:left w:val="single" w:sz="4" w:space="0" w:color="000000"/>
              <w:bottom w:val="single" w:sz="4" w:space="0" w:color="000000"/>
              <w:right w:val="single" w:sz="4" w:space="0" w:color="000000"/>
            </w:tcBorders>
          </w:tcPr>
          <w:p w14:paraId="151FF330" w14:textId="77777777" w:rsidR="006D4E92" w:rsidRDefault="00000000">
            <w:pPr>
              <w:spacing w:after="0" w:line="240" w:lineRule="auto"/>
              <w:rPr>
                <w:rFonts w:cs="Times New Roman"/>
                <w:b/>
                <w:szCs w:val="24"/>
              </w:rPr>
            </w:pPr>
            <w:r>
              <w:rPr>
                <w:rFonts w:cs="Times New Roman"/>
                <w:b/>
                <w:szCs w:val="24"/>
              </w:rPr>
              <w:t>9</w:t>
            </w:r>
          </w:p>
        </w:tc>
        <w:tc>
          <w:tcPr>
            <w:tcW w:w="2648" w:type="dxa"/>
            <w:tcBorders>
              <w:top w:val="single" w:sz="4" w:space="0" w:color="000000"/>
              <w:left w:val="single" w:sz="4" w:space="0" w:color="000000"/>
              <w:bottom w:val="single" w:sz="4" w:space="0" w:color="000000"/>
              <w:right w:val="single" w:sz="4" w:space="0" w:color="000000"/>
            </w:tcBorders>
          </w:tcPr>
          <w:p w14:paraId="05C12E17"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5F11DDED"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4B7BC86E"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66C4FD0C" w14:textId="77777777" w:rsidR="006D4E92" w:rsidRDefault="006D4E92">
            <w:pPr>
              <w:snapToGrid w:val="0"/>
              <w:spacing w:after="0" w:line="240" w:lineRule="auto"/>
              <w:rPr>
                <w:rFonts w:cs="Times New Roman"/>
                <w:b/>
                <w:szCs w:val="24"/>
              </w:rPr>
            </w:pPr>
          </w:p>
        </w:tc>
      </w:tr>
      <w:tr w:rsidR="006D4E92" w14:paraId="5F4E80FD" w14:textId="77777777">
        <w:tc>
          <w:tcPr>
            <w:tcW w:w="681" w:type="dxa"/>
            <w:tcBorders>
              <w:top w:val="single" w:sz="4" w:space="0" w:color="000000"/>
              <w:left w:val="single" w:sz="4" w:space="0" w:color="000000"/>
              <w:bottom w:val="single" w:sz="4" w:space="0" w:color="000000"/>
              <w:right w:val="single" w:sz="4" w:space="0" w:color="000000"/>
            </w:tcBorders>
          </w:tcPr>
          <w:p w14:paraId="041308EE" w14:textId="77777777" w:rsidR="006D4E92" w:rsidRDefault="00000000">
            <w:pPr>
              <w:spacing w:after="0" w:line="240" w:lineRule="auto"/>
              <w:rPr>
                <w:rFonts w:cs="Times New Roman"/>
                <w:b/>
                <w:szCs w:val="24"/>
              </w:rPr>
            </w:pPr>
            <w:r>
              <w:rPr>
                <w:rFonts w:cs="Times New Roman"/>
                <w:b/>
                <w:szCs w:val="24"/>
              </w:rPr>
              <w:t>10</w:t>
            </w:r>
          </w:p>
        </w:tc>
        <w:tc>
          <w:tcPr>
            <w:tcW w:w="2648" w:type="dxa"/>
            <w:tcBorders>
              <w:top w:val="single" w:sz="4" w:space="0" w:color="000000"/>
              <w:left w:val="single" w:sz="4" w:space="0" w:color="000000"/>
              <w:bottom w:val="single" w:sz="4" w:space="0" w:color="000000"/>
              <w:right w:val="single" w:sz="4" w:space="0" w:color="000000"/>
            </w:tcBorders>
          </w:tcPr>
          <w:p w14:paraId="694A3693"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5F1C945F"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6674DAB9"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2BF7DFB9" w14:textId="77777777" w:rsidR="006D4E92" w:rsidRDefault="006D4E92">
            <w:pPr>
              <w:snapToGrid w:val="0"/>
              <w:spacing w:after="0" w:line="240" w:lineRule="auto"/>
              <w:rPr>
                <w:rFonts w:cs="Times New Roman"/>
                <w:b/>
                <w:szCs w:val="24"/>
              </w:rPr>
            </w:pPr>
          </w:p>
        </w:tc>
      </w:tr>
      <w:tr w:rsidR="006D4E92" w14:paraId="3EDE8404" w14:textId="77777777">
        <w:tc>
          <w:tcPr>
            <w:tcW w:w="681" w:type="dxa"/>
            <w:tcBorders>
              <w:top w:val="single" w:sz="4" w:space="0" w:color="000000"/>
              <w:left w:val="single" w:sz="4" w:space="0" w:color="000000"/>
              <w:bottom w:val="single" w:sz="4" w:space="0" w:color="000000"/>
              <w:right w:val="single" w:sz="4" w:space="0" w:color="000000"/>
            </w:tcBorders>
          </w:tcPr>
          <w:p w14:paraId="61B7605F" w14:textId="77777777" w:rsidR="006D4E92" w:rsidRDefault="00000000">
            <w:pPr>
              <w:spacing w:after="0" w:line="240" w:lineRule="auto"/>
              <w:rPr>
                <w:rFonts w:cs="Times New Roman"/>
                <w:b/>
                <w:szCs w:val="24"/>
              </w:rPr>
            </w:pPr>
            <w:r>
              <w:rPr>
                <w:rFonts w:cs="Times New Roman"/>
                <w:b/>
                <w:szCs w:val="24"/>
              </w:rPr>
              <w:t>11</w:t>
            </w:r>
          </w:p>
        </w:tc>
        <w:tc>
          <w:tcPr>
            <w:tcW w:w="2648" w:type="dxa"/>
            <w:tcBorders>
              <w:top w:val="single" w:sz="4" w:space="0" w:color="000000"/>
              <w:left w:val="single" w:sz="4" w:space="0" w:color="000000"/>
              <w:bottom w:val="single" w:sz="4" w:space="0" w:color="000000"/>
              <w:right w:val="single" w:sz="4" w:space="0" w:color="000000"/>
            </w:tcBorders>
          </w:tcPr>
          <w:p w14:paraId="52F8FD05"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350F80DC"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2ECF3BCF"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5F363D67" w14:textId="77777777" w:rsidR="006D4E92" w:rsidRDefault="006D4E92">
            <w:pPr>
              <w:snapToGrid w:val="0"/>
              <w:spacing w:after="0" w:line="240" w:lineRule="auto"/>
              <w:rPr>
                <w:rFonts w:cs="Times New Roman"/>
                <w:b/>
                <w:szCs w:val="24"/>
              </w:rPr>
            </w:pPr>
          </w:p>
        </w:tc>
      </w:tr>
      <w:tr w:rsidR="006D4E92" w14:paraId="797A55B3" w14:textId="77777777">
        <w:tc>
          <w:tcPr>
            <w:tcW w:w="681" w:type="dxa"/>
            <w:tcBorders>
              <w:top w:val="single" w:sz="4" w:space="0" w:color="000000"/>
              <w:left w:val="single" w:sz="4" w:space="0" w:color="000000"/>
              <w:bottom w:val="single" w:sz="4" w:space="0" w:color="000000"/>
              <w:right w:val="single" w:sz="4" w:space="0" w:color="000000"/>
            </w:tcBorders>
          </w:tcPr>
          <w:p w14:paraId="797B60FF" w14:textId="77777777" w:rsidR="006D4E92" w:rsidRDefault="00000000">
            <w:pPr>
              <w:spacing w:after="0" w:line="240" w:lineRule="auto"/>
              <w:rPr>
                <w:rFonts w:cs="Times New Roman"/>
                <w:b/>
                <w:szCs w:val="24"/>
              </w:rPr>
            </w:pPr>
            <w:r>
              <w:rPr>
                <w:rFonts w:cs="Times New Roman"/>
                <w:b/>
                <w:szCs w:val="24"/>
              </w:rPr>
              <w:t>12</w:t>
            </w:r>
          </w:p>
        </w:tc>
        <w:tc>
          <w:tcPr>
            <w:tcW w:w="2648" w:type="dxa"/>
            <w:tcBorders>
              <w:top w:val="single" w:sz="4" w:space="0" w:color="000000"/>
              <w:left w:val="single" w:sz="4" w:space="0" w:color="000000"/>
              <w:bottom w:val="single" w:sz="4" w:space="0" w:color="000000"/>
              <w:right w:val="single" w:sz="4" w:space="0" w:color="000000"/>
            </w:tcBorders>
          </w:tcPr>
          <w:p w14:paraId="0D4504C9"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2BD54719"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301546C6"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3B48F8B7" w14:textId="77777777" w:rsidR="006D4E92" w:rsidRDefault="006D4E92">
            <w:pPr>
              <w:snapToGrid w:val="0"/>
              <w:spacing w:after="0" w:line="240" w:lineRule="auto"/>
              <w:rPr>
                <w:rFonts w:cs="Times New Roman"/>
                <w:b/>
                <w:szCs w:val="24"/>
              </w:rPr>
            </w:pPr>
          </w:p>
        </w:tc>
      </w:tr>
      <w:tr w:rsidR="006D4E92" w14:paraId="66DE37A4" w14:textId="77777777">
        <w:tc>
          <w:tcPr>
            <w:tcW w:w="681" w:type="dxa"/>
            <w:tcBorders>
              <w:top w:val="single" w:sz="4" w:space="0" w:color="000000"/>
              <w:left w:val="single" w:sz="4" w:space="0" w:color="000000"/>
              <w:bottom w:val="single" w:sz="4" w:space="0" w:color="000000"/>
              <w:right w:val="single" w:sz="4" w:space="0" w:color="000000"/>
            </w:tcBorders>
          </w:tcPr>
          <w:p w14:paraId="6536B055" w14:textId="77777777" w:rsidR="006D4E92" w:rsidRDefault="00000000">
            <w:pPr>
              <w:spacing w:after="0" w:line="240" w:lineRule="auto"/>
              <w:rPr>
                <w:rFonts w:cs="Times New Roman"/>
                <w:b/>
                <w:szCs w:val="24"/>
              </w:rPr>
            </w:pPr>
            <w:r>
              <w:rPr>
                <w:rFonts w:cs="Times New Roman"/>
                <w:b/>
                <w:szCs w:val="24"/>
              </w:rPr>
              <w:t>13</w:t>
            </w:r>
          </w:p>
        </w:tc>
        <w:tc>
          <w:tcPr>
            <w:tcW w:w="2648" w:type="dxa"/>
            <w:tcBorders>
              <w:top w:val="single" w:sz="4" w:space="0" w:color="000000"/>
              <w:left w:val="single" w:sz="4" w:space="0" w:color="000000"/>
              <w:bottom w:val="single" w:sz="4" w:space="0" w:color="000000"/>
              <w:right w:val="single" w:sz="4" w:space="0" w:color="000000"/>
            </w:tcBorders>
          </w:tcPr>
          <w:p w14:paraId="7E1793E7"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6991FBC1"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2073F840"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1C0780A0" w14:textId="77777777" w:rsidR="006D4E92" w:rsidRDefault="006D4E92">
            <w:pPr>
              <w:snapToGrid w:val="0"/>
              <w:spacing w:after="0" w:line="240" w:lineRule="auto"/>
              <w:rPr>
                <w:rFonts w:cs="Times New Roman"/>
                <w:b/>
                <w:szCs w:val="24"/>
              </w:rPr>
            </w:pPr>
          </w:p>
        </w:tc>
      </w:tr>
      <w:tr w:rsidR="006D4E92" w14:paraId="15C340EE" w14:textId="77777777">
        <w:tc>
          <w:tcPr>
            <w:tcW w:w="681" w:type="dxa"/>
            <w:tcBorders>
              <w:top w:val="single" w:sz="4" w:space="0" w:color="000000"/>
              <w:left w:val="single" w:sz="4" w:space="0" w:color="000000"/>
              <w:bottom w:val="single" w:sz="4" w:space="0" w:color="000000"/>
              <w:right w:val="single" w:sz="4" w:space="0" w:color="000000"/>
            </w:tcBorders>
          </w:tcPr>
          <w:p w14:paraId="76096D49" w14:textId="77777777" w:rsidR="006D4E92" w:rsidRDefault="00000000">
            <w:pPr>
              <w:spacing w:after="0" w:line="240" w:lineRule="auto"/>
              <w:rPr>
                <w:rFonts w:cs="Times New Roman"/>
                <w:b/>
                <w:szCs w:val="24"/>
              </w:rPr>
            </w:pPr>
            <w:r>
              <w:rPr>
                <w:rFonts w:cs="Times New Roman"/>
                <w:b/>
                <w:szCs w:val="24"/>
              </w:rPr>
              <w:t>14</w:t>
            </w:r>
          </w:p>
        </w:tc>
        <w:tc>
          <w:tcPr>
            <w:tcW w:w="2648" w:type="dxa"/>
            <w:tcBorders>
              <w:top w:val="single" w:sz="4" w:space="0" w:color="000000"/>
              <w:left w:val="single" w:sz="4" w:space="0" w:color="000000"/>
              <w:bottom w:val="single" w:sz="4" w:space="0" w:color="000000"/>
              <w:right w:val="single" w:sz="4" w:space="0" w:color="000000"/>
            </w:tcBorders>
          </w:tcPr>
          <w:p w14:paraId="62B27A23"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74046ADA"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68841ABD"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2F02B414" w14:textId="77777777" w:rsidR="006D4E92" w:rsidRDefault="006D4E92">
            <w:pPr>
              <w:snapToGrid w:val="0"/>
              <w:spacing w:after="0" w:line="240" w:lineRule="auto"/>
              <w:rPr>
                <w:rFonts w:cs="Times New Roman"/>
                <w:b/>
                <w:szCs w:val="24"/>
              </w:rPr>
            </w:pPr>
          </w:p>
        </w:tc>
      </w:tr>
      <w:tr w:rsidR="006D4E92" w14:paraId="35B337D6" w14:textId="77777777">
        <w:tc>
          <w:tcPr>
            <w:tcW w:w="681" w:type="dxa"/>
            <w:tcBorders>
              <w:top w:val="single" w:sz="4" w:space="0" w:color="000000"/>
              <w:left w:val="single" w:sz="4" w:space="0" w:color="000000"/>
              <w:bottom w:val="single" w:sz="4" w:space="0" w:color="000000"/>
              <w:right w:val="single" w:sz="4" w:space="0" w:color="000000"/>
            </w:tcBorders>
          </w:tcPr>
          <w:p w14:paraId="7E9E9FE2" w14:textId="77777777" w:rsidR="006D4E92" w:rsidRDefault="00000000">
            <w:pPr>
              <w:spacing w:after="0" w:line="240" w:lineRule="auto"/>
              <w:rPr>
                <w:rFonts w:cs="Times New Roman"/>
                <w:b/>
                <w:szCs w:val="24"/>
              </w:rPr>
            </w:pPr>
            <w:r>
              <w:rPr>
                <w:rFonts w:cs="Times New Roman"/>
                <w:b/>
                <w:szCs w:val="24"/>
              </w:rPr>
              <w:t>15</w:t>
            </w:r>
          </w:p>
        </w:tc>
        <w:tc>
          <w:tcPr>
            <w:tcW w:w="2648" w:type="dxa"/>
            <w:tcBorders>
              <w:top w:val="single" w:sz="4" w:space="0" w:color="000000"/>
              <w:left w:val="single" w:sz="4" w:space="0" w:color="000000"/>
              <w:bottom w:val="single" w:sz="4" w:space="0" w:color="000000"/>
              <w:right w:val="single" w:sz="4" w:space="0" w:color="000000"/>
            </w:tcBorders>
          </w:tcPr>
          <w:p w14:paraId="26688E80"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142F7F79"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7D39F68E"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33B4AF3B" w14:textId="77777777" w:rsidR="006D4E92" w:rsidRDefault="006D4E92">
            <w:pPr>
              <w:snapToGrid w:val="0"/>
              <w:spacing w:after="0" w:line="240" w:lineRule="auto"/>
              <w:rPr>
                <w:rFonts w:cs="Times New Roman"/>
                <w:b/>
                <w:szCs w:val="24"/>
              </w:rPr>
            </w:pPr>
          </w:p>
        </w:tc>
      </w:tr>
      <w:tr w:rsidR="006D4E92" w14:paraId="02B6F972" w14:textId="77777777">
        <w:tc>
          <w:tcPr>
            <w:tcW w:w="681" w:type="dxa"/>
            <w:tcBorders>
              <w:top w:val="single" w:sz="4" w:space="0" w:color="000000"/>
              <w:left w:val="single" w:sz="4" w:space="0" w:color="000000"/>
              <w:bottom w:val="single" w:sz="4" w:space="0" w:color="000000"/>
              <w:right w:val="single" w:sz="4" w:space="0" w:color="000000"/>
            </w:tcBorders>
          </w:tcPr>
          <w:p w14:paraId="3771D892" w14:textId="77777777" w:rsidR="006D4E92" w:rsidRDefault="00000000">
            <w:pPr>
              <w:spacing w:after="0" w:line="240" w:lineRule="auto"/>
              <w:rPr>
                <w:rFonts w:cs="Times New Roman"/>
                <w:b/>
                <w:szCs w:val="24"/>
              </w:rPr>
            </w:pPr>
            <w:r>
              <w:rPr>
                <w:rFonts w:cs="Times New Roman"/>
                <w:b/>
                <w:szCs w:val="24"/>
              </w:rPr>
              <w:t>16</w:t>
            </w:r>
          </w:p>
        </w:tc>
        <w:tc>
          <w:tcPr>
            <w:tcW w:w="2648" w:type="dxa"/>
            <w:tcBorders>
              <w:top w:val="single" w:sz="4" w:space="0" w:color="000000"/>
              <w:left w:val="single" w:sz="4" w:space="0" w:color="000000"/>
              <w:bottom w:val="single" w:sz="4" w:space="0" w:color="000000"/>
              <w:right w:val="single" w:sz="4" w:space="0" w:color="000000"/>
            </w:tcBorders>
          </w:tcPr>
          <w:p w14:paraId="258E2BFD"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5A3A3F4F"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079B8E99"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75BA2F56" w14:textId="77777777" w:rsidR="006D4E92" w:rsidRDefault="006D4E92">
            <w:pPr>
              <w:snapToGrid w:val="0"/>
              <w:spacing w:after="0" w:line="240" w:lineRule="auto"/>
              <w:rPr>
                <w:rFonts w:cs="Times New Roman"/>
                <w:b/>
                <w:szCs w:val="24"/>
              </w:rPr>
            </w:pPr>
          </w:p>
        </w:tc>
      </w:tr>
      <w:tr w:rsidR="006D4E92" w14:paraId="715030B6" w14:textId="77777777">
        <w:tc>
          <w:tcPr>
            <w:tcW w:w="681" w:type="dxa"/>
            <w:tcBorders>
              <w:top w:val="single" w:sz="4" w:space="0" w:color="000000"/>
              <w:left w:val="single" w:sz="4" w:space="0" w:color="000000"/>
              <w:bottom w:val="single" w:sz="4" w:space="0" w:color="000000"/>
              <w:right w:val="single" w:sz="4" w:space="0" w:color="000000"/>
            </w:tcBorders>
          </w:tcPr>
          <w:p w14:paraId="408C3FFD" w14:textId="77777777" w:rsidR="006D4E92" w:rsidRDefault="00000000">
            <w:pPr>
              <w:spacing w:after="0" w:line="240" w:lineRule="auto"/>
              <w:rPr>
                <w:rFonts w:cs="Times New Roman"/>
                <w:b/>
                <w:szCs w:val="24"/>
              </w:rPr>
            </w:pPr>
            <w:r>
              <w:rPr>
                <w:rFonts w:cs="Times New Roman"/>
                <w:b/>
                <w:szCs w:val="24"/>
              </w:rPr>
              <w:t>17</w:t>
            </w:r>
          </w:p>
        </w:tc>
        <w:tc>
          <w:tcPr>
            <w:tcW w:w="2648" w:type="dxa"/>
            <w:tcBorders>
              <w:top w:val="single" w:sz="4" w:space="0" w:color="000000"/>
              <w:left w:val="single" w:sz="4" w:space="0" w:color="000000"/>
              <w:bottom w:val="single" w:sz="4" w:space="0" w:color="000000"/>
              <w:right w:val="single" w:sz="4" w:space="0" w:color="000000"/>
            </w:tcBorders>
          </w:tcPr>
          <w:p w14:paraId="5F7FA1E1"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3E7224D5"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3BFBCF07"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46421C9B" w14:textId="77777777" w:rsidR="006D4E92" w:rsidRDefault="006D4E92">
            <w:pPr>
              <w:snapToGrid w:val="0"/>
              <w:spacing w:after="0" w:line="240" w:lineRule="auto"/>
              <w:rPr>
                <w:rFonts w:cs="Times New Roman"/>
                <w:b/>
                <w:szCs w:val="24"/>
              </w:rPr>
            </w:pPr>
          </w:p>
        </w:tc>
      </w:tr>
      <w:tr w:rsidR="006D4E92" w14:paraId="5E605FEB" w14:textId="77777777">
        <w:tc>
          <w:tcPr>
            <w:tcW w:w="681" w:type="dxa"/>
            <w:tcBorders>
              <w:top w:val="single" w:sz="4" w:space="0" w:color="000000"/>
              <w:left w:val="single" w:sz="4" w:space="0" w:color="000000"/>
              <w:bottom w:val="single" w:sz="4" w:space="0" w:color="000000"/>
              <w:right w:val="single" w:sz="4" w:space="0" w:color="000000"/>
            </w:tcBorders>
          </w:tcPr>
          <w:p w14:paraId="2C699E1F" w14:textId="77777777" w:rsidR="006D4E92" w:rsidRDefault="00000000">
            <w:pPr>
              <w:spacing w:after="0" w:line="240" w:lineRule="auto"/>
              <w:rPr>
                <w:rFonts w:cs="Times New Roman"/>
                <w:b/>
                <w:szCs w:val="24"/>
              </w:rPr>
            </w:pPr>
            <w:r>
              <w:rPr>
                <w:rFonts w:cs="Times New Roman"/>
                <w:b/>
                <w:szCs w:val="24"/>
              </w:rPr>
              <w:t>18</w:t>
            </w:r>
          </w:p>
        </w:tc>
        <w:tc>
          <w:tcPr>
            <w:tcW w:w="2648" w:type="dxa"/>
            <w:tcBorders>
              <w:top w:val="single" w:sz="4" w:space="0" w:color="000000"/>
              <w:left w:val="single" w:sz="4" w:space="0" w:color="000000"/>
              <w:bottom w:val="single" w:sz="4" w:space="0" w:color="000000"/>
              <w:right w:val="single" w:sz="4" w:space="0" w:color="000000"/>
            </w:tcBorders>
          </w:tcPr>
          <w:p w14:paraId="6AE3C33B"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3EC5A293"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3EFAA9DC"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31532933" w14:textId="77777777" w:rsidR="006D4E92" w:rsidRDefault="006D4E92">
            <w:pPr>
              <w:snapToGrid w:val="0"/>
              <w:spacing w:after="0" w:line="240" w:lineRule="auto"/>
              <w:rPr>
                <w:rFonts w:cs="Times New Roman"/>
                <w:b/>
                <w:szCs w:val="24"/>
              </w:rPr>
            </w:pPr>
          </w:p>
        </w:tc>
      </w:tr>
      <w:tr w:rsidR="006D4E92" w14:paraId="1E149553" w14:textId="77777777">
        <w:tc>
          <w:tcPr>
            <w:tcW w:w="681" w:type="dxa"/>
            <w:tcBorders>
              <w:top w:val="single" w:sz="4" w:space="0" w:color="000000"/>
              <w:left w:val="single" w:sz="4" w:space="0" w:color="000000"/>
              <w:bottom w:val="single" w:sz="4" w:space="0" w:color="000000"/>
              <w:right w:val="single" w:sz="4" w:space="0" w:color="000000"/>
            </w:tcBorders>
          </w:tcPr>
          <w:p w14:paraId="324CA4C5" w14:textId="77777777" w:rsidR="006D4E92" w:rsidRDefault="00000000">
            <w:pPr>
              <w:spacing w:after="0" w:line="240" w:lineRule="auto"/>
              <w:rPr>
                <w:rFonts w:cs="Times New Roman"/>
                <w:b/>
                <w:szCs w:val="24"/>
              </w:rPr>
            </w:pPr>
            <w:r>
              <w:rPr>
                <w:rFonts w:cs="Times New Roman"/>
                <w:b/>
                <w:szCs w:val="24"/>
              </w:rPr>
              <w:t>19</w:t>
            </w:r>
          </w:p>
        </w:tc>
        <w:tc>
          <w:tcPr>
            <w:tcW w:w="2648" w:type="dxa"/>
            <w:tcBorders>
              <w:top w:val="single" w:sz="4" w:space="0" w:color="000000"/>
              <w:left w:val="single" w:sz="4" w:space="0" w:color="000000"/>
              <w:bottom w:val="single" w:sz="4" w:space="0" w:color="000000"/>
              <w:right w:val="single" w:sz="4" w:space="0" w:color="000000"/>
            </w:tcBorders>
          </w:tcPr>
          <w:p w14:paraId="4159F0B5"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3274331C"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2ED98D78"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6B14F554" w14:textId="77777777" w:rsidR="006D4E92" w:rsidRDefault="006D4E92">
            <w:pPr>
              <w:snapToGrid w:val="0"/>
              <w:spacing w:after="0" w:line="240" w:lineRule="auto"/>
              <w:rPr>
                <w:rFonts w:cs="Times New Roman"/>
                <w:b/>
                <w:szCs w:val="24"/>
              </w:rPr>
            </w:pPr>
          </w:p>
        </w:tc>
      </w:tr>
      <w:tr w:rsidR="006D4E92" w14:paraId="2F81972E" w14:textId="77777777">
        <w:tc>
          <w:tcPr>
            <w:tcW w:w="681" w:type="dxa"/>
            <w:tcBorders>
              <w:top w:val="single" w:sz="4" w:space="0" w:color="000000"/>
              <w:left w:val="single" w:sz="4" w:space="0" w:color="000000"/>
              <w:bottom w:val="single" w:sz="4" w:space="0" w:color="000000"/>
              <w:right w:val="single" w:sz="4" w:space="0" w:color="000000"/>
            </w:tcBorders>
          </w:tcPr>
          <w:p w14:paraId="16B143BB" w14:textId="77777777" w:rsidR="006D4E92" w:rsidRDefault="00000000">
            <w:pPr>
              <w:spacing w:after="0" w:line="240" w:lineRule="auto"/>
              <w:rPr>
                <w:rFonts w:cs="Times New Roman"/>
                <w:b/>
                <w:szCs w:val="24"/>
              </w:rPr>
            </w:pPr>
            <w:r>
              <w:rPr>
                <w:rFonts w:cs="Times New Roman"/>
                <w:b/>
                <w:szCs w:val="24"/>
              </w:rPr>
              <w:t>20</w:t>
            </w:r>
          </w:p>
        </w:tc>
        <w:tc>
          <w:tcPr>
            <w:tcW w:w="2648" w:type="dxa"/>
            <w:tcBorders>
              <w:top w:val="single" w:sz="4" w:space="0" w:color="000000"/>
              <w:left w:val="single" w:sz="4" w:space="0" w:color="000000"/>
              <w:bottom w:val="single" w:sz="4" w:space="0" w:color="000000"/>
              <w:right w:val="single" w:sz="4" w:space="0" w:color="000000"/>
            </w:tcBorders>
          </w:tcPr>
          <w:p w14:paraId="298027B7"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34805599"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3A609850"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26C004B7" w14:textId="77777777" w:rsidR="006D4E92" w:rsidRDefault="006D4E92">
            <w:pPr>
              <w:snapToGrid w:val="0"/>
              <w:spacing w:after="0" w:line="240" w:lineRule="auto"/>
              <w:rPr>
                <w:rFonts w:cs="Times New Roman"/>
                <w:b/>
                <w:szCs w:val="24"/>
              </w:rPr>
            </w:pPr>
          </w:p>
        </w:tc>
      </w:tr>
      <w:tr w:rsidR="006D4E92" w14:paraId="4CC01B93" w14:textId="77777777">
        <w:tc>
          <w:tcPr>
            <w:tcW w:w="681" w:type="dxa"/>
            <w:tcBorders>
              <w:top w:val="single" w:sz="4" w:space="0" w:color="000000"/>
              <w:left w:val="single" w:sz="4" w:space="0" w:color="000000"/>
              <w:bottom w:val="single" w:sz="4" w:space="0" w:color="000000"/>
              <w:right w:val="single" w:sz="4" w:space="0" w:color="000000"/>
            </w:tcBorders>
          </w:tcPr>
          <w:p w14:paraId="19918A1E" w14:textId="77777777" w:rsidR="006D4E92" w:rsidRDefault="00000000">
            <w:pPr>
              <w:spacing w:after="0" w:line="240" w:lineRule="auto"/>
              <w:rPr>
                <w:rFonts w:cs="Times New Roman"/>
                <w:b/>
                <w:szCs w:val="24"/>
              </w:rPr>
            </w:pPr>
            <w:r>
              <w:rPr>
                <w:rFonts w:cs="Times New Roman"/>
                <w:b/>
                <w:szCs w:val="24"/>
              </w:rPr>
              <w:lastRenderedPageBreak/>
              <w:t>21</w:t>
            </w:r>
          </w:p>
        </w:tc>
        <w:tc>
          <w:tcPr>
            <w:tcW w:w="2648" w:type="dxa"/>
            <w:tcBorders>
              <w:top w:val="single" w:sz="4" w:space="0" w:color="000000"/>
              <w:left w:val="single" w:sz="4" w:space="0" w:color="000000"/>
              <w:bottom w:val="single" w:sz="4" w:space="0" w:color="000000"/>
              <w:right w:val="single" w:sz="4" w:space="0" w:color="000000"/>
            </w:tcBorders>
          </w:tcPr>
          <w:p w14:paraId="7F6C6288"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7C0D001A"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19C9D9A9"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6FAFF7BE" w14:textId="77777777" w:rsidR="006D4E92" w:rsidRDefault="006D4E92">
            <w:pPr>
              <w:snapToGrid w:val="0"/>
              <w:spacing w:after="0" w:line="240" w:lineRule="auto"/>
              <w:rPr>
                <w:rFonts w:cs="Times New Roman"/>
                <w:b/>
                <w:szCs w:val="24"/>
              </w:rPr>
            </w:pPr>
          </w:p>
        </w:tc>
      </w:tr>
      <w:tr w:rsidR="006D4E92" w14:paraId="7A601E2D" w14:textId="77777777">
        <w:tc>
          <w:tcPr>
            <w:tcW w:w="681" w:type="dxa"/>
            <w:tcBorders>
              <w:top w:val="single" w:sz="4" w:space="0" w:color="000000"/>
              <w:left w:val="single" w:sz="4" w:space="0" w:color="000000"/>
              <w:bottom w:val="single" w:sz="4" w:space="0" w:color="000000"/>
              <w:right w:val="single" w:sz="4" w:space="0" w:color="000000"/>
            </w:tcBorders>
          </w:tcPr>
          <w:p w14:paraId="00EEB172" w14:textId="77777777" w:rsidR="006D4E92" w:rsidRDefault="00000000">
            <w:pPr>
              <w:spacing w:after="0" w:line="240" w:lineRule="auto"/>
              <w:rPr>
                <w:rFonts w:cs="Times New Roman"/>
                <w:b/>
                <w:szCs w:val="24"/>
              </w:rPr>
            </w:pPr>
            <w:r>
              <w:rPr>
                <w:rFonts w:cs="Times New Roman"/>
                <w:b/>
                <w:szCs w:val="24"/>
              </w:rPr>
              <w:t>22</w:t>
            </w:r>
          </w:p>
        </w:tc>
        <w:tc>
          <w:tcPr>
            <w:tcW w:w="2648" w:type="dxa"/>
            <w:tcBorders>
              <w:top w:val="single" w:sz="4" w:space="0" w:color="000000"/>
              <w:left w:val="single" w:sz="4" w:space="0" w:color="000000"/>
              <w:bottom w:val="single" w:sz="4" w:space="0" w:color="000000"/>
              <w:right w:val="single" w:sz="4" w:space="0" w:color="000000"/>
            </w:tcBorders>
          </w:tcPr>
          <w:p w14:paraId="601A0A20"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620351CE"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34662B85"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4EA0656E" w14:textId="77777777" w:rsidR="006D4E92" w:rsidRDefault="006D4E92">
            <w:pPr>
              <w:snapToGrid w:val="0"/>
              <w:spacing w:after="0" w:line="240" w:lineRule="auto"/>
              <w:rPr>
                <w:rFonts w:cs="Times New Roman"/>
                <w:b/>
                <w:szCs w:val="24"/>
              </w:rPr>
            </w:pPr>
          </w:p>
        </w:tc>
      </w:tr>
      <w:tr w:rsidR="006D4E92" w14:paraId="17CA0111" w14:textId="77777777">
        <w:tc>
          <w:tcPr>
            <w:tcW w:w="681" w:type="dxa"/>
            <w:tcBorders>
              <w:top w:val="single" w:sz="4" w:space="0" w:color="000000"/>
              <w:left w:val="single" w:sz="4" w:space="0" w:color="000000"/>
              <w:bottom w:val="single" w:sz="4" w:space="0" w:color="000000"/>
              <w:right w:val="single" w:sz="4" w:space="0" w:color="000000"/>
            </w:tcBorders>
          </w:tcPr>
          <w:p w14:paraId="54728FCB" w14:textId="77777777" w:rsidR="006D4E92" w:rsidRDefault="00000000">
            <w:pPr>
              <w:spacing w:after="0" w:line="240" w:lineRule="auto"/>
              <w:rPr>
                <w:rFonts w:cs="Times New Roman"/>
                <w:b/>
                <w:szCs w:val="24"/>
              </w:rPr>
            </w:pPr>
            <w:r>
              <w:rPr>
                <w:rFonts w:cs="Times New Roman"/>
                <w:b/>
                <w:szCs w:val="24"/>
              </w:rPr>
              <w:t>23</w:t>
            </w:r>
          </w:p>
        </w:tc>
        <w:tc>
          <w:tcPr>
            <w:tcW w:w="2648" w:type="dxa"/>
            <w:tcBorders>
              <w:top w:val="single" w:sz="4" w:space="0" w:color="000000"/>
              <w:left w:val="single" w:sz="4" w:space="0" w:color="000000"/>
              <w:bottom w:val="single" w:sz="4" w:space="0" w:color="000000"/>
              <w:right w:val="single" w:sz="4" w:space="0" w:color="000000"/>
            </w:tcBorders>
          </w:tcPr>
          <w:p w14:paraId="4A034ADE"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7B5C049B"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1429A5F9"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1CD0F815" w14:textId="77777777" w:rsidR="006D4E92" w:rsidRDefault="006D4E92">
            <w:pPr>
              <w:snapToGrid w:val="0"/>
              <w:spacing w:after="0" w:line="240" w:lineRule="auto"/>
              <w:rPr>
                <w:rFonts w:cs="Times New Roman"/>
                <w:b/>
                <w:szCs w:val="24"/>
              </w:rPr>
            </w:pPr>
          </w:p>
        </w:tc>
      </w:tr>
      <w:tr w:rsidR="006D4E92" w14:paraId="41BC64C8" w14:textId="77777777">
        <w:tc>
          <w:tcPr>
            <w:tcW w:w="681" w:type="dxa"/>
            <w:tcBorders>
              <w:top w:val="single" w:sz="4" w:space="0" w:color="000000"/>
              <w:left w:val="single" w:sz="4" w:space="0" w:color="000000"/>
              <w:bottom w:val="single" w:sz="4" w:space="0" w:color="000000"/>
              <w:right w:val="single" w:sz="4" w:space="0" w:color="000000"/>
            </w:tcBorders>
          </w:tcPr>
          <w:p w14:paraId="3B97AEEF" w14:textId="77777777" w:rsidR="006D4E92" w:rsidRDefault="00000000">
            <w:pPr>
              <w:spacing w:after="0" w:line="240" w:lineRule="auto"/>
              <w:rPr>
                <w:rFonts w:cs="Times New Roman"/>
                <w:b/>
                <w:szCs w:val="24"/>
              </w:rPr>
            </w:pPr>
            <w:r>
              <w:rPr>
                <w:rFonts w:cs="Times New Roman"/>
                <w:b/>
                <w:szCs w:val="24"/>
              </w:rPr>
              <w:t>24</w:t>
            </w:r>
          </w:p>
        </w:tc>
        <w:tc>
          <w:tcPr>
            <w:tcW w:w="2648" w:type="dxa"/>
            <w:tcBorders>
              <w:top w:val="single" w:sz="4" w:space="0" w:color="000000"/>
              <w:left w:val="single" w:sz="4" w:space="0" w:color="000000"/>
              <w:bottom w:val="single" w:sz="4" w:space="0" w:color="000000"/>
              <w:right w:val="single" w:sz="4" w:space="0" w:color="000000"/>
            </w:tcBorders>
          </w:tcPr>
          <w:p w14:paraId="451EE4C9"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4D3BC451"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08E73457"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28CFAA13" w14:textId="77777777" w:rsidR="006D4E92" w:rsidRDefault="006D4E92">
            <w:pPr>
              <w:snapToGrid w:val="0"/>
              <w:spacing w:after="0" w:line="240" w:lineRule="auto"/>
              <w:rPr>
                <w:rFonts w:cs="Times New Roman"/>
                <w:b/>
                <w:szCs w:val="24"/>
              </w:rPr>
            </w:pPr>
          </w:p>
        </w:tc>
      </w:tr>
      <w:tr w:rsidR="006D4E92" w14:paraId="5C86EDE6" w14:textId="77777777">
        <w:tc>
          <w:tcPr>
            <w:tcW w:w="681" w:type="dxa"/>
            <w:tcBorders>
              <w:top w:val="single" w:sz="4" w:space="0" w:color="000000"/>
              <w:left w:val="single" w:sz="4" w:space="0" w:color="000000"/>
              <w:bottom w:val="single" w:sz="4" w:space="0" w:color="000000"/>
              <w:right w:val="single" w:sz="4" w:space="0" w:color="000000"/>
            </w:tcBorders>
          </w:tcPr>
          <w:p w14:paraId="73732A3D" w14:textId="77777777" w:rsidR="006D4E92" w:rsidRDefault="00000000">
            <w:pPr>
              <w:spacing w:after="0" w:line="240" w:lineRule="auto"/>
              <w:rPr>
                <w:rFonts w:cs="Times New Roman"/>
                <w:b/>
                <w:szCs w:val="24"/>
              </w:rPr>
            </w:pPr>
            <w:r>
              <w:rPr>
                <w:rFonts w:cs="Times New Roman"/>
                <w:b/>
                <w:szCs w:val="24"/>
              </w:rPr>
              <w:t>25</w:t>
            </w:r>
          </w:p>
        </w:tc>
        <w:tc>
          <w:tcPr>
            <w:tcW w:w="2648" w:type="dxa"/>
            <w:tcBorders>
              <w:top w:val="single" w:sz="4" w:space="0" w:color="000000"/>
              <w:left w:val="single" w:sz="4" w:space="0" w:color="000000"/>
              <w:bottom w:val="single" w:sz="4" w:space="0" w:color="000000"/>
              <w:right w:val="single" w:sz="4" w:space="0" w:color="000000"/>
            </w:tcBorders>
          </w:tcPr>
          <w:p w14:paraId="24286158"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3C2B381F"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6114DE38"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789DE5D4" w14:textId="77777777" w:rsidR="006D4E92" w:rsidRDefault="006D4E92">
            <w:pPr>
              <w:snapToGrid w:val="0"/>
              <w:spacing w:after="0" w:line="240" w:lineRule="auto"/>
              <w:rPr>
                <w:rFonts w:cs="Times New Roman"/>
                <w:b/>
                <w:szCs w:val="24"/>
              </w:rPr>
            </w:pPr>
          </w:p>
        </w:tc>
      </w:tr>
      <w:tr w:rsidR="006D4E92" w14:paraId="0A274293" w14:textId="77777777">
        <w:tc>
          <w:tcPr>
            <w:tcW w:w="681" w:type="dxa"/>
            <w:tcBorders>
              <w:top w:val="single" w:sz="4" w:space="0" w:color="000000"/>
              <w:left w:val="single" w:sz="4" w:space="0" w:color="000000"/>
              <w:bottom w:val="single" w:sz="4" w:space="0" w:color="000000"/>
              <w:right w:val="single" w:sz="4" w:space="0" w:color="000000"/>
            </w:tcBorders>
          </w:tcPr>
          <w:p w14:paraId="3F61825F" w14:textId="77777777" w:rsidR="006D4E92" w:rsidRDefault="00000000">
            <w:pPr>
              <w:spacing w:after="0" w:line="240" w:lineRule="auto"/>
              <w:rPr>
                <w:rFonts w:cs="Times New Roman"/>
                <w:b/>
                <w:szCs w:val="24"/>
              </w:rPr>
            </w:pPr>
            <w:r>
              <w:rPr>
                <w:rFonts w:cs="Times New Roman"/>
                <w:b/>
                <w:szCs w:val="24"/>
              </w:rPr>
              <w:t>26</w:t>
            </w:r>
          </w:p>
        </w:tc>
        <w:tc>
          <w:tcPr>
            <w:tcW w:w="2648" w:type="dxa"/>
            <w:tcBorders>
              <w:top w:val="single" w:sz="4" w:space="0" w:color="000000"/>
              <w:left w:val="single" w:sz="4" w:space="0" w:color="000000"/>
              <w:bottom w:val="single" w:sz="4" w:space="0" w:color="000000"/>
              <w:right w:val="single" w:sz="4" w:space="0" w:color="000000"/>
            </w:tcBorders>
          </w:tcPr>
          <w:p w14:paraId="1AD34CFB"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373D0430"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3AD67875"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50D8043C" w14:textId="77777777" w:rsidR="006D4E92" w:rsidRDefault="006D4E92">
            <w:pPr>
              <w:snapToGrid w:val="0"/>
              <w:spacing w:after="0" w:line="240" w:lineRule="auto"/>
              <w:rPr>
                <w:rFonts w:cs="Times New Roman"/>
                <w:b/>
                <w:szCs w:val="24"/>
              </w:rPr>
            </w:pPr>
          </w:p>
        </w:tc>
      </w:tr>
      <w:tr w:rsidR="006D4E92" w14:paraId="19FE087A" w14:textId="77777777">
        <w:tc>
          <w:tcPr>
            <w:tcW w:w="681" w:type="dxa"/>
            <w:tcBorders>
              <w:top w:val="single" w:sz="4" w:space="0" w:color="000000"/>
              <w:left w:val="single" w:sz="4" w:space="0" w:color="000000"/>
              <w:bottom w:val="single" w:sz="4" w:space="0" w:color="000000"/>
              <w:right w:val="single" w:sz="4" w:space="0" w:color="000000"/>
            </w:tcBorders>
          </w:tcPr>
          <w:p w14:paraId="1F31AD8A" w14:textId="77777777" w:rsidR="006D4E92" w:rsidRDefault="00000000">
            <w:pPr>
              <w:spacing w:after="0" w:line="240" w:lineRule="auto"/>
              <w:rPr>
                <w:rFonts w:cs="Times New Roman"/>
                <w:b/>
                <w:szCs w:val="24"/>
              </w:rPr>
            </w:pPr>
            <w:r>
              <w:rPr>
                <w:rFonts w:cs="Times New Roman"/>
                <w:b/>
                <w:szCs w:val="24"/>
              </w:rPr>
              <w:t>27</w:t>
            </w:r>
          </w:p>
        </w:tc>
        <w:tc>
          <w:tcPr>
            <w:tcW w:w="2648" w:type="dxa"/>
            <w:tcBorders>
              <w:top w:val="single" w:sz="4" w:space="0" w:color="000000"/>
              <w:left w:val="single" w:sz="4" w:space="0" w:color="000000"/>
              <w:bottom w:val="single" w:sz="4" w:space="0" w:color="000000"/>
              <w:right w:val="single" w:sz="4" w:space="0" w:color="000000"/>
            </w:tcBorders>
          </w:tcPr>
          <w:p w14:paraId="4FDB3A15"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28502540"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25B1D820"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32BD0F3B" w14:textId="77777777" w:rsidR="006D4E92" w:rsidRDefault="006D4E92">
            <w:pPr>
              <w:snapToGrid w:val="0"/>
              <w:spacing w:after="0" w:line="240" w:lineRule="auto"/>
              <w:rPr>
                <w:rFonts w:cs="Times New Roman"/>
                <w:b/>
                <w:szCs w:val="24"/>
              </w:rPr>
            </w:pPr>
          </w:p>
        </w:tc>
      </w:tr>
      <w:tr w:rsidR="006D4E92" w14:paraId="62AF63AB" w14:textId="77777777">
        <w:tc>
          <w:tcPr>
            <w:tcW w:w="681" w:type="dxa"/>
            <w:tcBorders>
              <w:top w:val="single" w:sz="4" w:space="0" w:color="000000"/>
              <w:left w:val="single" w:sz="4" w:space="0" w:color="000000"/>
              <w:bottom w:val="single" w:sz="4" w:space="0" w:color="000000"/>
              <w:right w:val="single" w:sz="4" w:space="0" w:color="000000"/>
            </w:tcBorders>
          </w:tcPr>
          <w:p w14:paraId="4197F315" w14:textId="77777777" w:rsidR="006D4E92" w:rsidRDefault="00000000">
            <w:pPr>
              <w:spacing w:after="0" w:line="240" w:lineRule="auto"/>
              <w:rPr>
                <w:rFonts w:cs="Times New Roman"/>
                <w:b/>
                <w:szCs w:val="24"/>
              </w:rPr>
            </w:pPr>
            <w:r>
              <w:rPr>
                <w:rFonts w:cs="Times New Roman"/>
                <w:b/>
                <w:szCs w:val="24"/>
              </w:rPr>
              <w:t>28</w:t>
            </w:r>
          </w:p>
        </w:tc>
        <w:tc>
          <w:tcPr>
            <w:tcW w:w="2648" w:type="dxa"/>
            <w:tcBorders>
              <w:top w:val="single" w:sz="4" w:space="0" w:color="000000"/>
              <w:left w:val="single" w:sz="4" w:space="0" w:color="000000"/>
              <w:bottom w:val="single" w:sz="4" w:space="0" w:color="000000"/>
              <w:right w:val="single" w:sz="4" w:space="0" w:color="000000"/>
            </w:tcBorders>
          </w:tcPr>
          <w:p w14:paraId="7D554065"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4A9465BE"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3A0FF806"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11AADB65" w14:textId="77777777" w:rsidR="006D4E92" w:rsidRDefault="006D4E92">
            <w:pPr>
              <w:snapToGrid w:val="0"/>
              <w:spacing w:after="0" w:line="240" w:lineRule="auto"/>
              <w:rPr>
                <w:rFonts w:cs="Times New Roman"/>
                <w:b/>
                <w:szCs w:val="24"/>
              </w:rPr>
            </w:pPr>
          </w:p>
        </w:tc>
      </w:tr>
      <w:tr w:rsidR="006D4E92" w14:paraId="0A2B2690" w14:textId="77777777">
        <w:tc>
          <w:tcPr>
            <w:tcW w:w="681" w:type="dxa"/>
            <w:tcBorders>
              <w:top w:val="single" w:sz="4" w:space="0" w:color="000000"/>
              <w:left w:val="single" w:sz="4" w:space="0" w:color="000000"/>
              <w:bottom w:val="single" w:sz="4" w:space="0" w:color="000000"/>
              <w:right w:val="single" w:sz="4" w:space="0" w:color="000000"/>
            </w:tcBorders>
          </w:tcPr>
          <w:p w14:paraId="7D8F76E0" w14:textId="77777777" w:rsidR="006D4E92" w:rsidRDefault="00000000">
            <w:pPr>
              <w:spacing w:after="0" w:line="240" w:lineRule="auto"/>
              <w:rPr>
                <w:rFonts w:cs="Times New Roman"/>
                <w:b/>
                <w:szCs w:val="24"/>
              </w:rPr>
            </w:pPr>
            <w:r>
              <w:rPr>
                <w:rFonts w:cs="Times New Roman"/>
                <w:b/>
                <w:szCs w:val="24"/>
              </w:rPr>
              <w:t>29</w:t>
            </w:r>
          </w:p>
        </w:tc>
        <w:tc>
          <w:tcPr>
            <w:tcW w:w="2648" w:type="dxa"/>
            <w:tcBorders>
              <w:top w:val="single" w:sz="4" w:space="0" w:color="000000"/>
              <w:left w:val="single" w:sz="4" w:space="0" w:color="000000"/>
              <w:bottom w:val="single" w:sz="4" w:space="0" w:color="000000"/>
              <w:right w:val="single" w:sz="4" w:space="0" w:color="000000"/>
            </w:tcBorders>
          </w:tcPr>
          <w:p w14:paraId="03D074D4"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6F1E8975"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018C404C"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7C8B6192" w14:textId="77777777" w:rsidR="006D4E92" w:rsidRDefault="006D4E92">
            <w:pPr>
              <w:snapToGrid w:val="0"/>
              <w:spacing w:after="0" w:line="240" w:lineRule="auto"/>
              <w:rPr>
                <w:rFonts w:cs="Times New Roman"/>
                <w:b/>
                <w:szCs w:val="24"/>
              </w:rPr>
            </w:pPr>
          </w:p>
        </w:tc>
      </w:tr>
      <w:tr w:rsidR="006D4E92" w14:paraId="3C54ED0A" w14:textId="77777777">
        <w:tc>
          <w:tcPr>
            <w:tcW w:w="681" w:type="dxa"/>
            <w:tcBorders>
              <w:top w:val="single" w:sz="4" w:space="0" w:color="000000"/>
              <w:left w:val="single" w:sz="4" w:space="0" w:color="000000"/>
              <w:bottom w:val="single" w:sz="4" w:space="0" w:color="000000"/>
              <w:right w:val="single" w:sz="4" w:space="0" w:color="000000"/>
            </w:tcBorders>
          </w:tcPr>
          <w:p w14:paraId="34731F61" w14:textId="77777777" w:rsidR="006D4E92" w:rsidRDefault="00000000">
            <w:pPr>
              <w:spacing w:after="0" w:line="240" w:lineRule="auto"/>
              <w:rPr>
                <w:rFonts w:cs="Times New Roman"/>
                <w:b/>
                <w:szCs w:val="24"/>
              </w:rPr>
            </w:pPr>
            <w:r>
              <w:rPr>
                <w:rFonts w:cs="Times New Roman"/>
                <w:b/>
                <w:szCs w:val="24"/>
              </w:rPr>
              <w:t>30</w:t>
            </w:r>
          </w:p>
        </w:tc>
        <w:tc>
          <w:tcPr>
            <w:tcW w:w="2648" w:type="dxa"/>
            <w:tcBorders>
              <w:top w:val="single" w:sz="4" w:space="0" w:color="000000"/>
              <w:left w:val="single" w:sz="4" w:space="0" w:color="000000"/>
              <w:bottom w:val="single" w:sz="4" w:space="0" w:color="000000"/>
              <w:right w:val="single" w:sz="4" w:space="0" w:color="000000"/>
            </w:tcBorders>
          </w:tcPr>
          <w:p w14:paraId="3F87A780"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5231BC7B"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59189280"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1EB90DD8" w14:textId="77777777" w:rsidR="006D4E92" w:rsidRDefault="006D4E92">
            <w:pPr>
              <w:snapToGrid w:val="0"/>
              <w:spacing w:after="0" w:line="240" w:lineRule="auto"/>
              <w:rPr>
                <w:rFonts w:cs="Times New Roman"/>
                <w:b/>
                <w:szCs w:val="24"/>
              </w:rPr>
            </w:pPr>
          </w:p>
        </w:tc>
      </w:tr>
      <w:tr w:rsidR="006D4E92" w14:paraId="6CE16A0B" w14:textId="77777777">
        <w:tc>
          <w:tcPr>
            <w:tcW w:w="681" w:type="dxa"/>
            <w:tcBorders>
              <w:top w:val="single" w:sz="4" w:space="0" w:color="000000"/>
              <w:left w:val="single" w:sz="4" w:space="0" w:color="000000"/>
              <w:bottom w:val="single" w:sz="4" w:space="0" w:color="000000"/>
              <w:right w:val="single" w:sz="4" w:space="0" w:color="000000"/>
            </w:tcBorders>
          </w:tcPr>
          <w:p w14:paraId="21165CBF" w14:textId="77777777" w:rsidR="006D4E92" w:rsidRDefault="00000000">
            <w:pPr>
              <w:spacing w:after="0" w:line="240" w:lineRule="auto"/>
              <w:rPr>
                <w:rFonts w:cs="Times New Roman"/>
                <w:b/>
                <w:szCs w:val="24"/>
              </w:rPr>
            </w:pPr>
            <w:r>
              <w:rPr>
                <w:rFonts w:cs="Times New Roman"/>
                <w:b/>
                <w:szCs w:val="24"/>
              </w:rPr>
              <w:t>31</w:t>
            </w:r>
          </w:p>
        </w:tc>
        <w:tc>
          <w:tcPr>
            <w:tcW w:w="2648" w:type="dxa"/>
            <w:tcBorders>
              <w:top w:val="single" w:sz="4" w:space="0" w:color="000000"/>
              <w:left w:val="single" w:sz="4" w:space="0" w:color="000000"/>
              <w:bottom w:val="single" w:sz="4" w:space="0" w:color="000000"/>
              <w:right w:val="single" w:sz="4" w:space="0" w:color="000000"/>
            </w:tcBorders>
          </w:tcPr>
          <w:p w14:paraId="71F0C321"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3C7ACE96"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4E54253C"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0D255959" w14:textId="77777777" w:rsidR="006D4E92" w:rsidRDefault="006D4E92">
            <w:pPr>
              <w:snapToGrid w:val="0"/>
              <w:spacing w:after="0" w:line="240" w:lineRule="auto"/>
              <w:rPr>
                <w:rFonts w:cs="Times New Roman"/>
                <w:b/>
                <w:szCs w:val="24"/>
              </w:rPr>
            </w:pPr>
          </w:p>
        </w:tc>
      </w:tr>
      <w:tr w:rsidR="006D4E92" w14:paraId="3E9111A1" w14:textId="77777777">
        <w:tc>
          <w:tcPr>
            <w:tcW w:w="681" w:type="dxa"/>
            <w:tcBorders>
              <w:top w:val="single" w:sz="4" w:space="0" w:color="000000"/>
              <w:left w:val="single" w:sz="4" w:space="0" w:color="000000"/>
              <w:bottom w:val="single" w:sz="4" w:space="0" w:color="000000"/>
              <w:right w:val="single" w:sz="4" w:space="0" w:color="000000"/>
            </w:tcBorders>
          </w:tcPr>
          <w:p w14:paraId="1EAE2979" w14:textId="77777777" w:rsidR="006D4E92" w:rsidRDefault="00000000">
            <w:pPr>
              <w:spacing w:after="0" w:line="240" w:lineRule="auto"/>
              <w:rPr>
                <w:rFonts w:cs="Times New Roman"/>
                <w:b/>
                <w:szCs w:val="24"/>
              </w:rPr>
            </w:pPr>
            <w:r>
              <w:rPr>
                <w:rFonts w:cs="Times New Roman"/>
                <w:b/>
                <w:szCs w:val="24"/>
              </w:rPr>
              <w:t>32</w:t>
            </w:r>
          </w:p>
        </w:tc>
        <w:tc>
          <w:tcPr>
            <w:tcW w:w="2648" w:type="dxa"/>
            <w:tcBorders>
              <w:top w:val="single" w:sz="4" w:space="0" w:color="000000"/>
              <w:left w:val="single" w:sz="4" w:space="0" w:color="000000"/>
              <w:bottom w:val="single" w:sz="4" w:space="0" w:color="000000"/>
              <w:right w:val="single" w:sz="4" w:space="0" w:color="000000"/>
            </w:tcBorders>
          </w:tcPr>
          <w:p w14:paraId="1A79DC01"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4FF9CC0F"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3D16300B"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173DF29C" w14:textId="77777777" w:rsidR="006D4E92" w:rsidRDefault="006D4E92">
            <w:pPr>
              <w:snapToGrid w:val="0"/>
              <w:spacing w:after="0" w:line="240" w:lineRule="auto"/>
              <w:rPr>
                <w:rFonts w:cs="Times New Roman"/>
                <w:b/>
                <w:szCs w:val="24"/>
              </w:rPr>
            </w:pPr>
          </w:p>
        </w:tc>
      </w:tr>
      <w:tr w:rsidR="006D4E92" w14:paraId="694EC1FC" w14:textId="77777777">
        <w:tc>
          <w:tcPr>
            <w:tcW w:w="681" w:type="dxa"/>
            <w:tcBorders>
              <w:top w:val="single" w:sz="4" w:space="0" w:color="000000"/>
              <w:left w:val="single" w:sz="4" w:space="0" w:color="000000"/>
              <w:bottom w:val="single" w:sz="4" w:space="0" w:color="000000"/>
              <w:right w:val="single" w:sz="4" w:space="0" w:color="000000"/>
            </w:tcBorders>
          </w:tcPr>
          <w:p w14:paraId="5E5E27DA" w14:textId="77777777" w:rsidR="006D4E92" w:rsidRDefault="00000000">
            <w:pPr>
              <w:spacing w:after="0" w:line="240" w:lineRule="auto"/>
              <w:rPr>
                <w:rFonts w:cs="Times New Roman"/>
                <w:b/>
                <w:szCs w:val="24"/>
              </w:rPr>
            </w:pPr>
            <w:r>
              <w:rPr>
                <w:rFonts w:cs="Times New Roman"/>
                <w:b/>
                <w:szCs w:val="24"/>
              </w:rPr>
              <w:t>33</w:t>
            </w:r>
          </w:p>
        </w:tc>
        <w:tc>
          <w:tcPr>
            <w:tcW w:w="2648" w:type="dxa"/>
            <w:tcBorders>
              <w:top w:val="single" w:sz="4" w:space="0" w:color="000000"/>
              <w:left w:val="single" w:sz="4" w:space="0" w:color="000000"/>
              <w:bottom w:val="single" w:sz="4" w:space="0" w:color="000000"/>
              <w:right w:val="single" w:sz="4" w:space="0" w:color="000000"/>
            </w:tcBorders>
          </w:tcPr>
          <w:p w14:paraId="5D2BB248"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7063570F"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2E0FD1A9"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2FEB19EF" w14:textId="77777777" w:rsidR="006D4E92" w:rsidRDefault="006D4E92">
            <w:pPr>
              <w:snapToGrid w:val="0"/>
              <w:spacing w:after="0" w:line="240" w:lineRule="auto"/>
              <w:rPr>
                <w:rFonts w:cs="Times New Roman"/>
                <w:b/>
                <w:szCs w:val="24"/>
              </w:rPr>
            </w:pPr>
          </w:p>
        </w:tc>
      </w:tr>
      <w:tr w:rsidR="006D4E92" w14:paraId="631324A2" w14:textId="77777777">
        <w:tc>
          <w:tcPr>
            <w:tcW w:w="681" w:type="dxa"/>
            <w:tcBorders>
              <w:top w:val="single" w:sz="4" w:space="0" w:color="000000"/>
              <w:left w:val="single" w:sz="4" w:space="0" w:color="000000"/>
              <w:bottom w:val="single" w:sz="4" w:space="0" w:color="000000"/>
              <w:right w:val="single" w:sz="4" w:space="0" w:color="000000"/>
            </w:tcBorders>
          </w:tcPr>
          <w:p w14:paraId="0D74CA6D" w14:textId="77777777" w:rsidR="006D4E92" w:rsidRDefault="00000000">
            <w:pPr>
              <w:spacing w:after="0" w:line="240" w:lineRule="auto"/>
              <w:rPr>
                <w:rFonts w:cs="Times New Roman"/>
                <w:b/>
                <w:szCs w:val="24"/>
              </w:rPr>
            </w:pPr>
            <w:r>
              <w:rPr>
                <w:rFonts w:cs="Times New Roman"/>
                <w:b/>
                <w:szCs w:val="24"/>
              </w:rPr>
              <w:t>34</w:t>
            </w:r>
          </w:p>
        </w:tc>
        <w:tc>
          <w:tcPr>
            <w:tcW w:w="2648" w:type="dxa"/>
            <w:tcBorders>
              <w:top w:val="single" w:sz="4" w:space="0" w:color="000000"/>
              <w:left w:val="single" w:sz="4" w:space="0" w:color="000000"/>
              <w:bottom w:val="single" w:sz="4" w:space="0" w:color="000000"/>
              <w:right w:val="single" w:sz="4" w:space="0" w:color="000000"/>
            </w:tcBorders>
          </w:tcPr>
          <w:p w14:paraId="54865DF6"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41CF8035"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507642ED"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63F2577C" w14:textId="77777777" w:rsidR="006D4E92" w:rsidRDefault="006D4E92">
            <w:pPr>
              <w:snapToGrid w:val="0"/>
              <w:spacing w:after="0" w:line="240" w:lineRule="auto"/>
              <w:rPr>
                <w:rFonts w:cs="Times New Roman"/>
                <w:b/>
                <w:szCs w:val="24"/>
              </w:rPr>
            </w:pPr>
          </w:p>
        </w:tc>
      </w:tr>
      <w:tr w:rsidR="006D4E92" w14:paraId="022F06F7" w14:textId="77777777">
        <w:tc>
          <w:tcPr>
            <w:tcW w:w="681" w:type="dxa"/>
            <w:tcBorders>
              <w:top w:val="single" w:sz="4" w:space="0" w:color="000000"/>
              <w:left w:val="single" w:sz="4" w:space="0" w:color="000000"/>
              <w:bottom w:val="single" w:sz="4" w:space="0" w:color="000000"/>
              <w:right w:val="single" w:sz="4" w:space="0" w:color="000000"/>
            </w:tcBorders>
          </w:tcPr>
          <w:p w14:paraId="70714CF7" w14:textId="77777777" w:rsidR="006D4E92" w:rsidRDefault="00000000">
            <w:pPr>
              <w:spacing w:after="0" w:line="240" w:lineRule="auto"/>
              <w:rPr>
                <w:rFonts w:cs="Times New Roman"/>
                <w:b/>
                <w:szCs w:val="24"/>
              </w:rPr>
            </w:pPr>
            <w:r>
              <w:rPr>
                <w:rFonts w:cs="Times New Roman"/>
                <w:b/>
                <w:szCs w:val="24"/>
              </w:rPr>
              <w:t>35</w:t>
            </w:r>
          </w:p>
        </w:tc>
        <w:tc>
          <w:tcPr>
            <w:tcW w:w="2648" w:type="dxa"/>
            <w:tcBorders>
              <w:top w:val="single" w:sz="4" w:space="0" w:color="000000"/>
              <w:left w:val="single" w:sz="4" w:space="0" w:color="000000"/>
              <w:bottom w:val="single" w:sz="4" w:space="0" w:color="000000"/>
              <w:right w:val="single" w:sz="4" w:space="0" w:color="000000"/>
            </w:tcBorders>
          </w:tcPr>
          <w:p w14:paraId="45A29212"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08CA9D93"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600BCC7E"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3FB0F18A" w14:textId="77777777" w:rsidR="006D4E92" w:rsidRDefault="006D4E92">
            <w:pPr>
              <w:snapToGrid w:val="0"/>
              <w:spacing w:after="0" w:line="240" w:lineRule="auto"/>
              <w:rPr>
                <w:rFonts w:cs="Times New Roman"/>
                <w:b/>
                <w:szCs w:val="24"/>
              </w:rPr>
            </w:pPr>
          </w:p>
        </w:tc>
      </w:tr>
      <w:tr w:rsidR="006D4E92" w14:paraId="012F3615" w14:textId="77777777">
        <w:tc>
          <w:tcPr>
            <w:tcW w:w="681" w:type="dxa"/>
            <w:tcBorders>
              <w:top w:val="single" w:sz="4" w:space="0" w:color="000000"/>
              <w:left w:val="single" w:sz="4" w:space="0" w:color="000000"/>
              <w:bottom w:val="single" w:sz="4" w:space="0" w:color="000000"/>
              <w:right w:val="single" w:sz="4" w:space="0" w:color="000000"/>
            </w:tcBorders>
          </w:tcPr>
          <w:p w14:paraId="612ADE50" w14:textId="77777777" w:rsidR="006D4E92" w:rsidRDefault="00000000">
            <w:pPr>
              <w:spacing w:after="0" w:line="240" w:lineRule="auto"/>
              <w:rPr>
                <w:rFonts w:cs="Times New Roman"/>
                <w:b/>
                <w:szCs w:val="24"/>
              </w:rPr>
            </w:pPr>
            <w:r>
              <w:rPr>
                <w:rFonts w:cs="Times New Roman"/>
                <w:b/>
                <w:szCs w:val="24"/>
              </w:rPr>
              <w:t>36</w:t>
            </w:r>
          </w:p>
        </w:tc>
        <w:tc>
          <w:tcPr>
            <w:tcW w:w="2648" w:type="dxa"/>
            <w:tcBorders>
              <w:top w:val="single" w:sz="4" w:space="0" w:color="000000"/>
              <w:left w:val="single" w:sz="4" w:space="0" w:color="000000"/>
              <w:bottom w:val="single" w:sz="4" w:space="0" w:color="000000"/>
              <w:right w:val="single" w:sz="4" w:space="0" w:color="000000"/>
            </w:tcBorders>
          </w:tcPr>
          <w:p w14:paraId="449F7FD3"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35F7AD8D"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79C9C346"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4C555874" w14:textId="77777777" w:rsidR="006D4E92" w:rsidRDefault="006D4E92">
            <w:pPr>
              <w:snapToGrid w:val="0"/>
              <w:spacing w:after="0" w:line="240" w:lineRule="auto"/>
              <w:rPr>
                <w:rFonts w:cs="Times New Roman"/>
                <w:b/>
                <w:szCs w:val="24"/>
              </w:rPr>
            </w:pPr>
          </w:p>
        </w:tc>
      </w:tr>
      <w:tr w:rsidR="006D4E92" w14:paraId="2275F243" w14:textId="77777777">
        <w:tc>
          <w:tcPr>
            <w:tcW w:w="681" w:type="dxa"/>
            <w:tcBorders>
              <w:top w:val="single" w:sz="4" w:space="0" w:color="000000"/>
              <w:left w:val="single" w:sz="4" w:space="0" w:color="000000"/>
              <w:bottom w:val="single" w:sz="4" w:space="0" w:color="000000"/>
              <w:right w:val="single" w:sz="4" w:space="0" w:color="000000"/>
            </w:tcBorders>
          </w:tcPr>
          <w:p w14:paraId="0B3A723D" w14:textId="77777777" w:rsidR="006D4E92" w:rsidRDefault="00000000">
            <w:pPr>
              <w:spacing w:after="0" w:line="240" w:lineRule="auto"/>
              <w:rPr>
                <w:rFonts w:cs="Times New Roman"/>
                <w:b/>
                <w:szCs w:val="24"/>
              </w:rPr>
            </w:pPr>
            <w:r>
              <w:rPr>
                <w:rFonts w:cs="Times New Roman"/>
                <w:b/>
                <w:szCs w:val="24"/>
              </w:rPr>
              <w:t>37</w:t>
            </w:r>
          </w:p>
        </w:tc>
        <w:tc>
          <w:tcPr>
            <w:tcW w:w="2648" w:type="dxa"/>
            <w:tcBorders>
              <w:top w:val="single" w:sz="4" w:space="0" w:color="000000"/>
              <w:left w:val="single" w:sz="4" w:space="0" w:color="000000"/>
              <w:bottom w:val="single" w:sz="4" w:space="0" w:color="000000"/>
              <w:right w:val="single" w:sz="4" w:space="0" w:color="000000"/>
            </w:tcBorders>
          </w:tcPr>
          <w:p w14:paraId="5C3D40E3"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34EF28AF"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55F8860F"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3A3BC80A" w14:textId="77777777" w:rsidR="006D4E92" w:rsidRDefault="006D4E92">
            <w:pPr>
              <w:snapToGrid w:val="0"/>
              <w:spacing w:after="0" w:line="240" w:lineRule="auto"/>
              <w:rPr>
                <w:rFonts w:cs="Times New Roman"/>
                <w:b/>
                <w:szCs w:val="24"/>
              </w:rPr>
            </w:pPr>
          </w:p>
        </w:tc>
      </w:tr>
      <w:tr w:rsidR="006D4E92" w14:paraId="00F41DB6" w14:textId="77777777">
        <w:tc>
          <w:tcPr>
            <w:tcW w:w="681" w:type="dxa"/>
            <w:tcBorders>
              <w:top w:val="single" w:sz="4" w:space="0" w:color="000000"/>
              <w:left w:val="single" w:sz="4" w:space="0" w:color="000000"/>
              <w:bottom w:val="single" w:sz="4" w:space="0" w:color="000000"/>
              <w:right w:val="single" w:sz="4" w:space="0" w:color="000000"/>
            </w:tcBorders>
          </w:tcPr>
          <w:p w14:paraId="21DBCAE2" w14:textId="77777777" w:rsidR="006D4E92" w:rsidRDefault="00000000">
            <w:pPr>
              <w:spacing w:after="0" w:line="240" w:lineRule="auto"/>
              <w:rPr>
                <w:rFonts w:cs="Times New Roman"/>
                <w:b/>
                <w:szCs w:val="24"/>
              </w:rPr>
            </w:pPr>
            <w:r>
              <w:rPr>
                <w:rFonts w:cs="Times New Roman"/>
                <w:b/>
                <w:szCs w:val="24"/>
              </w:rPr>
              <w:t>38</w:t>
            </w:r>
          </w:p>
        </w:tc>
        <w:tc>
          <w:tcPr>
            <w:tcW w:w="2648" w:type="dxa"/>
            <w:tcBorders>
              <w:top w:val="single" w:sz="4" w:space="0" w:color="000000"/>
              <w:left w:val="single" w:sz="4" w:space="0" w:color="000000"/>
              <w:bottom w:val="single" w:sz="4" w:space="0" w:color="000000"/>
              <w:right w:val="single" w:sz="4" w:space="0" w:color="000000"/>
            </w:tcBorders>
          </w:tcPr>
          <w:p w14:paraId="08031214" w14:textId="77777777" w:rsidR="006D4E92" w:rsidRDefault="006D4E92">
            <w:pPr>
              <w:snapToGrid w:val="0"/>
              <w:spacing w:after="0" w:line="240" w:lineRule="auto"/>
              <w:rPr>
                <w:rFonts w:cs="Times New Roman"/>
                <w:b/>
                <w:szCs w:val="24"/>
              </w:rPr>
            </w:pPr>
          </w:p>
        </w:tc>
        <w:tc>
          <w:tcPr>
            <w:tcW w:w="2322" w:type="dxa"/>
            <w:tcBorders>
              <w:top w:val="single" w:sz="4" w:space="0" w:color="000000"/>
              <w:left w:val="single" w:sz="4" w:space="0" w:color="000000"/>
              <w:bottom w:val="single" w:sz="4" w:space="0" w:color="000000"/>
              <w:right w:val="single" w:sz="4" w:space="0" w:color="000000"/>
            </w:tcBorders>
          </w:tcPr>
          <w:p w14:paraId="78D931CC" w14:textId="77777777" w:rsidR="006D4E92" w:rsidRDefault="006D4E92">
            <w:pPr>
              <w:snapToGrid w:val="0"/>
              <w:spacing w:after="0" w:line="240" w:lineRule="auto"/>
              <w:rPr>
                <w:rFonts w:cs="Times New Roman"/>
                <w:b/>
                <w:szCs w:val="24"/>
              </w:rPr>
            </w:pPr>
          </w:p>
        </w:tc>
        <w:tc>
          <w:tcPr>
            <w:tcW w:w="1973" w:type="dxa"/>
            <w:tcBorders>
              <w:top w:val="single" w:sz="4" w:space="0" w:color="000000"/>
              <w:left w:val="single" w:sz="4" w:space="0" w:color="000000"/>
              <w:bottom w:val="single" w:sz="4" w:space="0" w:color="000000"/>
              <w:right w:val="single" w:sz="4" w:space="0" w:color="000000"/>
            </w:tcBorders>
          </w:tcPr>
          <w:p w14:paraId="3F586994" w14:textId="77777777" w:rsidR="006D4E92" w:rsidRDefault="006D4E92">
            <w:pPr>
              <w:snapToGrid w:val="0"/>
              <w:spacing w:after="0" w:line="240" w:lineRule="auto"/>
              <w:rPr>
                <w:rFonts w:cs="Times New Roman"/>
                <w:b/>
                <w:szCs w:val="24"/>
              </w:rPr>
            </w:pPr>
          </w:p>
        </w:tc>
        <w:tc>
          <w:tcPr>
            <w:tcW w:w="1664" w:type="dxa"/>
            <w:tcBorders>
              <w:top w:val="single" w:sz="4" w:space="0" w:color="000000"/>
              <w:left w:val="single" w:sz="4" w:space="0" w:color="000000"/>
              <w:bottom w:val="single" w:sz="4" w:space="0" w:color="000000"/>
              <w:right w:val="single" w:sz="4" w:space="0" w:color="000000"/>
            </w:tcBorders>
          </w:tcPr>
          <w:p w14:paraId="3DD72004" w14:textId="77777777" w:rsidR="006D4E92" w:rsidRDefault="006D4E92">
            <w:pPr>
              <w:snapToGrid w:val="0"/>
              <w:spacing w:after="0" w:line="240" w:lineRule="auto"/>
              <w:rPr>
                <w:rFonts w:cs="Times New Roman"/>
                <w:b/>
                <w:szCs w:val="24"/>
              </w:rPr>
            </w:pPr>
          </w:p>
        </w:tc>
      </w:tr>
    </w:tbl>
    <w:p w14:paraId="302483F1" w14:textId="77777777" w:rsidR="006D4E92" w:rsidRDefault="006D4E92">
      <w:pPr>
        <w:spacing w:after="160"/>
        <w:jc w:val="both"/>
        <w:rPr>
          <w:rFonts w:cs="Times New Roman"/>
          <w:szCs w:val="24"/>
        </w:rPr>
      </w:pPr>
    </w:p>
    <w:p w14:paraId="03E69091" w14:textId="77777777" w:rsidR="006D4E92" w:rsidRDefault="00000000">
      <w:r>
        <w:br w:type="page"/>
      </w:r>
    </w:p>
    <w:p w14:paraId="3F44CBC0" w14:textId="77777777" w:rsidR="006D4E92" w:rsidRDefault="00000000">
      <w:pPr>
        <w:jc w:val="right"/>
      </w:pPr>
      <w:r>
        <w:rPr>
          <w:b/>
          <w:sz w:val="20"/>
        </w:rPr>
        <w:lastRenderedPageBreak/>
        <w:t>Anexa nr. 4</w:t>
      </w:r>
      <w:r>
        <w:rPr>
          <w:b/>
          <w:sz w:val="20"/>
        </w:rPr>
        <w:br/>
        <w:t>la Decizia Consiliului local Mereni</w:t>
      </w:r>
      <w:r>
        <w:rPr>
          <w:b/>
          <w:sz w:val="20"/>
        </w:rPr>
        <w:br/>
        <w:t>nr. ____/____ din ______________ 2026</w:t>
      </w:r>
    </w:p>
    <w:p w14:paraId="4D49685E" w14:textId="77777777" w:rsidR="00EE7ED3" w:rsidRPr="00563B50" w:rsidRDefault="00000000" w:rsidP="00B24D9F">
      <w:pPr>
        <w:jc w:val="right"/>
        <w:rPr>
          <w:rFonts w:cs="Times New Roman"/>
          <w:b/>
          <w:bCs/>
          <w:szCs w:val="24"/>
        </w:rPr>
      </w:pPr>
      <w:r w:rsidRPr="00563B50">
        <w:rPr>
          <w:rFonts w:cs="Times New Roman"/>
          <w:b/>
          <w:bCs/>
          <w:szCs w:val="24"/>
        </w:rPr>
        <w:t>APROBAT</w:t>
      </w:r>
    </w:p>
    <w:p w14:paraId="1435B79E" w14:textId="77777777" w:rsidR="00EE7ED3" w:rsidRPr="00563B50" w:rsidRDefault="00000000" w:rsidP="00B24D9F">
      <w:pPr>
        <w:jc w:val="right"/>
        <w:rPr>
          <w:rFonts w:cs="Times New Roman"/>
          <w:szCs w:val="24"/>
        </w:rPr>
      </w:pPr>
      <w:r w:rsidRPr="00563B50">
        <w:rPr>
          <w:rFonts w:cs="Times New Roman"/>
          <w:b/>
          <w:bCs/>
          <w:szCs w:val="24"/>
        </w:rPr>
        <w:t>PRIN DECIZIA CONSILIULUI LOCAL MERENI</w:t>
      </w:r>
      <w:r w:rsidRPr="00563B50">
        <w:rPr>
          <w:rFonts w:cs="Times New Roman"/>
          <w:szCs w:val="24"/>
        </w:rPr>
        <w:br/>
        <w:t>nr. ______ din ________________________ 2026</w:t>
      </w:r>
    </w:p>
    <w:p w14:paraId="6BD1D73A" w14:textId="77777777" w:rsidR="00EE7ED3" w:rsidRPr="00563B50" w:rsidRDefault="00EE7ED3" w:rsidP="008F46FB">
      <w:pPr>
        <w:spacing w:after="0"/>
        <w:jc w:val="center"/>
        <w:rPr>
          <w:rFonts w:cs="Times New Roman"/>
          <w:b/>
          <w:bCs/>
          <w:szCs w:val="24"/>
          <w:lang w:val="ro-RO"/>
        </w:rPr>
      </w:pPr>
    </w:p>
    <w:p w14:paraId="6C3ABA10" w14:textId="77777777" w:rsidR="00EE7ED3" w:rsidRPr="00563B50" w:rsidRDefault="00EE7ED3" w:rsidP="008F46FB">
      <w:pPr>
        <w:spacing w:after="0"/>
        <w:jc w:val="center"/>
        <w:rPr>
          <w:rFonts w:cs="Times New Roman"/>
          <w:b/>
          <w:bCs/>
          <w:szCs w:val="24"/>
          <w:lang w:val="ro-RO"/>
        </w:rPr>
      </w:pPr>
    </w:p>
    <w:p w14:paraId="2400EA88" w14:textId="77777777" w:rsidR="00EE7ED3" w:rsidRPr="00421888" w:rsidRDefault="00000000" w:rsidP="008F46FB">
      <w:pPr>
        <w:spacing w:after="0"/>
        <w:jc w:val="center"/>
        <w:rPr>
          <w:rFonts w:cs="Times New Roman"/>
          <w:b/>
          <w:bCs/>
          <w:szCs w:val="24"/>
          <w:lang w:val="ro-RO"/>
        </w:rPr>
      </w:pPr>
      <w:r>
        <w:rPr>
          <w:rFonts w:cs="Times New Roman"/>
          <w:b/>
          <w:bCs/>
          <w:szCs w:val="24"/>
          <w:lang w:val="ro-RO"/>
        </w:rPr>
        <w:t>REGULAMENTUL GENERAL</w:t>
      </w:r>
    </w:p>
    <w:p w14:paraId="03DF3913" w14:textId="09E68049" w:rsidR="00EE7ED3" w:rsidRPr="008B04D4" w:rsidRDefault="00000000" w:rsidP="008B04D4">
      <w:pPr>
        <w:spacing w:after="0"/>
        <w:jc w:val="center"/>
        <w:rPr>
          <w:rFonts w:cs="Times New Roman"/>
          <w:b/>
          <w:bCs/>
          <w:szCs w:val="24"/>
        </w:rPr>
      </w:pPr>
      <w:r w:rsidRPr="00563B50">
        <w:rPr>
          <w:rFonts w:cs="Times New Roman"/>
          <w:b/>
          <w:bCs/>
          <w:szCs w:val="24"/>
        </w:rPr>
        <w:t>PRIVIND PROTECȚIA DATELOR CU CARACTER PERSONAL ÎN CADRUL PRIMĂRIEI SATULUI MERENI</w:t>
      </w:r>
    </w:p>
    <w:p w14:paraId="259D47C0" w14:textId="77777777" w:rsidR="00EE7ED3" w:rsidRPr="00563B50" w:rsidRDefault="00000000" w:rsidP="00A33FF6">
      <w:pPr>
        <w:rPr>
          <w:rFonts w:cs="Times New Roman"/>
          <w:b/>
          <w:bCs/>
          <w:szCs w:val="24"/>
        </w:rPr>
      </w:pPr>
      <w:r w:rsidRPr="00563B50">
        <w:rPr>
          <w:rFonts w:cs="Times New Roman"/>
          <w:b/>
          <w:bCs/>
          <w:szCs w:val="24"/>
        </w:rPr>
        <w:t>PREAMBUL</w:t>
      </w:r>
    </w:p>
    <w:p w14:paraId="1DD64CEB" w14:textId="77777777" w:rsidR="00EE7ED3" w:rsidRPr="00563B50" w:rsidRDefault="00000000" w:rsidP="00563B50">
      <w:pPr>
        <w:jc w:val="both"/>
        <w:rPr>
          <w:rFonts w:cs="Times New Roman"/>
          <w:szCs w:val="24"/>
        </w:rPr>
      </w:pPr>
      <w:r w:rsidRPr="00563B50">
        <w:rPr>
          <w:rFonts w:cs="Times New Roman"/>
          <w:szCs w:val="24"/>
        </w:rPr>
        <w:t xml:space="preserve">La </w:t>
      </w:r>
      <w:proofErr w:type="spellStart"/>
      <w:r w:rsidRPr="00563B50">
        <w:rPr>
          <w:rFonts w:cs="Times New Roman"/>
          <w:szCs w:val="24"/>
        </w:rPr>
        <w:t>prelucrarea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cadrul</w:t>
      </w:r>
      <w:proofErr w:type="spellEnd"/>
      <w:r w:rsidRPr="00563B50">
        <w:rPr>
          <w:rFonts w:cs="Times New Roman"/>
          <w:szCs w:val="24"/>
        </w:rPr>
        <w:t xml:space="preserve"> </w:t>
      </w:r>
      <w:proofErr w:type="spellStart"/>
      <w:r w:rsidRPr="00563B50">
        <w:rPr>
          <w:rFonts w:cs="Times New Roman"/>
          <w:szCs w:val="24"/>
        </w:rPr>
        <w:t>entității</w:t>
      </w:r>
      <w:proofErr w:type="spellEnd"/>
      <w:r w:rsidRPr="00563B50">
        <w:rPr>
          <w:rFonts w:cs="Times New Roman"/>
          <w:szCs w:val="24"/>
        </w:rPr>
        <w:t xml:space="preserve"> sunt </w:t>
      </w:r>
      <w:proofErr w:type="spellStart"/>
      <w:r w:rsidRPr="00563B50">
        <w:rPr>
          <w:rFonts w:cs="Times New Roman"/>
          <w:szCs w:val="24"/>
        </w:rPr>
        <w:t>aplicate</w:t>
      </w:r>
      <w:proofErr w:type="spellEnd"/>
      <w:r w:rsidRPr="00563B50">
        <w:rPr>
          <w:rFonts w:cs="Times New Roman"/>
          <w:szCs w:val="24"/>
        </w:rPr>
        <w:t xml:space="preserve"> </w:t>
      </w:r>
      <w:proofErr w:type="spellStart"/>
      <w:r w:rsidRPr="00563B50">
        <w:rPr>
          <w:rFonts w:cs="Times New Roman"/>
          <w:szCs w:val="24"/>
        </w:rPr>
        <w:t>principiile</w:t>
      </w:r>
      <w:proofErr w:type="spellEnd"/>
      <w:r w:rsidRPr="00563B50">
        <w:rPr>
          <w:rFonts w:cs="Times New Roman"/>
          <w:szCs w:val="24"/>
        </w:rPr>
        <w:t xml:space="preserve"> </w:t>
      </w:r>
      <w:proofErr w:type="spellStart"/>
      <w:r w:rsidRPr="00563B50">
        <w:rPr>
          <w:rFonts w:cs="Times New Roman"/>
          <w:szCs w:val="24"/>
        </w:rPr>
        <w:t>prevăzute</w:t>
      </w:r>
      <w:proofErr w:type="spellEnd"/>
      <w:r w:rsidRPr="00563B50">
        <w:rPr>
          <w:rFonts w:cs="Times New Roman"/>
          <w:szCs w:val="24"/>
        </w:rPr>
        <w:t xml:space="preserve"> de </w:t>
      </w:r>
      <w:proofErr w:type="spellStart"/>
      <w:r w:rsidRPr="00563B50">
        <w:rPr>
          <w:rFonts w:cs="Times New Roman"/>
          <w:szCs w:val="24"/>
        </w:rPr>
        <w:t>actele</w:t>
      </w:r>
      <w:proofErr w:type="spellEnd"/>
      <w:r w:rsidRPr="00563B50">
        <w:rPr>
          <w:rFonts w:cs="Times New Roman"/>
          <w:szCs w:val="24"/>
        </w:rPr>
        <w:t xml:space="preserve"> </w:t>
      </w:r>
      <w:proofErr w:type="spellStart"/>
      <w:r w:rsidRPr="00563B50">
        <w:rPr>
          <w:rFonts w:cs="Times New Roman"/>
          <w:szCs w:val="24"/>
        </w:rPr>
        <w:t>internaționale</w:t>
      </w:r>
      <w:proofErr w:type="spellEnd"/>
      <w:r w:rsidRPr="00563B50">
        <w:rPr>
          <w:rFonts w:cs="Times New Roman"/>
          <w:szCs w:val="24"/>
        </w:rPr>
        <w:t xml:space="preserve"> - </w:t>
      </w:r>
      <w:proofErr w:type="spellStart"/>
      <w:r w:rsidRPr="00563B50">
        <w:rPr>
          <w:rFonts w:cs="Times New Roman"/>
          <w:szCs w:val="24"/>
        </w:rPr>
        <w:t>Declarația</w:t>
      </w:r>
      <w:proofErr w:type="spellEnd"/>
      <w:r w:rsidRPr="00563B50">
        <w:rPr>
          <w:rFonts w:cs="Times New Roman"/>
          <w:szCs w:val="24"/>
        </w:rPr>
        <w:t xml:space="preserve"> </w:t>
      </w:r>
      <w:proofErr w:type="spellStart"/>
      <w:r w:rsidRPr="00563B50">
        <w:rPr>
          <w:rFonts w:cs="Times New Roman"/>
          <w:szCs w:val="24"/>
        </w:rPr>
        <w:t>universală</w:t>
      </w:r>
      <w:proofErr w:type="spellEnd"/>
      <w:r w:rsidRPr="00563B50">
        <w:rPr>
          <w:rFonts w:cs="Times New Roman"/>
          <w:szCs w:val="24"/>
        </w:rPr>
        <w:t xml:space="preserve"> a </w:t>
      </w:r>
      <w:proofErr w:type="spellStart"/>
      <w:r w:rsidRPr="00563B50">
        <w:rPr>
          <w:rFonts w:cs="Times New Roman"/>
          <w:szCs w:val="24"/>
        </w:rPr>
        <w:t>drepturilor</w:t>
      </w:r>
      <w:proofErr w:type="spellEnd"/>
      <w:r w:rsidRPr="00563B50">
        <w:rPr>
          <w:rFonts w:cs="Times New Roman"/>
          <w:szCs w:val="24"/>
        </w:rPr>
        <w:t xml:space="preserve"> </w:t>
      </w:r>
      <w:proofErr w:type="spellStart"/>
      <w:r w:rsidRPr="00563B50">
        <w:rPr>
          <w:rFonts w:cs="Times New Roman"/>
          <w:szCs w:val="24"/>
        </w:rPr>
        <w:t>omului</w:t>
      </w:r>
      <w:proofErr w:type="spellEnd"/>
      <w:r w:rsidRPr="00563B50">
        <w:rPr>
          <w:rFonts w:cs="Times New Roman"/>
          <w:szCs w:val="24"/>
        </w:rPr>
        <w:t xml:space="preserve">, </w:t>
      </w:r>
      <w:proofErr w:type="spellStart"/>
      <w:r w:rsidRPr="00563B50">
        <w:rPr>
          <w:rFonts w:cs="Times New Roman"/>
          <w:szCs w:val="24"/>
        </w:rPr>
        <w:t>Convenția</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apărarea</w:t>
      </w:r>
      <w:proofErr w:type="spellEnd"/>
      <w:r w:rsidRPr="00563B50">
        <w:rPr>
          <w:rFonts w:cs="Times New Roman"/>
          <w:szCs w:val="24"/>
        </w:rPr>
        <w:t xml:space="preserve"> </w:t>
      </w:r>
      <w:proofErr w:type="spellStart"/>
      <w:r w:rsidRPr="00563B50">
        <w:rPr>
          <w:rFonts w:cs="Times New Roman"/>
          <w:szCs w:val="24"/>
        </w:rPr>
        <w:t>drepturilor</w:t>
      </w:r>
      <w:proofErr w:type="spellEnd"/>
      <w:r w:rsidRPr="00563B50">
        <w:rPr>
          <w:rFonts w:cs="Times New Roman"/>
          <w:szCs w:val="24"/>
        </w:rPr>
        <w:t xml:space="preserve"> </w:t>
      </w:r>
      <w:proofErr w:type="spellStart"/>
      <w:r w:rsidRPr="00563B50">
        <w:rPr>
          <w:rFonts w:cs="Times New Roman"/>
          <w:szCs w:val="24"/>
        </w:rPr>
        <w:t>omului</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a </w:t>
      </w:r>
      <w:proofErr w:type="spellStart"/>
      <w:r w:rsidRPr="00563B50">
        <w:rPr>
          <w:rFonts w:cs="Times New Roman"/>
          <w:szCs w:val="24"/>
        </w:rPr>
        <w:t>libertăților</w:t>
      </w:r>
      <w:proofErr w:type="spellEnd"/>
      <w:r w:rsidRPr="00563B50">
        <w:rPr>
          <w:rFonts w:cs="Times New Roman"/>
          <w:szCs w:val="24"/>
        </w:rPr>
        <w:t xml:space="preserve"> </w:t>
      </w:r>
      <w:proofErr w:type="spellStart"/>
      <w:r w:rsidRPr="00563B50">
        <w:rPr>
          <w:rFonts w:cs="Times New Roman"/>
          <w:szCs w:val="24"/>
        </w:rPr>
        <w:t>fundamentale</w:t>
      </w:r>
      <w:proofErr w:type="spellEnd"/>
      <w:r w:rsidRPr="00563B50">
        <w:rPr>
          <w:rFonts w:cs="Times New Roman"/>
          <w:szCs w:val="24"/>
        </w:rPr>
        <w:t xml:space="preserve">, </w:t>
      </w:r>
      <w:proofErr w:type="spellStart"/>
      <w:r w:rsidRPr="00563B50">
        <w:rPr>
          <w:rFonts w:cs="Times New Roman"/>
          <w:szCs w:val="24"/>
        </w:rPr>
        <w:t>Convenția</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protecția</w:t>
      </w:r>
      <w:proofErr w:type="spellEnd"/>
      <w:r w:rsidRPr="00563B50">
        <w:rPr>
          <w:rFonts w:cs="Times New Roman"/>
          <w:szCs w:val="24"/>
        </w:rPr>
        <w:t xml:space="preserve"> </w:t>
      </w:r>
      <w:proofErr w:type="spellStart"/>
      <w:r w:rsidRPr="00563B50">
        <w:rPr>
          <w:rFonts w:cs="Times New Roman"/>
          <w:szCs w:val="24"/>
        </w:rPr>
        <w:t>persoanelor</w:t>
      </w:r>
      <w:proofErr w:type="spellEnd"/>
      <w:r w:rsidRPr="00563B50">
        <w:rPr>
          <w:rFonts w:cs="Times New Roman"/>
          <w:szCs w:val="24"/>
        </w:rPr>
        <w:t xml:space="preserve"> </w:t>
      </w:r>
      <w:proofErr w:type="spellStart"/>
      <w:r w:rsidRPr="00563B50">
        <w:rPr>
          <w:rFonts w:cs="Times New Roman"/>
          <w:szCs w:val="24"/>
        </w:rPr>
        <w:t>referitor</w:t>
      </w:r>
      <w:proofErr w:type="spellEnd"/>
      <w:r w:rsidRPr="00563B50">
        <w:rPr>
          <w:rFonts w:cs="Times New Roman"/>
          <w:szCs w:val="24"/>
        </w:rPr>
        <w:t xml:space="preserve"> la </w:t>
      </w:r>
      <w:proofErr w:type="spellStart"/>
      <w:r w:rsidRPr="00563B50">
        <w:rPr>
          <w:rFonts w:cs="Times New Roman"/>
          <w:szCs w:val="24"/>
        </w:rPr>
        <w:t>prelucrarea</w:t>
      </w:r>
      <w:proofErr w:type="spellEnd"/>
      <w:r w:rsidRPr="00563B50">
        <w:rPr>
          <w:rFonts w:cs="Times New Roman"/>
          <w:szCs w:val="24"/>
        </w:rPr>
        <w:t xml:space="preserve"> </w:t>
      </w:r>
      <w:proofErr w:type="spellStart"/>
      <w:r w:rsidRPr="00563B50">
        <w:rPr>
          <w:rFonts w:cs="Times New Roman"/>
          <w:szCs w:val="24"/>
        </w:rPr>
        <w:t>automatizată</w:t>
      </w:r>
      <w:proofErr w:type="spellEnd"/>
      <w:r w:rsidRPr="00563B50">
        <w:rPr>
          <w:rFonts w:cs="Times New Roman"/>
          <w:szCs w:val="24"/>
        </w:rPr>
        <w:t xml:space="preserve"> a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și</w:t>
      </w:r>
      <w:proofErr w:type="spellEnd"/>
      <w:r w:rsidRPr="00563B50">
        <w:rPr>
          <w:rFonts w:cs="Times New Roman"/>
          <w:szCs w:val="24"/>
        </w:rPr>
        <w:t xml:space="preserve"> a </w:t>
      </w:r>
      <w:proofErr w:type="spellStart"/>
      <w:r w:rsidRPr="00563B50">
        <w:rPr>
          <w:rFonts w:cs="Times New Roman"/>
          <w:szCs w:val="24"/>
        </w:rPr>
        <w:t>celor</w:t>
      </w:r>
      <w:proofErr w:type="spellEnd"/>
      <w:r w:rsidRPr="00563B50">
        <w:rPr>
          <w:rFonts w:cs="Times New Roman"/>
          <w:szCs w:val="24"/>
        </w:rPr>
        <w:t xml:space="preserve"> </w:t>
      </w:r>
      <w:proofErr w:type="spellStart"/>
      <w:r w:rsidRPr="00563B50">
        <w:rPr>
          <w:rFonts w:cs="Times New Roman"/>
          <w:szCs w:val="24"/>
        </w:rPr>
        <w:t>naționale</w:t>
      </w:r>
      <w:proofErr w:type="spellEnd"/>
      <w:r w:rsidRPr="00563B50">
        <w:rPr>
          <w:rFonts w:cs="Times New Roman"/>
          <w:szCs w:val="24"/>
        </w:rPr>
        <w:t xml:space="preserve"> – </w:t>
      </w:r>
      <w:proofErr w:type="spellStart"/>
      <w:r w:rsidRPr="00563B50">
        <w:rPr>
          <w:rFonts w:cs="Times New Roman"/>
          <w:szCs w:val="24"/>
        </w:rPr>
        <w:t>Constituția</w:t>
      </w:r>
      <w:proofErr w:type="spellEnd"/>
      <w:r w:rsidRPr="00563B50">
        <w:rPr>
          <w:rFonts w:cs="Times New Roman"/>
          <w:szCs w:val="24"/>
        </w:rPr>
        <w:t xml:space="preserve"> </w:t>
      </w:r>
      <w:proofErr w:type="spellStart"/>
      <w:r w:rsidRPr="00563B50">
        <w:rPr>
          <w:rFonts w:cs="Times New Roman"/>
          <w:szCs w:val="24"/>
        </w:rPr>
        <w:t>Republicii</w:t>
      </w:r>
      <w:proofErr w:type="spellEnd"/>
      <w:r w:rsidRPr="00563B50">
        <w:rPr>
          <w:rFonts w:cs="Times New Roman"/>
          <w:szCs w:val="24"/>
        </w:rPr>
        <w:t xml:space="preserve"> Moldova, </w:t>
      </w:r>
      <w:proofErr w:type="spellStart"/>
      <w:r w:rsidRPr="00563B50">
        <w:rPr>
          <w:rFonts w:cs="Times New Roman"/>
          <w:szCs w:val="24"/>
        </w:rPr>
        <w:t>Legea</w:t>
      </w:r>
      <w:proofErr w:type="spellEnd"/>
      <w:r w:rsidRPr="00563B50">
        <w:rPr>
          <w:rFonts w:cs="Times New Roman"/>
          <w:szCs w:val="24"/>
        </w:rPr>
        <w:t xml:space="preserve"> </w:t>
      </w:r>
      <w:proofErr w:type="spellStart"/>
      <w:r w:rsidRPr="00563B50">
        <w:rPr>
          <w:rFonts w:cs="Times New Roman"/>
          <w:szCs w:val="24"/>
        </w:rPr>
        <w:t>privind</w:t>
      </w:r>
      <w:proofErr w:type="spellEnd"/>
      <w:r w:rsidRPr="00563B50">
        <w:rPr>
          <w:rFonts w:cs="Times New Roman"/>
          <w:szCs w:val="24"/>
        </w:rPr>
        <w:t xml:space="preserve"> </w:t>
      </w:r>
      <w:proofErr w:type="spellStart"/>
      <w:r w:rsidRPr="00563B50">
        <w:rPr>
          <w:rFonts w:cs="Times New Roman"/>
          <w:szCs w:val="24"/>
        </w:rPr>
        <w:t>protecția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Legea</w:t>
      </w:r>
      <w:proofErr w:type="spellEnd"/>
      <w:r w:rsidRPr="00563B50">
        <w:rPr>
          <w:rFonts w:cs="Times New Roman"/>
          <w:szCs w:val="24"/>
        </w:rPr>
        <w:t xml:space="preserve"> </w:t>
      </w:r>
      <w:proofErr w:type="spellStart"/>
      <w:r w:rsidRPr="00563B50">
        <w:rPr>
          <w:rFonts w:cs="Times New Roman"/>
          <w:szCs w:val="24"/>
        </w:rPr>
        <w:t>privind</w:t>
      </w:r>
      <w:proofErr w:type="spellEnd"/>
      <w:r w:rsidRPr="00563B50">
        <w:rPr>
          <w:rFonts w:cs="Times New Roman"/>
          <w:szCs w:val="24"/>
        </w:rPr>
        <w:t xml:space="preserve"> </w:t>
      </w:r>
      <w:proofErr w:type="spellStart"/>
      <w:r w:rsidRPr="00563B50">
        <w:rPr>
          <w:rFonts w:cs="Times New Roman"/>
          <w:szCs w:val="24"/>
        </w:rPr>
        <w:t>accesul</w:t>
      </w:r>
      <w:proofErr w:type="spellEnd"/>
      <w:r w:rsidRPr="00563B50">
        <w:rPr>
          <w:rFonts w:cs="Times New Roman"/>
          <w:szCs w:val="24"/>
        </w:rPr>
        <w:t xml:space="preserve"> la </w:t>
      </w:r>
      <w:proofErr w:type="spellStart"/>
      <w:r w:rsidRPr="00563B50">
        <w:rPr>
          <w:rFonts w:cs="Times New Roman"/>
          <w:szCs w:val="24"/>
        </w:rPr>
        <w:t>informație</w:t>
      </w:r>
      <w:proofErr w:type="spellEnd"/>
      <w:r w:rsidRPr="00563B50">
        <w:rPr>
          <w:rFonts w:cs="Times New Roman"/>
          <w:szCs w:val="24"/>
        </w:rPr>
        <w:t xml:space="preserve">, </w:t>
      </w:r>
      <w:proofErr w:type="spellStart"/>
      <w:r w:rsidRPr="00563B50">
        <w:rPr>
          <w:rFonts w:cs="Times New Roman"/>
          <w:szCs w:val="24"/>
        </w:rPr>
        <w:t>Cerințele</w:t>
      </w:r>
      <w:proofErr w:type="spellEnd"/>
      <w:r w:rsidRPr="00563B50">
        <w:rPr>
          <w:rFonts w:cs="Times New Roman"/>
          <w:szCs w:val="24"/>
        </w:rPr>
        <w:t xml:space="preserve"> </w:t>
      </w:r>
      <w:proofErr w:type="spellStart"/>
      <w:r w:rsidRPr="00563B50">
        <w:rPr>
          <w:rFonts w:cs="Times New Roman"/>
          <w:szCs w:val="24"/>
        </w:rPr>
        <w:t>față</w:t>
      </w:r>
      <w:proofErr w:type="spellEnd"/>
      <w:r w:rsidRPr="00563B50">
        <w:rPr>
          <w:rFonts w:cs="Times New Roman"/>
          <w:szCs w:val="24"/>
        </w:rPr>
        <w:t xml:space="preserve"> de </w:t>
      </w:r>
      <w:proofErr w:type="spellStart"/>
      <w:r w:rsidRPr="00563B50">
        <w:rPr>
          <w:rFonts w:cs="Times New Roman"/>
          <w:szCs w:val="24"/>
        </w:rPr>
        <w:t>asigurarea</w:t>
      </w:r>
      <w:proofErr w:type="spellEnd"/>
      <w:r w:rsidRPr="00563B50">
        <w:rPr>
          <w:rFonts w:cs="Times New Roman"/>
          <w:szCs w:val="24"/>
        </w:rPr>
        <w:t xml:space="preserve"> </w:t>
      </w:r>
      <w:proofErr w:type="spellStart"/>
      <w:r w:rsidRPr="00563B50">
        <w:rPr>
          <w:rFonts w:cs="Times New Roman"/>
          <w:szCs w:val="24"/>
        </w:rPr>
        <w:t>securității</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la </w:t>
      </w:r>
      <w:proofErr w:type="spellStart"/>
      <w:r w:rsidRPr="00563B50">
        <w:rPr>
          <w:rFonts w:cs="Times New Roman"/>
          <w:szCs w:val="24"/>
        </w:rPr>
        <w:t>prelucrarea</w:t>
      </w:r>
      <w:proofErr w:type="spellEnd"/>
      <w:r w:rsidRPr="00563B50">
        <w:rPr>
          <w:rFonts w:cs="Times New Roman"/>
          <w:szCs w:val="24"/>
        </w:rPr>
        <w:t xml:space="preserve"> </w:t>
      </w:r>
      <w:proofErr w:type="spellStart"/>
      <w:r w:rsidRPr="00563B50">
        <w:rPr>
          <w:rFonts w:cs="Times New Roman"/>
          <w:szCs w:val="24"/>
        </w:rPr>
        <w:t>acestora</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cadrul</w:t>
      </w:r>
      <w:proofErr w:type="spellEnd"/>
      <w:r w:rsidRPr="00563B50">
        <w:rPr>
          <w:rFonts w:cs="Times New Roman"/>
          <w:szCs w:val="24"/>
        </w:rPr>
        <w:t xml:space="preserve"> </w:t>
      </w:r>
      <w:proofErr w:type="spellStart"/>
      <w:r w:rsidRPr="00563B50">
        <w:rPr>
          <w:rFonts w:cs="Times New Roman"/>
          <w:szCs w:val="24"/>
        </w:rPr>
        <w:t>sistemelor</w:t>
      </w:r>
      <w:proofErr w:type="spellEnd"/>
      <w:r w:rsidRPr="00563B50">
        <w:rPr>
          <w:rFonts w:cs="Times New Roman"/>
          <w:szCs w:val="24"/>
        </w:rPr>
        <w:t xml:space="preserve"> </w:t>
      </w:r>
      <w:proofErr w:type="spellStart"/>
      <w:r w:rsidRPr="00563B50">
        <w:rPr>
          <w:rFonts w:cs="Times New Roman"/>
          <w:szCs w:val="24"/>
        </w:rPr>
        <w:t>informaționale</w:t>
      </w:r>
      <w:proofErr w:type="spellEnd"/>
      <w:r w:rsidRPr="00563B50">
        <w:rPr>
          <w:rFonts w:cs="Times New Roman"/>
          <w:szCs w:val="24"/>
        </w:rPr>
        <w:t xml:space="preserve"> de date cu </w:t>
      </w:r>
      <w:proofErr w:type="spellStart"/>
      <w:r w:rsidRPr="00563B50">
        <w:rPr>
          <w:rFonts w:cs="Times New Roman"/>
          <w:szCs w:val="24"/>
        </w:rPr>
        <w:t>caracter</w:t>
      </w:r>
      <w:proofErr w:type="spellEnd"/>
      <w:r w:rsidRPr="00563B50">
        <w:rPr>
          <w:rFonts w:cs="Times New Roman"/>
          <w:szCs w:val="24"/>
        </w:rPr>
        <w:t xml:space="preserve"> personal.</w:t>
      </w:r>
    </w:p>
    <w:p w14:paraId="4151A7BE" w14:textId="77777777" w:rsidR="00EE7ED3" w:rsidRPr="00563B50" w:rsidRDefault="00000000" w:rsidP="00A33FF6">
      <w:pPr>
        <w:rPr>
          <w:rFonts w:cs="Times New Roman"/>
          <w:b/>
          <w:bCs/>
          <w:szCs w:val="24"/>
        </w:rPr>
      </w:pPr>
      <w:r w:rsidRPr="00563B50">
        <w:rPr>
          <w:rFonts w:cs="Times New Roman"/>
          <w:b/>
          <w:bCs/>
          <w:szCs w:val="24"/>
        </w:rPr>
        <w:t>I. INTRODUCERE</w:t>
      </w:r>
    </w:p>
    <w:p w14:paraId="749CEBBA" w14:textId="77777777" w:rsidR="00EE7ED3" w:rsidRPr="00563B50" w:rsidRDefault="00000000" w:rsidP="00B47780">
      <w:pPr>
        <w:jc w:val="both"/>
        <w:rPr>
          <w:rFonts w:cs="Times New Roman"/>
          <w:szCs w:val="24"/>
        </w:rPr>
      </w:pPr>
      <w:r w:rsidRPr="00563B50">
        <w:rPr>
          <w:rFonts w:cs="Times New Roman"/>
          <w:b/>
          <w:bCs/>
          <w:szCs w:val="24"/>
        </w:rPr>
        <w:t>PRIMĂRIA SATULUI MERENI</w:t>
      </w:r>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continuare</w:t>
      </w:r>
      <w:proofErr w:type="spellEnd"/>
      <w:r w:rsidRPr="00563B50">
        <w:rPr>
          <w:rFonts w:cs="Times New Roman"/>
          <w:szCs w:val="24"/>
        </w:rPr>
        <w:t xml:space="preserve"> ”</w:t>
      </w:r>
      <w:proofErr w:type="spellStart"/>
      <w:r w:rsidRPr="00563B50">
        <w:rPr>
          <w:rFonts w:cs="Times New Roman"/>
          <w:szCs w:val="24"/>
        </w:rPr>
        <w:t>primăria</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entitatea</w:t>
      </w:r>
      <w:proofErr w:type="spellEnd"/>
      <w:r w:rsidRPr="00563B50">
        <w:rPr>
          <w:rFonts w:cs="Times New Roman"/>
          <w:szCs w:val="24"/>
        </w:rPr>
        <w:t xml:space="preserve">”) are </w:t>
      </w:r>
      <w:proofErr w:type="spellStart"/>
      <w:r w:rsidRPr="00563B50">
        <w:rPr>
          <w:rFonts w:cs="Times New Roman"/>
          <w:szCs w:val="24"/>
        </w:rPr>
        <w:t>sediul</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raionul</w:t>
      </w:r>
      <w:proofErr w:type="spellEnd"/>
      <w:r w:rsidRPr="00563B50">
        <w:rPr>
          <w:rFonts w:cs="Times New Roman"/>
          <w:szCs w:val="24"/>
        </w:rPr>
        <w:t xml:space="preserve"> </w:t>
      </w:r>
      <w:proofErr w:type="spellStart"/>
      <w:r w:rsidRPr="00563B50">
        <w:rPr>
          <w:rFonts w:cs="Times New Roman"/>
          <w:szCs w:val="24"/>
        </w:rPr>
        <w:t>Anenii</w:t>
      </w:r>
      <w:proofErr w:type="spellEnd"/>
      <w:r w:rsidRPr="00563B50">
        <w:rPr>
          <w:rFonts w:cs="Times New Roman"/>
          <w:szCs w:val="24"/>
        </w:rPr>
        <w:t xml:space="preserve"> Noi, </w:t>
      </w:r>
      <w:proofErr w:type="spellStart"/>
      <w:r w:rsidRPr="00563B50">
        <w:rPr>
          <w:rFonts w:cs="Times New Roman"/>
          <w:szCs w:val="24"/>
        </w:rPr>
        <w:t>satul</w:t>
      </w:r>
      <w:proofErr w:type="spellEnd"/>
      <w:r w:rsidRPr="00563B50">
        <w:rPr>
          <w:rFonts w:cs="Times New Roman"/>
          <w:szCs w:val="24"/>
        </w:rPr>
        <w:t xml:space="preserve"> </w:t>
      </w:r>
      <w:proofErr w:type="spellStart"/>
      <w:r w:rsidRPr="00563B50">
        <w:rPr>
          <w:rFonts w:cs="Times New Roman"/>
          <w:szCs w:val="24"/>
        </w:rPr>
        <w:t>Mereni</w:t>
      </w:r>
      <w:proofErr w:type="spellEnd"/>
      <w:r w:rsidRPr="00563B50">
        <w:rPr>
          <w:rFonts w:cs="Times New Roman"/>
          <w:szCs w:val="24"/>
        </w:rPr>
        <w:t xml:space="preserve">. </w:t>
      </w:r>
      <w:proofErr w:type="spellStart"/>
      <w:r w:rsidRPr="00563B50">
        <w:rPr>
          <w:rFonts w:cs="Times New Roman"/>
          <w:szCs w:val="24"/>
        </w:rPr>
        <w:t>Prezent</w:t>
      </w:r>
      <w:r>
        <w:rPr>
          <w:rFonts w:cs="Times New Roman"/>
          <w:szCs w:val="24"/>
          <w:lang w:val="ro-RO"/>
        </w:rPr>
        <w:t>ul</w:t>
      </w:r>
      <w:proofErr w:type="spellEnd"/>
      <w:r w:rsidRPr="00563B50">
        <w:rPr>
          <w:rFonts w:cs="Times New Roman"/>
          <w:szCs w:val="24"/>
        </w:rPr>
        <w:t xml:space="preserve"> </w:t>
      </w:r>
      <w:r>
        <w:rPr>
          <w:rFonts w:cs="Times New Roman"/>
          <w:szCs w:val="24"/>
          <w:lang w:val="ro-RO"/>
        </w:rPr>
        <w:t xml:space="preserve">Regulament general </w:t>
      </w:r>
      <w:proofErr w:type="spellStart"/>
      <w:r w:rsidRPr="00563B50">
        <w:rPr>
          <w:rFonts w:cs="Times New Roman"/>
          <w:szCs w:val="24"/>
        </w:rPr>
        <w:t>privind</w:t>
      </w:r>
      <w:proofErr w:type="spellEnd"/>
      <w:r w:rsidRPr="00563B50">
        <w:rPr>
          <w:rFonts w:cs="Times New Roman"/>
          <w:szCs w:val="24"/>
        </w:rPr>
        <w:t xml:space="preserve"> </w:t>
      </w:r>
      <w:proofErr w:type="spellStart"/>
      <w:r w:rsidRPr="00563B50">
        <w:rPr>
          <w:rFonts w:cs="Times New Roman"/>
          <w:szCs w:val="24"/>
        </w:rPr>
        <w:t>protecția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continuare</w:t>
      </w:r>
      <w:proofErr w:type="spellEnd"/>
      <w:r w:rsidRPr="00563B50">
        <w:rPr>
          <w:rFonts w:cs="Times New Roman"/>
          <w:szCs w:val="24"/>
        </w:rPr>
        <w:t xml:space="preserve"> – </w:t>
      </w:r>
      <w:r>
        <w:rPr>
          <w:rFonts w:cs="Times New Roman"/>
          <w:szCs w:val="24"/>
          <w:lang w:val="ro-RO"/>
        </w:rPr>
        <w:t>Regulament</w:t>
      </w:r>
      <w:r w:rsidRPr="00563B50">
        <w:rPr>
          <w:rFonts w:cs="Times New Roman"/>
          <w:szCs w:val="24"/>
        </w:rPr>
        <w:t xml:space="preserve">)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aprobată</w:t>
      </w:r>
      <w:proofErr w:type="spellEnd"/>
      <w:r w:rsidRPr="00563B50">
        <w:rPr>
          <w:rFonts w:cs="Times New Roman"/>
          <w:szCs w:val="24"/>
        </w:rPr>
        <w:t xml:space="preserve"> de </w:t>
      </w:r>
      <w:proofErr w:type="spellStart"/>
      <w:r w:rsidRPr="00563B50">
        <w:rPr>
          <w:rFonts w:cs="Times New Roman"/>
          <w:szCs w:val="24"/>
        </w:rPr>
        <w:t>către</w:t>
      </w:r>
      <w:proofErr w:type="spellEnd"/>
      <w:r w:rsidRPr="00563B50">
        <w:rPr>
          <w:rFonts w:cs="Times New Roman"/>
          <w:szCs w:val="24"/>
        </w:rPr>
        <w:t xml:space="preserve"> </w:t>
      </w:r>
      <w:r w:rsidRPr="00B47780">
        <w:rPr>
          <w:rFonts w:cs="Times New Roman"/>
          <w:b/>
          <w:bCs/>
          <w:szCs w:val="24"/>
        </w:rPr>
        <w:t>PRIMĂRIA SATULUI MERENI</w:t>
      </w:r>
      <w:r w:rsidRPr="00563B50">
        <w:rPr>
          <w:rFonts w:cs="Times New Roman"/>
          <w:szCs w:val="24"/>
        </w:rPr>
        <w:t xml:space="preserve"> care </w:t>
      </w:r>
      <w:proofErr w:type="spellStart"/>
      <w:r w:rsidRPr="00563B50">
        <w:rPr>
          <w:rFonts w:cs="Times New Roman"/>
          <w:szCs w:val="24"/>
        </w:rPr>
        <w:t>acționează</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baza</w:t>
      </w:r>
      <w:proofErr w:type="spellEnd"/>
      <w:r w:rsidRPr="00563B50">
        <w:rPr>
          <w:rFonts w:cs="Times New Roman"/>
          <w:szCs w:val="24"/>
        </w:rPr>
        <w:t xml:space="preserve"> </w:t>
      </w:r>
      <w:proofErr w:type="spellStart"/>
      <w:r w:rsidRPr="00563B50">
        <w:rPr>
          <w:rFonts w:cs="Times New Roman"/>
          <w:szCs w:val="24"/>
        </w:rPr>
        <w:t>legislației</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vigoare</w:t>
      </w:r>
      <w:proofErr w:type="spellEnd"/>
      <w:r w:rsidRPr="00563B50">
        <w:rPr>
          <w:rFonts w:cs="Times New Roman"/>
          <w:szCs w:val="24"/>
        </w:rPr>
        <w:t>.</w:t>
      </w:r>
    </w:p>
    <w:p w14:paraId="430C3841" w14:textId="77777777" w:rsidR="00EE7ED3" w:rsidRPr="00563B50" w:rsidRDefault="00000000" w:rsidP="00B47780">
      <w:pPr>
        <w:jc w:val="both"/>
        <w:rPr>
          <w:rFonts w:cs="Times New Roman"/>
          <w:szCs w:val="24"/>
        </w:rPr>
      </w:pPr>
      <w:proofErr w:type="spellStart"/>
      <w:r w:rsidRPr="00563B50">
        <w:rPr>
          <w:rFonts w:cs="Times New Roman"/>
          <w:szCs w:val="24"/>
        </w:rPr>
        <w:t>Prezent</w:t>
      </w:r>
      <w:r>
        <w:rPr>
          <w:rFonts w:cs="Times New Roman"/>
          <w:szCs w:val="24"/>
          <w:lang w:val="ro-RO"/>
        </w:rPr>
        <w:t>ul</w:t>
      </w:r>
      <w:proofErr w:type="spellEnd"/>
      <w:r>
        <w:rPr>
          <w:rFonts w:cs="Times New Roman"/>
          <w:szCs w:val="24"/>
          <w:lang w:val="ro-RO"/>
        </w:rPr>
        <w:t xml:space="preserve"> Regulament</w:t>
      </w:r>
      <w:r w:rsidRPr="00563B50">
        <w:rPr>
          <w:rFonts w:cs="Times New Roman"/>
          <w:szCs w:val="24"/>
        </w:rPr>
        <w:t xml:space="preserve">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aprobat</w:t>
      </w:r>
      <w:proofErr w:type="spellEnd"/>
      <w:r w:rsidRPr="00563B50">
        <w:rPr>
          <w:rFonts w:cs="Times New Roman"/>
          <w:szCs w:val="24"/>
        </w:rPr>
        <w:t xml:space="preserve">, </w:t>
      </w:r>
      <w:proofErr w:type="spellStart"/>
      <w:r w:rsidRPr="00563B50">
        <w:rPr>
          <w:rFonts w:cs="Times New Roman"/>
          <w:szCs w:val="24"/>
        </w:rPr>
        <w:t>inclusiv</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vederea</w:t>
      </w:r>
      <w:proofErr w:type="spellEnd"/>
      <w:r w:rsidRPr="00563B50">
        <w:rPr>
          <w:rFonts w:cs="Times New Roman"/>
          <w:szCs w:val="24"/>
        </w:rPr>
        <w:t xml:space="preserve"> </w:t>
      </w:r>
      <w:proofErr w:type="spellStart"/>
      <w:r w:rsidRPr="00563B50">
        <w:rPr>
          <w:rFonts w:cs="Times New Roman"/>
          <w:szCs w:val="24"/>
        </w:rPr>
        <w:t>conformării</w:t>
      </w:r>
      <w:proofErr w:type="spellEnd"/>
      <w:r w:rsidRPr="00563B50">
        <w:rPr>
          <w:rFonts w:cs="Times New Roman"/>
          <w:szCs w:val="24"/>
        </w:rPr>
        <w:t xml:space="preserve"> </w:t>
      </w:r>
      <w:r w:rsidRPr="00B47780">
        <w:rPr>
          <w:rFonts w:cs="Times New Roman"/>
          <w:b/>
          <w:bCs/>
          <w:szCs w:val="24"/>
        </w:rPr>
        <w:t>PRIMĂRIEI SATULUI MERENI</w:t>
      </w:r>
      <w:r w:rsidRPr="00563B50">
        <w:rPr>
          <w:rFonts w:cs="Times New Roman"/>
          <w:szCs w:val="24"/>
        </w:rPr>
        <w:t xml:space="preserve"> cu </w:t>
      </w:r>
      <w:proofErr w:type="spellStart"/>
      <w:r w:rsidRPr="00563B50">
        <w:rPr>
          <w:rFonts w:cs="Times New Roman"/>
          <w:szCs w:val="24"/>
        </w:rPr>
        <w:t>prevederile</w:t>
      </w:r>
      <w:proofErr w:type="spellEnd"/>
      <w:r w:rsidRPr="00563B50">
        <w:rPr>
          <w:rFonts w:cs="Times New Roman"/>
          <w:szCs w:val="24"/>
        </w:rPr>
        <w:t xml:space="preserve"> </w:t>
      </w:r>
      <w:proofErr w:type="spellStart"/>
      <w:r w:rsidRPr="00563B50">
        <w:rPr>
          <w:rFonts w:cs="Times New Roman"/>
          <w:szCs w:val="24"/>
        </w:rPr>
        <w:t>legislației</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vigoare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domeniul</w:t>
      </w:r>
      <w:proofErr w:type="spellEnd"/>
      <w:r w:rsidRPr="00563B50">
        <w:rPr>
          <w:rFonts w:cs="Times New Roman"/>
          <w:szCs w:val="24"/>
        </w:rPr>
        <w:t xml:space="preserve"> </w:t>
      </w:r>
      <w:proofErr w:type="spellStart"/>
      <w:r w:rsidRPr="00563B50">
        <w:rPr>
          <w:rFonts w:cs="Times New Roman"/>
          <w:szCs w:val="24"/>
        </w:rPr>
        <w:t>protecției</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oferind</w:t>
      </w:r>
      <w:proofErr w:type="spellEnd"/>
      <w:r w:rsidRPr="00563B50">
        <w:rPr>
          <w:rFonts w:cs="Times New Roman"/>
          <w:szCs w:val="24"/>
        </w:rPr>
        <w:t xml:space="preserve"> o </w:t>
      </w:r>
      <w:proofErr w:type="spellStart"/>
      <w:r w:rsidRPr="00563B50">
        <w:rPr>
          <w:rFonts w:cs="Times New Roman"/>
          <w:szCs w:val="24"/>
        </w:rPr>
        <w:t>descriere</w:t>
      </w:r>
      <w:proofErr w:type="spellEnd"/>
      <w:r w:rsidRPr="00563B50">
        <w:rPr>
          <w:rFonts w:cs="Times New Roman"/>
          <w:szCs w:val="24"/>
        </w:rPr>
        <w:t xml:space="preserve"> </w:t>
      </w:r>
      <w:proofErr w:type="spellStart"/>
      <w:r w:rsidRPr="00563B50">
        <w:rPr>
          <w:rFonts w:cs="Times New Roman"/>
          <w:szCs w:val="24"/>
        </w:rPr>
        <w:t>precisă</w:t>
      </w:r>
      <w:proofErr w:type="spellEnd"/>
      <w:r w:rsidRPr="00563B50">
        <w:rPr>
          <w:rFonts w:cs="Times New Roman"/>
          <w:szCs w:val="24"/>
        </w:rPr>
        <w:t xml:space="preserve"> a </w:t>
      </w:r>
      <w:proofErr w:type="spellStart"/>
      <w:r w:rsidRPr="00563B50">
        <w:rPr>
          <w:rFonts w:cs="Times New Roman"/>
          <w:szCs w:val="24"/>
        </w:rPr>
        <w:t>măsurilor</w:t>
      </w:r>
      <w:proofErr w:type="spellEnd"/>
      <w:r w:rsidRPr="00563B50">
        <w:rPr>
          <w:rFonts w:cs="Times New Roman"/>
          <w:szCs w:val="24"/>
        </w:rPr>
        <w:t xml:space="preserve"> </w:t>
      </w:r>
      <w:proofErr w:type="spellStart"/>
      <w:r w:rsidRPr="00563B50">
        <w:rPr>
          <w:rFonts w:cs="Times New Roman"/>
          <w:szCs w:val="24"/>
        </w:rPr>
        <w:t>organizatorico-juridice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tehnice</w:t>
      </w:r>
      <w:proofErr w:type="spellEnd"/>
      <w:r w:rsidRPr="00563B50">
        <w:rPr>
          <w:rFonts w:cs="Times New Roman"/>
          <w:szCs w:val="24"/>
        </w:rPr>
        <w:t xml:space="preserve"> de </w:t>
      </w:r>
      <w:proofErr w:type="spellStart"/>
      <w:r w:rsidRPr="00563B50">
        <w:rPr>
          <w:rFonts w:cs="Times New Roman"/>
          <w:szCs w:val="24"/>
        </w:rPr>
        <w:t>securitate</w:t>
      </w:r>
      <w:proofErr w:type="spellEnd"/>
      <w:r w:rsidRPr="00563B50">
        <w:rPr>
          <w:rFonts w:cs="Times New Roman"/>
          <w:szCs w:val="24"/>
        </w:rPr>
        <w:t>.</w:t>
      </w:r>
    </w:p>
    <w:p w14:paraId="46D6EEDA" w14:textId="77777777" w:rsidR="00EE7ED3" w:rsidRPr="00563B50" w:rsidRDefault="00000000" w:rsidP="00A33FF6">
      <w:pPr>
        <w:rPr>
          <w:rFonts w:cs="Times New Roman"/>
          <w:b/>
          <w:bCs/>
          <w:szCs w:val="24"/>
        </w:rPr>
      </w:pPr>
      <w:r w:rsidRPr="00563B50">
        <w:rPr>
          <w:rFonts w:cs="Times New Roman"/>
          <w:b/>
          <w:bCs/>
          <w:szCs w:val="24"/>
        </w:rPr>
        <w:t>II. NOŢIUNI GENERALE</w:t>
      </w:r>
    </w:p>
    <w:p w14:paraId="3E9607D9" w14:textId="77777777" w:rsidR="00EE7ED3" w:rsidRPr="00563B50" w:rsidRDefault="00000000" w:rsidP="00A33FF6">
      <w:pPr>
        <w:rPr>
          <w:rFonts w:cs="Times New Roman"/>
          <w:szCs w:val="24"/>
        </w:rPr>
      </w:pPr>
      <w:proofErr w:type="spellStart"/>
      <w:r w:rsidRPr="00563B50">
        <w:rPr>
          <w:rFonts w:cs="Times New Roman"/>
          <w:szCs w:val="24"/>
        </w:rPr>
        <w:t>În</w:t>
      </w:r>
      <w:proofErr w:type="spellEnd"/>
      <w:r w:rsidRPr="00563B50">
        <w:rPr>
          <w:rFonts w:cs="Times New Roman"/>
          <w:szCs w:val="24"/>
        </w:rPr>
        <w:t xml:space="preserve"> </w:t>
      </w:r>
      <w:r>
        <w:rPr>
          <w:rFonts w:cs="Times New Roman"/>
          <w:szCs w:val="24"/>
          <w:lang w:val="ro-RO"/>
        </w:rPr>
        <w:t>p</w:t>
      </w:r>
      <w:proofErr w:type="spellStart"/>
      <w:r w:rsidRPr="00563B50">
        <w:rPr>
          <w:rFonts w:cs="Times New Roman"/>
          <w:szCs w:val="24"/>
        </w:rPr>
        <w:t>rezent</w:t>
      </w:r>
      <w:r>
        <w:rPr>
          <w:rFonts w:cs="Times New Roman"/>
          <w:szCs w:val="24"/>
          <w:lang w:val="ro-RO"/>
        </w:rPr>
        <w:t>ul</w:t>
      </w:r>
      <w:proofErr w:type="spellEnd"/>
      <w:r>
        <w:rPr>
          <w:rFonts w:cs="Times New Roman"/>
          <w:szCs w:val="24"/>
          <w:lang w:val="ro-RO"/>
        </w:rPr>
        <w:t xml:space="preserve"> Regulament</w:t>
      </w:r>
      <w:r w:rsidRPr="00563B50">
        <w:rPr>
          <w:rFonts w:cs="Times New Roman"/>
          <w:szCs w:val="24"/>
        </w:rPr>
        <w:t xml:space="preserve">, </w:t>
      </w:r>
      <w:proofErr w:type="spellStart"/>
      <w:r w:rsidRPr="00563B50">
        <w:rPr>
          <w:rFonts w:cs="Times New Roman"/>
          <w:szCs w:val="24"/>
        </w:rPr>
        <w:t>sânt</w:t>
      </w:r>
      <w:proofErr w:type="spellEnd"/>
      <w:r w:rsidRPr="00563B50">
        <w:rPr>
          <w:rFonts w:cs="Times New Roman"/>
          <w:szCs w:val="24"/>
        </w:rPr>
        <w:t xml:space="preserve"> definite/</w:t>
      </w:r>
      <w:proofErr w:type="spellStart"/>
      <w:r w:rsidRPr="00563B50">
        <w:rPr>
          <w:rFonts w:cs="Times New Roman"/>
          <w:szCs w:val="24"/>
        </w:rPr>
        <w:t>utilizate</w:t>
      </w:r>
      <w:proofErr w:type="spellEnd"/>
      <w:r w:rsidRPr="00563B50">
        <w:rPr>
          <w:rFonts w:cs="Times New Roman"/>
          <w:szCs w:val="24"/>
        </w:rPr>
        <w:t xml:space="preserve"> </w:t>
      </w:r>
      <w:proofErr w:type="spellStart"/>
      <w:r w:rsidRPr="00563B50">
        <w:rPr>
          <w:rFonts w:cs="Times New Roman"/>
          <w:szCs w:val="24"/>
        </w:rPr>
        <w:t>următoarele</w:t>
      </w:r>
      <w:proofErr w:type="spellEnd"/>
      <w:r w:rsidRPr="00563B50">
        <w:rPr>
          <w:rFonts w:cs="Times New Roman"/>
          <w:szCs w:val="24"/>
        </w:rPr>
        <w:t xml:space="preserve"> </w:t>
      </w:r>
      <w:proofErr w:type="spellStart"/>
      <w:r w:rsidRPr="00563B50">
        <w:rPr>
          <w:rFonts w:cs="Times New Roman"/>
          <w:szCs w:val="24"/>
        </w:rPr>
        <w:t>noțiuni</w:t>
      </w:r>
      <w:proofErr w:type="spellEnd"/>
      <w:r w:rsidRPr="00563B50">
        <w:rPr>
          <w:rFonts w:cs="Times New Roman"/>
          <w:szCs w:val="24"/>
        </w:rPr>
        <w:t>:</w:t>
      </w:r>
    </w:p>
    <w:p w14:paraId="1CB7E3D4" w14:textId="77777777" w:rsidR="00EE7ED3" w:rsidRPr="00563B50" w:rsidRDefault="00000000">
      <w:pPr>
        <w:numPr>
          <w:ilvl w:val="0"/>
          <w:numId w:val="1"/>
        </w:numPr>
        <w:jc w:val="both"/>
        <w:rPr>
          <w:rFonts w:cs="Times New Roman"/>
          <w:szCs w:val="24"/>
        </w:rPr>
      </w:pPr>
      <w:r w:rsidRPr="00563B50">
        <w:rPr>
          <w:rFonts w:cs="Times New Roman"/>
          <w:b/>
          <w:bCs/>
          <w:szCs w:val="24"/>
        </w:rPr>
        <w:t xml:space="preserve">Date cu </w:t>
      </w:r>
      <w:proofErr w:type="spellStart"/>
      <w:r w:rsidRPr="00563B50">
        <w:rPr>
          <w:rFonts w:cs="Times New Roman"/>
          <w:b/>
          <w:bCs/>
          <w:szCs w:val="24"/>
        </w:rPr>
        <w:t>caracter</w:t>
      </w:r>
      <w:proofErr w:type="spellEnd"/>
      <w:r w:rsidRPr="00563B50">
        <w:rPr>
          <w:rFonts w:cs="Times New Roman"/>
          <w:b/>
          <w:bCs/>
          <w:szCs w:val="24"/>
        </w:rPr>
        <w:t xml:space="preserve"> personal</w:t>
      </w:r>
      <w:r w:rsidRPr="00563B50">
        <w:rPr>
          <w:rFonts w:cs="Times New Roman"/>
          <w:szCs w:val="24"/>
        </w:rPr>
        <w:t xml:space="preserve"> – </w:t>
      </w:r>
      <w:proofErr w:type="spellStart"/>
      <w:r w:rsidRPr="00563B50">
        <w:rPr>
          <w:rFonts w:cs="Times New Roman"/>
          <w:szCs w:val="24"/>
        </w:rPr>
        <w:t>orice</w:t>
      </w:r>
      <w:proofErr w:type="spellEnd"/>
      <w:r w:rsidRPr="00563B50">
        <w:rPr>
          <w:rFonts w:cs="Times New Roman"/>
          <w:szCs w:val="24"/>
        </w:rPr>
        <w:t xml:space="preserve"> </w:t>
      </w:r>
      <w:proofErr w:type="spellStart"/>
      <w:r w:rsidRPr="00563B50">
        <w:rPr>
          <w:rFonts w:cs="Times New Roman"/>
          <w:szCs w:val="24"/>
        </w:rPr>
        <w:t>informație</w:t>
      </w:r>
      <w:proofErr w:type="spellEnd"/>
      <w:r w:rsidRPr="00563B50">
        <w:rPr>
          <w:rFonts w:cs="Times New Roman"/>
          <w:szCs w:val="24"/>
        </w:rPr>
        <w:t xml:space="preserve"> </w:t>
      </w:r>
      <w:proofErr w:type="spellStart"/>
      <w:r w:rsidRPr="00563B50">
        <w:rPr>
          <w:rFonts w:cs="Times New Roman"/>
          <w:szCs w:val="24"/>
        </w:rPr>
        <w:t>referitoare</w:t>
      </w:r>
      <w:proofErr w:type="spellEnd"/>
      <w:r w:rsidRPr="00563B50">
        <w:rPr>
          <w:rFonts w:cs="Times New Roman"/>
          <w:szCs w:val="24"/>
        </w:rPr>
        <w:t xml:space="preserve"> la o </w:t>
      </w:r>
      <w:proofErr w:type="spellStart"/>
      <w:r w:rsidRPr="00563B50">
        <w:rPr>
          <w:rFonts w:cs="Times New Roman"/>
          <w:szCs w:val="24"/>
        </w:rPr>
        <w:t>persoană</w:t>
      </w:r>
      <w:proofErr w:type="spellEnd"/>
      <w:r w:rsidRPr="00563B50">
        <w:rPr>
          <w:rFonts w:cs="Times New Roman"/>
          <w:szCs w:val="24"/>
        </w:rPr>
        <w:t xml:space="preserve"> </w:t>
      </w:r>
      <w:proofErr w:type="spellStart"/>
      <w:r w:rsidRPr="00563B50">
        <w:rPr>
          <w:rFonts w:cs="Times New Roman"/>
          <w:szCs w:val="24"/>
        </w:rPr>
        <w:t>fizică</w:t>
      </w:r>
      <w:proofErr w:type="spellEnd"/>
      <w:r w:rsidRPr="00563B50">
        <w:rPr>
          <w:rFonts w:cs="Times New Roman"/>
          <w:szCs w:val="24"/>
        </w:rPr>
        <w:t xml:space="preserve"> </w:t>
      </w:r>
      <w:proofErr w:type="spellStart"/>
      <w:r w:rsidRPr="00563B50">
        <w:rPr>
          <w:rFonts w:cs="Times New Roman"/>
          <w:szCs w:val="24"/>
        </w:rPr>
        <w:t>identificată</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identificabilă</w:t>
      </w:r>
      <w:proofErr w:type="spellEnd"/>
      <w:r w:rsidRPr="00563B50">
        <w:rPr>
          <w:rFonts w:cs="Times New Roman"/>
          <w:szCs w:val="24"/>
        </w:rPr>
        <w:t xml:space="preserve"> (</w:t>
      </w:r>
      <w:proofErr w:type="spellStart"/>
      <w:r w:rsidRPr="00563B50">
        <w:rPr>
          <w:rFonts w:cs="Times New Roman"/>
          <w:szCs w:val="24"/>
        </w:rPr>
        <w:t>persoana</w:t>
      </w:r>
      <w:proofErr w:type="spellEnd"/>
      <w:r w:rsidRPr="00563B50">
        <w:rPr>
          <w:rFonts w:cs="Times New Roman"/>
          <w:szCs w:val="24"/>
        </w:rPr>
        <w:t xml:space="preserve"> </w:t>
      </w:r>
      <w:proofErr w:type="spellStart"/>
      <w:r w:rsidRPr="00563B50">
        <w:rPr>
          <w:rFonts w:cs="Times New Roman"/>
          <w:szCs w:val="24"/>
        </w:rPr>
        <w:t>vizată</w:t>
      </w:r>
      <w:proofErr w:type="spellEnd"/>
      <w:r w:rsidRPr="00563B50">
        <w:rPr>
          <w:rFonts w:cs="Times New Roman"/>
          <w:szCs w:val="24"/>
        </w:rPr>
        <w:t xml:space="preserve">); o </w:t>
      </w:r>
      <w:proofErr w:type="spellStart"/>
      <w:r w:rsidRPr="00563B50">
        <w:rPr>
          <w:rFonts w:cs="Times New Roman"/>
          <w:szCs w:val="24"/>
        </w:rPr>
        <w:t>persoană</w:t>
      </w:r>
      <w:proofErr w:type="spellEnd"/>
      <w:r w:rsidRPr="00563B50">
        <w:rPr>
          <w:rFonts w:cs="Times New Roman"/>
          <w:szCs w:val="24"/>
        </w:rPr>
        <w:t xml:space="preserve"> </w:t>
      </w:r>
      <w:proofErr w:type="spellStart"/>
      <w:r w:rsidRPr="00563B50">
        <w:rPr>
          <w:rFonts w:cs="Times New Roman"/>
          <w:szCs w:val="24"/>
        </w:rPr>
        <w:t>fizică</w:t>
      </w:r>
      <w:proofErr w:type="spellEnd"/>
      <w:r w:rsidRPr="00563B50">
        <w:rPr>
          <w:rFonts w:cs="Times New Roman"/>
          <w:szCs w:val="24"/>
        </w:rPr>
        <w:t xml:space="preserve"> </w:t>
      </w:r>
      <w:proofErr w:type="spellStart"/>
      <w:r w:rsidRPr="00563B50">
        <w:rPr>
          <w:rFonts w:cs="Times New Roman"/>
          <w:szCs w:val="24"/>
        </w:rPr>
        <w:t>identificabilă</w:t>
      </w:r>
      <w:proofErr w:type="spellEnd"/>
      <w:r w:rsidRPr="00563B50">
        <w:rPr>
          <w:rFonts w:cs="Times New Roman"/>
          <w:szCs w:val="24"/>
        </w:rPr>
        <w:t xml:space="preserve">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persoana</w:t>
      </w:r>
      <w:proofErr w:type="spellEnd"/>
      <w:r w:rsidRPr="00563B50">
        <w:rPr>
          <w:rFonts w:cs="Times New Roman"/>
          <w:szCs w:val="24"/>
        </w:rPr>
        <w:t xml:space="preserve"> care </w:t>
      </w:r>
      <w:proofErr w:type="spellStart"/>
      <w:r w:rsidRPr="00563B50">
        <w:rPr>
          <w:rFonts w:cs="Times New Roman"/>
          <w:szCs w:val="24"/>
        </w:rPr>
        <w:t>poate</w:t>
      </w:r>
      <w:proofErr w:type="spellEnd"/>
      <w:r w:rsidRPr="00563B50">
        <w:rPr>
          <w:rFonts w:cs="Times New Roman"/>
          <w:szCs w:val="24"/>
        </w:rPr>
        <w:t xml:space="preserve"> fi </w:t>
      </w:r>
      <w:proofErr w:type="spellStart"/>
      <w:r w:rsidRPr="00563B50">
        <w:rPr>
          <w:rFonts w:cs="Times New Roman"/>
          <w:szCs w:val="24"/>
        </w:rPr>
        <w:t>identificată</w:t>
      </w:r>
      <w:proofErr w:type="spellEnd"/>
      <w:r w:rsidRPr="00563B50">
        <w:rPr>
          <w:rFonts w:cs="Times New Roman"/>
          <w:szCs w:val="24"/>
        </w:rPr>
        <w:t xml:space="preserve">, direct </w:t>
      </w:r>
      <w:proofErr w:type="spellStart"/>
      <w:r w:rsidRPr="00563B50">
        <w:rPr>
          <w:rFonts w:cs="Times New Roman"/>
          <w:szCs w:val="24"/>
        </w:rPr>
        <w:t>sau</w:t>
      </w:r>
      <w:proofErr w:type="spellEnd"/>
      <w:r w:rsidRPr="00563B50">
        <w:rPr>
          <w:rFonts w:cs="Times New Roman"/>
          <w:szCs w:val="24"/>
        </w:rPr>
        <w:t xml:space="preserve"> indirect,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referire</w:t>
      </w:r>
      <w:proofErr w:type="spellEnd"/>
      <w:r w:rsidRPr="00563B50">
        <w:rPr>
          <w:rFonts w:cs="Times New Roman"/>
          <w:szCs w:val="24"/>
        </w:rPr>
        <w:t xml:space="preserve"> la un </w:t>
      </w:r>
      <w:proofErr w:type="spellStart"/>
      <w:r w:rsidRPr="00563B50">
        <w:rPr>
          <w:rFonts w:cs="Times New Roman"/>
          <w:szCs w:val="24"/>
        </w:rPr>
        <w:t>număr</w:t>
      </w:r>
      <w:proofErr w:type="spellEnd"/>
      <w:r w:rsidRPr="00563B50">
        <w:rPr>
          <w:rFonts w:cs="Times New Roman"/>
          <w:szCs w:val="24"/>
        </w:rPr>
        <w:t xml:space="preserve"> de </w:t>
      </w:r>
      <w:proofErr w:type="spellStart"/>
      <w:r w:rsidRPr="00563B50">
        <w:rPr>
          <w:rFonts w:cs="Times New Roman"/>
          <w:szCs w:val="24"/>
        </w:rPr>
        <w:t>identificare</w:t>
      </w:r>
      <w:proofErr w:type="spellEnd"/>
      <w:r w:rsidRPr="00563B50">
        <w:rPr>
          <w:rFonts w:cs="Times New Roman"/>
          <w:szCs w:val="24"/>
        </w:rPr>
        <w:t xml:space="preserve">, date de </w:t>
      </w:r>
      <w:proofErr w:type="spellStart"/>
      <w:r w:rsidRPr="00563B50">
        <w:rPr>
          <w:rFonts w:cs="Times New Roman"/>
          <w:szCs w:val="24"/>
        </w:rPr>
        <w:t>localizare</w:t>
      </w:r>
      <w:proofErr w:type="spellEnd"/>
      <w:r w:rsidRPr="00563B50">
        <w:rPr>
          <w:rFonts w:cs="Times New Roman"/>
          <w:szCs w:val="24"/>
        </w:rPr>
        <w:t xml:space="preserve">, un </w:t>
      </w:r>
      <w:proofErr w:type="spellStart"/>
      <w:r w:rsidRPr="00563B50">
        <w:rPr>
          <w:rFonts w:cs="Times New Roman"/>
          <w:szCs w:val="24"/>
        </w:rPr>
        <w:t>identificator</w:t>
      </w:r>
      <w:proofErr w:type="spellEnd"/>
      <w:r w:rsidRPr="00563B50">
        <w:rPr>
          <w:rFonts w:cs="Times New Roman"/>
          <w:szCs w:val="24"/>
        </w:rPr>
        <w:t xml:space="preserve"> online </w:t>
      </w:r>
      <w:proofErr w:type="spellStart"/>
      <w:r w:rsidRPr="00563B50">
        <w:rPr>
          <w:rFonts w:cs="Times New Roman"/>
          <w:szCs w:val="24"/>
        </w:rPr>
        <w:t>sau</w:t>
      </w:r>
      <w:proofErr w:type="spellEnd"/>
      <w:r w:rsidRPr="00563B50">
        <w:rPr>
          <w:rFonts w:cs="Times New Roman"/>
          <w:szCs w:val="24"/>
        </w:rPr>
        <w:t xml:space="preserve"> la </w:t>
      </w:r>
      <w:proofErr w:type="spellStart"/>
      <w:r w:rsidRPr="00563B50">
        <w:rPr>
          <w:rFonts w:cs="Times New Roman"/>
          <w:szCs w:val="24"/>
        </w:rPr>
        <w:t>unul</w:t>
      </w:r>
      <w:proofErr w:type="spellEnd"/>
      <w:r w:rsidRPr="00563B50">
        <w:rPr>
          <w:rFonts w:cs="Times New Roman"/>
          <w:szCs w:val="24"/>
        </w:rPr>
        <w:t xml:space="preserve"> </w:t>
      </w:r>
      <w:proofErr w:type="spellStart"/>
      <w:r w:rsidRPr="00563B50">
        <w:rPr>
          <w:rFonts w:cs="Times New Roman"/>
          <w:szCs w:val="24"/>
        </w:rPr>
        <w:t>ori</w:t>
      </w:r>
      <w:proofErr w:type="spellEnd"/>
      <w:r w:rsidRPr="00563B50">
        <w:rPr>
          <w:rFonts w:cs="Times New Roman"/>
          <w:szCs w:val="24"/>
        </w:rPr>
        <w:t xml:space="preserve"> </w:t>
      </w:r>
      <w:proofErr w:type="spellStart"/>
      <w:r w:rsidRPr="00563B50">
        <w:rPr>
          <w:rFonts w:cs="Times New Roman"/>
          <w:szCs w:val="24"/>
        </w:rPr>
        <w:t>mai</w:t>
      </w:r>
      <w:proofErr w:type="spellEnd"/>
      <w:r w:rsidRPr="00563B50">
        <w:rPr>
          <w:rFonts w:cs="Times New Roman"/>
          <w:szCs w:val="24"/>
        </w:rPr>
        <w:t xml:space="preserve"> </w:t>
      </w:r>
      <w:proofErr w:type="spellStart"/>
      <w:r w:rsidRPr="00563B50">
        <w:rPr>
          <w:rFonts w:cs="Times New Roman"/>
          <w:szCs w:val="24"/>
        </w:rPr>
        <w:t>multe</w:t>
      </w:r>
      <w:proofErr w:type="spellEnd"/>
      <w:r w:rsidRPr="00563B50">
        <w:rPr>
          <w:rFonts w:cs="Times New Roman"/>
          <w:szCs w:val="24"/>
        </w:rPr>
        <w:t xml:space="preserve"> </w:t>
      </w:r>
      <w:proofErr w:type="spellStart"/>
      <w:r w:rsidRPr="00563B50">
        <w:rPr>
          <w:rFonts w:cs="Times New Roman"/>
          <w:szCs w:val="24"/>
        </w:rPr>
        <w:t>elemente</w:t>
      </w:r>
      <w:proofErr w:type="spellEnd"/>
      <w:r w:rsidRPr="00563B50">
        <w:rPr>
          <w:rFonts w:cs="Times New Roman"/>
          <w:szCs w:val="24"/>
        </w:rPr>
        <w:t xml:space="preserve"> </w:t>
      </w:r>
      <w:proofErr w:type="spellStart"/>
      <w:r w:rsidRPr="00563B50">
        <w:rPr>
          <w:rFonts w:cs="Times New Roman"/>
          <w:szCs w:val="24"/>
        </w:rPr>
        <w:t>specifice</w:t>
      </w:r>
      <w:proofErr w:type="spellEnd"/>
      <w:r w:rsidRPr="00563B50">
        <w:rPr>
          <w:rFonts w:cs="Times New Roman"/>
          <w:szCs w:val="24"/>
        </w:rPr>
        <w:t xml:space="preserve"> </w:t>
      </w:r>
      <w:proofErr w:type="spellStart"/>
      <w:r w:rsidRPr="00563B50">
        <w:rPr>
          <w:rFonts w:cs="Times New Roman"/>
          <w:szCs w:val="24"/>
        </w:rPr>
        <w:t>identității</w:t>
      </w:r>
      <w:proofErr w:type="spellEnd"/>
      <w:r w:rsidRPr="00563B50">
        <w:rPr>
          <w:rFonts w:cs="Times New Roman"/>
          <w:szCs w:val="24"/>
        </w:rPr>
        <w:t xml:space="preserve"> sale </w:t>
      </w:r>
      <w:proofErr w:type="spellStart"/>
      <w:r w:rsidRPr="00563B50">
        <w:rPr>
          <w:rFonts w:cs="Times New Roman"/>
          <w:szCs w:val="24"/>
        </w:rPr>
        <w:t>fizice</w:t>
      </w:r>
      <w:proofErr w:type="spellEnd"/>
      <w:r w:rsidRPr="00563B50">
        <w:rPr>
          <w:rFonts w:cs="Times New Roman"/>
          <w:szCs w:val="24"/>
        </w:rPr>
        <w:t xml:space="preserve">, </w:t>
      </w:r>
      <w:proofErr w:type="spellStart"/>
      <w:r w:rsidRPr="00563B50">
        <w:rPr>
          <w:rFonts w:cs="Times New Roman"/>
          <w:szCs w:val="24"/>
        </w:rPr>
        <w:t>fiziologice</w:t>
      </w:r>
      <w:proofErr w:type="spellEnd"/>
      <w:r w:rsidRPr="00563B50">
        <w:rPr>
          <w:rFonts w:cs="Times New Roman"/>
          <w:szCs w:val="24"/>
        </w:rPr>
        <w:t xml:space="preserve">, </w:t>
      </w:r>
      <w:proofErr w:type="spellStart"/>
      <w:r w:rsidRPr="00563B50">
        <w:rPr>
          <w:rFonts w:cs="Times New Roman"/>
          <w:szCs w:val="24"/>
        </w:rPr>
        <w:t>psihice</w:t>
      </w:r>
      <w:proofErr w:type="spellEnd"/>
      <w:r w:rsidRPr="00563B50">
        <w:rPr>
          <w:rFonts w:cs="Times New Roman"/>
          <w:szCs w:val="24"/>
        </w:rPr>
        <w:t xml:space="preserve">, </w:t>
      </w:r>
      <w:proofErr w:type="spellStart"/>
      <w:r w:rsidRPr="00563B50">
        <w:rPr>
          <w:rFonts w:cs="Times New Roman"/>
          <w:szCs w:val="24"/>
        </w:rPr>
        <w:t>economice</w:t>
      </w:r>
      <w:proofErr w:type="spellEnd"/>
      <w:r w:rsidRPr="00563B50">
        <w:rPr>
          <w:rFonts w:cs="Times New Roman"/>
          <w:szCs w:val="24"/>
        </w:rPr>
        <w:t xml:space="preserve">, </w:t>
      </w:r>
      <w:proofErr w:type="spellStart"/>
      <w:r w:rsidRPr="00563B50">
        <w:rPr>
          <w:rFonts w:cs="Times New Roman"/>
          <w:szCs w:val="24"/>
        </w:rPr>
        <w:t>culturale</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sociale</w:t>
      </w:r>
      <w:proofErr w:type="spellEnd"/>
      <w:r w:rsidRPr="00563B50">
        <w:rPr>
          <w:rFonts w:cs="Times New Roman"/>
          <w:szCs w:val="24"/>
        </w:rPr>
        <w:t>;</w:t>
      </w:r>
    </w:p>
    <w:p w14:paraId="55AC073E" w14:textId="77777777" w:rsidR="00EE7ED3" w:rsidRPr="00563B50" w:rsidRDefault="00000000">
      <w:pPr>
        <w:numPr>
          <w:ilvl w:val="0"/>
          <w:numId w:val="1"/>
        </w:numPr>
        <w:jc w:val="both"/>
        <w:rPr>
          <w:rFonts w:cs="Times New Roman"/>
          <w:szCs w:val="24"/>
        </w:rPr>
      </w:pPr>
      <w:r w:rsidRPr="00563B50">
        <w:rPr>
          <w:rFonts w:cs="Times New Roman"/>
          <w:b/>
          <w:bCs/>
          <w:szCs w:val="24"/>
        </w:rPr>
        <w:t xml:space="preserve">Date </w:t>
      </w:r>
      <w:proofErr w:type="spellStart"/>
      <w:r w:rsidRPr="00563B50">
        <w:rPr>
          <w:rFonts w:cs="Times New Roman"/>
          <w:b/>
          <w:bCs/>
          <w:szCs w:val="24"/>
        </w:rPr>
        <w:t>privind</w:t>
      </w:r>
      <w:proofErr w:type="spellEnd"/>
      <w:r w:rsidRPr="00563B50">
        <w:rPr>
          <w:rFonts w:cs="Times New Roman"/>
          <w:b/>
          <w:bCs/>
          <w:szCs w:val="24"/>
        </w:rPr>
        <w:t xml:space="preserve"> </w:t>
      </w:r>
      <w:proofErr w:type="spellStart"/>
      <w:r w:rsidRPr="00563B50">
        <w:rPr>
          <w:rFonts w:cs="Times New Roman"/>
          <w:b/>
          <w:bCs/>
          <w:szCs w:val="24"/>
        </w:rPr>
        <w:t>sănătatea</w:t>
      </w:r>
      <w:proofErr w:type="spellEnd"/>
      <w:r w:rsidRPr="00563B50">
        <w:rPr>
          <w:rFonts w:cs="Times New Roman"/>
          <w:szCs w:val="24"/>
        </w:rPr>
        <w:t xml:space="preserve"> – </w:t>
      </w:r>
      <w:proofErr w:type="spellStart"/>
      <w:r w:rsidRPr="00563B50">
        <w:rPr>
          <w:rFonts w:cs="Times New Roman"/>
          <w:szCs w:val="24"/>
        </w:rPr>
        <w:t>reprezintă</w:t>
      </w:r>
      <w:proofErr w:type="spellEnd"/>
      <w:r w:rsidRPr="00563B50">
        <w:rPr>
          <w:rFonts w:cs="Times New Roman"/>
          <w:szCs w:val="24"/>
        </w:rPr>
        <w:t xml:space="preserve"> date cu </w:t>
      </w:r>
      <w:proofErr w:type="spellStart"/>
      <w:r w:rsidRPr="00563B50">
        <w:rPr>
          <w:rFonts w:cs="Times New Roman"/>
          <w:szCs w:val="24"/>
        </w:rPr>
        <w:t>caracter</w:t>
      </w:r>
      <w:proofErr w:type="spellEnd"/>
      <w:r w:rsidRPr="00563B50">
        <w:rPr>
          <w:rFonts w:cs="Times New Roman"/>
          <w:szCs w:val="24"/>
        </w:rPr>
        <w:t xml:space="preserve"> personal legate de </w:t>
      </w:r>
      <w:proofErr w:type="spellStart"/>
      <w:r w:rsidRPr="00563B50">
        <w:rPr>
          <w:rFonts w:cs="Times New Roman"/>
          <w:szCs w:val="24"/>
        </w:rPr>
        <w:t>sănătatea</w:t>
      </w:r>
      <w:proofErr w:type="spellEnd"/>
      <w:r w:rsidRPr="00563B50">
        <w:rPr>
          <w:rFonts w:cs="Times New Roman"/>
          <w:szCs w:val="24"/>
        </w:rPr>
        <w:t xml:space="preserve"> </w:t>
      </w:r>
      <w:proofErr w:type="spellStart"/>
      <w:r w:rsidRPr="00563B50">
        <w:rPr>
          <w:rFonts w:cs="Times New Roman"/>
          <w:szCs w:val="24"/>
        </w:rPr>
        <w:t>fizică</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mentală</w:t>
      </w:r>
      <w:proofErr w:type="spellEnd"/>
      <w:r w:rsidRPr="00563B50">
        <w:rPr>
          <w:rFonts w:cs="Times New Roman"/>
          <w:szCs w:val="24"/>
        </w:rPr>
        <w:t xml:space="preserve"> a </w:t>
      </w:r>
      <w:proofErr w:type="spellStart"/>
      <w:r w:rsidRPr="00563B50">
        <w:rPr>
          <w:rFonts w:cs="Times New Roman"/>
          <w:szCs w:val="24"/>
        </w:rPr>
        <w:t>unei</w:t>
      </w:r>
      <w:proofErr w:type="spellEnd"/>
      <w:r w:rsidRPr="00563B50">
        <w:rPr>
          <w:rFonts w:cs="Times New Roman"/>
          <w:szCs w:val="24"/>
        </w:rPr>
        <w:t xml:space="preserve"> </w:t>
      </w:r>
      <w:proofErr w:type="spellStart"/>
      <w:r w:rsidRPr="00563B50">
        <w:rPr>
          <w:rFonts w:cs="Times New Roman"/>
          <w:szCs w:val="24"/>
        </w:rPr>
        <w:t>persoane</w:t>
      </w:r>
      <w:proofErr w:type="spellEnd"/>
      <w:r w:rsidRPr="00563B50">
        <w:rPr>
          <w:rFonts w:cs="Times New Roman"/>
          <w:szCs w:val="24"/>
        </w:rPr>
        <w:t xml:space="preserve"> </w:t>
      </w:r>
      <w:proofErr w:type="spellStart"/>
      <w:r w:rsidRPr="00563B50">
        <w:rPr>
          <w:rFonts w:cs="Times New Roman"/>
          <w:szCs w:val="24"/>
        </w:rPr>
        <w:t>fizice</w:t>
      </w:r>
      <w:proofErr w:type="spellEnd"/>
      <w:r w:rsidRPr="00563B50">
        <w:rPr>
          <w:rFonts w:cs="Times New Roman"/>
          <w:szCs w:val="24"/>
        </w:rPr>
        <w:t xml:space="preserve">, </w:t>
      </w:r>
      <w:proofErr w:type="spellStart"/>
      <w:r w:rsidRPr="00563B50">
        <w:rPr>
          <w:rFonts w:cs="Times New Roman"/>
          <w:szCs w:val="24"/>
        </w:rPr>
        <w:t>inclusiv</w:t>
      </w:r>
      <w:proofErr w:type="spellEnd"/>
      <w:r w:rsidRPr="00563B50">
        <w:rPr>
          <w:rFonts w:cs="Times New Roman"/>
          <w:szCs w:val="24"/>
        </w:rPr>
        <w:t xml:space="preserve"> </w:t>
      </w:r>
      <w:proofErr w:type="spellStart"/>
      <w:r w:rsidRPr="00563B50">
        <w:rPr>
          <w:rFonts w:cs="Times New Roman"/>
          <w:szCs w:val="24"/>
        </w:rPr>
        <w:t>prestarea</w:t>
      </w:r>
      <w:proofErr w:type="spellEnd"/>
      <w:r w:rsidRPr="00563B50">
        <w:rPr>
          <w:rFonts w:cs="Times New Roman"/>
          <w:szCs w:val="24"/>
        </w:rPr>
        <w:t xml:space="preserve"> de </w:t>
      </w:r>
      <w:proofErr w:type="spellStart"/>
      <w:r w:rsidRPr="00563B50">
        <w:rPr>
          <w:rFonts w:cs="Times New Roman"/>
          <w:szCs w:val="24"/>
        </w:rPr>
        <w:t>servicii</w:t>
      </w:r>
      <w:proofErr w:type="spellEnd"/>
      <w:r w:rsidRPr="00563B50">
        <w:rPr>
          <w:rFonts w:cs="Times New Roman"/>
          <w:szCs w:val="24"/>
        </w:rPr>
        <w:t xml:space="preserve"> de </w:t>
      </w:r>
      <w:proofErr w:type="spellStart"/>
      <w:r w:rsidRPr="00563B50">
        <w:rPr>
          <w:rFonts w:cs="Times New Roman"/>
          <w:szCs w:val="24"/>
        </w:rPr>
        <w:t>asistență</w:t>
      </w:r>
      <w:proofErr w:type="spellEnd"/>
      <w:r w:rsidRPr="00563B50">
        <w:rPr>
          <w:rFonts w:cs="Times New Roman"/>
          <w:szCs w:val="24"/>
        </w:rPr>
        <w:t xml:space="preserve"> </w:t>
      </w:r>
      <w:proofErr w:type="spellStart"/>
      <w:r w:rsidRPr="00563B50">
        <w:rPr>
          <w:rFonts w:cs="Times New Roman"/>
          <w:szCs w:val="24"/>
        </w:rPr>
        <w:t>medicală</w:t>
      </w:r>
      <w:proofErr w:type="spellEnd"/>
      <w:r w:rsidRPr="00563B50">
        <w:rPr>
          <w:rFonts w:cs="Times New Roman"/>
          <w:szCs w:val="24"/>
        </w:rPr>
        <w:t xml:space="preserve">, care </w:t>
      </w:r>
      <w:proofErr w:type="spellStart"/>
      <w:r w:rsidRPr="00563B50">
        <w:rPr>
          <w:rFonts w:cs="Times New Roman"/>
          <w:szCs w:val="24"/>
        </w:rPr>
        <w:t>dezvăluie</w:t>
      </w:r>
      <w:proofErr w:type="spellEnd"/>
      <w:r w:rsidRPr="00563B50">
        <w:rPr>
          <w:rFonts w:cs="Times New Roman"/>
          <w:szCs w:val="24"/>
        </w:rPr>
        <w:t xml:space="preserve"> </w:t>
      </w:r>
      <w:proofErr w:type="spellStart"/>
      <w:r w:rsidRPr="00563B50">
        <w:rPr>
          <w:rFonts w:cs="Times New Roman"/>
          <w:szCs w:val="24"/>
        </w:rPr>
        <w:t>informații</w:t>
      </w:r>
      <w:proofErr w:type="spellEnd"/>
      <w:r w:rsidRPr="00563B50">
        <w:rPr>
          <w:rFonts w:cs="Times New Roman"/>
          <w:szCs w:val="24"/>
        </w:rPr>
        <w:t xml:space="preserve"> </w:t>
      </w:r>
      <w:proofErr w:type="spellStart"/>
      <w:r w:rsidRPr="00563B50">
        <w:rPr>
          <w:rFonts w:cs="Times New Roman"/>
          <w:szCs w:val="24"/>
        </w:rPr>
        <w:t>despre</w:t>
      </w:r>
      <w:proofErr w:type="spellEnd"/>
      <w:r w:rsidRPr="00563B50">
        <w:rPr>
          <w:rFonts w:cs="Times New Roman"/>
          <w:szCs w:val="24"/>
        </w:rPr>
        <w:t xml:space="preserve"> </w:t>
      </w:r>
      <w:proofErr w:type="spellStart"/>
      <w:r w:rsidRPr="00563B50">
        <w:rPr>
          <w:rFonts w:cs="Times New Roman"/>
          <w:szCs w:val="24"/>
        </w:rPr>
        <w:t>starea</w:t>
      </w:r>
      <w:proofErr w:type="spellEnd"/>
      <w:r w:rsidRPr="00563B50">
        <w:rPr>
          <w:rFonts w:cs="Times New Roman"/>
          <w:szCs w:val="24"/>
        </w:rPr>
        <w:t xml:space="preserve"> de </w:t>
      </w:r>
      <w:proofErr w:type="spellStart"/>
      <w:r w:rsidRPr="00563B50">
        <w:rPr>
          <w:rFonts w:cs="Times New Roman"/>
          <w:szCs w:val="24"/>
        </w:rPr>
        <w:t>sănătate</w:t>
      </w:r>
      <w:proofErr w:type="spellEnd"/>
      <w:r w:rsidRPr="00563B50">
        <w:rPr>
          <w:rFonts w:cs="Times New Roman"/>
          <w:szCs w:val="24"/>
        </w:rPr>
        <w:t xml:space="preserve"> a </w:t>
      </w:r>
      <w:proofErr w:type="spellStart"/>
      <w:r w:rsidRPr="00563B50">
        <w:rPr>
          <w:rFonts w:cs="Times New Roman"/>
          <w:szCs w:val="24"/>
        </w:rPr>
        <w:t>acesteia</w:t>
      </w:r>
      <w:proofErr w:type="spellEnd"/>
      <w:r w:rsidRPr="00563B50">
        <w:rPr>
          <w:rFonts w:cs="Times New Roman"/>
          <w:szCs w:val="24"/>
        </w:rPr>
        <w:t>;</w:t>
      </w:r>
    </w:p>
    <w:p w14:paraId="439EBD73" w14:textId="77777777" w:rsidR="00EE7ED3" w:rsidRPr="00563B50" w:rsidRDefault="00000000">
      <w:pPr>
        <w:numPr>
          <w:ilvl w:val="0"/>
          <w:numId w:val="1"/>
        </w:numPr>
        <w:jc w:val="both"/>
        <w:rPr>
          <w:rFonts w:cs="Times New Roman"/>
          <w:szCs w:val="24"/>
        </w:rPr>
      </w:pPr>
      <w:r w:rsidRPr="00563B50">
        <w:rPr>
          <w:rFonts w:cs="Times New Roman"/>
          <w:b/>
          <w:bCs/>
          <w:szCs w:val="24"/>
        </w:rPr>
        <w:lastRenderedPageBreak/>
        <w:t>Operator</w:t>
      </w:r>
      <w:r w:rsidRPr="00563B50">
        <w:rPr>
          <w:rFonts w:cs="Times New Roman"/>
          <w:szCs w:val="24"/>
        </w:rPr>
        <w:t xml:space="preserve"> – </w:t>
      </w:r>
      <w:proofErr w:type="spellStart"/>
      <w:r w:rsidRPr="00563B50">
        <w:rPr>
          <w:rFonts w:cs="Times New Roman"/>
          <w:szCs w:val="24"/>
        </w:rPr>
        <w:t>reprezintă</w:t>
      </w:r>
      <w:proofErr w:type="spellEnd"/>
      <w:r w:rsidRPr="00563B50">
        <w:rPr>
          <w:rFonts w:cs="Times New Roman"/>
          <w:szCs w:val="24"/>
        </w:rPr>
        <w:t xml:space="preserve"> </w:t>
      </w:r>
      <w:proofErr w:type="spellStart"/>
      <w:r w:rsidRPr="00563B50">
        <w:rPr>
          <w:rFonts w:cs="Times New Roman"/>
          <w:szCs w:val="24"/>
        </w:rPr>
        <w:t>persoana</w:t>
      </w:r>
      <w:proofErr w:type="spellEnd"/>
      <w:r w:rsidRPr="00563B50">
        <w:rPr>
          <w:rFonts w:cs="Times New Roman"/>
          <w:szCs w:val="24"/>
        </w:rPr>
        <w:t xml:space="preserve"> </w:t>
      </w:r>
      <w:proofErr w:type="spellStart"/>
      <w:r w:rsidRPr="00563B50">
        <w:rPr>
          <w:rFonts w:cs="Times New Roman"/>
          <w:szCs w:val="24"/>
        </w:rPr>
        <w:t>fizică</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juridică</w:t>
      </w:r>
      <w:proofErr w:type="spellEnd"/>
      <w:r w:rsidRPr="00563B50">
        <w:rPr>
          <w:rFonts w:cs="Times New Roman"/>
          <w:szCs w:val="24"/>
        </w:rPr>
        <w:t xml:space="preserve">, </w:t>
      </w:r>
      <w:proofErr w:type="spellStart"/>
      <w:r w:rsidRPr="00563B50">
        <w:rPr>
          <w:rFonts w:cs="Times New Roman"/>
          <w:szCs w:val="24"/>
        </w:rPr>
        <w:t>autoritatea</w:t>
      </w:r>
      <w:proofErr w:type="spellEnd"/>
      <w:r w:rsidRPr="00563B50">
        <w:rPr>
          <w:rFonts w:cs="Times New Roman"/>
          <w:szCs w:val="24"/>
        </w:rPr>
        <w:t xml:space="preserve"> </w:t>
      </w:r>
      <w:proofErr w:type="spellStart"/>
      <w:r w:rsidRPr="00563B50">
        <w:rPr>
          <w:rFonts w:cs="Times New Roman"/>
          <w:szCs w:val="24"/>
        </w:rPr>
        <w:t>publică</w:t>
      </w:r>
      <w:proofErr w:type="spellEnd"/>
      <w:r w:rsidRPr="00563B50">
        <w:rPr>
          <w:rFonts w:cs="Times New Roman"/>
          <w:szCs w:val="24"/>
        </w:rPr>
        <w:t xml:space="preserve">, </w:t>
      </w:r>
      <w:proofErr w:type="spellStart"/>
      <w:r w:rsidRPr="00563B50">
        <w:rPr>
          <w:rFonts w:cs="Times New Roman"/>
          <w:szCs w:val="24"/>
        </w:rPr>
        <w:t>agenția</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alt organism care, </w:t>
      </w:r>
      <w:proofErr w:type="spellStart"/>
      <w:r w:rsidRPr="00563B50">
        <w:rPr>
          <w:rFonts w:cs="Times New Roman"/>
          <w:szCs w:val="24"/>
        </w:rPr>
        <w:t>singur</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împreună</w:t>
      </w:r>
      <w:proofErr w:type="spellEnd"/>
      <w:r w:rsidRPr="00563B50">
        <w:rPr>
          <w:rFonts w:cs="Times New Roman"/>
          <w:szCs w:val="24"/>
        </w:rPr>
        <w:t xml:space="preserve"> cu </w:t>
      </w:r>
      <w:proofErr w:type="spellStart"/>
      <w:r w:rsidRPr="00563B50">
        <w:rPr>
          <w:rFonts w:cs="Times New Roman"/>
          <w:szCs w:val="24"/>
        </w:rPr>
        <w:t>altele</w:t>
      </w:r>
      <w:proofErr w:type="spellEnd"/>
      <w:r w:rsidRPr="00563B50">
        <w:rPr>
          <w:rFonts w:cs="Times New Roman"/>
          <w:szCs w:val="24"/>
        </w:rPr>
        <w:t xml:space="preserve">, </w:t>
      </w:r>
      <w:proofErr w:type="spellStart"/>
      <w:r w:rsidRPr="00563B50">
        <w:rPr>
          <w:rFonts w:cs="Times New Roman"/>
          <w:szCs w:val="24"/>
        </w:rPr>
        <w:t>stabilește</w:t>
      </w:r>
      <w:proofErr w:type="spellEnd"/>
      <w:r w:rsidRPr="00563B50">
        <w:rPr>
          <w:rFonts w:cs="Times New Roman"/>
          <w:szCs w:val="24"/>
        </w:rPr>
        <w:t xml:space="preserve"> </w:t>
      </w:r>
      <w:proofErr w:type="spellStart"/>
      <w:r w:rsidRPr="00563B50">
        <w:rPr>
          <w:rFonts w:cs="Times New Roman"/>
          <w:szCs w:val="24"/>
        </w:rPr>
        <w:t>scopurile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mijloacele</w:t>
      </w:r>
      <w:proofErr w:type="spellEnd"/>
      <w:r w:rsidRPr="00563B50">
        <w:rPr>
          <w:rFonts w:cs="Times New Roman"/>
          <w:szCs w:val="24"/>
        </w:rPr>
        <w:t xml:space="preserve"> de </w:t>
      </w:r>
      <w:proofErr w:type="spellStart"/>
      <w:r w:rsidRPr="00563B50">
        <w:rPr>
          <w:rFonts w:cs="Times New Roman"/>
          <w:szCs w:val="24"/>
        </w:rPr>
        <w:t>prelucrare</w:t>
      </w:r>
      <w:proofErr w:type="spellEnd"/>
      <w:r w:rsidRPr="00563B50">
        <w:rPr>
          <w:rFonts w:cs="Times New Roman"/>
          <w:szCs w:val="24"/>
        </w:rPr>
        <w:t xml:space="preserve"> a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atunci</w:t>
      </w:r>
      <w:proofErr w:type="spellEnd"/>
      <w:r w:rsidRPr="00563B50">
        <w:rPr>
          <w:rFonts w:cs="Times New Roman"/>
          <w:szCs w:val="24"/>
        </w:rPr>
        <w:t xml:space="preserve"> </w:t>
      </w:r>
      <w:proofErr w:type="spellStart"/>
      <w:r w:rsidRPr="00563B50">
        <w:rPr>
          <w:rFonts w:cs="Times New Roman"/>
          <w:szCs w:val="24"/>
        </w:rPr>
        <w:t>când</w:t>
      </w:r>
      <w:proofErr w:type="spellEnd"/>
      <w:r w:rsidRPr="00563B50">
        <w:rPr>
          <w:rFonts w:cs="Times New Roman"/>
          <w:szCs w:val="24"/>
        </w:rPr>
        <w:t xml:space="preserve"> </w:t>
      </w:r>
      <w:proofErr w:type="spellStart"/>
      <w:r w:rsidRPr="00563B50">
        <w:rPr>
          <w:rFonts w:cs="Times New Roman"/>
          <w:szCs w:val="24"/>
        </w:rPr>
        <w:t>scopurile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mijloacele</w:t>
      </w:r>
      <w:proofErr w:type="spellEnd"/>
      <w:r w:rsidRPr="00563B50">
        <w:rPr>
          <w:rFonts w:cs="Times New Roman"/>
          <w:szCs w:val="24"/>
        </w:rPr>
        <w:t xml:space="preserve"> </w:t>
      </w:r>
      <w:proofErr w:type="spellStart"/>
      <w:r w:rsidRPr="00563B50">
        <w:rPr>
          <w:rFonts w:cs="Times New Roman"/>
          <w:szCs w:val="24"/>
        </w:rPr>
        <w:t>prelucrării</w:t>
      </w:r>
      <w:proofErr w:type="spellEnd"/>
      <w:r w:rsidRPr="00563B50">
        <w:rPr>
          <w:rFonts w:cs="Times New Roman"/>
          <w:szCs w:val="24"/>
        </w:rPr>
        <w:t xml:space="preserve"> sunt </w:t>
      </w:r>
      <w:proofErr w:type="spellStart"/>
      <w:r w:rsidRPr="00563B50">
        <w:rPr>
          <w:rFonts w:cs="Times New Roman"/>
          <w:szCs w:val="24"/>
        </w:rPr>
        <w:t>stabilite</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actele</w:t>
      </w:r>
      <w:proofErr w:type="spellEnd"/>
      <w:r w:rsidRPr="00563B50">
        <w:rPr>
          <w:rFonts w:cs="Times New Roman"/>
          <w:szCs w:val="24"/>
        </w:rPr>
        <w:t xml:space="preserve"> normative, </w:t>
      </w:r>
      <w:proofErr w:type="spellStart"/>
      <w:r w:rsidRPr="00563B50">
        <w:rPr>
          <w:rFonts w:cs="Times New Roman"/>
          <w:szCs w:val="24"/>
        </w:rPr>
        <w:t>operatorul</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criteriile</w:t>
      </w:r>
      <w:proofErr w:type="spellEnd"/>
      <w:r w:rsidRPr="00563B50">
        <w:rPr>
          <w:rFonts w:cs="Times New Roman"/>
          <w:szCs w:val="24"/>
        </w:rPr>
        <w:t xml:space="preserve"> </w:t>
      </w:r>
      <w:proofErr w:type="spellStart"/>
      <w:r w:rsidRPr="00563B50">
        <w:rPr>
          <w:rFonts w:cs="Times New Roman"/>
          <w:szCs w:val="24"/>
        </w:rPr>
        <w:t>specifice</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designationea</w:t>
      </w:r>
      <w:proofErr w:type="spellEnd"/>
      <w:r w:rsidRPr="00563B50">
        <w:rPr>
          <w:rFonts w:cs="Times New Roman"/>
          <w:szCs w:val="24"/>
        </w:rPr>
        <w:t xml:space="preserve"> </w:t>
      </w:r>
      <w:proofErr w:type="spellStart"/>
      <w:r w:rsidRPr="00563B50">
        <w:rPr>
          <w:rFonts w:cs="Times New Roman"/>
          <w:szCs w:val="24"/>
        </w:rPr>
        <w:t>acestuia</w:t>
      </w:r>
      <w:proofErr w:type="spellEnd"/>
      <w:r w:rsidRPr="00563B50">
        <w:rPr>
          <w:rFonts w:cs="Times New Roman"/>
          <w:szCs w:val="24"/>
        </w:rPr>
        <w:t xml:space="preserve"> pot fi </w:t>
      </w:r>
      <w:proofErr w:type="spellStart"/>
      <w:r w:rsidRPr="00563B50">
        <w:rPr>
          <w:rFonts w:cs="Times New Roman"/>
          <w:szCs w:val="24"/>
        </w:rPr>
        <w:t>prevăzute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actele</w:t>
      </w:r>
      <w:proofErr w:type="spellEnd"/>
      <w:r w:rsidRPr="00563B50">
        <w:rPr>
          <w:rFonts w:cs="Times New Roman"/>
          <w:szCs w:val="24"/>
        </w:rPr>
        <w:t xml:space="preserve"> normative;</w:t>
      </w:r>
    </w:p>
    <w:p w14:paraId="3BD6BC25" w14:textId="77777777" w:rsidR="00EE7ED3" w:rsidRPr="00563B50" w:rsidRDefault="00000000">
      <w:pPr>
        <w:numPr>
          <w:ilvl w:val="0"/>
          <w:numId w:val="1"/>
        </w:numPr>
        <w:jc w:val="both"/>
        <w:rPr>
          <w:rFonts w:cs="Times New Roman"/>
          <w:szCs w:val="24"/>
        </w:rPr>
      </w:pPr>
      <w:proofErr w:type="spellStart"/>
      <w:r w:rsidRPr="00563B50">
        <w:rPr>
          <w:rFonts w:cs="Times New Roman"/>
          <w:b/>
          <w:bCs/>
          <w:szCs w:val="24"/>
        </w:rPr>
        <w:t>Persoană</w:t>
      </w:r>
      <w:proofErr w:type="spellEnd"/>
      <w:r w:rsidRPr="00563B50">
        <w:rPr>
          <w:rFonts w:cs="Times New Roman"/>
          <w:b/>
          <w:bCs/>
          <w:szCs w:val="24"/>
        </w:rPr>
        <w:t xml:space="preserve"> </w:t>
      </w:r>
      <w:proofErr w:type="spellStart"/>
      <w:r w:rsidRPr="00563B50">
        <w:rPr>
          <w:rFonts w:cs="Times New Roman"/>
          <w:b/>
          <w:bCs/>
          <w:szCs w:val="24"/>
        </w:rPr>
        <w:t>împuternicită</w:t>
      </w:r>
      <w:proofErr w:type="spellEnd"/>
      <w:r w:rsidRPr="00563B50">
        <w:rPr>
          <w:rFonts w:cs="Times New Roman"/>
          <w:b/>
          <w:bCs/>
          <w:szCs w:val="24"/>
        </w:rPr>
        <w:t xml:space="preserve"> de </w:t>
      </w:r>
      <w:proofErr w:type="spellStart"/>
      <w:r w:rsidRPr="00563B50">
        <w:rPr>
          <w:rFonts w:cs="Times New Roman"/>
          <w:b/>
          <w:bCs/>
          <w:szCs w:val="24"/>
        </w:rPr>
        <w:t>către</w:t>
      </w:r>
      <w:proofErr w:type="spellEnd"/>
      <w:r w:rsidRPr="00563B50">
        <w:rPr>
          <w:rFonts w:cs="Times New Roman"/>
          <w:b/>
          <w:bCs/>
          <w:szCs w:val="24"/>
        </w:rPr>
        <w:t xml:space="preserve"> operator</w:t>
      </w:r>
      <w:r w:rsidRPr="00563B50">
        <w:rPr>
          <w:rFonts w:cs="Times New Roman"/>
          <w:szCs w:val="24"/>
        </w:rPr>
        <w:t xml:space="preserve"> – </w:t>
      </w:r>
      <w:proofErr w:type="spellStart"/>
      <w:r w:rsidRPr="00563B50">
        <w:rPr>
          <w:rFonts w:cs="Times New Roman"/>
          <w:szCs w:val="24"/>
        </w:rPr>
        <w:t>persoana</w:t>
      </w:r>
      <w:proofErr w:type="spellEnd"/>
      <w:r w:rsidRPr="00563B50">
        <w:rPr>
          <w:rFonts w:cs="Times New Roman"/>
          <w:szCs w:val="24"/>
        </w:rPr>
        <w:t xml:space="preserve"> </w:t>
      </w:r>
      <w:proofErr w:type="spellStart"/>
      <w:r w:rsidRPr="00563B50">
        <w:rPr>
          <w:rFonts w:cs="Times New Roman"/>
          <w:szCs w:val="24"/>
        </w:rPr>
        <w:t>fizică</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persoana</w:t>
      </w:r>
      <w:proofErr w:type="spellEnd"/>
      <w:r w:rsidRPr="00563B50">
        <w:rPr>
          <w:rFonts w:cs="Times New Roman"/>
          <w:szCs w:val="24"/>
        </w:rPr>
        <w:t xml:space="preserve"> </w:t>
      </w:r>
      <w:proofErr w:type="spellStart"/>
      <w:r w:rsidRPr="00563B50">
        <w:rPr>
          <w:rFonts w:cs="Times New Roman"/>
          <w:szCs w:val="24"/>
        </w:rPr>
        <w:t>juridică</w:t>
      </w:r>
      <w:proofErr w:type="spellEnd"/>
      <w:r w:rsidRPr="00563B50">
        <w:rPr>
          <w:rFonts w:cs="Times New Roman"/>
          <w:szCs w:val="24"/>
        </w:rPr>
        <w:t xml:space="preserve">, </w:t>
      </w:r>
      <w:proofErr w:type="spellStart"/>
      <w:r w:rsidRPr="00563B50">
        <w:rPr>
          <w:rFonts w:cs="Times New Roman"/>
          <w:szCs w:val="24"/>
        </w:rPr>
        <w:t>autoritatea</w:t>
      </w:r>
      <w:proofErr w:type="spellEnd"/>
      <w:r w:rsidRPr="00563B50">
        <w:rPr>
          <w:rFonts w:cs="Times New Roman"/>
          <w:szCs w:val="24"/>
        </w:rPr>
        <w:t xml:space="preserve"> </w:t>
      </w:r>
      <w:proofErr w:type="spellStart"/>
      <w:r w:rsidRPr="00563B50">
        <w:rPr>
          <w:rFonts w:cs="Times New Roman"/>
          <w:szCs w:val="24"/>
        </w:rPr>
        <w:t>publică</w:t>
      </w:r>
      <w:proofErr w:type="spellEnd"/>
      <w:r w:rsidRPr="00563B50">
        <w:rPr>
          <w:rFonts w:cs="Times New Roman"/>
          <w:szCs w:val="24"/>
        </w:rPr>
        <w:t xml:space="preserve">, </w:t>
      </w:r>
      <w:proofErr w:type="spellStart"/>
      <w:r w:rsidRPr="00563B50">
        <w:rPr>
          <w:rFonts w:cs="Times New Roman"/>
          <w:szCs w:val="24"/>
        </w:rPr>
        <w:t>agenția</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alt organism, care </w:t>
      </w:r>
      <w:proofErr w:type="spellStart"/>
      <w:r w:rsidRPr="00563B50">
        <w:rPr>
          <w:rFonts w:cs="Times New Roman"/>
          <w:szCs w:val="24"/>
        </w:rPr>
        <w:t>prelucrează</w:t>
      </w:r>
      <w:proofErr w:type="spellEnd"/>
      <w:r w:rsidRPr="00563B50">
        <w:rPr>
          <w:rFonts w:cs="Times New Roman"/>
          <w:szCs w:val="24"/>
        </w:rPr>
        <w:t xml:space="preserve"> date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numele</w:t>
      </w:r>
      <w:proofErr w:type="spellEnd"/>
      <w:r w:rsidRPr="00563B50">
        <w:rPr>
          <w:rFonts w:cs="Times New Roman"/>
          <w:szCs w:val="24"/>
        </w:rPr>
        <w:t xml:space="preserve"> </w:t>
      </w:r>
      <w:proofErr w:type="spellStart"/>
      <w:r w:rsidRPr="00563B50">
        <w:rPr>
          <w:rFonts w:cs="Times New Roman"/>
          <w:szCs w:val="24"/>
        </w:rPr>
        <w:t>operatorului</w:t>
      </w:r>
      <w:proofErr w:type="spellEnd"/>
      <w:r w:rsidRPr="00563B50">
        <w:rPr>
          <w:rFonts w:cs="Times New Roman"/>
          <w:szCs w:val="24"/>
        </w:rPr>
        <w:t>;</w:t>
      </w:r>
    </w:p>
    <w:p w14:paraId="37FCA957" w14:textId="77777777" w:rsidR="00EE7ED3" w:rsidRPr="00563B50" w:rsidRDefault="00000000">
      <w:pPr>
        <w:numPr>
          <w:ilvl w:val="0"/>
          <w:numId w:val="1"/>
        </w:numPr>
        <w:jc w:val="both"/>
        <w:rPr>
          <w:rFonts w:cs="Times New Roman"/>
          <w:szCs w:val="24"/>
        </w:rPr>
      </w:pPr>
      <w:proofErr w:type="spellStart"/>
      <w:r w:rsidRPr="00563B50">
        <w:rPr>
          <w:rFonts w:cs="Times New Roman"/>
          <w:b/>
          <w:bCs/>
          <w:szCs w:val="24"/>
        </w:rPr>
        <w:t>Autentificare</w:t>
      </w:r>
      <w:proofErr w:type="spellEnd"/>
      <w:r w:rsidRPr="00563B50">
        <w:rPr>
          <w:rFonts w:cs="Times New Roman"/>
          <w:szCs w:val="24"/>
        </w:rPr>
        <w:t xml:space="preserve"> – </w:t>
      </w:r>
      <w:proofErr w:type="spellStart"/>
      <w:r w:rsidRPr="00563B50">
        <w:rPr>
          <w:rFonts w:cs="Times New Roman"/>
          <w:szCs w:val="24"/>
        </w:rPr>
        <w:t>verificarea</w:t>
      </w:r>
      <w:proofErr w:type="spellEnd"/>
      <w:r w:rsidRPr="00563B50">
        <w:rPr>
          <w:rFonts w:cs="Times New Roman"/>
          <w:szCs w:val="24"/>
        </w:rPr>
        <w:t xml:space="preserve"> </w:t>
      </w:r>
      <w:proofErr w:type="spellStart"/>
      <w:r w:rsidRPr="00563B50">
        <w:rPr>
          <w:rFonts w:cs="Times New Roman"/>
          <w:szCs w:val="24"/>
        </w:rPr>
        <w:t>identificatorului</w:t>
      </w:r>
      <w:proofErr w:type="spellEnd"/>
      <w:r w:rsidRPr="00563B50">
        <w:rPr>
          <w:rFonts w:cs="Times New Roman"/>
          <w:szCs w:val="24"/>
        </w:rPr>
        <w:t xml:space="preserve"> </w:t>
      </w:r>
      <w:proofErr w:type="spellStart"/>
      <w:r w:rsidRPr="00563B50">
        <w:rPr>
          <w:rFonts w:cs="Times New Roman"/>
          <w:szCs w:val="24"/>
        </w:rPr>
        <w:t>atribuit</w:t>
      </w:r>
      <w:proofErr w:type="spellEnd"/>
      <w:r w:rsidRPr="00563B50">
        <w:rPr>
          <w:rFonts w:cs="Times New Roman"/>
          <w:szCs w:val="24"/>
        </w:rPr>
        <w:t xml:space="preserve"> </w:t>
      </w:r>
      <w:proofErr w:type="spellStart"/>
      <w:r w:rsidRPr="00563B50">
        <w:rPr>
          <w:rFonts w:cs="Times New Roman"/>
          <w:szCs w:val="24"/>
        </w:rPr>
        <w:t>subiectului</w:t>
      </w:r>
      <w:proofErr w:type="spellEnd"/>
      <w:r w:rsidRPr="00563B50">
        <w:rPr>
          <w:rFonts w:cs="Times New Roman"/>
          <w:szCs w:val="24"/>
        </w:rPr>
        <w:t xml:space="preserve"> de </w:t>
      </w:r>
      <w:proofErr w:type="spellStart"/>
      <w:r w:rsidRPr="00563B50">
        <w:rPr>
          <w:rFonts w:cs="Times New Roman"/>
          <w:szCs w:val="24"/>
        </w:rPr>
        <w:t>acces</w:t>
      </w:r>
      <w:proofErr w:type="spellEnd"/>
      <w:r w:rsidRPr="00563B50">
        <w:rPr>
          <w:rFonts w:cs="Times New Roman"/>
          <w:szCs w:val="24"/>
        </w:rPr>
        <w:t xml:space="preserve">, </w:t>
      </w:r>
      <w:proofErr w:type="spellStart"/>
      <w:r w:rsidRPr="00563B50">
        <w:rPr>
          <w:rFonts w:cs="Times New Roman"/>
          <w:szCs w:val="24"/>
        </w:rPr>
        <w:t>confirmarea</w:t>
      </w:r>
      <w:proofErr w:type="spellEnd"/>
      <w:r w:rsidRPr="00563B50">
        <w:rPr>
          <w:rFonts w:cs="Times New Roman"/>
          <w:szCs w:val="24"/>
        </w:rPr>
        <w:t xml:space="preserve"> </w:t>
      </w:r>
      <w:proofErr w:type="spellStart"/>
      <w:r w:rsidRPr="00563B50">
        <w:rPr>
          <w:rFonts w:cs="Times New Roman"/>
          <w:szCs w:val="24"/>
        </w:rPr>
        <w:t>autenticității</w:t>
      </w:r>
      <w:proofErr w:type="spellEnd"/>
      <w:r w:rsidRPr="00563B50">
        <w:rPr>
          <w:rFonts w:cs="Times New Roman"/>
          <w:szCs w:val="24"/>
        </w:rPr>
        <w:t xml:space="preserve"> </w:t>
      </w:r>
      <w:proofErr w:type="spellStart"/>
      <w:r w:rsidRPr="00563B50">
        <w:rPr>
          <w:rFonts w:cs="Times New Roman"/>
          <w:szCs w:val="24"/>
        </w:rPr>
        <w:t>acestuia</w:t>
      </w:r>
      <w:proofErr w:type="spellEnd"/>
      <w:r w:rsidRPr="00563B50">
        <w:rPr>
          <w:rFonts w:cs="Times New Roman"/>
          <w:szCs w:val="24"/>
        </w:rPr>
        <w:t>;</w:t>
      </w:r>
    </w:p>
    <w:p w14:paraId="72F93689" w14:textId="77777777" w:rsidR="00EE7ED3" w:rsidRPr="00563B50" w:rsidRDefault="00000000">
      <w:pPr>
        <w:numPr>
          <w:ilvl w:val="0"/>
          <w:numId w:val="1"/>
        </w:numPr>
        <w:jc w:val="both"/>
        <w:rPr>
          <w:rFonts w:cs="Times New Roman"/>
          <w:szCs w:val="24"/>
        </w:rPr>
      </w:pPr>
      <w:proofErr w:type="spellStart"/>
      <w:r w:rsidRPr="00563B50">
        <w:rPr>
          <w:rFonts w:cs="Times New Roman"/>
          <w:b/>
          <w:bCs/>
          <w:szCs w:val="24"/>
        </w:rPr>
        <w:t>Integritate</w:t>
      </w:r>
      <w:proofErr w:type="spellEnd"/>
      <w:r w:rsidRPr="00563B50">
        <w:rPr>
          <w:rFonts w:cs="Times New Roman"/>
          <w:szCs w:val="24"/>
        </w:rPr>
        <w:t xml:space="preserve"> – </w:t>
      </w:r>
      <w:proofErr w:type="spellStart"/>
      <w:r w:rsidRPr="00563B50">
        <w:rPr>
          <w:rFonts w:cs="Times New Roman"/>
          <w:szCs w:val="24"/>
        </w:rPr>
        <w:t>certitudinea</w:t>
      </w:r>
      <w:proofErr w:type="spellEnd"/>
      <w:r w:rsidRPr="00563B50">
        <w:rPr>
          <w:rFonts w:cs="Times New Roman"/>
          <w:szCs w:val="24"/>
        </w:rPr>
        <w:t xml:space="preserve">, </w:t>
      </w:r>
      <w:proofErr w:type="spellStart"/>
      <w:r w:rsidRPr="00563B50">
        <w:rPr>
          <w:rFonts w:cs="Times New Roman"/>
          <w:szCs w:val="24"/>
        </w:rPr>
        <w:t>necontradictorialitatea</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actualitatea</w:t>
      </w:r>
      <w:proofErr w:type="spellEnd"/>
      <w:r w:rsidRPr="00563B50">
        <w:rPr>
          <w:rFonts w:cs="Times New Roman"/>
          <w:szCs w:val="24"/>
        </w:rPr>
        <w:t xml:space="preserve"> </w:t>
      </w:r>
      <w:proofErr w:type="spellStart"/>
      <w:r w:rsidRPr="00563B50">
        <w:rPr>
          <w:rFonts w:cs="Times New Roman"/>
          <w:szCs w:val="24"/>
        </w:rPr>
        <w:t>informației</w:t>
      </w:r>
      <w:proofErr w:type="spellEnd"/>
      <w:r w:rsidRPr="00563B50">
        <w:rPr>
          <w:rFonts w:cs="Times New Roman"/>
          <w:szCs w:val="24"/>
        </w:rPr>
        <w:t xml:space="preserve"> care </w:t>
      </w:r>
      <w:proofErr w:type="spellStart"/>
      <w:r w:rsidRPr="00563B50">
        <w:rPr>
          <w:rFonts w:cs="Times New Roman"/>
          <w:szCs w:val="24"/>
        </w:rPr>
        <w:t>conține</w:t>
      </w:r>
      <w:proofErr w:type="spellEnd"/>
      <w:r w:rsidRPr="00563B50">
        <w:rPr>
          <w:rFonts w:cs="Times New Roman"/>
          <w:szCs w:val="24"/>
        </w:rPr>
        <w:t xml:space="preserve"> date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protecția</w:t>
      </w:r>
      <w:proofErr w:type="spellEnd"/>
      <w:r w:rsidRPr="00563B50">
        <w:rPr>
          <w:rFonts w:cs="Times New Roman"/>
          <w:szCs w:val="24"/>
        </w:rPr>
        <w:t xml:space="preserve"> </w:t>
      </w:r>
      <w:proofErr w:type="spellStart"/>
      <w:r w:rsidRPr="00563B50">
        <w:rPr>
          <w:rFonts w:cs="Times New Roman"/>
          <w:szCs w:val="24"/>
        </w:rPr>
        <w:t>ei</w:t>
      </w:r>
      <w:proofErr w:type="spellEnd"/>
      <w:r w:rsidRPr="00563B50">
        <w:rPr>
          <w:rFonts w:cs="Times New Roman"/>
          <w:szCs w:val="24"/>
        </w:rPr>
        <w:t xml:space="preserve"> de </w:t>
      </w:r>
      <w:proofErr w:type="spellStart"/>
      <w:r w:rsidRPr="00563B50">
        <w:rPr>
          <w:rFonts w:cs="Times New Roman"/>
          <w:szCs w:val="24"/>
        </w:rPr>
        <w:t>distrugere</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modificare</w:t>
      </w:r>
      <w:proofErr w:type="spellEnd"/>
      <w:r w:rsidRPr="00563B50">
        <w:rPr>
          <w:rFonts w:cs="Times New Roman"/>
          <w:szCs w:val="24"/>
        </w:rPr>
        <w:t xml:space="preserve"> </w:t>
      </w:r>
      <w:proofErr w:type="spellStart"/>
      <w:r w:rsidRPr="00563B50">
        <w:rPr>
          <w:rFonts w:cs="Times New Roman"/>
          <w:szCs w:val="24"/>
        </w:rPr>
        <w:t>neautorizată</w:t>
      </w:r>
      <w:proofErr w:type="spellEnd"/>
      <w:r w:rsidRPr="00563B50">
        <w:rPr>
          <w:rFonts w:cs="Times New Roman"/>
          <w:szCs w:val="24"/>
        </w:rPr>
        <w:t>;</w:t>
      </w:r>
    </w:p>
    <w:p w14:paraId="5DAE0DFE" w14:textId="77777777" w:rsidR="00EE7ED3" w:rsidRPr="00563B50" w:rsidRDefault="00000000">
      <w:pPr>
        <w:numPr>
          <w:ilvl w:val="0"/>
          <w:numId w:val="1"/>
        </w:numPr>
        <w:jc w:val="both"/>
        <w:rPr>
          <w:rFonts w:cs="Times New Roman"/>
          <w:szCs w:val="24"/>
        </w:rPr>
      </w:pPr>
      <w:r>
        <w:rPr>
          <w:rFonts w:cs="Times New Roman"/>
          <w:b/>
          <w:bCs/>
          <w:szCs w:val="24"/>
          <w:lang w:val="ro-RO"/>
        </w:rPr>
        <w:t xml:space="preserve">Regulamentul general </w:t>
      </w:r>
      <w:proofErr w:type="spellStart"/>
      <w:r w:rsidRPr="00563B50">
        <w:rPr>
          <w:rFonts w:cs="Times New Roman"/>
          <w:b/>
          <w:bCs/>
          <w:szCs w:val="24"/>
        </w:rPr>
        <w:t>privind</w:t>
      </w:r>
      <w:proofErr w:type="spellEnd"/>
      <w:r w:rsidRPr="00563B50">
        <w:rPr>
          <w:rFonts w:cs="Times New Roman"/>
          <w:b/>
          <w:bCs/>
          <w:szCs w:val="24"/>
        </w:rPr>
        <w:t xml:space="preserve"> </w:t>
      </w:r>
      <w:proofErr w:type="spellStart"/>
      <w:r w:rsidRPr="00563B50">
        <w:rPr>
          <w:rFonts w:cs="Times New Roman"/>
          <w:b/>
          <w:bCs/>
          <w:szCs w:val="24"/>
        </w:rPr>
        <w:t>protecția</w:t>
      </w:r>
      <w:proofErr w:type="spellEnd"/>
      <w:r w:rsidRPr="00563B50">
        <w:rPr>
          <w:rFonts w:cs="Times New Roman"/>
          <w:b/>
          <w:bCs/>
          <w:szCs w:val="24"/>
        </w:rPr>
        <w:t xml:space="preserve"> </w:t>
      </w:r>
      <w:proofErr w:type="spellStart"/>
      <w:r w:rsidRPr="00563B50">
        <w:rPr>
          <w:rFonts w:cs="Times New Roman"/>
          <w:b/>
          <w:bCs/>
          <w:szCs w:val="24"/>
        </w:rPr>
        <w:t>datelor</w:t>
      </w:r>
      <w:proofErr w:type="spellEnd"/>
      <w:r w:rsidRPr="00563B50">
        <w:rPr>
          <w:rFonts w:cs="Times New Roman"/>
          <w:b/>
          <w:bCs/>
          <w:szCs w:val="24"/>
        </w:rPr>
        <w:t xml:space="preserve"> cu </w:t>
      </w:r>
      <w:proofErr w:type="spellStart"/>
      <w:r w:rsidRPr="00563B50">
        <w:rPr>
          <w:rFonts w:cs="Times New Roman"/>
          <w:b/>
          <w:bCs/>
          <w:szCs w:val="24"/>
        </w:rPr>
        <w:t>caracter</w:t>
      </w:r>
      <w:proofErr w:type="spellEnd"/>
      <w:r w:rsidRPr="00563B50">
        <w:rPr>
          <w:rFonts w:cs="Times New Roman"/>
          <w:b/>
          <w:bCs/>
          <w:szCs w:val="24"/>
        </w:rPr>
        <w:t xml:space="preserve"> personal</w:t>
      </w:r>
      <w:r w:rsidRPr="00563B50">
        <w:rPr>
          <w:rFonts w:cs="Times New Roman"/>
          <w:szCs w:val="24"/>
        </w:rPr>
        <w:t xml:space="preserve"> – document, </w:t>
      </w:r>
      <w:proofErr w:type="spellStart"/>
      <w:r w:rsidRPr="00563B50">
        <w:rPr>
          <w:rFonts w:cs="Times New Roman"/>
          <w:szCs w:val="24"/>
        </w:rPr>
        <w:t>elaborat</w:t>
      </w:r>
      <w:proofErr w:type="spellEnd"/>
      <w:r w:rsidRPr="00563B50">
        <w:rPr>
          <w:rFonts w:cs="Times New Roman"/>
          <w:szCs w:val="24"/>
        </w:rPr>
        <w:t xml:space="preserve"> de </w:t>
      </w:r>
      <w:proofErr w:type="spellStart"/>
      <w:r w:rsidRPr="00563B50">
        <w:rPr>
          <w:rFonts w:cs="Times New Roman"/>
          <w:szCs w:val="24"/>
        </w:rPr>
        <w:t>către</w:t>
      </w:r>
      <w:proofErr w:type="spellEnd"/>
      <w:r w:rsidRPr="00563B50">
        <w:rPr>
          <w:rFonts w:cs="Times New Roman"/>
          <w:szCs w:val="24"/>
        </w:rPr>
        <w:t xml:space="preserve"> </w:t>
      </w:r>
      <w:proofErr w:type="spellStart"/>
      <w:r w:rsidRPr="00563B50">
        <w:rPr>
          <w:rFonts w:cs="Times New Roman"/>
          <w:szCs w:val="24"/>
        </w:rPr>
        <w:t>operatorul</w:t>
      </w:r>
      <w:proofErr w:type="spellEnd"/>
      <w:r w:rsidRPr="00563B50">
        <w:rPr>
          <w:rFonts w:cs="Times New Roman"/>
          <w:szCs w:val="24"/>
        </w:rPr>
        <w:t xml:space="preserve"> de date – </w:t>
      </w:r>
      <w:r w:rsidRPr="00B47780">
        <w:rPr>
          <w:rFonts w:cs="Times New Roman"/>
          <w:b/>
          <w:bCs/>
          <w:szCs w:val="24"/>
        </w:rPr>
        <w:t>PRIMĂRIA SATULUI MERENI</w:t>
      </w:r>
      <w:r w:rsidRPr="00563B50">
        <w:rPr>
          <w:rFonts w:cs="Times New Roman"/>
          <w:szCs w:val="24"/>
        </w:rPr>
        <w:t xml:space="preserve">, care </w:t>
      </w:r>
      <w:proofErr w:type="spellStart"/>
      <w:r w:rsidRPr="00563B50">
        <w:rPr>
          <w:rFonts w:cs="Times New Roman"/>
          <w:szCs w:val="24"/>
        </w:rPr>
        <w:t>oferă</w:t>
      </w:r>
      <w:proofErr w:type="spellEnd"/>
      <w:r w:rsidRPr="00563B50">
        <w:rPr>
          <w:rFonts w:cs="Times New Roman"/>
          <w:szCs w:val="24"/>
        </w:rPr>
        <w:t xml:space="preserve"> o </w:t>
      </w:r>
      <w:proofErr w:type="spellStart"/>
      <w:r w:rsidRPr="00563B50">
        <w:rPr>
          <w:rFonts w:cs="Times New Roman"/>
          <w:szCs w:val="24"/>
        </w:rPr>
        <w:t>descriere</w:t>
      </w:r>
      <w:proofErr w:type="spellEnd"/>
      <w:r w:rsidRPr="00563B50">
        <w:rPr>
          <w:rFonts w:cs="Times New Roman"/>
          <w:szCs w:val="24"/>
        </w:rPr>
        <w:t xml:space="preserve"> </w:t>
      </w:r>
      <w:proofErr w:type="spellStart"/>
      <w:r w:rsidRPr="00563B50">
        <w:rPr>
          <w:rFonts w:cs="Times New Roman"/>
          <w:szCs w:val="24"/>
        </w:rPr>
        <w:t>precisă</w:t>
      </w:r>
      <w:proofErr w:type="spellEnd"/>
      <w:r w:rsidRPr="00563B50">
        <w:rPr>
          <w:rFonts w:cs="Times New Roman"/>
          <w:szCs w:val="24"/>
        </w:rPr>
        <w:t xml:space="preserve"> a </w:t>
      </w:r>
      <w:proofErr w:type="spellStart"/>
      <w:r w:rsidRPr="00563B50">
        <w:rPr>
          <w:rFonts w:cs="Times New Roman"/>
          <w:szCs w:val="24"/>
        </w:rPr>
        <w:t>măsurilor</w:t>
      </w:r>
      <w:proofErr w:type="spellEnd"/>
      <w:r w:rsidRPr="00563B50">
        <w:rPr>
          <w:rFonts w:cs="Times New Roman"/>
          <w:szCs w:val="24"/>
        </w:rPr>
        <w:t xml:space="preserve"> de </w:t>
      </w:r>
      <w:proofErr w:type="spellStart"/>
      <w:r w:rsidRPr="00563B50">
        <w:rPr>
          <w:rFonts w:cs="Times New Roman"/>
          <w:szCs w:val="24"/>
        </w:rPr>
        <w:t>securitate</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trăsăturilor</w:t>
      </w:r>
      <w:proofErr w:type="spellEnd"/>
      <w:r w:rsidRPr="00563B50">
        <w:rPr>
          <w:rFonts w:cs="Times New Roman"/>
          <w:szCs w:val="24"/>
        </w:rPr>
        <w:t xml:space="preserve"> de </w:t>
      </w:r>
      <w:proofErr w:type="spellStart"/>
      <w:r w:rsidRPr="00563B50">
        <w:rPr>
          <w:rFonts w:cs="Times New Roman"/>
          <w:szCs w:val="24"/>
        </w:rPr>
        <w:t>protecție</w:t>
      </w:r>
      <w:proofErr w:type="spellEnd"/>
      <w:r w:rsidRPr="00563B50">
        <w:rPr>
          <w:rFonts w:cs="Times New Roman"/>
          <w:szCs w:val="24"/>
        </w:rPr>
        <w:t xml:space="preserve"> </w:t>
      </w:r>
      <w:proofErr w:type="spellStart"/>
      <w:r w:rsidRPr="00563B50">
        <w:rPr>
          <w:rFonts w:cs="Times New Roman"/>
          <w:szCs w:val="24"/>
        </w:rPr>
        <w:t>selectate</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securitatea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ţinându</w:t>
      </w:r>
      <w:proofErr w:type="spellEnd"/>
      <w:r w:rsidRPr="00563B50">
        <w:rPr>
          <w:rFonts w:cs="Times New Roman"/>
          <w:szCs w:val="24"/>
        </w:rPr>
        <w:t xml:space="preserve">-se </w:t>
      </w:r>
      <w:proofErr w:type="spellStart"/>
      <w:r w:rsidRPr="00563B50">
        <w:rPr>
          <w:rFonts w:cs="Times New Roman"/>
          <w:szCs w:val="24"/>
        </w:rPr>
        <w:t>cont</w:t>
      </w:r>
      <w:proofErr w:type="spellEnd"/>
      <w:r w:rsidRPr="00563B50">
        <w:rPr>
          <w:rFonts w:cs="Times New Roman"/>
          <w:szCs w:val="24"/>
        </w:rPr>
        <w:t xml:space="preserve"> de </w:t>
      </w:r>
      <w:proofErr w:type="spellStart"/>
      <w:r w:rsidRPr="00563B50">
        <w:rPr>
          <w:rFonts w:cs="Times New Roman"/>
          <w:szCs w:val="24"/>
        </w:rPr>
        <w:t>potențialele</w:t>
      </w:r>
      <w:proofErr w:type="spellEnd"/>
      <w:r w:rsidRPr="00563B50">
        <w:rPr>
          <w:rFonts w:cs="Times New Roman"/>
          <w:szCs w:val="24"/>
        </w:rPr>
        <w:t xml:space="preserve"> </w:t>
      </w:r>
      <w:proofErr w:type="spellStart"/>
      <w:r w:rsidRPr="00563B50">
        <w:rPr>
          <w:rFonts w:cs="Times New Roman"/>
          <w:szCs w:val="24"/>
        </w:rPr>
        <w:t>pericole</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prelucrate</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riscurile</w:t>
      </w:r>
      <w:proofErr w:type="spellEnd"/>
      <w:r w:rsidRPr="00563B50">
        <w:rPr>
          <w:rFonts w:cs="Times New Roman"/>
          <w:szCs w:val="24"/>
        </w:rPr>
        <w:t xml:space="preserve"> </w:t>
      </w:r>
      <w:proofErr w:type="spellStart"/>
      <w:r w:rsidRPr="00563B50">
        <w:rPr>
          <w:rFonts w:cs="Times New Roman"/>
          <w:szCs w:val="24"/>
        </w:rPr>
        <w:t>reale</w:t>
      </w:r>
      <w:proofErr w:type="spellEnd"/>
      <w:r w:rsidRPr="00563B50">
        <w:rPr>
          <w:rFonts w:cs="Times New Roman"/>
          <w:szCs w:val="24"/>
        </w:rPr>
        <w:t xml:space="preserve"> la care </w:t>
      </w:r>
      <w:proofErr w:type="spellStart"/>
      <w:r w:rsidRPr="00563B50">
        <w:rPr>
          <w:rFonts w:cs="Times New Roman"/>
          <w:szCs w:val="24"/>
        </w:rPr>
        <w:t>sânt</w:t>
      </w:r>
      <w:proofErr w:type="spellEnd"/>
      <w:r w:rsidRPr="00563B50">
        <w:rPr>
          <w:rFonts w:cs="Times New Roman"/>
          <w:szCs w:val="24"/>
        </w:rPr>
        <w:t xml:space="preserve"> </w:t>
      </w:r>
      <w:proofErr w:type="spellStart"/>
      <w:r w:rsidRPr="00563B50">
        <w:rPr>
          <w:rFonts w:cs="Times New Roman"/>
          <w:szCs w:val="24"/>
        </w:rPr>
        <w:t>expuse</w:t>
      </w:r>
      <w:proofErr w:type="spellEnd"/>
      <w:r w:rsidRPr="00563B50">
        <w:rPr>
          <w:rFonts w:cs="Times New Roman"/>
          <w:szCs w:val="24"/>
        </w:rPr>
        <w:t xml:space="preserve"> </w:t>
      </w:r>
      <w:proofErr w:type="spellStart"/>
      <w:r w:rsidRPr="00563B50">
        <w:rPr>
          <w:rFonts w:cs="Times New Roman"/>
          <w:szCs w:val="24"/>
        </w:rPr>
        <w:t>acestea</w:t>
      </w:r>
      <w:proofErr w:type="spellEnd"/>
      <w:r w:rsidRPr="00563B50">
        <w:rPr>
          <w:rFonts w:cs="Times New Roman"/>
          <w:szCs w:val="24"/>
        </w:rPr>
        <w:t>;</w:t>
      </w:r>
    </w:p>
    <w:p w14:paraId="795BBC96" w14:textId="77777777" w:rsidR="00EE7ED3" w:rsidRPr="00563B50" w:rsidRDefault="00000000">
      <w:pPr>
        <w:numPr>
          <w:ilvl w:val="0"/>
          <w:numId w:val="1"/>
        </w:numPr>
        <w:jc w:val="both"/>
        <w:rPr>
          <w:rFonts w:cs="Times New Roman"/>
          <w:szCs w:val="24"/>
        </w:rPr>
      </w:pPr>
      <w:proofErr w:type="spellStart"/>
      <w:r w:rsidRPr="00563B50">
        <w:rPr>
          <w:rFonts w:cs="Times New Roman"/>
          <w:b/>
          <w:bCs/>
          <w:szCs w:val="24"/>
        </w:rPr>
        <w:t>Perimetru</w:t>
      </w:r>
      <w:proofErr w:type="spellEnd"/>
      <w:r w:rsidRPr="00563B50">
        <w:rPr>
          <w:rFonts w:cs="Times New Roman"/>
          <w:b/>
          <w:bCs/>
          <w:szCs w:val="24"/>
        </w:rPr>
        <w:t xml:space="preserve"> de </w:t>
      </w:r>
      <w:proofErr w:type="spellStart"/>
      <w:r w:rsidRPr="00563B50">
        <w:rPr>
          <w:rFonts w:cs="Times New Roman"/>
          <w:b/>
          <w:bCs/>
          <w:szCs w:val="24"/>
        </w:rPr>
        <w:t>securitate</w:t>
      </w:r>
      <w:proofErr w:type="spellEnd"/>
      <w:r w:rsidRPr="00563B50">
        <w:rPr>
          <w:rFonts w:cs="Times New Roman"/>
          <w:szCs w:val="24"/>
        </w:rPr>
        <w:t xml:space="preserve"> – zona care </w:t>
      </w:r>
      <w:proofErr w:type="spellStart"/>
      <w:r w:rsidRPr="00563B50">
        <w:rPr>
          <w:rFonts w:cs="Times New Roman"/>
          <w:szCs w:val="24"/>
        </w:rPr>
        <w:t>reprezintă</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sine o </w:t>
      </w:r>
      <w:proofErr w:type="spellStart"/>
      <w:r w:rsidRPr="00563B50">
        <w:rPr>
          <w:rFonts w:cs="Times New Roman"/>
          <w:szCs w:val="24"/>
        </w:rPr>
        <w:t>barieră</w:t>
      </w:r>
      <w:proofErr w:type="spellEnd"/>
      <w:r w:rsidRPr="00563B50">
        <w:rPr>
          <w:rFonts w:cs="Times New Roman"/>
          <w:szCs w:val="24"/>
        </w:rPr>
        <w:t xml:space="preserve"> de </w:t>
      </w:r>
      <w:proofErr w:type="spellStart"/>
      <w:r w:rsidRPr="00563B50">
        <w:rPr>
          <w:rFonts w:cs="Times New Roman"/>
          <w:szCs w:val="24"/>
        </w:rPr>
        <w:t>trecere</w:t>
      </w:r>
      <w:proofErr w:type="spellEnd"/>
      <w:r w:rsidRPr="00563B50">
        <w:rPr>
          <w:rFonts w:cs="Times New Roman"/>
          <w:szCs w:val="24"/>
        </w:rPr>
        <w:t xml:space="preserve"> </w:t>
      </w:r>
      <w:proofErr w:type="spellStart"/>
      <w:r w:rsidRPr="00563B50">
        <w:rPr>
          <w:rFonts w:cs="Times New Roman"/>
          <w:szCs w:val="24"/>
        </w:rPr>
        <w:t>asigurată</w:t>
      </w:r>
      <w:proofErr w:type="spellEnd"/>
      <w:r w:rsidRPr="00563B50">
        <w:rPr>
          <w:rFonts w:cs="Times New Roman"/>
          <w:szCs w:val="24"/>
        </w:rPr>
        <w:t xml:space="preserve"> cu </w:t>
      </w:r>
      <w:proofErr w:type="spellStart"/>
      <w:r w:rsidRPr="00563B50">
        <w:rPr>
          <w:rFonts w:cs="Times New Roman"/>
          <w:szCs w:val="24"/>
        </w:rPr>
        <w:t>mijloace</w:t>
      </w:r>
      <w:proofErr w:type="spellEnd"/>
      <w:r w:rsidRPr="00563B50">
        <w:rPr>
          <w:rFonts w:cs="Times New Roman"/>
          <w:szCs w:val="24"/>
        </w:rPr>
        <w:t xml:space="preserve"> de control </w:t>
      </w:r>
      <w:proofErr w:type="spellStart"/>
      <w:r w:rsidRPr="00563B50">
        <w:rPr>
          <w:rFonts w:cs="Times New Roman"/>
          <w:szCs w:val="24"/>
        </w:rPr>
        <w:t>fizic</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tehnic</w:t>
      </w:r>
      <w:proofErr w:type="spellEnd"/>
      <w:r w:rsidRPr="00563B50">
        <w:rPr>
          <w:rFonts w:cs="Times New Roman"/>
          <w:szCs w:val="24"/>
        </w:rPr>
        <w:t xml:space="preserve"> al </w:t>
      </w:r>
      <w:proofErr w:type="spellStart"/>
      <w:r w:rsidRPr="00563B50">
        <w:rPr>
          <w:rFonts w:cs="Times New Roman"/>
          <w:szCs w:val="24"/>
        </w:rPr>
        <w:t>accesului</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cadrul</w:t>
      </w:r>
      <w:proofErr w:type="spellEnd"/>
      <w:r w:rsidRPr="00563B50">
        <w:rPr>
          <w:rFonts w:cs="Times New Roman"/>
          <w:szCs w:val="24"/>
        </w:rPr>
        <w:t xml:space="preserve"> </w:t>
      </w:r>
      <w:proofErr w:type="spellStart"/>
      <w:r w:rsidRPr="00563B50">
        <w:rPr>
          <w:rFonts w:cs="Times New Roman"/>
          <w:szCs w:val="24"/>
        </w:rPr>
        <w:t>sediului</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birourilor</w:t>
      </w:r>
      <w:proofErr w:type="spellEnd"/>
      <w:r w:rsidRPr="00563B50">
        <w:rPr>
          <w:rFonts w:cs="Times New Roman"/>
          <w:szCs w:val="24"/>
        </w:rPr>
        <w:t xml:space="preserve"> </w:t>
      </w:r>
      <w:proofErr w:type="spellStart"/>
      <w:r w:rsidRPr="00563B50">
        <w:rPr>
          <w:rFonts w:cs="Times New Roman"/>
          <w:szCs w:val="24"/>
        </w:rPr>
        <w:t>autorității</w:t>
      </w:r>
      <w:proofErr w:type="spellEnd"/>
      <w:r w:rsidRPr="00563B50">
        <w:rPr>
          <w:rFonts w:cs="Times New Roman"/>
          <w:szCs w:val="24"/>
        </w:rPr>
        <w:t xml:space="preserve"> </w:t>
      </w:r>
      <w:proofErr w:type="spellStart"/>
      <w:r w:rsidRPr="00563B50">
        <w:rPr>
          <w:rFonts w:cs="Times New Roman"/>
          <w:szCs w:val="24"/>
        </w:rPr>
        <w:t>publice</w:t>
      </w:r>
      <w:proofErr w:type="spellEnd"/>
      <w:r w:rsidRPr="00563B50">
        <w:rPr>
          <w:rFonts w:cs="Times New Roman"/>
          <w:szCs w:val="24"/>
        </w:rPr>
        <w:t>;</w:t>
      </w:r>
    </w:p>
    <w:p w14:paraId="4F5EB53C" w14:textId="77777777" w:rsidR="00EE7ED3" w:rsidRPr="00563B50" w:rsidRDefault="00000000">
      <w:pPr>
        <w:numPr>
          <w:ilvl w:val="0"/>
          <w:numId w:val="1"/>
        </w:numPr>
        <w:jc w:val="both"/>
        <w:rPr>
          <w:rFonts w:cs="Times New Roman"/>
          <w:szCs w:val="24"/>
        </w:rPr>
      </w:pPr>
      <w:proofErr w:type="spellStart"/>
      <w:r w:rsidRPr="00563B50">
        <w:rPr>
          <w:rFonts w:cs="Times New Roman"/>
          <w:b/>
          <w:bCs/>
          <w:szCs w:val="24"/>
        </w:rPr>
        <w:t>Purtător</w:t>
      </w:r>
      <w:proofErr w:type="spellEnd"/>
      <w:r w:rsidRPr="00563B50">
        <w:rPr>
          <w:rFonts w:cs="Times New Roman"/>
          <w:b/>
          <w:bCs/>
          <w:szCs w:val="24"/>
        </w:rPr>
        <w:t xml:space="preserve"> de date cu </w:t>
      </w:r>
      <w:proofErr w:type="spellStart"/>
      <w:r w:rsidRPr="00563B50">
        <w:rPr>
          <w:rFonts w:cs="Times New Roman"/>
          <w:b/>
          <w:bCs/>
          <w:szCs w:val="24"/>
        </w:rPr>
        <w:t>caracter</w:t>
      </w:r>
      <w:proofErr w:type="spellEnd"/>
      <w:r w:rsidRPr="00563B50">
        <w:rPr>
          <w:rFonts w:cs="Times New Roman"/>
          <w:b/>
          <w:bCs/>
          <w:szCs w:val="24"/>
        </w:rPr>
        <w:t xml:space="preserve"> personal</w:t>
      </w:r>
      <w:r w:rsidRPr="00563B50">
        <w:rPr>
          <w:rFonts w:cs="Times New Roman"/>
          <w:szCs w:val="24"/>
        </w:rPr>
        <w:t xml:space="preserve"> – </w:t>
      </w:r>
      <w:proofErr w:type="spellStart"/>
      <w:r w:rsidRPr="00563B50">
        <w:rPr>
          <w:rFonts w:cs="Times New Roman"/>
          <w:szCs w:val="24"/>
        </w:rPr>
        <w:t>suport</w:t>
      </w:r>
      <w:proofErr w:type="spellEnd"/>
      <w:r w:rsidRPr="00563B50">
        <w:rPr>
          <w:rFonts w:cs="Times New Roman"/>
          <w:szCs w:val="24"/>
        </w:rPr>
        <w:t xml:space="preserve"> magnetic, optic, laser, de </w:t>
      </w:r>
      <w:proofErr w:type="spellStart"/>
      <w:r w:rsidRPr="00563B50">
        <w:rPr>
          <w:rFonts w:cs="Times New Roman"/>
          <w:szCs w:val="24"/>
        </w:rPr>
        <w:t>hârtie</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alt </w:t>
      </w:r>
      <w:proofErr w:type="spellStart"/>
      <w:r w:rsidRPr="00563B50">
        <w:rPr>
          <w:rFonts w:cs="Times New Roman"/>
          <w:szCs w:val="24"/>
        </w:rPr>
        <w:t>suport</w:t>
      </w:r>
      <w:proofErr w:type="spellEnd"/>
      <w:r w:rsidRPr="00563B50">
        <w:rPr>
          <w:rFonts w:cs="Times New Roman"/>
          <w:szCs w:val="24"/>
        </w:rPr>
        <w:t xml:space="preserve"> al </w:t>
      </w:r>
      <w:proofErr w:type="spellStart"/>
      <w:r w:rsidRPr="00563B50">
        <w:rPr>
          <w:rFonts w:cs="Times New Roman"/>
          <w:szCs w:val="24"/>
        </w:rPr>
        <w:t>informației</w:t>
      </w:r>
      <w:proofErr w:type="spellEnd"/>
      <w:r w:rsidRPr="00563B50">
        <w:rPr>
          <w:rFonts w:cs="Times New Roman"/>
          <w:szCs w:val="24"/>
        </w:rPr>
        <w:t xml:space="preserve">, pe care se </w:t>
      </w:r>
      <w:proofErr w:type="spellStart"/>
      <w:r w:rsidRPr="00563B50">
        <w:rPr>
          <w:rFonts w:cs="Times New Roman"/>
          <w:szCs w:val="24"/>
        </w:rPr>
        <w:t>creează</w:t>
      </w:r>
      <w:proofErr w:type="spellEnd"/>
      <w:r w:rsidRPr="00563B50">
        <w:rPr>
          <w:rFonts w:cs="Times New Roman"/>
          <w:szCs w:val="24"/>
        </w:rPr>
        <w:t xml:space="preserve">, se </w:t>
      </w:r>
      <w:proofErr w:type="spellStart"/>
      <w:r w:rsidRPr="00563B50">
        <w:rPr>
          <w:rFonts w:cs="Times New Roman"/>
          <w:szCs w:val="24"/>
        </w:rPr>
        <w:t>fixează</w:t>
      </w:r>
      <w:proofErr w:type="spellEnd"/>
      <w:r w:rsidRPr="00563B50">
        <w:rPr>
          <w:rFonts w:cs="Times New Roman"/>
          <w:szCs w:val="24"/>
        </w:rPr>
        <w:t xml:space="preserve">, se </w:t>
      </w:r>
      <w:proofErr w:type="spellStart"/>
      <w:r w:rsidRPr="00563B50">
        <w:rPr>
          <w:rFonts w:cs="Times New Roman"/>
          <w:szCs w:val="24"/>
        </w:rPr>
        <w:t>transmite</w:t>
      </w:r>
      <w:proofErr w:type="spellEnd"/>
      <w:r w:rsidRPr="00563B50">
        <w:rPr>
          <w:rFonts w:cs="Times New Roman"/>
          <w:szCs w:val="24"/>
        </w:rPr>
        <w:t xml:space="preserve">, se </w:t>
      </w:r>
      <w:proofErr w:type="spellStart"/>
      <w:r w:rsidRPr="00563B50">
        <w:rPr>
          <w:rFonts w:cs="Times New Roman"/>
          <w:szCs w:val="24"/>
        </w:rPr>
        <w:t>recepționează</w:t>
      </w:r>
      <w:proofErr w:type="spellEnd"/>
      <w:r w:rsidRPr="00563B50">
        <w:rPr>
          <w:rFonts w:cs="Times New Roman"/>
          <w:szCs w:val="24"/>
        </w:rPr>
        <w:t xml:space="preserve">, se </w:t>
      </w:r>
      <w:proofErr w:type="spellStart"/>
      <w:r w:rsidRPr="00563B50">
        <w:rPr>
          <w:rFonts w:cs="Times New Roman"/>
          <w:szCs w:val="24"/>
        </w:rPr>
        <w:t>păstrează</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alt mod, se </w:t>
      </w:r>
      <w:proofErr w:type="spellStart"/>
      <w:r w:rsidRPr="00563B50">
        <w:rPr>
          <w:rFonts w:cs="Times New Roman"/>
          <w:szCs w:val="24"/>
        </w:rPr>
        <w:t>utilizează</w:t>
      </w:r>
      <w:proofErr w:type="spellEnd"/>
      <w:r w:rsidRPr="00563B50">
        <w:rPr>
          <w:rFonts w:cs="Times New Roman"/>
          <w:szCs w:val="24"/>
        </w:rPr>
        <w:t xml:space="preserve"> </w:t>
      </w:r>
      <w:proofErr w:type="spellStart"/>
      <w:r w:rsidRPr="00563B50">
        <w:rPr>
          <w:rFonts w:cs="Times New Roman"/>
          <w:szCs w:val="24"/>
        </w:rPr>
        <w:t>documentul</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care </w:t>
      </w:r>
      <w:proofErr w:type="spellStart"/>
      <w:r w:rsidRPr="00563B50">
        <w:rPr>
          <w:rFonts w:cs="Times New Roman"/>
          <w:szCs w:val="24"/>
        </w:rPr>
        <w:t>permite</w:t>
      </w:r>
      <w:proofErr w:type="spellEnd"/>
      <w:r w:rsidRPr="00563B50">
        <w:rPr>
          <w:rFonts w:cs="Times New Roman"/>
          <w:szCs w:val="24"/>
        </w:rPr>
        <w:t xml:space="preserve"> </w:t>
      </w:r>
      <w:proofErr w:type="spellStart"/>
      <w:r w:rsidRPr="00563B50">
        <w:rPr>
          <w:rFonts w:cs="Times New Roman"/>
          <w:szCs w:val="24"/>
        </w:rPr>
        <w:t>reproducerea</w:t>
      </w:r>
      <w:proofErr w:type="spellEnd"/>
      <w:r w:rsidRPr="00563B50">
        <w:rPr>
          <w:rFonts w:cs="Times New Roman"/>
          <w:szCs w:val="24"/>
        </w:rPr>
        <w:t xml:space="preserve"> </w:t>
      </w:r>
      <w:proofErr w:type="spellStart"/>
      <w:r w:rsidRPr="00563B50">
        <w:rPr>
          <w:rFonts w:cs="Times New Roman"/>
          <w:szCs w:val="24"/>
        </w:rPr>
        <w:t>acestuia</w:t>
      </w:r>
      <w:proofErr w:type="spellEnd"/>
      <w:r w:rsidRPr="00563B50">
        <w:rPr>
          <w:rFonts w:cs="Times New Roman"/>
          <w:szCs w:val="24"/>
        </w:rPr>
        <w:t>;</w:t>
      </w:r>
    </w:p>
    <w:p w14:paraId="7F5BAA9D" w14:textId="77777777" w:rsidR="00EE7ED3" w:rsidRPr="00563B50" w:rsidRDefault="00000000">
      <w:pPr>
        <w:numPr>
          <w:ilvl w:val="0"/>
          <w:numId w:val="1"/>
        </w:numPr>
        <w:jc w:val="both"/>
        <w:rPr>
          <w:rFonts w:cs="Times New Roman"/>
          <w:szCs w:val="24"/>
        </w:rPr>
      </w:pPr>
      <w:proofErr w:type="spellStart"/>
      <w:r w:rsidRPr="00563B50">
        <w:rPr>
          <w:rFonts w:cs="Times New Roman"/>
          <w:b/>
          <w:bCs/>
          <w:szCs w:val="24"/>
        </w:rPr>
        <w:t>Utilizator</w:t>
      </w:r>
      <w:proofErr w:type="spellEnd"/>
      <w:r w:rsidRPr="00563B50">
        <w:rPr>
          <w:rFonts w:cs="Times New Roman"/>
          <w:szCs w:val="24"/>
        </w:rPr>
        <w:t xml:space="preserve"> – </w:t>
      </w:r>
      <w:proofErr w:type="spellStart"/>
      <w:r w:rsidRPr="00563B50">
        <w:rPr>
          <w:rFonts w:cs="Times New Roman"/>
          <w:szCs w:val="24"/>
        </w:rPr>
        <w:t>persoana</w:t>
      </w:r>
      <w:proofErr w:type="spellEnd"/>
      <w:r w:rsidRPr="00563B50">
        <w:rPr>
          <w:rFonts w:cs="Times New Roman"/>
          <w:szCs w:val="24"/>
        </w:rPr>
        <w:t xml:space="preserve"> care </w:t>
      </w:r>
      <w:proofErr w:type="spellStart"/>
      <w:r w:rsidRPr="00563B50">
        <w:rPr>
          <w:rFonts w:cs="Times New Roman"/>
          <w:szCs w:val="24"/>
        </w:rPr>
        <w:t>acționează</w:t>
      </w:r>
      <w:proofErr w:type="spellEnd"/>
      <w:r w:rsidRPr="00563B50">
        <w:rPr>
          <w:rFonts w:cs="Times New Roman"/>
          <w:szCs w:val="24"/>
        </w:rPr>
        <w:t xml:space="preserve"> sub </w:t>
      </w:r>
      <w:proofErr w:type="spellStart"/>
      <w:r w:rsidRPr="00563B50">
        <w:rPr>
          <w:rFonts w:cs="Times New Roman"/>
          <w:szCs w:val="24"/>
        </w:rPr>
        <w:t>autoritatea</w:t>
      </w:r>
      <w:proofErr w:type="spellEnd"/>
      <w:r w:rsidRPr="00563B50">
        <w:rPr>
          <w:rFonts w:cs="Times New Roman"/>
          <w:szCs w:val="24"/>
        </w:rPr>
        <w:t xml:space="preserve"> </w:t>
      </w:r>
      <w:proofErr w:type="spellStart"/>
      <w:r w:rsidRPr="00563B50">
        <w:rPr>
          <w:rFonts w:cs="Times New Roman"/>
          <w:szCs w:val="24"/>
        </w:rPr>
        <w:t>deținătorului</w:t>
      </w:r>
      <w:proofErr w:type="spellEnd"/>
      <w:r w:rsidRPr="00563B50">
        <w:rPr>
          <w:rFonts w:cs="Times New Roman"/>
          <w:szCs w:val="24"/>
        </w:rPr>
        <w:t xml:space="preserve"> de date cu </w:t>
      </w:r>
      <w:proofErr w:type="spellStart"/>
      <w:r w:rsidRPr="00563B50">
        <w:rPr>
          <w:rFonts w:cs="Times New Roman"/>
          <w:szCs w:val="24"/>
        </w:rPr>
        <w:t>caracter</w:t>
      </w:r>
      <w:proofErr w:type="spellEnd"/>
      <w:r w:rsidRPr="00563B50">
        <w:rPr>
          <w:rFonts w:cs="Times New Roman"/>
          <w:szCs w:val="24"/>
        </w:rPr>
        <w:t xml:space="preserve"> personal, cu </w:t>
      </w:r>
      <w:proofErr w:type="spellStart"/>
      <w:r w:rsidRPr="00563B50">
        <w:rPr>
          <w:rFonts w:cs="Times New Roman"/>
          <w:szCs w:val="24"/>
        </w:rPr>
        <w:t>drept</w:t>
      </w:r>
      <w:proofErr w:type="spellEnd"/>
      <w:r w:rsidRPr="00563B50">
        <w:rPr>
          <w:rFonts w:cs="Times New Roman"/>
          <w:szCs w:val="24"/>
        </w:rPr>
        <w:t xml:space="preserve"> </w:t>
      </w:r>
      <w:proofErr w:type="spellStart"/>
      <w:r w:rsidRPr="00563B50">
        <w:rPr>
          <w:rFonts w:cs="Times New Roman"/>
          <w:szCs w:val="24"/>
        </w:rPr>
        <w:t>recunoscut</w:t>
      </w:r>
      <w:proofErr w:type="spellEnd"/>
      <w:r w:rsidRPr="00563B50">
        <w:rPr>
          <w:rFonts w:cs="Times New Roman"/>
          <w:szCs w:val="24"/>
        </w:rPr>
        <w:t xml:space="preserve"> de </w:t>
      </w:r>
      <w:proofErr w:type="spellStart"/>
      <w:r w:rsidRPr="00563B50">
        <w:rPr>
          <w:rFonts w:cs="Times New Roman"/>
          <w:szCs w:val="24"/>
        </w:rPr>
        <w:t>acces</w:t>
      </w:r>
      <w:proofErr w:type="spellEnd"/>
      <w:r w:rsidRPr="00563B50">
        <w:rPr>
          <w:rFonts w:cs="Times New Roman"/>
          <w:szCs w:val="24"/>
        </w:rPr>
        <w:t xml:space="preserve"> la </w:t>
      </w:r>
      <w:proofErr w:type="spellStart"/>
      <w:r w:rsidRPr="00563B50">
        <w:rPr>
          <w:rFonts w:cs="Times New Roman"/>
          <w:szCs w:val="24"/>
        </w:rPr>
        <w:t>sistemele</w:t>
      </w:r>
      <w:proofErr w:type="spellEnd"/>
      <w:r w:rsidRPr="00563B50">
        <w:rPr>
          <w:rFonts w:cs="Times New Roman"/>
          <w:szCs w:val="24"/>
        </w:rPr>
        <w:t xml:space="preserve"> </w:t>
      </w:r>
      <w:proofErr w:type="spellStart"/>
      <w:r w:rsidRPr="00563B50">
        <w:rPr>
          <w:rFonts w:cs="Times New Roman"/>
          <w:szCs w:val="24"/>
        </w:rPr>
        <w:t>informaționale</w:t>
      </w:r>
      <w:proofErr w:type="spellEnd"/>
      <w:r w:rsidRPr="00563B50">
        <w:rPr>
          <w:rFonts w:cs="Times New Roman"/>
          <w:szCs w:val="24"/>
        </w:rPr>
        <w:t xml:space="preserve"> de date cu </w:t>
      </w:r>
      <w:proofErr w:type="spellStart"/>
      <w:r w:rsidRPr="00563B50">
        <w:rPr>
          <w:rFonts w:cs="Times New Roman"/>
          <w:szCs w:val="24"/>
        </w:rPr>
        <w:t>caracter</w:t>
      </w:r>
      <w:proofErr w:type="spellEnd"/>
      <w:r w:rsidRPr="00563B50">
        <w:rPr>
          <w:rFonts w:cs="Times New Roman"/>
          <w:szCs w:val="24"/>
        </w:rPr>
        <w:t xml:space="preserve"> personal din </w:t>
      </w:r>
      <w:proofErr w:type="spellStart"/>
      <w:r w:rsidRPr="00563B50">
        <w:rPr>
          <w:rFonts w:cs="Times New Roman"/>
          <w:szCs w:val="24"/>
        </w:rPr>
        <w:t>cadrul</w:t>
      </w:r>
      <w:proofErr w:type="spellEnd"/>
      <w:r w:rsidRPr="00563B50">
        <w:rPr>
          <w:rFonts w:cs="Times New Roman"/>
          <w:szCs w:val="24"/>
        </w:rPr>
        <w:t xml:space="preserve"> </w:t>
      </w:r>
      <w:proofErr w:type="spellStart"/>
      <w:r w:rsidRPr="00563B50">
        <w:rPr>
          <w:rFonts w:cs="Times New Roman"/>
          <w:szCs w:val="24"/>
        </w:rPr>
        <w:t>Primăriei</w:t>
      </w:r>
      <w:proofErr w:type="spellEnd"/>
      <w:r w:rsidRPr="00563B50">
        <w:rPr>
          <w:rFonts w:cs="Times New Roman"/>
          <w:szCs w:val="24"/>
        </w:rPr>
        <w:t>;</w:t>
      </w:r>
    </w:p>
    <w:p w14:paraId="7AAD57D8" w14:textId="77777777" w:rsidR="00EE7ED3" w:rsidRPr="00563B50" w:rsidRDefault="00000000">
      <w:pPr>
        <w:numPr>
          <w:ilvl w:val="0"/>
          <w:numId w:val="1"/>
        </w:numPr>
        <w:jc w:val="both"/>
        <w:rPr>
          <w:rFonts w:cs="Times New Roman"/>
          <w:szCs w:val="24"/>
        </w:rPr>
      </w:pPr>
      <w:proofErr w:type="spellStart"/>
      <w:r w:rsidRPr="00563B50">
        <w:rPr>
          <w:rFonts w:cs="Times New Roman"/>
          <w:b/>
          <w:bCs/>
          <w:szCs w:val="24"/>
        </w:rPr>
        <w:t>Prelucrarea</w:t>
      </w:r>
      <w:proofErr w:type="spellEnd"/>
      <w:r w:rsidRPr="00563B50">
        <w:rPr>
          <w:rFonts w:cs="Times New Roman"/>
          <w:b/>
          <w:bCs/>
          <w:szCs w:val="24"/>
        </w:rPr>
        <w:t xml:space="preserve"> </w:t>
      </w:r>
      <w:proofErr w:type="spellStart"/>
      <w:r w:rsidRPr="00563B50">
        <w:rPr>
          <w:rFonts w:cs="Times New Roman"/>
          <w:b/>
          <w:bCs/>
          <w:szCs w:val="24"/>
        </w:rPr>
        <w:t>datelor</w:t>
      </w:r>
      <w:proofErr w:type="spellEnd"/>
      <w:r w:rsidRPr="00563B50">
        <w:rPr>
          <w:rFonts w:cs="Times New Roman"/>
          <w:b/>
          <w:bCs/>
          <w:szCs w:val="24"/>
        </w:rPr>
        <w:t xml:space="preserve"> cu </w:t>
      </w:r>
      <w:proofErr w:type="spellStart"/>
      <w:r w:rsidRPr="00563B50">
        <w:rPr>
          <w:rFonts w:cs="Times New Roman"/>
          <w:b/>
          <w:bCs/>
          <w:szCs w:val="24"/>
        </w:rPr>
        <w:t>caracter</w:t>
      </w:r>
      <w:proofErr w:type="spellEnd"/>
      <w:r w:rsidRPr="00563B50">
        <w:rPr>
          <w:rFonts w:cs="Times New Roman"/>
          <w:b/>
          <w:bCs/>
          <w:szCs w:val="24"/>
        </w:rPr>
        <w:t xml:space="preserve"> personal</w:t>
      </w:r>
      <w:r w:rsidRPr="00563B50">
        <w:rPr>
          <w:rFonts w:cs="Times New Roman"/>
          <w:szCs w:val="24"/>
        </w:rPr>
        <w:t xml:space="preserve"> – </w:t>
      </w:r>
      <w:proofErr w:type="spellStart"/>
      <w:r w:rsidRPr="00563B50">
        <w:rPr>
          <w:rFonts w:cs="Times New Roman"/>
          <w:szCs w:val="24"/>
        </w:rPr>
        <w:t>orice</w:t>
      </w:r>
      <w:proofErr w:type="spellEnd"/>
      <w:r w:rsidRPr="00563B50">
        <w:rPr>
          <w:rFonts w:cs="Times New Roman"/>
          <w:szCs w:val="24"/>
        </w:rPr>
        <w:t xml:space="preserve"> </w:t>
      </w:r>
      <w:proofErr w:type="spellStart"/>
      <w:r w:rsidRPr="00563B50">
        <w:rPr>
          <w:rFonts w:cs="Times New Roman"/>
          <w:szCs w:val="24"/>
        </w:rPr>
        <w:t>operațiune</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set de </w:t>
      </w:r>
      <w:proofErr w:type="spellStart"/>
      <w:r w:rsidRPr="00563B50">
        <w:rPr>
          <w:rFonts w:cs="Times New Roman"/>
          <w:szCs w:val="24"/>
        </w:rPr>
        <w:t>operațiuni</w:t>
      </w:r>
      <w:proofErr w:type="spellEnd"/>
      <w:r w:rsidRPr="00563B50">
        <w:rPr>
          <w:rFonts w:cs="Times New Roman"/>
          <w:szCs w:val="24"/>
        </w:rPr>
        <w:t xml:space="preserve"> </w:t>
      </w:r>
      <w:proofErr w:type="spellStart"/>
      <w:r w:rsidRPr="00563B50">
        <w:rPr>
          <w:rFonts w:cs="Times New Roman"/>
          <w:szCs w:val="24"/>
        </w:rPr>
        <w:t>efectuate</w:t>
      </w:r>
      <w:proofErr w:type="spellEnd"/>
      <w:r w:rsidRPr="00563B50">
        <w:rPr>
          <w:rFonts w:cs="Times New Roman"/>
          <w:szCs w:val="24"/>
        </w:rPr>
        <w:t xml:space="preserve"> </w:t>
      </w:r>
      <w:proofErr w:type="spellStart"/>
      <w:r w:rsidRPr="00563B50">
        <w:rPr>
          <w:rFonts w:cs="Times New Roman"/>
          <w:szCs w:val="24"/>
        </w:rPr>
        <w:t>asupra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cu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fără</w:t>
      </w:r>
      <w:proofErr w:type="spellEnd"/>
      <w:r w:rsidRPr="00563B50">
        <w:rPr>
          <w:rFonts w:cs="Times New Roman"/>
          <w:szCs w:val="24"/>
        </w:rPr>
        <w:t xml:space="preserve"> </w:t>
      </w:r>
      <w:proofErr w:type="spellStart"/>
      <w:r w:rsidRPr="00563B50">
        <w:rPr>
          <w:rFonts w:cs="Times New Roman"/>
          <w:szCs w:val="24"/>
        </w:rPr>
        <w:t>utilizarea</w:t>
      </w:r>
      <w:proofErr w:type="spellEnd"/>
      <w:r w:rsidRPr="00563B50">
        <w:rPr>
          <w:rFonts w:cs="Times New Roman"/>
          <w:szCs w:val="24"/>
        </w:rPr>
        <w:t xml:space="preserve"> de </w:t>
      </w:r>
      <w:proofErr w:type="spellStart"/>
      <w:r w:rsidRPr="00563B50">
        <w:rPr>
          <w:rFonts w:cs="Times New Roman"/>
          <w:szCs w:val="24"/>
        </w:rPr>
        <w:t>mijloace</w:t>
      </w:r>
      <w:proofErr w:type="spellEnd"/>
      <w:r w:rsidRPr="00563B50">
        <w:rPr>
          <w:rFonts w:cs="Times New Roman"/>
          <w:szCs w:val="24"/>
        </w:rPr>
        <w:t xml:space="preserve"> </w:t>
      </w:r>
      <w:proofErr w:type="spellStart"/>
      <w:r w:rsidRPr="00563B50">
        <w:rPr>
          <w:rFonts w:cs="Times New Roman"/>
          <w:szCs w:val="24"/>
        </w:rPr>
        <w:t>automatizate</w:t>
      </w:r>
      <w:proofErr w:type="spellEnd"/>
      <w:r w:rsidRPr="00563B50">
        <w:rPr>
          <w:rFonts w:cs="Times New Roman"/>
          <w:szCs w:val="24"/>
        </w:rPr>
        <w:t xml:space="preserve">, cum </w:t>
      </w:r>
      <w:proofErr w:type="spellStart"/>
      <w:r w:rsidRPr="00563B50">
        <w:rPr>
          <w:rFonts w:cs="Times New Roman"/>
          <w:szCs w:val="24"/>
        </w:rPr>
        <w:t>ar</w:t>
      </w:r>
      <w:proofErr w:type="spellEnd"/>
      <w:r w:rsidRPr="00563B50">
        <w:rPr>
          <w:rFonts w:cs="Times New Roman"/>
          <w:szCs w:val="24"/>
        </w:rPr>
        <w:t xml:space="preserve"> fi </w:t>
      </w:r>
      <w:proofErr w:type="spellStart"/>
      <w:r w:rsidRPr="00563B50">
        <w:rPr>
          <w:rFonts w:cs="Times New Roman"/>
          <w:szCs w:val="24"/>
        </w:rPr>
        <w:t>colectarea</w:t>
      </w:r>
      <w:proofErr w:type="spellEnd"/>
      <w:r w:rsidRPr="00563B50">
        <w:rPr>
          <w:rFonts w:cs="Times New Roman"/>
          <w:szCs w:val="24"/>
        </w:rPr>
        <w:t xml:space="preserve">, </w:t>
      </w:r>
      <w:proofErr w:type="spellStart"/>
      <w:r w:rsidRPr="00563B50">
        <w:rPr>
          <w:rFonts w:cs="Times New Roman"/>
          <w:szCs w:val="24"/>
        </w:rPr>
        <w:t>înregistrarea</w:t>
      </w:r>
      <w:proofErr w:type="spellEnd"/>
      <w:r w:rsidRPr="00563B50">
        <w:rPr>
          <w:rFonts w:cs="Times New Roman"/>
          <w:szCs w:val="24"/>
        </w:rPr>
        <w:t xml:space="preserve">, </w:t>
      </w:r>
      <w:proofErr w:type="spellStart"/>
      <w:r w:rsidRPr="00563B50">
        <w:rPr>
          <w:rFonts w:cs="Times New Roman"/>
          <w:szCs w:val="24"/>
        </w:rPr>
        <w:t>organizarea</w:t>
      </w:r>
      <w:proofErr w:type="spellEnd"/>
      <w:r w:rsidRPr="00563B50">
        <w:rPr>
          <w:rFonts w:cs="Times New Roman"/>
          <w:szCs w:val="24"/>
        </w:rPr>
        <w:t xml:space="preserve">, </w:t>
      </w:r>
      <w:proofErr w:type="spellStart"/>
      <w:r w:rsidRPr="00563B50">
        <w:rPr>
          <w:rFonts w:cs="Times New Roman"/>
          <w:szCs w:val="24"/>
        </w:rPr>
        <w:t>structurarea</w:t>
      </w:r>
      <w:proofErr w:type="spellEnd"/>
      <w:r w:rsidRPr="00563B50">
        <w:rPr>
          <w:rFonts w:cs="Times New Roman"/>
          <w:szCs w:val="24"/>
        </w:rPr>
        <w:t xml:space="preserve">, </w:t>
      </w:r>
      <w:proofErr w:type="spellStart"/>
      <w:r w:rsidRPr="00563B50">
        <w:rPr>
          <w:rFonts w:cs="Times New Roman"/>
          <w:szCs w:val="24"/>
        </w:rPr>
        <w:t>stocarea</w:t>
      </w:r>
      <w:proofErr w:type="spellEnd"/>
      <w:r w:rsidRPr="00563B50">
        <w:rPr>
          <w:rFonts w:cs="Times New Roman"/>
          <w:szCs w:val="24"/>
        </w:rPr>
        <w:t xml:space="preserve">, </w:t>
      </w:r>
      <w:proofErr w:type="spellStart"/>
      <w:r w:rsidRPr="00563B50">
        <w:rPr>
          <w:rFonts w:cs="Times New Roman"/>
          <w:szCs w:val="24"/>
        </w:rPr>
        <w:t>adaptarea</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modificarea</w:t>
      </w:r>
      <w:proofErr w:type="spellEnd"/>
      <w:r w:rsidRPr="00563B50">
        <w:rPr>
          <w:rFonts w:cs="Times New Roman"/>
          <w:szCs w:val="24"/>
        </w:rPr>
        <w:t xml:space="preserve">, </w:t>
      </w:r>
      <w:proofErr w:type="spellStart"/>
      <w:r w:rsidRPr="00563B50">
        <w:rPr>
          <w:rFonts w:cs="Times New Roman"/>
          <w:szCs w:val="24"/>
        </w:rPr>
        <w:t>extragerea</w:t>
      </w:r>
      <w:proofErr w:type="spellEnd"/>
      <w:r w:rsidRPr="00563B50">
        <w:rPr>
          <w:rFonts w:cs="Times New Roman"/>
          <w:szCs w:val="24"/>
        </w:rPr>
        <w:t xml:space="preserve">, </w:t>
      </w:r>
      <w:proofErr w:type="spellStart"/>
      <w:r w:rsidRPr="00563B50">
        <w:rPr>
          <w:rFonts w:cs="Times New Roman"/>
          <w:szCs w:val="24"/>
        </w:rPr>
        <w:t>consultarea</w:t>
      </w:r>
      <w:proofErr w:type="spellEnd"/>
      <w:r w:rsidRPr="00563B50">
        <w:rPr>
          <w:rFonts w:cs="Times New Roman"/>
          <w:szCs w:val="24"/>
        </w:rPr>
        <w:t xml:space="preserve">, </w:t>
      </w:r>
      <w:proofErr w:type="spellStart"/>
      <w:r w:rsidRPr="00563B50">
        <w:rPr>
          <w:rFonts w:cs="Times New Roman"/>
          <w:szCs w:val="24"/>
        </w:rPr>
        <w:t>utilizarea</w:t>
      </w:r>
      <w:proofErr w:type="spellEnd"/>
      <w:r w:rsidRPr="00563B50">
        <w:rPr>
          <w:rFonts w:cs="Times New Roman"/>
          <w:szCs w:val="24"/>
        </w:rPr>
        <w:t xml:space="preserve">, </w:t>
      </w:r>
      <w:proofErr w:type="spellStart"/>
      <w:r w:rsidRPr="00563B50">
        <w:rPr>
          <w:rFonts w:cs="Times New Roman"/>
          <w:szCs w:val="24"/>
        </w:rPr>
        <w:t>divulgarea</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transmitere</w:t>
      </w:r>
      <w:proofErr w:type="spellEnd"/>
      <w:r w:rsidRPr="00563B50">
        <w:rPr>
          <w:rFonts w:cs="Times New Roman"/>
          <w:szCs w:val="24"/>
        </w:rPr>
        <w:t xml:space="preserve">, </w:t>
      </w:r>
      <w:proofErr w:type="spellStart"/>
      <w:r w:rsidRPr="00563B50">
        <w:rPr>
          <w:rFonts w:cs="Times New Roman"/>
          <w:szCs w:val="24"/>
        </w:rPr>
        <w:t>diseminare</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punere</w:t>
      </w:r>
      <w:proofErr w:type="spellEnd"/>
      <w:r w:rsidRPr="00563B50">
        <w:rPr>
          <w:rFonts w:cs="Times New Roman"/>
          <w:szCs w:val="24"/>
        </w:rPr>
        <w:t xml:space="preserve"> la </w:t>
      </w:r>
      <w:proofErr w:type="spellStart"/>
      <w:r w:rsidRPr="00563B50">
        <w:rPr>
          <w:rFonts w:cs="Times New Roman"/>
          <w:szCs w:val="24"/>
        </w:rPr>
        <w:t>dispoziție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orice</w:t>
      </w:r>
      <w:proofErr w:type="spellEnd"/>
      <w:r w:rsidRPr="00563B50">
        <w:rPr>
          <w:rFonts w:cs="Times New Roman"/>
          <w:szCs w:val="24"/>
        </w:rPr>
        <w:t xml:space="preserve"> alt mod, </w:t>
      </w:r>
      <w:proofErr w:type="spellStart"/>
      <w:r w:rsidRPr="00563B50">
        <w:rPr>
          <w:rFonts w:cs="Times New Roman"/>
          <w:szCs w:val="24"/>
        </w:rPr>
        <w:t>alinierea</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combinarea</w:t>
      </w:r>
      <w:proofErr w:type="spellEnd"/>
      <w:r w:rsidRPr="00563B50">
        <w:rPr>
          <w:rFonts w:cs="Times New Roman"/>
          <w:szCs w:val="24"/>
        </w:rPr>
        <w:t xml:space="preserve">, </w:t>
      </w:r>
      <w:proofErr w:type="spellStart"/>
      <w:r w:rsidRPr="00563B50">
        <w:rPr>
          <w:rFonts w:cs="Times New Roman"/>
          <w:szCs w:val="24"/>
        </w:rPr>
        <w:t>restricționarea</w:t>
      </w:r>
      <w:proofErr w:type="spellEnd"/>
      <w:r w:rsidRPr="00563B50">
        <w:rPr>
          <w:rFonts w:cs="Times New Roman"/>
          <w:szCs w:val="24"/>
        </w:rPr>
        <w:t xml:space="preserve">, </w:t>
      </w:r>
      <w:proofErr w:type="spellStart"/>
      <w:r w:rsidRPr="00563B50">
        <w:rPr>
          <w:rFonts w:cs="Times New Roman"/>
          <w:szCs w:val="24"/>
        </w:rPr>
        <w:t>ștergerea</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distrugerea</w:t>
      </w:r>
      <w:proofErr w:type="spellEnd"/>
      <w:r w:rsidRPr="00563B50">
        <w:rPr>
          <w:rFonts w:cs="Times New Roman"/>
          <w:szCs w:val="24"/>
        </w:rPr>
        <w:t>;</w:t>
      </w:r>
    </w:p>
    <w:p w14:paraId="671001C3" w14:textId="77777777" w:rsidR="00EE7ED3" w:rsidRPr="00563B50" w:rsidRDefault="00000000">
      <w:pPr>
        <w:numPr>
          <w:ilvl w:val="0"/>
          <w:numId w:val="1"/>
        </w:numPr>
        <w:jc w:val="both"/>
        <w:rPr>
          <w:rFonts w:cs="Times New Roman"/>
          <w:szCs w:val="24"/>
        </w:rPr>
      </w:pPr>
      <w:proofErr w:type="spellStart"/>
      <w:r w:rsidRPr="00563B50">
        <w:rPr>
          <w:rFonts w:cs="Times New Roman"/>
          <w:b/>
          <w:bCs/>
          <w:szCs w:val="24"/>
        </w:rPr>
        <w:t>Restricționarea</w:t>
      </w:r>
      <w:proofErr w:type="spellEnd"/>
      <w:r w:rsidRPr="00563B50">
        <w:rPr>
          <w:rFonts w:cs="Times New Roman"/>
          <w:b/>
          <w:bCs/>
          <w:szCs w:val="24"/>
        </w:rPr>
        <w:t xml:space="preserve"> </w:t>
      </w:r>
      <w:proofErr w:type="spellStart"/>
      <w:r w:rsidRPr="00563B50">
        <w:rPr>
          <w:rFonts w:cs="Times New Roman"/>
          <w:b/>
          <w:bCs/>
          <w:szCs w:val="24"/>
        </w:rPr>
        <w:t>prelucrării</w:t>
      </w:r>
      <w:proofErr w:type="spellEnd"/>
      <w:r w:rsidRPr="00563B50">
        <w:rPr>
          <w:rFonts w:cs="Times New Roman"/>
          <w:szCs w:val="24"/>
        </w:rPr>
        <w:t xml:space="preserve"> – </w:t>
      </w:r>
      <w:proofErr w:type="spellStart"/>
      <w:r w:rsidRPr="00563B50">
        <w:rPr>
          <w:rFonts w:cs="Times New Roman"/>
          <w:szCs w:val="24"/>
        </w:rPr>
        <w:t>reprezintă</w:t>
      </w:r>
      <w:proofErr w:type="spellEnd"/>
      <w:r w:rsidRPr="00563B50">
        <w:rPr>
          <w:rFonts w:cs="Times New Roman"/>
          <w:szCs w:val="24"/>
        </w:rPr>
        <w:t xml:space="preserve"> </w:t>
      </w:r>
      <w:proofErr w:type="spellStart"/>
      <w:r w:rsidRPr="00563B50">
        <w:rPr>
          <w:rFonts w:cs="Times New Roman"/>
          <w:szCs w:val="24"/>
        </w:rPr>
        <w:t>marcarea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stocate</w:t>
      </w:r>
      <w:proofErr w:type="spellEnd"/>
      <w:r w:rsidRPr="00563B50">
        <w:rPr>
          <w:rFonts w:cs="Times New Roman"/>
          <w:szCs w:val="24"/>
        </w:rPr>
        <w:t xml:space="preserve"> cu </w:t>
      </w:r>
      <w:proofErr w:type="spellStart"/>
      <w:r w:rsidRPr="00563B50">
        <w:rPr>
          <w:rFonts w:cs="Times New Roman"/>
          <w:szCs w:val="24"/>
        </w:rPr>
        <w:t>scopul</w:t>
      </w:r>
      <w:proofErr w:type="spellEnd"/>
      <w:r w:rsidRPr="00563B50">
        <w:rPr>
          <w:rFonts w:cs="Times New Roman"/>
          <w:szCs w:val="24"/>
        </w:rPr>
        <w:t xml:space="preserve"> de a </w:t>
      </w:r>
      <w:proofErr w:type="spellStart"/>
      <w:r w:rsidRPr="00563B50">
        <w:rPr>
          <w:rFonts w:cs="Times New Roman"/>
          <w:szCs w:val="24"/>
        </w:rPr>
        <w:t>limita</w:t>
      </w:r>
      <w:proofErr w:type="spellEnd"/>
      <w:r w:rsidRPr="00563B50">
        <w:rPr>
          <w:rFonts w:cs="Times New Roman"/>
          <w:szCs w:val="24"/>
        </w:rPr>
        <w:t xml:space="preserve"> </w:t>
      </w:r>
      <w:proofErr w:type="spellStart"/>
      <w:r w:rsidRPr="00563B50">
        <w:rPr>
          <w:rFonts w:cs="Times New Roman"/>
          <w:szCs w:val="24"/>
        </w:rPr>
        <w:t>prelucrarea</w:t>
      </w:r>
      <w:proofErr w:type="spellEnd"/>
      <w:r w:rsidRPr="00563B50">
        <w:rPr>
          <w:rFonts w:cs="Times New Roman"/>
          <w:szCs w:val="24"/>
        </w:rPr>
        <w:t xml:space="preserve"> </w:t>
      </w:r>
      <w:proofErr w:type="spellStart"/>
      <w:r w:rsidRPr="00563B50">
        <w:rPr>
          <w:rFonts w:cs="Times New Roman"/>
          <w:szCs w:val="24"/>
        </w:rPr>
        <w:t>viitoare</w:t>
      </w:r>
      <w:proofErr w:type="spellEnd"/>
      <w:r w:rsidRPr="00563B50">
        <w:rPr>
          <w:rFonts w:cs="Times New Roman"/>
          <w:szCs w:val="24"/>
        </w:rPr>
        <w:t xml:space="preserve"> a </w:t>
      </w:r>
      <w:proofErr w:type="spellStart"/>
      <w:r w:rsidRPr="00563B50">
        <w:rPr>
          <w:rFonts w:cs="Times New Roman"/>
          <w:szCs w:val="24"/>
        </w:rPr>
        <w:t>acestora</w:t>
      </w:r>
      <w:proofErr w:type="spellEnd"/>
      <w:r w:rsidRPr="00563B50">
        <w:rPr>
          <w:rFonts w:cs="Times New Roman"/>
          <w:szCs w:val="24"/>
        </w:rPr>
        <w:t>;</w:t>
      </w:r>
    </w:p>
    <w:p w14:paraId="6C207F43" w14:textId="77777777" w:rsidR="00EE7ED3" w:rsidRPr="00563B50" w:rsidRDefault="00000000">
      <w:pPr>
        <w:numPr>
          <w:ilvl w:val="0"/>
          <w:numId w:val="1"/>
        </w:numPr>
        <w:jc w:val="both"/>
        <w:rPr>
          <w:rFonts w:cs="Times New Roman"/>
          <w:szCs w:val="24"/>
        </w:rPr>
      </w:pPr>
      <w:proofErr w:type="spellStart"/>
      <w:r w:rsidRPr="00563B50">
        <w:rPr>
          <w:rFonts w:cs="Times New Roman"/>
          <w:b/>
          <w:bCs/>
          <w:szCs w:val="24"/>
        </w:rPr>
        <w:t>Sistem</w:t>
      </w:r>
      <w:proofErr w:type="spellEnd"/>
      <w:r w:rsidRPr="00563B50">
        <w:rPr>
          <w:rFonts w:cs="Times New Roman"/>
          <w:b/>
          <w:bCs/>
          <w:szCs w:val="24"/>
        </w:rPr>
        <w:t xml:space="preserve"> de </w:t>
      </w:r>
      <w:proofErr w:type="spellStart"/>
      <w:r w:rsidRPr="00563B50">
        <w:rPr>
          <w:rFonts w:cs="Times New Roman"/>
          <w:b/>
          <w:bCs/>
          <w:szCs w:val="24"/>
        </w:rPr>
        <w:t>evidență</w:t>
      </w:r>
      <w:proofErr w:type="spellEnd"/>
      <w:r w:rsidRPr="00563B50">
        <w:rPr>
          <w:rFonts w:cs="Times New Roman"/>
          <w:b/>
          <w:bCs/>
          <w:szCs w:val="24"/>
        </w:rPr>
        <w:t xml:space="preserve"> a </w:t>
      </w:r>
      <w:proofErr w:type="spellStart"/>
      <w:r w:rsidRPr="00563B50">
        <w:rPr>
          <w:rFonts w:cs="Times New Roman"/>
          <w:b/>
          <w:bCs/>
          <w:szCs w:val="24"/>
        </w:rPr>
        <w:t>datelor</w:t>
      </w:r>
      <w:proofErr w:type="spellEnd"/>
      <w:r w:rsidRPr="00563B50">
        <w:rPr>
          <w:rFonts w:cs="Times New Roman"/>
          <w:b/>
          <w:bCs/>
          <w:szCs w:val="24"/>
        </w:rPr>
        <w:t xml:space="preserve"> cu </w:t>
      </w:r>
      <w:proofErr w:type="spellStart"/>
      <w:r w:rsidRPr="00563B50">
        <w:rPr>
          <w:rFonts w:cs="Times New Roman"/>
          <w:b/>
          <w:bCs/>
          <w:szCs w:val="24"/>
        </w:rPr>
        <w:t>caracter</w:t>
      </w:r>
      <w:proofErr w:type="spellEnd"/>
      <w:r w:rsidRPr="00563B50">
        <w:rPr>
          <w:rFonts w:cs="Times New Roman"/>
          <w:b/>
          <w:bCs/>
          <w:szCs w:val="24"/>
        </w:rPr>
        <w:t xml:space="preserve"> personal</w:t>
      </w:r>
      <w:r w:rsidRPr="00563B50">
        <w:rPr>
          <w:rFonts w:cs="Times New Roman"/>
          <w:szCs w:val="24"/>
        </w:rPr>
        <w:t xml:space="preserve"> – </w:t>
      </w:r>
      <w:proofErr w:type="spellStart"/>
      <w:r w:rsidRPr="00563B50">
        <w:rPr>
          <w:rFonts w:cs="Times New Roman"/>
          <w:szCs w:val="24"/>
        </w:rPr>
        <w:t>orice</w:t>
      </w:r>
      <w:proofErr w:type="spellEnd"/>
      <w:r w:rsidRPr="00563B50">
        <w:rPr>
          <w:rFonts w:cs="Times New Roman"/>
          <w:szCs w:val="24"/>
        </w:rPr>
        <w:t xml:space="preserve"> set </w:t>
      </w:r>
      <w:proofErr w:type="spellStart"/>
      <w:r w:rsidRPr="00563B50">
        <w:rPr>
          <w:rFonts w:cs="Times New Roman"/>
          <w:szCs w:val="24"/>
        </w:rPr>
        <w:t>structurat</w:t>
      </w:r>
      <w:proofErr w:type="spellEnd"/>
      <w:r w:rsidRPr="00563B50">
        <w:rPr>
          <w:rFonts w:cs="Times New Roman"/>
          <w:szCs w:val="24"/>
        </w:rPr>
        <w:t xml:space="preserve"> de date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accesibile</w:t>
      </w:r>
      <w:proofErr w:type="spellEnd"/>
      <w:r w:rsidRPr="00563B50">
        <w:rPr>
          <w:rFonts w:cs="Times New Roman"/>
          <w:szCs w:val="24"/>
        </w:rPr>
        <w:t xml:space="preserve"> conform </w:t>
      </w:r>
      <w:proofErr w:type="spellStart"/>
      <w:r w:rsidRPr="00563B50">
        <w:rPr>
          <w:rFonts w:cs="Times New Roman"/>
          <w:szCs w:val="24"/>
        </w:rPr>
        <w:t>unor</w:t>
      </w:r>
      <w:proofErr w:type="spellEnd"/>
      <w:r w:rsidRPr="00563B50">
        <w:rPr>
          <w:rFonts w:cs="Times New Roman"/>
          <w:szCs w:val="24"/>
        </w:rPr>
        <w:t xml:space="preserve"> </w:t>
      </w:r>
      <w:proofErr w:type="spellStart"/>
      <w:r w:rsidRPr="00563B50">
        <w:rPr>
          <w:rFonts w:cs="Times New Roman"/>
          <w:szCs w:val="24"/>
        </w:rPr>
        <w:t>criterii</w:t>
      </w:r>
      <w:proofErr w:type="spellEnd"/>
      <w:r w:rsidRPr="00563B50">
        <w:rPr>
          <w:rFonts w:cs="Times New Roman"/>
          <w:szCs w:val="24"/>
        </w:rPr>
        <w:t xml:space="preserve"> </w:t>
      </w:r>
      <w:proofErr w:type="spellStart"/>
      <w:r w:rsidRPr="00563B50">
        <w:rPr>
          <w:rFonts w:cs="Times New Roman"/>
          <w:szCs w:val="24"/>
        </w:rPr>
        <w:t>specifice</w:t>
      </w:r>
      <w:proofErr w:type="spellEnd"/>
      <w:r w:rsidRPr="00563B50">
        <w:rPr>
          <w:rFonts w:cs="Times New Roman"/>
          <w:szCs w:val="24"/>
        </w:rPr>
        <w:t xml:space="preserve">, fie </w:t>
      </w:r>
      <w:proofErr w:type="spellStart"/>
      <w:r w:rsidRPr="00563B50">
        <w:rPr>
          <w:rFonts w:cs="Times New Roman"/>
          <w:szCs w:val="24"/>
        </w:rPr>
        <w:t>că</w:t>
      </w:r>
      <w:proofErr w:type="spellEnd"/>
      <w:r w:rsidRPr="00563B50">
        <w:rPr>
          <w:rFonts w:cs="Times New Roman"/>
          <w:szCs w:val="24"/>
        </w:rPr>
        <w:t xml:space="preserve">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centralizată</w:t>
      </w:r>
      <w:proofErr w:type="spellEnd"/>
      <w:r w:rsidRPr="00563B50">
        <w:rPr>
          <w:rFonts w:cs="Times New Roman"/>
          <w:szCs w:val="24"/>
        </w:rPr>
        <w:t xml:space="preserve">, </w:t>
      </w:r>
      <w:proofErr w:type="spellStart"/>
      <w:r w:rsidRPr="00563B50">
        <w:rPr>
          <w:rFonts w:cs="Times New Roman"/>
          <w:szCs w:val="24"/>
        </w:rPr>
        <w:t>descentralizată</w:t>
      </w:r>
      <w:proofErr w:type="spellEnd"/>
      <w:r w:rsidRPr="00563B50">
        <w:rPr>
          <w:rFonts w:cs="Times New Roman"/>
          <w:szCs w:val="24"/>
        </w:rPr>
        <w:t xml:space="preserve"> </w:t>
      </w:r>
      <w:proofErr w:type="spellStart"/>
      <w:r w:rsidRPr="00563B50">
        <w:rPr>
          <w:rFonts w:cs="Times New Roman"/>
          <w:szCs w:val="24"/>
        </w:rPr>
        <w:t>ori</w:t>
      </w:r>
      <w:proofErr w:type="spellEnd"/>
      <w:r w:rsidRPr="00563B50">
        <w:rPr>
          <w:rFonts w:cs="Times New Roman"/>
          <w:szCs w:val="24"/>
        </w:rPr>
        <w:t xml:space="preserve"> </w:t>
      </w:r>
      <w:proofErr w:type="spellStart"/>
      <w:r w:rsidRPr="00563B50">
        <w:rPr>
          <w:rFonts w:cs="Times New Roman"/>
          <w:szCs w:val="24"/>
        </w:rPr>
        <w:t>repartizată</w:t>
      </w:r>
      <w:proofErr w:type="spellEnd"/>
      <w:r w:rsidRPr="00563B50">
        <w:rPr>
          <w:rFonts w:cs="Times New Roman"/>
          <w:szCs w:val="24"/>
        </w:rPr>
        <w:t xml:space="preserve"> </w:t>
      </w:r>
      <w:proofErr w:type="spellStart"/>
      <w:r w:rsidRPr="00563B50">
        <w:rPr>
          <w:rFonts w:cs="Times New Roman"/>
          <w:szCs w:val="24"/>
        </w:rPr>
        <w:t>după</w:t>
      </w:r>
      <w:proofErr w:type="spellEnd"/>
      <w:r w:rsidRPr="00563B50">
        <w:rPr>
          <w:rFonts w:cs="Times New Roman"/>
          <w:szCs w:val="24"/>
        </w:rPr>
        <w:t xml:space="preserve"> </w:t>
      </w:r>
      <w:proofErr w:type="spellStart"/>
      <w:r w:rsidRPr="00563B50">
        <w:rPr>
          <w:rFonts w:cs="Times New Roman"/>
          <w:szCs w:val="24"/>
        </w:rPr>
        <w:t>criterii</w:t>
      </w:r>
      <w:proofErr w:type="spellEnd"/>
      <w:r w:rsidRPr="00563B50">
        <w:rPr>
          <w:rFonts w:cs="Times New Roman"/>
          <w:szCs w:val="24"/>
        </w:rPr>
        <w:t xml:space="preserve"> </w:t>
      </w:r>
      <w:proofErr w:type="spellStart"/>
      <w:r w:rsidRPr="00563B50">
        <w:rPr>
          <w:rFonts w:cs="Times New Roman"/>
          <w:szCs w:val="24"/>
        </w:rPr>
        <w:t>funcționale</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geografice</w:t>
      </w:r>
      <w:proofErr w:type="spellEnd"/>
      <w:r w:rsidRPr="00563B50">
        <w:rPr>
          <w:rFonts w:cs="Times New Roman"/>
          <w:szCs w:val="24"/>
        </w:rPr>
        <w:t>;</w:t>
      </w:r>
    </w:p>
    <w:p w14:paraId="35BF1CFC" w14:textId="77777777" w:rsidR="00EE7ED3" w:rsidRPr="00563B50" w:rsidRDefault="00000000">
      <w:pPr>
        <w:numPr>
          <w:ilvl w:val="0"/>
          <w:numId w:val="1"/>
        </w:numPr>
        <w:jc w:val="both"/>
        <w:rPr>
          <w:rFonts w:cs="Times New Roman"/>
          <w:szCs w:val="24"/>
        </w:rPr>
      </w:pPr>
      <w:proofErr w:type="spellStart"/>
      <w:r w:rsidRPr="00563B50">
        <w:rPr>
          <w:rFonts w:cs="Times New Roman"/>
          <w:b/>
          <w:bCs/>
          <w:szCs w:val="24"/>
        </w:rPr>
        <w:t>Consimțământ</w:t>
      </w:r>
      <w:proofErr w:type="spellEnd"/>
      <w:r w:rsidRPr="00563B50">
        <w:rPr>
          <w:rFonts w:cs="Times New Roman"/>
          <w:szCs w:val="24"/>
        </w:rPr>
        <w:t xml:space="preserve"> – </w:t>
      </w:r>
      <w:proofErr w:type="spellStart"/>
      <w:r w:rsidRPr="00563B50">
        <w:rPr>
          <w:rFonts w:cs="Times New Roman"/>
          <w:szCs w:val="24"/>
        </w:rPr>
        <w:t>manifestare</w:t>
      </w:r>
      <w:proofErr w:type="spellEnd"/>
      <w:r w:rsidRPr="00563B50">
        <w:rPr>
          <w:rFonts w:cs="Times New Roman"/>
          <w:szCs w:val="24"/>
        </w:rPr>
        <w:t xml:space="preserve"> de </w:t>
      </w:r>
      <w:proofErr w:type="spellStart"/>
      <w:r w:rsidRPr="00563B50">
        <w:rPr>
          <w:rFonts w:cs="Times New Roman"/>
          <w:szCs w:val="24"/>
        </w:rPr>
        <w:t>voință</w:t>
      </w:r>
      <w:proofErr w:type="spellEnd"/>
      <w:r w:rsidRPr="00563B50">
        <w:rPr>
          <w:rFonts w:cs="Times New Roman"/>
          <w:szCs w:val="24"/>
        </w:rPr>
        <w:t xml:space="preserve"> </w:t>
      </w:r>
      <w:proofErr w:type="spellStart"/>
      <w:r w:rsidRPr="00563B50">
        <w:rPr>
          <w:rFonts w:cs="Times New Roman"/>
          <w:szCs w:val="24"/>
        </w:rPr>
        <w:t>liberă</w:t>
      </w:r>
      <w:proofErr w:type="spellEnd"/>
      <w:r w:rsidRPr="00563B50">
        <w:rPr>
          <w:rFonts w:cs="Times New Roman"/>
          <w:szCs w:val="24"/>
        </w:rPr>
        <w:t xml:space="preserve">, </w:t>
      </w:r>
      <w:proofErr w:type="spellStart"/>
      <w:r w:rsidRPr="00563B50">
        <w:rPr>
          <w:rFonts w:cs="Times New Roman"/>
          <w:szCs w:val="24"/>
        </w:rPr>
        <w:t>specifică</w:t>
      </w:r>
      <w:proofErr w:type="spellEnd"/>
      <w:r w:rsidRPr="00563B50">
        <w:rPr>
          <w:rFonts w:cs="Times New Roman"/>
          <w:szCs w:val="24"/>
        </w:rPr>
        <w:t xml:space="preserve">, </w:t>
      </w:r>
      <w:proofErr w:type="spellStart"/>
      <w:r w:rsidRPr="00563B50">
        <w:rPr>
          <w:rFonts w:cs="Times New Roman"/>
          <w:szCs w:val="24"/>
        </w:rPr>
        <w:t>informată</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lipsită</w:t>
      </w:r>
      <w:proofErr w:type="spellEnd"/>
      <w:r w:rsidRPr="00563B50">
        <w:rPr>
          <w:rFonts w:cs="Times New Roman"/>
          <w:szCs w:val="24"/>
        </w:rPr>
        <w:t xml:space="preserve"> de </w:t>
      </w:r>
      <w:proofErr w:type="spellStart"/>
      <w:r w:rsidRPr="00563B50">
        <w:rPr>
          <w:rFonts w:cs="Times New Roman"/>
          <w:szCs w:val="24"/>
        </w:rPr>
        <w:t>ambiguitate</w:t>
      </w:r>
      <w:proofErr w:type="spellEnd"/>
      <w:r w:rsidRPr="00563B50">
        <w:rPr>
          <w:rFonts w:cs="Times New Roman"/>
          <w:szCs w:val="24"/>
        </w:rPr>
        <w:t xml:space="preserve"> a </w:t>
      </w:r>
      <w:proofErr w:type="spellStart"/>
      <w:r w:rsidRPr="00563B50">
        <w:rPr>
          <w:rFonts w:cs="Times New Roman"/>
          <w:szCs w:val="24"/>
        </w:rPr>
        <w:t>subiectului</w:t>
      </w:r>
      <w:proofErr w:type="spellEnd"/>
      <w:r w:rsidRPr="00563B50">
        <w:rPr>
          <w:rFonts w:cs="Times New Roman"/>
          <w:szCs w:val="24"/>
        </w:rPr>
        <w:t xml:space="preserve"> de date </w:t>
      </w:r>
      <w:proofErr w:type="spellStart"/>
      <w:r w:rsidRPr="00563B50">
        <w:rPr>
          <w:rFonts w:cs="Times New Roman"/>
          <w:szCs w:val="24"/>
        </w:rPr>
        <w:t>prin</w:t>
      </w:r>
      <w:proofErr w:type="spellEnd"/>
      <w:r w:rsidRPr="00563B50">
        <w:rPr>
          <w:rFonts w:cs="Times New Roman"/>
          <w:szCs w:val="24"/>
        </w:rPr>
        <w:t xml:space="preserve"> care </w:t>
      </w:r>
      <w:proofErr w:type="spellStart"/>
      <w:r w:rsidRPr="00563B50">
        <w:rPr>
          <w:rFonts w:cs="Times New Roman"/>
          <w:szCs w:val="24"/>
        </w:rPr>
        <w:t>acesta</w:t>
      </w:r>
      <w:proofErr w:type="spellEnd"/>
      <w:r w:rsidRPr="00563B50">
        <w:rPr>
          <w:rFonts w:cs="Times New Roman"/>
          <w:szCs w:val="24"/>
        </w:rPr>
        <w:t xml:space="preserve"> </w:t>
      </w:r>
      <w:proofErr w:type="spellStart"/>
      <w:r w:rsidRPr="00563B50">
        <w:rPr>
          <w:rFonts w:cs="Times New Roman"/>
          <w:szCs w:val="24"/>
        </w:rPr>
        <w:t>acceptă</w:t>
      </w:r>
      <w:proofErr w:type="spellEnd"/>
      <w:r w:rsidRPr="00563B50">
        <w:rPr>
          <w:rFonts w:cs="Times New Roman"/>
          <w:szCs w:val="24"/>
        </w:rPr>
        <w:t xml:space="preserve">, </w:t>
      </w:r>
      <w:proofErr w:type="spellStart"/>
      <w:r w:rsidRPr="00563B50">
        <w:rPr>
          <w:rFonts w:cs="Times New Roman"/>
          <w:szCs w:val="24"/>
        </w:rPr>
        <w:t>printr</w:t>
      </w:r>
      <w:proofErr w:type="spellEnd"/>
      <w:r w:rsidRPr="00563B50">
        <w:rPr>
          <w:rFonts w:cs="Times New Roman"/>
          <w:szCs w:val="24"/>
        </w:rPr>
        <w:t xml:space="preserve">-o </w:t>
      </w:r>
      <w:proofErr w:type="spellStart"/>
      <w:r w:rsidRPr="00563B50">
        <w:rPr>
          <w:rFonts w:cs="Times New Roman"/>
          <w:szCs w:val="24"/>
        </w:rPr>
        <w:t>declarație</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printr</w:t>
      </w:r>
      <w:proofErr w:type="spellEnd"/>
      <w:r w:rsidRPr="00563B50">
        <w:rPr>
          <w:rFonts w:cs="Times New Roman"/>
          <w:szCs w:val="24"/>
        </w:rPr>
        <w:t xml:space="preserve">-o </w:t>
      </w:r>
      <w:proofErr w:type="spellStart"/>
      <w:r w:rsidRPr="00563B50">
        <w:rPr>
          <w:rFonts w:cs="Times New Roman"/>
          <w:szCs w:val="24"/>
        </w:rPr>
        <w:t>acțiune</w:t>
      </w:r>
      <w:proofErr w:type="spellEnd"/>
      <w:r w:rsidRPr="00563B50">
        <w:rPr>
          <w:rFonts w:cs="Times New Roman"/>
          <w:szCs w:val="24"/>
        </w:rPr>
        <w:t xml:space="preserve"> </w:t>
      </w:r>
      <w:proofErr w:type="spellStart"/>
      <w:r w:rsidRPr="00563B50">
        <w:rPr>
          <w:rFonts w:cs="Times New Roman"/>
          <w:szCs w:val="24"/>
        </w:rPr>
        <w:t>fără</w:t>
      </w:r>
      <w:proofErr w:type="spellEnd"/>
      <w:r w:rsidRPr="00563B50">
        <w:rPr>
          <w:rFonts w:cs="Times New Roman"/>
          <w:szCs w:val="24"/>
        </w:rPr>
        <w:t xml:space="preserve"> </w:t>
      </w:r>
      <w:proofErr w:type="spellStart"/>
      <w:r w:rsidRPr="00563B50">
        <w:rPr>
          <w:rFonts w:cs="Times New Roman"/>
          <w:szCs w:val="24"/>
        </w:rPr>
        <w:t>echivoc</w:t>
      </w:r>
      <w:proofErr w:type="spellEnd"/>
      <w:r w:rsidRPr="00563B50">
        <w:rPr>
          <w:rFonts w:cs="Times New Roman"/>
          <w:szCs w:val="24"/>
        </w:rPr>
        <w:t xml:space="preserve">, ca </w:t>
      </w:r>
      <w:proofErr w:type="spellStart"/>
      <w:r w:rsidRPr="00563B50">
        <w:rPr>
          <w:rFonts w:cs="Times New Roman"/>
          <w:szCs w:val="24"/>
        </w:rPr>
        <w:t>datele</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care </w:t>
      </w:r>
      <w:proofErr w:type="spellStart"/>
      <w:r w:rsidRPr="00563B50">
        <w:rPr>
          <w:rFonts w:cs="Times New Roman"/>
          <w:szCs w:val="24"/>
        </w:rPr>
        <w:t>îl</w:t>
      </w:r>
      <w:proofErr w:type="spellEnd"/>
      <w:r w:rsidRPr="00563B50">
        <w:rPr>
          <w:rFonts w:cs="Times New Roman"/>
          <w:szCs w:val="24"/>
        </w:rPr>
        <w:t xml:space="preserve"> </w:t>
      </w:r>
      <w:proofErr w:type="spellStart"/>
      <w:r w:rsidRPr="00563B50">
        <w:rPr>
          <w:rFonts w:cs="Times New Roman"/>
          <w:szCs w:val="24"/>
        </w:rPr>
        <w:t>privesc</w:t>
      </w:r>
      <w:proofErr w:type="spellEnd"/>
      <w:r w:rsidRPr="00563B50">
        <w:rPr>
          <w:rFonts w:cs="Times New Roman"/>
          <w:szCs w:val="24"/>
        </w:rPr>
        <w:t xml:space="preserve"> </w:t>
      </w:r>
      <w:proofErr w:type="spellStart"/>
      <w:r w:rsidRPr="00563B50">
        <w:rPr>
          <w:rFonts w:cs="Times New Roman"/>
          <w:szCs w:val="24"/>
        </w:rPr>
        <w:t>să</w:t>
      </w:r>
      <w:proofErr w:type="spellEnd"/>
      <w:r w:rsidRPr="00563B50">
        <w:rPr>
          <w:rFonts w:cs="Times New Roman"/>
          <w:szCs w:val="24"/>
        </w:rPr>
        <w:t xml:space="preserve"> fie </w:t>
      </w:r>
      <w:proofErr w:type="spellStart"/>
      <w:r w:rsidRPr="00563B50">
        <w:rPr>
          <w:rFonts w:cs="Times New Roman"/>
          <w:szCs w:val="24"/>
        </w:rPr>
        <w:t>prelucrate</w:t>
      </w:r>
      <w:proofErr w:type="spellEnd"/>
      <w:r w:rsidRPr="00563B50">
        <w:rPr>
          <w:rFonts w:cs="Times New Roman"/>
          <w:szCs w:val="24"/>
        </w:rPr>
        <w:t>;</w:t>
      </w:r>
    </w:p>
    <w:p w14:paraId="7FC7BBE5" w14:textId="77777777" w:rsidR="00EE7ED3" w:rsidRPr="00563B50" w:rsidRDefault="00000000">
      <w:pPr>
        <w:numPr>
          <w:ilvl w:val="0"/>
          <w:numId w:val="1"/>
        </w:numPr>
        <w:jc w:val="both"/>
        <w:rPr>
          <w:rFonts w:cs="Times New Roman"/>
          <w:szCs w:val="24"/>
        </w:rPr>
      </w:pPr>
      <w:proofErr w:type="spellStart"/>
      <w:r w:rsidRPr="00563B50">
        <w:rPr>
          <w:rFonts w:cs="Times New Roman"/>
          <w:b/>
          <w:bCs/>
          <w:szCs w:val="24"/>
        </w:rPr>
        <w:lastRenderedPageBreak/>
        <w:t>Pseudonimizare</w:t>
      </w:r>
      <w:proofErr w:type="spellEnd"/>
      <w:r w:rsidRPr="00563B50">
        <w:rPr>
          <w:rFonts w:cs="Times New Roman"/>
          <w:szCs w:val="24"/>
        </w:rPr>
        <w:t xml:space="preserve"> – </w:t>
      </w:r>
      <w:proofErr w:type="spellStart"/>
      <w:r w:rsidRPr="00563B50">
        <w:rPr>
          <w:rFonts w:cs="Times New Roman"/>
          <w:szCs w:val="24"/>
        </w:rPr>
        <w:t>reprezintă</w:t>
      </w:r>
      <w:proofErr w:type="spellEnd"/>
      <w:r w:rsidRPr="00563B50">
        <w:rPr>
          <w:rFonts w:cs="Times New Roman"/>
          <w:szCs w:val="24"/>
        </w:rPr>
        <w:t xml:space="preserve"> </w:t>
      </w:r>
      <w:proofErr w:type="spellStart"/>
      <w:r w:rsidRPr="00563B50">
        <w:rPr>
          <w:rFonts w:cs="Times New Roman"/>
          <w:szCs w:val="24"/>
        </w:rPr>
        <w:t>prelucrarea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într</w:t>
      </w:r>
      <w:proofErr w:type="spellEnd"/>
      <w:r w:rsidRPr="00563B50">
        <w:rPr>
          <w:rFonts w:cs="Times New Roman"/>
          <w:szCs w:val="24"/>
        </w:rPr>
        <w:t xml:space="preserve">-un </w:t>
      </w:r>
      <w:proofErr w:type="spellStart"/>
      <w:r w:rsidRPr="00563B50">
        <w:rPr>
          <w:rFonts w:cs="Times New Roman"/>
          <w:szCs w:val="24"/>
        </w:rPr>
        <w:t>asemenea</w:t>
      </w:r>
      <w:proofErr w:type="spellEnd"/>
      <w:r w:rsidRPr="00563B50">
        <w:rPr>
          <w:rFonts w:cs="Times New Roman"/>
          <w:szCs w:val="24"/>
        </w:rPr>
        <w:t xml:space="preserve"> mod </w:t>
      </w:r>
      <w:proofErr w:type="spellStart"/>
      <w:r w:rsidRPr="00563B50">
        <w:rPr>
          <w:rFonts w:cs="Times New Roman"/>
          <w:szCs w:val="24"/>
        </w:rPr>
        <w:t>încât</w:t>
      </w:r>
      <w:proofErr w:type="spellEnd"/>
      <w:r w:rsidRPr="00563B50">
        <w:rPr>
          <w:rFonts w:cs="Times New Roman"/>
          <w:szCs w:val="24"/>
        </w:rPr>
        <w:t xml:space="preserve"> </w:t>
      </w:r>
      <w:proofErr w:type="spellStart"/>
      <w:r w:rsidRPr="00563B50">
        <w:rPr>
          <w:rFonts w:cs="Times New Roman"/>
          <w:szCs w:val="24"/>
        </w:rPr>
        <w:t>acestea</w:t>
      </w:r>
      <w:proofErr w:type="spellEnd"/>
      <w:r w:rsidRPr="00563B50">
        <w:rPr>
          <w:rFonts w:cs="Times New Roman"/>
          <w:szCs w:val="24"/>
        </w:rPr>
        <w:t xml:space="preserve"> </w:t>
      </w:r>
      <w:proofErr w:type="spellStart"/>
      <w:r w:rsidRPr="00563B50">
        <w:rPr>
          <w:rFonts w:cs="Times New Roman"/>
          <w:szCs w:val="24"/>
        </w:rPr>
        <w:t>să</w:t>
      </w:r>
      <w:proofErr w:type="spellEnd"/>
      <w:r w:rsidRPr="00563B50">
        <w:rPr>
          <w:rFonts w:cs="Times New Roman"/>
          <w:szCs w:val="24"/>
        </w:rPr>
        <w:t xml:space="preserve"> nu </w:t>
      </w:r>
      <w:proofErr w:type="spellStart"/>
      <w:r w:rsidRPr="00563B50">
        <w:rPr>
          <w:rFonts w:cs="Times New Roman"/>
          <w:szCs w:val="24"/>
        </w:rPr>
        <w:t>mai</w:t>
      </w:r>
      <w:proofErr w:type="spellEnd"/>
      <w:r w:rsidRPr="00563B50">
        <w:rPr>
          <w:rFonts w:cs="Times New Roman"/>
          <w:szCs w:val="24"/>
        </w:rPr>
        <w:t xml:space="preserve"> </w:t>
      </w:r>
      <w:proofErr w:type="spellStart"/>
      <w:r w:rsidRPr="00563B50">
        <w:rPr>
          <w:rFonts w:cs="Times New Roman"/>
          <w:szCs w:val="24"/>
        </w:rPr>
        <w:t>poată</w:t>
      </w:r>
      <w:proofErr w:type="spellEnd"/>
      <w:r w:rsidRPr="00563B50">
        <w:rPr>
          <w:rFonts w:cs="Times New Roman"/>
          <w:szCs w:val="24"/>
        </w:rPr>
        <w:t xml:space="preserve"> fi </w:t>
      </w:r>
      <w:proofErr w:type="spellStart"/>
      <w:r w:rsidRPr="00563B50">
        <w:rPr>
          <w:rFonts w:cs="Times New Roman"/>
          <w:szCs w:val="24"/>
        </w:rPr>
        <w:t>atribuite</w:t>
      </w:r>
      <w:proofErr w:type="spellEnd"/>
      <w:r w:rsidRPr="00563B50">
        <w:rPr>
          <w:rFonts w:cs="Times New Roman"/>
          <w:szCs w:val="24"/>
        </w:rPr>
        <w:t xml:space="preserve"> </w:t>
      </w:r>
      <w:proofErr w:type="spellStart"/>
      <w:r w:rsidRPr="00563B50">
        <w:rPr>
          <w:rFonts w:cs="Times New Roman"/>
          <w:szCs w:val="24"/>
        </w:rPr>
        <w:t>unei</w:t>
      </w:r>
      <w:proofErr w:type="spellEnd"/>
      <w:r w:rsidRPr="00563B50">
        <w:rPr>
          <w:rFonts w:cs="Times New Roman"/>
          <w:szCs w:val="24"/>
        </w:rPr>
        <w:t xml:space="preserve"> </w:t>
      </w:r>
      <w:proofErr w:type="spellStart"/>
      <w:r w:rsidRPr="00563B50">
        <w:rPr>
          <w:rFonts w:cs="Times New Roman"/>
          <w:szCs w:val="24"/>
        </w:rPr>
        <w:t>anume</w:t>
      </w:r>
      <w:proofErr w:type="spellEnd"/>
      <w:r w:rsidRPr="00563B50">
        <w:rPr>
          <w:rFonts w:cs="Times New Roman"/>
          <w:szCs w:val="24"/>
        </w:rPr>
        <w:t xml:space="preserve"> </w:t>
      </w:r>
      <w:proofErr w:type="spellStart"/>
      <w:r w:rsidRPr="00563B50">
        <w:rPr>
          <w:rFonts w:cs="Times New Roman"/>
          <w:szCs w:val="24"/>
        </w:rPr>
        <w:t>persoane</w:t>
      </w:r>
      <w:proofErr w:type="spellEnd"/>
      <w:r w:rsidRPr="00563B50">
        <w:rPr>
          <w:rFonts w:cs="Times New Roman"/>
          <w:szCs w:val="24"/>
        </w:rPr>
        <w:t xml:space="preserve"> </w:t>
      </w:r>
      <w:proofErr w:type="spellStart"/>
      <w:r w:rsidRPr="00563B50">
        <w:rPr>
          <w:rFonts w:cs="Times New Roman"/>
          <w:szCs w:val="24"/>
        </w:rPr>
        <w:t>vizate</w:t>
      </w:r>
      <w:proofErr w:type="spellEnd"/>
      <w:r w:rsidRPr="00563B50">
        <w:rPr>
          <w:rFonts w:cs="Times New Roman"/>
          <w:szCs w:val="24"/>
        </w:rPr>
        <w:t xml:space="preserve"> </w:t>
      </w:r>
      <w:proofErr w:type="spellStart"/>
      <w:r w:rsidRPr="00563B50">
        <w:rPr>
          <w:rFonts w:cs="Times New Roman"/>
          <w:szCs w:val="24"/>
        </w:rPr>
        <w:t>fără</w:t>
      </w:r>
      <w:proofErr w:type="spellEnd"/>
      <w:r w:rsidRPr="00563B50">
        <w:rPr>
          <w:rFonts w:cs="Times New Roman"/>
          <w:szCs w:val="24"/>
        </w:rPr>
        <w:t xml:space="preserve"> a se </w:t>
      </w:r>
      <w:proofErr w:type="spellStart"/>
      <w:r w:rsidRPr="00563B50">
        <w:rPr>
          <w:rFonts w:cs="Times New Roman"/>
          <w:szCs w:val="24"/>
        </w:rPr>
        <w:t>utiliza</w:t>
      </w:r>
      <w:proofErr w:type="spellEnd"/>
      <w:r w:rsidRPr="00563B50">
        <w:rPr>
          <w:rFonts w:cs="Times New Roman"/>
          <w:szCs w:val="24"/>
        </w:rPr>
        <w:t xml:space="preserve"> </w:t>
      </w:r>
      <w:proofErr w:type="spellStart"/>
      <w:r w:rsidRPr="00563B50">
        <w:rPr>
          <w:rFonts w:cs="Times New Roman"/>
          <w:szCs w:val="24"/>
        </w:rPr>
        <w:t>informații</w:t>
      </w:r>
      <w:proofErr w:type="spellEnd"/>
      <w:r w:rsidRPr="00563B50">
        <w:rPr>
          <w:rFonts w:cs="Times New Roman"/>
          <w:szCs w:val="24"/>
        </w:rPr>
        <w:t xml:space="preserve"> </w:t>
      </w:r>
      <w:proofErr w:type="spellStart"/>
      <w:r w:rsidRPr="00563B50">
        <w:rPr>
          <w:rFonts w:cs="Times New Roman"/>
          <w:szCs w:val="24"/>
        </w:rPr>
        <w:t>suplimentare</w:t>
      </w:r>
      <w:proofErr w:type="spellEnd"/>
      <w:r w:rsidRPr="00563B50">
        <w:rPr>
          <w:rFonts w:cs="Times New Roman"/>
          <w:szCs w:val="24"/>
        </w:rPr>
        <w:t xml:space="preserve">, cu </w:t>
      </w:r>
      <w:proofErr w:type="spellStart"/>
      <w:r w:rsidRPr="00563B50">
        <w:rPr>
          <w:rFonts w:cs="Times New Roman"/>
          <w:szCs w:val="24"/>
        </w:rPr>
        <w:t>condiția</w:t>
      </w:r>
      <w:proofErr w:type="spellEnd"/>
      <w:r w:rsidRPr="00563B50">
        <w:rPr>
          <w:rFonts w:cs="Times New Roman"/>
          <w:szCs w:val="24"/>
        </w:rPr>
        <w:t xml:space="preserve"> ca </w:t>
      </w:r>
      <w:proofErr w:type="spellStart"/>
      <w:r w:rsidRPr="00563B50">
        <w:rPr>
          <w:rFonts w:cs="Times New Roman"/>
          <w:szCs w:val="24"/>
        </w:rPr>
        <w:t>aceste</w:t>
      </w:r>
      <w:proofErr w:type="spellEnd"/>
      <w:r w:rsidRPr="00563B50">
        <w:rPr>
          <w:rFonts w:cs="Times New Roman"/>
          <w:szCs w:val="24"/>
        </w:rPr>
        <w:t xml:space="preserve"> </w:t>
      </w:r>
      <w:proofErr w:type="spellStart"/>
      <w:r w:rsidRPr="00563B50">
        <w:rPr>
          <w:rFonts w:cs="Times New Roman"/>
          <w:szCs w:val="24"/>
        </w:rPr>
        <w:t>informații</w:t>
      </w:r>
      <w:proofErr w:type="spellEnd"/>
      <w:r w:rsidRPr="00563B50">
        <w:rPr>
          <w:rFonts w:cs="Times New Roman"/>
          <w:szCs w:val="24"/>
        </w:rPr>
        <w:t xml:space="preserve"> </w:t>
      </w:r>
      <w:proofErr w:type="spellStart"/>
      <w:r w:rsidRPr="00563B50">
        <w:rPr>
          <w:rFonts w:cs="Times New Roman"/>
          <w:szCs w:val="24"/>
        </w:rPr>
        <w:t>suplimentare</w:t>
      </w:r>
      <w:proofErr w:type="spellEnd"/>
      <w:r w:rsidRPr="00563B50">
        <w:rPr>
          <w:rFonts w:cs="Times New Roman"/>
          <w:szCs w:val="24"/>
        </w:rPr>
        <w:t xml:space="preserve"> </w:t>
      </w:r>
      <w:proofErr w:type="spellStart"/>
      <w:r w:rsidRPr="00563B50">
        <w:rPr>
          <w:rFonts w:cs="Times New Roman"/>
          <w:szCs w:val="24"/>
        </w:rPr>
        <w:t>să</w:t>
      </w:r>
      <w:proofErr w:type="spellEnd"/>
      <w:r w:rsidRPr="00563B50">
        <w:rPr>
          <w:rFonts w:cs="Times New Roman"/>
          <w:szCs w:val="24"/>
        </w:rPr>
        <w:t xml:space="preserve"> fie </w:t>
      </w:r>
      <w:proofErr w:type="spellStart"/>
      <w:r w:rsidRPr="00563B50">
        <w:rPr>
          <w:rFonts w:cs="Times New Roman"/>
          <w:szCs w:val="24"/>
        </w:rPr>
        <w:t>stocate</w:t>
      </w:r>
      <w:proofErr w:type="spellEnd"/>
      <w:r w:rsidRPr="00563B50">
        <w:rPr>
          <w:rFonts w:cs="Times New Roman"/>
          <w:szCs w:val="24"/>
        </w:rPr>
        <w:t xml:space="preserve"> </w:t>
      </w:r>
      <w:proofErr w:type="spellStart"/>
      <w:r w:rsidRPr="00563B50">
        <w:rPr>
          <w:rFonts w:cs="Times New Roman"/>
          <w:szCs w:val="24"/>
        </w:rPr>
        <w:t>separat</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să</w:t>
      </w:r>
      <w:proofErr w:type="spellEnd"/>
      <w:r w:rsidRPr="00563B50">
        <w:rPr>
          <w:rFonts w:cs="Times New Roman"/>
          <w:szCs w:val="24"/>
        </w:rPr>
        <w:t xml:space="preserve"> </w:t>
      </w:r>
      <w:proofErr w:type="spellStart"/>
      <w:r w:rsidRPr="00563B50">
        <w:rPr>
          <w:rFonts w:cs="Times New Roman"/>
          <w:szCs w:val="24"/>
        </w:rPr>
        <w:t>facă</w:t>
      </w:r>
      <w:proofErr w:type="spellEnd"/>
      <w:r w:rsidRPr="00563B50">
        <w:rPr>
          <w:rFonts w:cs="Times New Roman"/>
          <w:szCs w:val="24"/>
        </w:rPr>
        <w:t xml:space="preserve"> </w:t>
      </w:r>
      <w:proofErr w:type="spellStart"/>
      <w:r w:rsidRPr="00563B50">
        <w:rPr>
          <w:rFonts w:cs="Times New Roman"/>
          <w:szCs w:val="24"/>
        </w:rPr>
        <w:t>obiectul</w:t>
      </w:r>
      <w:proofErr w:type="spellEnd"/>
      <w:r w:rsidRPr="00563B50">
        <w:rPr>
          <w:rFonts w:cs="Times New Roman"/>
          <w:szCs w:val="24"/>
        </w:rPr>
        <w:t xml:space="preserve"> </w:t>
      </w:r>
      <w:proofErr w:type="spellStart"/>
      <w:r w:rsidRPr="00563B50">
        <w:rPr>
          <w:rFonts w:cs="Times New Roman"/>
          <w:szCs w:val="24"/>
        </w:rPr>
        <w:t>unor</w:t>
      </w:r>
      <w:proofErr w:type="spellEnd"/>
      <w:r w:rsidRPr="00563B50">
        <w:rPr>
          <w:rFonts w:cs="Times New Roman"/>
          <w:szCs w:val="24"/>
        </w:rPr>
        <w:t xml:space="preserve"> </w:t>
      </w:r>
      <w:proofErr w:type="spellStart"/>
      <w:r w:rsidRPr="00563B50">
        <w:rPr>
          <w:rFonts w:cs="Times New Roman"/>
          <w:szCs w:val="24"/>
        </w:rPr>
        <w:t>măsurie</w:t>
      </w:r>
      <w:proofErr w:type="spellEnd"/>
      <w:r w:rsidRPr="00563B50">
        <w:rPr>
          <w:rFonts w:cs="Times New Roman"/>
          <w:szCs w:val="24"/>
        </w:rPr>
        <w:t xml:space="preserve"> de </w:t>
      </w:r>
      <w:proofErr w:type="spellStart"/>
      <w:r w:rsidRPr="00563B50">
        <w:rPr>
          <w:rFonts w:cs="Times New Roman"/>
          <w:szCs w:val="24"/>
        </w:rPr>
        <w:t>natură</w:t>
      </w:r>
      <w:proofErr w:type="spellEnd"/>
      <w:r w:rsidRPr="00563B50">
        <w:rPr>
          <w:rFonts w:cs="Times New Roman"/>
          <w:szCs w:val="24"/>
        </w:rPr>
        <w:t xml:space="preserve"> </w:t>
      </w:r>
      <w:proofErr w:type="spellStart"/>
      <w:r w:rsidRPr="00563B50">
        <w:rPr>
          <w:rFonts w:cs="Times New Roman"/>
          <w:szCs w:val="24"/>
        </w:rPr>
        <w:t>tehnică</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organizatorică</w:t>
      </w:r>
      <w:proofErr w:type="spellEnd"/>
      <w:r w:rsidRPr="00563B50">
        <w:rPr>
          <w:rFonts w:cs="Times New Roman"/>
          <w:szCs w:val="24"/>
        </w:rPr>
        <w:t xml:space="preserve"> care </w:t>
      </w:r>
      <w:proofErr w:type="spellStart"/>
      <w:r w:rsidRPr="00563B50">
        <w:rPr>
          <w:rFonts w:cs="Times New Roman"/>
          <w:szCs w:val="24"/>
        </w:rPr>
        <w:t>să</w:t>
      </w:r>
      <w:proofErr w:type="spellEnd"/>
      <w:r w:rsidRPr="00563B50">
        <w:rPr>
          <w:rFonts w:cs="Times New Roman"/>
          <w:szCs w:val="24"/>
        </w:rPr>
        <w:t xml:space="preserve"> </w:t>
      </w:r>
      <w:proofErr w:type="spellStart"/>
      <w:r w:rsidRPr="00563B50">
        <w:rPr>
          <w:rFonts w:cs="Times New Roman"/>
          <w:szCs w:val="24"/>
        </w:rPr>
        <w:t>asigure</w:t>
      </w:r>
      <w:proofErr w:type="spellEnd"/>
      <w:r w:rsidRPr="00563B50">
        <w:rPr>
          <w:rFonts w:cs="Times New Roman"/>
          <w:szCs w:val="24"/>
        </w:rPr>
        <w:t xml:space="preserve"> </w:t>
      </w:r>
      <w:proofErr w:type="spellStart"/>
      <w:r w:rsidRPr="00563B50">
        <w:rPr>
          <w:rFonts w:cs="Times New Roman"/>
          <w:szCs w:val="24"/>
        </w:rPr>
        <w:t>neatribuirea</w:t>
      </w:r>
      <w:proofErr w:type="spellEnd"/>
      <w:r w:rsidRPr="00563B50">
        <w:rPr>
          <w:rFonts w:cs="Times New Roman"/>
          <w:szCs w:val="24"/>
        </w:rPr>
        <w:t xml:space="preserve"> </w:t>
      </w:r>
      <w:proofErr w:type="spellStart"/>
      <w:r w:rsidRPr="00563B50">
        <w:rPr>
          <w:rFonts w:cs="Times New Roman"/>
          <w:szCs w:val="24"/>
        </w:rPr>
        <w:t>respectivelor</w:t>
      </w:r>
      <w:proofErr w:type="spellEnd"/>
      <w:r w:rsidRPr="00563B50">
        <w:rPr>
          <w:rFonts w:cs="Times New Roman"/>
          <w:szCs w:val="24"/>
        </w:rPr>
        <w:t xml:space="preserve"> date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unei</w:t>
      </w:r>
      <w:proofErr w:type="spellEnd"/>
      <w:r w:rsidRPr="00563B50">
        <w:rPr>
          <w:rFonts w:cs="Times New Roman"/>
          <w:szCs w:val="24"/>
        </w:rPr>
        <w:t xml:space="preserve"> </w:t>
      </w:r>
      <w:proofErr w:type="spellStart"/>
      <w:r w:rsidRPr="00563B50">
        <w:rPr>
          <w:rFonts w:cs="Times New Roman"/>
          <w:szCs w:val="24"/>
        </w:rPr>
        <w:t>persoane</w:t>
      </w:r>
      <w:proofErr w:type="spellEnd"/>
      <w:r w:rsidRPr="00563B50">
        <w:rPr>
          <w:rFonts w:cs="Times New Roman"/>
          <w:szCs w:val="24"/>
        </w:rPr>
        <w:t xml:space="preserve"> </w:t>
      </w:r>
      <w:proofErr w:type="spellStart"/>
      <w:r w:rsidRPr="00563B50">
        <w:rPr>
          <w:rFonts w:cs="Times New Roman"/>
          <w:szCs w:val="24"/>
        </w:rPr>
        <w:t>fizice</w:t>
      </w:r>
      <w:proofErr w:type="spellEnd"/>
      <w:r w:rsidRPr="00563B50">
        <w:rPr>
          <w:rFonts w:cs="Times New Roman"/>
          <w:szCs w:val="24"/>
        </w:rPr>
        <w:t xml:space="preserve"> </w:t>
      </w:r>
      <w:proofErr w:type="spellStart"/>
      <w:r w:rsidRPr="00563B50">
        <w:rPr>
          <w:rFonts w:cs="Times New Roman"/>
          <w:szCs w:val="24"/>
        </w:rPr>
        <w:t>identificate</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identificabile</w:t>
      </w:r>
      <w:proofErr w:type="spellEnd"/>
      <w:r w:rsidRPr="00563B50">
        <w:rPr>
          <w:rFonts w:cs="Times New Roman"/>
          <w:szCs w:val="24"/>
        </w:rPr>
        <w:t>;</w:t>
      </w:r>
    </w:p>
    <w:p w14:paraId="2C8043EB" w14:textId="77777777" w:rsidR="00EE7ED3" w:rsidRPr="00563B50" w:rsidRDefault="00000000">
      <w:pPr>
        <w:numPr>
          <w:ilvl w:val="0"/>
          <w:numId w:val="1"/>
        </w:numPr>
        <w:jc w:val="both"/>
        <w:rPr>
          <w:rFonts w:cs="Times New Roman"/>
          <w:szCs w:val="24"/>
        </w:rPr>
      </w:pPr>
      <w:proofErr w:type="spellStart"/>
      <w:r w:rsidRPr="00563B50">
        <w:rPr>
          <w:rFonts w:cs="Times New Roman"/>
          <w:b/>
          <w:bCs/>
          <w:szCs w:val="24"/>
        </w:rPr>
        <w:t>Încălcarea</w:t>
      </w:r>
      <w:proofErr w:type="spellEnd"/>
      <w:r w:rsidRPr="00563B50">
        <w:rPr>
          <w:rFonts w:cs="Times New Roman"/>
          <w:b/>
          <w:bCs/>
          <w:szCs w:val="24"/>
        </w:rPr>
        <w:t xml:space="preserve"> </w:t>
      </w:r>
      <w:proofErr w:type="spellStart"/>
      <w:r w:rsidRPr="00563B50">
        <w:rPr>
          <w:rFonts w:cs="Times New Roman"/>
          <w:b/>
          <w:bCs/>
          <w:szCs w:val="24"/>
        </w:rPr>
        <w:t>securității</w:t>
      </w:r>
      <w:proofErr w:type="spellEnd"/>
      <w:r w:rsidRPr="00563B50">
        <w:rPr>
          <w:rFonts w:cs="Times New Roman"/>
          <w:b/>
          <w:bCs/>
          <w:szCs w:val="24"/>
        </w:rPr>
        <w:t xml:space="preserve"> </w:t>
      </w:r>
      <w:proofErr w:type="spellStart"/>
      <w:r w:rsidRPr="00563B50">
        <w:rPr>
          <w:rFonts w:cs="Times New Roman"/>
          <w:b/>
          <w:bCs/>
          <w:szCs w:val="24"/>
        </w:rPr>
        <w:t>datelor</w:t>
      </w:r>
      <w:proofErr w:type="spellEnd"/>
      <w:r w:rsidRPr="00563B50">
        <w:rPr>
          <w:rFonts w:cs="Times New Roman"/>
          <w:b/>
          <w:bCs/>
          <w:szCs w:val="24"/>
        </w:rPr>
        <w:t xml:space="preserve"> cu </w:t>
      </w:r>
      <w:proofErr w:type="spellStart"/>
      <w:r w:rsidRPr="00563B50">
        <w:rPr>
          <w:rFonts w:cs="Times New Roman"/>
          <w:b/>
          <w:bCs/>
          <w:szCs w:val="24"/>
        </w:rPr>
        <w:t>caracter</w:t>
      </w:r>
      <w:proofErr w:type="spellEnd"/>
      <w:r w:rsidRPr="00563B50">
        <w:rPr>
          <w:rFonts w:cs="Times New Roman"/>
          <w:b/>
          <w:bCs/>
          <w:szCs w:val="24"/>
        </w:rPr>
        <w:t xml:space="preserve"> personal</w:t>
      </w:r>
      <w:r w:rsidRPr="00563B50">
        <w:rPr>
          <w:rFonts w:cs="Times New Roman"/>
          <w:szCs w:val="24"/>
        </w:rPr>
        <w:t xml:space="preserve"> – </w:t>
      </w:r>
      <w:proofErr w:type="spellStart"/>
      <w:r w:rsidRPr="00563B50">
        <w:rPr>
          <w:rFonts w:cs="Times New Roman"/>
          <w:szCs w:val="24"/>
        </w:rPr>
        <w:t>reprezintă</w:t>
      </w:r>
      <w:proofErr w:type="spellEnd"/>
      <w:r w:rsidRPr="00563B50">
        <w:rPr>
          <w:rFonts w:cs="Times New Roman"/>
          <w:szCs w:val="24"/>
        </w:rPr>
        <w:t xml:space="preserve"> o </w:t>
      </w:r>
      <w:proofErr w:type="spellStart"/>
      <w:r w:rsidRPr="00563B50">
        <w:rPr>
          <w:rFonts w:cs="Times New Roman"/>
          <w:szCs w:val="24"/>
        </w:rPr>
        <w:t>încălcare</w:t>
      </w:r>
      <w:proofErr w:type="spellEnd"/>
      <w:r w:rsidRPr="00563B50">
        <w:rPr>
          <w:rFonts w:cs="Times New Roman"/>
          <w:szCs w:val="24"/>
        </w:rPr>
        <w:t xml:space="preserve"> a </w:t>
      </w:r>
      <w:proofErr w:type="spellStart"/>
      <w:r w:rsidRPr="00563B50">
        <w:rPr>
          <w:rFonts w:cs="Times New Roman"/>
          <w:szCs w:val="24"/>
        </w:rPr>
        <w:t>securității</w:t>
      </w:r>
      <w:proofErr w:type="spellEnd"/>
      <w:r w:rsidRPr="00563B50">
        <w:rPr>
          <w:rFonts w:cs="Times New Roman"/>
          <w:szCs w:val="24"/>
        </w:rPr>
        <w:t xml:space="preserve"> care duce, </w:t>
      </w:r>
      <w:proofErr w:type="spellStart"/>
      <w:r w:rsidRPr="00563B50">
        <w:rPr>
          <w:rFonts w:cs="Times New Roman"/>
          <w:szCs w:val="24"/>
        </w:rPr>
        <w:t>în</w:t>
      </w:r>
      <w:proofErr w:type="spellEnd"/>
      <w:r w:rsidRPr="00563B50">
        <w:rPr>
          <w:rFonts w:cs="Times New Roman"/>
          <w:szCs w:val="24"/>
        </w:rPr>
        <w:t xml:space="preserve"> mod accidental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ilegal</w:t>
      </w:r>
      <w:proofErr w:type="spellEnd"/>
      <w:r w:rsidRPr="00563B50">
        <w:rPr>
          <w:rFonts w:cs="Times New Roman"/>
          <w:szCs w:val="24"/>
        </w:rPr>
        <w:t xml:space="preserve">, la </w:t>
      </w:r>
      <w:proofErr w:type="spellStart"/>
      <w:r w:rsidRPr="00563B50">
        <w:rPr>
          <w:rFonts w:cs="Times New Roman"/>
          <w:szCs w:val="24"/>
        </w:rPr>
        <w:t>distrugerea</w:t>
      </w:r>
      <w:proofErr w:type="spellEnd"/>
      <w:r w:rsidRPr="00563B50">
        <w:rPr>
          <w:rFonts w:cs="Times New Roman"/>
          <w:szCs w:val="24"/>
        </w:rPr>
        <w:t xml:space="preserve">, </w:t>
      </w:r>
      <w:proofErr w:type="spellStart"/>
      <w:r w:rsidRPr="00563B50">
        <w:rPr>
          <w:rFonts w:cs="Times New Roman"/>
          <w:szCs w:val="24"/>
        </w:rPr>
        <w:t>pierderea</w:t>
      </w:r>
      <w:proofErr w:type="spellEnd"/>
      <w:r w:rsidRPr="00563B50">
        <w:rPr>
          <w:rFonts w:cs="Times New Roman"/>
          <w:szCs w:val="24"/>
        </w:rPr>
        <w:t xml:space="preserve">, </w:t>
      </w:r>
      <w:proofErr w:type="spellStart"/>
      <w:r w:rsidRPr="00563B50">
        <w:rPr>
          <w:rFonts w:cs="Times New Roman"/>
          <w:szCs w:val="24"/>
        </w:rPr>
        <w:t>modificarea</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divulgarea</w:t>
      </w:r>
      <w:proofErr w:type="spellEnd"/>
      <w:r w:rsidRPr="00563B50">
        <w:rPr>
          <w:rFonts w:cs="Times New Roman"/>
          <w:szCs w:val="24"/>
        </w:rPr>
        <w:t xml:space="preserve"> </w:t>
      </w:r>
      <w:proofErr w:type="spellStart"/>
      <w:r w:rsidRPr="00563B50">
        <w:rPr>
          <w:rFonts w:cs="Times New Roman"/>
          <w:szCs w:val="24"/>
        </w:rPr>
        <w:t>neautorizată</w:t>
      </w:r>
      <w:proofErr w:type="spellEnd"/>
      <w:r w:rsidRPr="00563B50">
        <w:rPr>
          <w:rFonts w:cs="Times New Roman"/>
          <w:szCs w:val="24"/>
        </w:rPr>
        <w:t xml:space="preserve"> a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transmise</w:t>
      </w:r>
      <w:proofErr w:type="spellEnd"/>
      <w:r w:rsidRPr="00563B50">
        <w:rPr>
          <w:rFonts w:cs="Times New Roman"/>
          <w:szCs w:val="24"/>
        </w:rPr>
        <w:t xml:space="preserve">, </w:t>
      </w:r>
      <w:proofErr w:type="spellStart"/>
      <w:r w:rsidRPr="00563B50">
        <w:rPr>
          <w:rFonts w:cs="Times New Roman"/>
          <w:szCs w:val="24"/>
        </w:rPr>
        <w:t>stocate</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prelucrate</w:t>
      </w:r>
      <w:proofErr w:type="spellEnd"/>
      <w:r w:rsidRPr="00563B50">
        <w:rPr>
          <w:rFonts w:cs="Times New Roman"/>
          <w:szCs w:val="24"/>
        </w:rPr>
        <w:t xml:space="preserve"> </w:t>
      </w:r>
      <w:proofErr w:type="spellStart"/>
      <w:r w:rsidRPr="00563B50">
        <w:rPr>
          <w:rFonts w:cs="Times New Roman"/>
          <w:szCs w:val="24"/>
        </w:rPr>
        <w:t>într</w:t>
      </w:r>
      <w:proofErr w:type="spellEnd"/>
      <w:r w:rsidRPr="00563B50">
        <w:rPr>
          <w:rFonts w:cs="Times New Roman"/>
          <w:szCs w:val="24"/>
        </w:rPr>
        <w:t xml:space="preserve">-un alt mod, </w:t>
      </w:r>
      <w:proofErr w:type="spellStart"/>
      <w:r w:rsidRPr="00563B50">
        <w:rPr>
          <w:rFonts w:cs="Times New Roman"/>
          <w:szCs w:val="24"/>
        </w:rPr>
        <w:t>sau</w:t>
      </w:r>
      <w:proofErr w:type="spellEnd"/>
      <w:r w:rsidRPr="00563B50">
        <w:rPr>
          <w:rFonts w:cs="Times New Roman"/>
          <w:szCs w:val="24"/>
        </w:rPr>
        <w:t xml:space="preserve"> la </w:t>
      </w:r>
      <w:proofErr w:type="spellStart"/>
      <w:r w:rsidRPr="00563B50">
        <w:rPr>
          <w:rFonts w:cs="Times New Roman"/>
          <w:szCs w:val="24"/>
        </w:rPr>
        <w:t>accesul</w:t>
      </w:r>
      <w:proofErr w:type="spellEnd"/>
      <w:r w:rsidRPr="00563B50">
        <w:rPr>
          <w:rFonts w:cs="Times New Roman"/>
          <w:szCs w:val="24"/>
        </w:rPr>
        <w:t xml:space="preserve"> </w:t>
      </w:r>
      <w:proofErr w:type="spellStart"/>
      <w:r w:rsidRPr="00563B50">
        <w:rPr>
          <w:rFonts w:cs="Times New Roman"/>
          <w:szCs w:val="24"/>
        </w:rPr>
        <w:t>neautorizat</w:t>
      </w:r>
      <w:proofErr w:type="spellEnd"/>
      <w:r w:rsidRPr="00563B50">
        <w:rPr>
          <w:rFonts w:cs="Times New Roman"/>
          <w:szCs w:val="24"/>
        </w:rPr>
        <w:t xml:space="preserve"> la </w:t>
      </w:r>
      <w:proofErr w:type="spellStart"/>
      <w:r w:rsidRPr="00563B50">
        <w:rPr>
          <w:rFonts w:cs="Times New Roman"/>
          <w:szCs w:val="24"/>
        </w:rPr>
        <w:t>acestea</w:t>
      </w:r>
      <w:proofErr w:type="spellEnd"/>
      <w:r w:rsidRPr="00563B50">
        <w:rPr>
          <w:rFonts w:cs="Times New Roman"/>
          <w:szCs w:val="24"/>
        </w:rPr>
        <w:t>;</w:t>
      </w:r>
    </w:p>
    <w:p w14:paraId="4FBA4E6F" w14:textId="77777777" w:rsidR="00EE7ED3" w:rsidRPr="00563B50" w:rsidRDefault="00000000">
      <w:pPr>
        <w:numPr>
          <w:ilvl w:val="0"/>
          <w:numId w:val="1"/>
        </w:numPr>
        <w:jc w:val="both"/>
        <w:rPr>
          <w:rFonts w:cs="Times New Roman"/>
          <w:szCs w:val="24"/>
        </w:rPr>
      </w:pPr>
      <w:proofErr w:type="spellStart"/>
      <w:r w:rsidRPr="00563B50">
        <w:rPr>
          <w:rFonts w:cs="Times New Roman"/>
          <w:b/>
          <w:bCs/>
          <w:szCs w:val="24"/>
        </w:rPr>
        <w:t>Destinatar</w:t>
      </w:r>
      <w:proofErr w:type="spellEnd"/>
      <w:r w:rsidRPr="00563B50">
        <w:rPr>
          <w:rFonts w:cs="Times New Roman"/>
          <w:szCs w:val="24"/>
        </w:rPr>
        <w:t xml:space="preserve"> – </w:t>
      </w:r>
      <w:proofErr w:type="spellStart"/>
      <w:r w:rsidRPr="00563B50">
        <w:rPr>
          <w:rFonts w:cs="Times New Roman"/>
          <w:szCs w:val="24"/>
        </w:rPr>
        <w:t>reprezintă</w:t>
      </w:r>
      <w:proofErr w:type="spellEnd"/>
      <w:r w:rsidRPr="00563B50">
        <w:rPr>
          <w:rFonts w:cs="Times New Roman"/>
          <w:szCs w:val="24"/>
        </w:rPr>
        <w:t xml:space="preserve"> </w:t>
      </w:r>
      <w:proofErr w:type="spellStart"/>
      <w:r w:rsidRPr="00563B50">
        <w:rPr>
          <w:rFonts w:cs="Times New Roman"/>
          <w:szCs w:val="24"/>
        </w:rPr>
        <w:t>persoana</w:t>
      </w:r>
      <w:proofErr w:type="spellEnd"/>
      <w:r w:rsidRPr="00563B50">
        <w:rPr>
          <w:rFonts w:cs="Times New Roman"/>
          <w:szCs w:val="24"/>
        </w:rPr>
        <w:t xml:space="preserve"> </w:t>
      </w:r>
      <w:proofErr w:type="spellStart"/>
      <w:r w:rsidRPr="00563B50">
        <w:rPr>
          <w:rFonts w:cs="Times New Roman"/>
          <w:szCs w:val="24"/>
        </w:rPr>
        <w:t>fizică</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juridică</w:t>
      </w:r>
      <w:proofErr w:type="spellEnd"/>
      <w:r w:rsidRPr="00563B50">
        <w:rPr>
          <w:rFonts w:cs="Times New Roman"/>
          <w:szCs w:val="24"/>
        </w:rPr>
        <w:t xml:space="preserve">, </w:t>
      </w:r>
      <w:proofErr w:type="spellStart"/>
      <w:r w:rsidRPr="00563B50">
        <w:rPr>
          <w:rFonts w:cs="Times New Roman"/>
          <w:szCs w:val="24"/>
        </w:rPr>
        <w:t>autoritatea</w:t>
      </w:r>
      <w:proofErr w:type="spellEnd"/>
      <w:r w:rsidRPr="00563B50">
        <w:rPr>
          <w:rFonts w:cs="Times New Roman"/>
          <w:szCs w:val="24"/>
        </w:rPr>
        <w:t xml:space="preserve"> </w:t>
      </w:r>
      <w:proofErr w:type="spellStart"/>
      <w:r w:rsidRPr="00563B50">
        <w:rPr>
          <w:rFonts w:cs="Times New Roman"/>
          <w:szCs w:val="24"/>
        </w:rPr>
        <w:t>publică</w:t>
      </w:r>
      <w:proofErr w:type="spellEnd"/>
      <w:r w:rsidRPr="00563B50">
        <w:rPr>
          <w:rFonts w:cs="Times New Roman"/>
          <w:szCs w:val="24"/>
        </w:rPr>
        <w:t xml:space="preserve">, </w:t>
      </w:r>
      <w:proofErr w:type="spellStart"/>
      <w:r w:rsidRPr="00563B50">
        <w:rPr>
          <w:rFonts w:cs="Times New Roman"/>
          <w:szCs w:val="24"/>
        </w:rPr>
        <w:t>agenția</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alt organism </w:t>
      </w:r>
      <w:proofErr w:type="spellStart"/>
      <w:r w:rsidRPr="00563B50">
        <w:rPr>
          <w:rFonts w:cs="Times New Roman"/>
          <w:szCs w:val="24"/>
        </w:rPr>
        <w:t>căreia</w:t>
      </w:r>
      <w:proofErr w:type="spellEnd"/>
      <w:r w:rsidRPr="00563B50">
        <w:rPr>
          <w:rFonts w:cs="Times New Roman"/>
          <w:szCs w:val="24"/>
        </w:rPr>
        <w:t xml:space="preserve"> </w:t>
      </w:r>
      <w:proofErr w:type="spellStart"/>
      <w:r w:rsidRPr="00563B50">
        <w:rPr>
          <w:rFonts w:cs="Times New Roman"/>
          <w:szCs w:val="24"/>
        </w:rPr>
        <w:t>îi</w:t>
      </w:r>
      <w:proofErr w:type="spellEnd"/>
      <w:r w:rsidRPr="00563B50">
        <w:rPr>
          <w:rFonts w:cs="Times New Roman"/>
          <w:szCs w:val="24"/>
        </w:rPr>
        <w:t xml:space="preserve"> sunt divulgate </w:t>
      </w:r>
      <w:proofErr w:type="spellStart"/>
      <w:r w:rsidRPr="00563B50">
        <w:rPr>
          <w:rFonts w:cs="Times New Roman"/>
          <w:szCs w:val="24"/>
        </w:rPr>
        <w:t>datele</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indiferent</w:t>
      </w:r>
      <w:proofErr w:type="spellEnd"/>
      <w:r w:rsidRPr="00563B50">
        <w:rPr>
          <w:rFonts w:cs="Times New Roman"/>
          <w:szCs w:val="24"/>
        </w:rPr>
        <w:t xml:space="preserve"> </w:t>
      </w:r>
      <w:proofErr w:type="spellStart"/>
      <w:r w:rsidRPr="00563B50">
        <w:rPr>
          <w:rFonts w:cs="Times New Roman"/>
          <w:szCs w:val="24"/>
        </w:rPr>
        <w:t>dacă</w:t>
      </w:r>
      <w:proofErr w:type="spellEnd"/>
      <w:r w:rsidRPr="00563B50">
        <w:rPr>
          <w:rFonts w:cs="Times New Roman"/>
          <w:szCs w:val="24"/>
        </w:rPr>
        <w:t xml:space="preserve">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nu o </w:t>
      </w:r>
      <w:proofErr w:type="spellStart"/>
      <w:r w:rsidRPr="00563B50">
        <w:rPr>
          <w:rFonts w:cs="Times New Roman"/>
          <w:szCs w:val="24"/>
        </w:rPr>
        <w:t>parte</w:t>
      </w:r>
      <w:proofErr w:type="spellEnd"/>
      <w:r w:rsidRPr="00563B50">
        <w:rPr>
          <w:rFonts w:cs="Times New Roman"/>
          <w:szCs w:val="24"/>
        </w:rPr>
        <w:t xml:space="preserve"> </w:t>
      </w:r>
      <w:proofErr w:type="spellStart"/>
      <w:r w:rsidRPr="00563B50">
        <w:rPr>
          <w:rFonts w:cs="Times New Roman"/>
          <w:szCs w:val="24"/>
        </w:rPr>
        <w:t>terță</w:t>
      </w:r>
      <w:proofErr w:type="spellEnd"/>
      <w:r w:rsidRPr="00563B50">
        <w:rPr>
          <w:rFonts w:cs="Times New Roman"/>
          <w:szCs w:val="24"/>
        </w:rPr>
        <w:t xml:space="preserve">. Cu </w:t>
      </w:r>
      <w:proofErr w:type="spellStart"/>
      <w:r w:rsidRPr="00563B50">
        <w:rPr>
          <w:rFonts w:cs="Times New Roman"/>
          <w:szCs w:val="24"/>
        </w:rPr>
        <w:t>toate</w:t>
      </w:r>
      <w:proofErr w:type="spellEnd"/>
      <w:r w:rsidRPr="00563B50">
        <w:rPr>
          <w:rFonts w:cs="Times New Roman"/>
          <w:szCs w:val="24"/>
        </w:rPr>
        <w:t xml:space="preserve"> </w:t>
      </w:r>
      <w:proofErr w:type="spellStart"/>
      <w:r w:rsidRPr="00563B50">
        <w:rPr>
          <w:rFonts w:cs="Times New Roman"/>
          <w:szCs w:val="24"/>
        </w:rPr>
        <w:t>acestea</w:t>
      </w:r>
      <w:proofErr w:type="spellEnd"/>
      <w:r w:rsidRPr="00563B50">
        <w:rPr>
          <w:rFonts w:cs="Times New Roman"/>
          <w:szCs w:val="24"/>
        </w:rPr>
        <w:t xml:space="preserve">, </w:t>
      </w:r>
      <w:proofErr w:type="spellStart"/>
      <w:r w:rsidRPr="00563B50">
        <w:rPr>
          <w:rFonts w:cs="Times New Roman"/>
          <w:szCs w:val="24"/>
        </w:rPr>
        <w:t>autoritățile</w:t>
      </w:r>
      <w:proofErr w:type="spellEnd"/>
      <w:r w:rsidRPr="00563B50">
        <w:rPr>
          <w:rFonts w:cs="Times New Roman"/>
          <w:szCs w:val="24"/>
        </w:rPr>
        <w:t xml:space="preserve"> </w:t>
      </w:r>
      <w:proofErr w:type="spellStart"/>
      <w:r w:rsidRPr="00563B50">
        <w:rPr>
          <w:rFonts w:cs="Times New Roman"/>
          <w:szCs w:val="24"/>
        </w:rPr>
        <w:t>publice</w:t>
      </w:r>
      <w:proofErr w:type="spellEnd"/>
      <w:r w:rsidRPr="00563B50">
        <w:rPr>
          <w:rFonts w:cs="Times New Roman"/>
          <w:szCs w:val="24"/>
        </w:rPr>
        <w:t xml:space="preserve"> </w:t>
      </w:r>
      <w:proofErr w:type="spellStart"/>
      <w:r w:rsidRPr="00563B50">
        <w:rPr>
          <w:rFonts w:cs="Times New Roman"/>
          <w:szCs w:val="24"/>
        </w:rPr>
        <w:t>cărora</w:t>
      </w:r>
      <w:proofErr w:type="spellEnd"/>
      <w:r w:rsidRPr="00563B50">
        <w:rPr>
          <w:rFonts w:cs="Times New Roman"/>
          <w:szCs w:val="24"/>
        </w:rPr>
        <w:t xml:space="preserve"> li se pot </w:t>
      </w:r>
      <w:proofErr w:type="spellStart"/>
      <w:r w:rsidRPr="00563B50">
        <w:rPr>
          <w:rFonts w:cs="Times New Roman"/>
          <w:szCs w:val="24"/>
        </w:rPr>
        <w:t>comunica</w:t>
      </w:r>
      <w:proofErr w:type="spellEnd"/>
      <w:r w:rsidRPr="00563B50">
        <w:rPr>
          <w:rFonts w:cs="Times New Roman"/>
          <w:szCs w:val="24"/>
        </w:rPr>
        <w:t xml:space="preserve"> date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cadrul</w:t>
      </w:r>
      <w:proofErr w:type="spellEnd"/>
      <w:r w:rsidRPr="00563B50">
        <w:rPr>
          <w:rFonts w:cs="Times New Roman"/>
          <w:szCs w:val="24"/>
        </w:rPr>
        <w:t xml:space="preserve"> </w:t>
      </w:r>
      <w:proofErr w:type="spellStart"/>
      <w:r w:rsidRPr="00563B50">
        <w:rPr>
          <w:rFonts w:cs="Times New Roman"/>
          <w:szCs w:val="24"/>
        </w:rPr>
        <w:t>unei</w:t>
      </w:r>
      <w:proofErr w:type="spellEnd"/>
      <w:r w:rsidRPr="00563B50">
        <w:rPr>
          <w:rFonts w:cs="Times New Roman"/>
          <w:szCs w:val="24"/>
        </w:rPr>
        <w:t xml:space="preserve"> </w:t>
      </w:r>
      <w:proofErr w:type="spellStart"/>
      <w:r w:rsidRPr="00563B50">
        <w:rPr>
          <w:rFonts w:cs="Times New Roman"/>
          <w:szCs w:val="24"/>
        </w:rPr>
        <w:t>anumite</w:t>
      </w:r>
      <w:proofErr w:type="spellEnd"/>
      <w:r w:rsidRPr="00563B50">
        <w:rPr>
          <w:rFonts w:cs="Times New Roman"/>
          <w:szCs w:val="24"/>
        </w:rPr>
        <w:t xml:space="preserve"> </w:t>
      </w:r>
      <w:proofErr w:type="spellStart"/>
      <w:r w:rsidRPr="00563B50">
        <w:rPr>
          <w:rFonts w:cs="Times New Roman"/>
          <w:szCs w:val="24"/>
        </w:rPr>
        <w:t>anchete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conformitate</w:t>
      </w:r>
      <w:proofErr w:type="spellEnd"/>
      <w:r w:rsidRPr="00563B50">
        <w:rPr>
          <w:rFonts w:cs="Times New Roman"/>
          <w:szCs w:val="24"/>
        </w:rPr>
        <w:t xml:space="preserve"> cu </w:t>
      </w:r>
      <w:proofErr w:type="spellStart"/>
      <w:r w:rsidRPr="00563B50">
        <w:rPr>
          <w:rFonts w:cs="Times New Roman"/>
          <w:szCs w:val="24"/>
        </w:rPr>
        <w:t>actele</w:t>
      </w:r>
      <w:proofErr w:type="spellEnd"/>
      <w:r w:rsidRPr="00563B50">
        <w:rPr>
          <w:rFonts w:cs="Times New Roman"/>
          <w:szCs w:val="24"/>
        </w:rPr>
        <w:t xml:space="preserve"> normative nu sunt considerate </w:t>
      </w:r>
      <w:proofErr w:type="spellStart"/>
      <w:r w:rsidRPr="00563B50">
        <w:rPr>
          <w:rFonts w:cs="Times New Roman"/>
          <w:szCs w:val="24"/>
        </w:rPr>
        <w:t>destinatari</w:t>
      </w:r>
      <w:proofErr w:type="spellEnd"/>
      <w:r w:rsidRPr="00563B50">
        <w:rPr>
          <w:rFonts w:cs="Times New Roman"/>
          <w:szCs w:val="24"/>
        </w:rPr>
        <w:t xml:space="preserve">; </w:t>
      </w:r>
      <w:proofErr w:type="spellStart"/>
      <w:r w:rsidRPr="00563B50">
        <w:rPr>
          <w:rFonts w:cs="Times New Roman"/>
          <w:szCs w:val="24"/>
        </w:rPr>
        <w:t>prelucrarea</w:t>
      </w:r>
      <w:proofErr w:type="spellEnd"/>
      <w:r w:rsidRPr="00563B50">
        <w:rPr>
          <w:rFonts w:cs="Times New Roman"/>
          <w:szCs w:val="24"/>
        </w:rPr>
        <w:t xml:space="preserve"> </w:t>
      </w:r>
      <w:proofErr w:type="spellStart"/>
      <w:r w:rsidRPr="00563B50">
        <w:rPr>
          <w:rFonts w:cs="Times New Roman"/>
          <w:szCs w:val="24"/>
        </w:rPr>
        <w:t>acestor</w:t>
      </w:r>
      <w:proofErr w:type="spellEnd"/>
      <w:r w:rsidRPr="00563B50">
        <w:rPr>
          <w:rFonts w:cs="Times New Roman"/>
          <w:szCs w:val="24"/>
        </w:rPr>
        <w:t xml:space="preserve"> date de </w:t>
      </w:r>
      <w:proofErr w:type="spellStart"/>
      <w:r w:rsidRPr="00563B50">
        <w:rPr>
          <w:rFonts w:cs="Times New Roman"/>
          <w:szCs w:val="24"/>
        </w:rPr>
        <w:t>către</w:t>
      </w:r>
      <w:proofErr w:type="spellEnd"/>
      <w:r w:rsidRPr="00563B50">
        <w:rPr>
          <w:rFonts w:cs="Times New Roman"/>
          <w:szCs w:val="24"/>
        </w:rPr>
        <w:t xml:space="preserve"> </w:t>
      </w:r>
      <w:proofErr w:type="spellStart"/>
      <w:r w:rsidRPr="00563B50">
        <w:rPr>
          <w:rFonts w:cs="Times New Roman"/>
          <w:szCs w:val="24"/>
        </w:rPr>
        <w:t>autoritățile</w:t>
      </w:r>
      <w:proofErr w:type="spellEnd"/>
      <w:r w:rsidRPr="00563B50">
        <w:rPr>
          <w:rFonts w:cs="Times New Roman"/>
          <w:szCs w:val="24"/>
        </w:rPr>
        <w:t xml:space="preserve"> </w:t>
      </w:r>
      <w:proofErr w:type="spellStart"/>
      <w:r w:rsidRPr="00563B50">
        <w:rPr>
          <w:rFonts w:cs="Times New Roman"/>
          <w:szCs w:val="24"/>
        </w:rPr>
        <w:t>publice</w:t>
      </w:r>
      <w:proofErr w:type="spellEnd"/>
      <w:r w:rsidRPr="00563B50">
        <w:rPr>
          <w:rFonts w:cs="Times New Roman"/>
          <w:szCs w:val="24"/>
        </w:rPr>
        <w:t xml:space="preserve"> respective </w:t>
      </w:r>
      <w:proofErr w:type="spellStart"/>
      <w:r w:rsidRPr="00563B50">
        <w:rPr>
          <w:rFonts w:cs="Times New Roman"/>
          <w:szCs w:val="24"/>
        </w:rPr>
        <w:t>respectă</w:t>
      </w:r>
      <w:proofErr w:type="spellEnd"/>
      <w:r w:rsidRPr="00563B50">
        <w:rPr>
          <w:rFonts w:cs="Times New Roman"/>
          <w:szCs w:val="24"/>
        </w:rPr>
        <w:t xml:space="preserve"> </w:t>
      </w:r>
      <w:proofErr w:type="spellStart"/>
      <w:r w:rsidRPr="00563B50">
        <w:rPr>
          <w:rFonts w:cs="Times New Roman"/>
          <w:szCs w:val="24"/>
        </w:rPr>
        <w:t>normele</w:t>
      </w:r>
      <w:proofErr w:type="spellEnd"/>
      <w:r w:rsidRPr="00563B50">
        <w:rPr>
          <w:rFonts w:cs="Times New Roman"/>
          <w:szCs w:val="24"/>
        </w:rPr>
        <w:t xml:space="preserve"> </w:t>
      </w:r>
      <w:proofErr w:type="spellStart"/>
      <w:r w:rsidRPr="00563B50">
        <w:rPr>
          <w:rFonts w:cs="Times New Roman"/>
          <w:szCs w:val="24"/>
        </w:rPr>
        <w:t>aplicabile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materie</w:t>
      </w:r>
      <w:proofErr w:type="spellEnd"/>
      <w:r w:rsidRPr="00563B50">
        <w:rPr>
          <w:rFonts w:cs="Times New Roman"/>
          <w:szCs w:val="24"/>
        </w:rPr>
        <w:t xml:space="preserve"> de </w:t>
      </w:r>
      <w:proofErr w:type="spellStart"/>
      <w:r w:rsidRPr="00563B50">
        <w:rPr>
          <w:rFonts w:cs="Times New Roman"/>
          <w:szCs w:val="24"/>
        </w:rPr>
        <w:t>protecție</w:t>
      </w:r>
      <w:proofErr w:type="spellEnd"/>
      <w:r w:rsidRPr="00563B50">
        <w:rPr>
          <w:rFonts w:cs="Times New Roman"/>
          <w:szCs w:val="24"/>
        </w:rPr>
        <w:t xml:space="preserve"> a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conformitate</w:t>
      </w:r>
      <w:proofErr w:type="spellEnd"/>
      <w:r w:rsidRPr="00563B50">
        <w:rPr>
          <w:rFonts w:cs="Times New Roman"/>
          <w:szCs w:val="24"/>
        </w:rPr>
        <w:t xml:space="preserve"> cu </w:t>
      </w:r>
      <w:proofErr w:type="spellStart"/>
      <w:r w:rsidRPr="00563B50">
        <w:rPr>
          <w:rFonts w:cs="Times New Roman"/>
          <w:szCs w:val="24"/>
        </w:rPr>
        <w:t>scopurile</w:t>
      </w:r>
      <w:proofErr w:type="spellEnd"/>
      <w:r w:rsidRPr="00563B50">
        <w:rPr>
          <w:rFonts w:cs="Times New Roman"/>
          <w:szCs w:val="24"/>
        </w:rPr>
        <w:t xml:space="preserve"> </w:t>
      </w:r>
      <w:proofErr w:type="spellStart"/>
      <w:r w:rsidRPr="00563B50">
        <w:rPr>
          <w:rFonts w:cs="Times New Roman"/>
          <w:szCs w:val="24"/>
        </w:rPr>
        <w:t>prelucrării</w:t>
      </w:r>
      <w:proofErr w:type="spellEnd"/>
      <w:r w:rsidRPr="00563B50">
        <w:rPr>
          <w:rFonts w:cs="Times New Roman"/>
          <w:szCs w:val="24"/>
        </w:rPr>
        <w:t>.</w:t>
      </w:r>
    </w:p>
    <w:p w14:paraId="395FDDC7" w14:textId="77777777" w:rsidR="00EE7ED3" w:rsidRPr="00563B50" w:rsidRDefault="00000000" w:rsidP="00B47780">
      <w:pPr>
        <w:jc w:val="center"/>
        <w:rPr>
          <w:rFonts w:cs="Times New Roman"/>
          <w:b/>
          <w:bCs/>
          <w:szCs w:val="24"/>
        </w:rPr>
      </w:pPr>
      <w:r w:rsidRPr="00563B50">
        <w:rPr>
          <w:rFonts w:cs="Times New Roman"/>
          <w:b/>
          <w:bCs/>
          <w:szCs w:val="24"/>
        </w:rPr>
        <w:t xml:space="preserve">III. OBIECTIVELE </w:t>
      </w:r>
      <w:r>
        <w:rPr>
          <w:rFonts w:cs="Times New Roman"/>
          <w:b/>
          <w:bCs/>
          <w:szCs w:val="24"/>
          <w:lang w:val="ro-RO"/>
        </w:rPr>
        <w:t>REGULAMENTULUI</w:t>
      </w:r>
      <w:r w:rsidRPr="00563B50">
        <w:rPr>
          <w:rFonts w:cs="Times New Roman"/>
          <w:b/>
          <w:bCs/>
          <w:szCs w:val="24"/>
        </w:rPr>
        <w:t xml:space="preserve"> PRIVIND PROTECȚIA DATELOR</w:t>
      </w:r>
    </w:p>
    <w:p w14:paraId="2DCBF2E3" w14:textId="77777777" w:rsidR="00EE7ED3" w:rsidRPr="00563B50" w:rsidRDefault="00000000" w:rsidP="00B47780">
      <w:pPr>
        <w:jc w:val="both"/>
        <w:rPr>
          <w:rFonts w:cs="Times New Roman"/>
          <w:szCs w:val="24"/>
        </w:rPr>
      </w:pPr>
      <w:r w:rsidRPr="00563B50">
        <w:rPr>
          <w:rFonts w:cs="Times New Roman"/>
          <w:szCs w:val="24"/>
        </w:rPr>
        <w:t xml:space="preserve">Obiectivele </w:t>
      </w:r>
      <w:proofErr w:type="spellStart"/>
      <w:r w:rsidRPr="00563B50">
        <w:rPr>
          <w:rFonts w:cs="Times New Roman"/>
          <w:szCs w:val="24"/>
        </w:rPr>
        <w:t>principale</w:t>
      </w:r>
      <w:proofErr w:type="spellEnd"/>
      <w:r w:rsidRPr="00563B50">
        <w:rPr>
          <w:rFonts w:cs="Times New Roman"/>
          <w:szCs w:val="24"/>
        </w:rPr>
        <w:t xml:space="preserve"> ale </w:t>
      </w:r>
      <w:r>
        <w:rPr>
          <w:rFonts w:cs="Times New Roman"/>
          <w:szCs w:val="24"/>
          <w:lang w:val="ro-RO"/>
        </w:rPr>
        <w:t>Regulamentului</w:t>
      </w:r>
      <w:r w:rsidRPr="00563B50">
        <w:rPr>
          <w:rFonts w:cs="Times New Roman"/>
          <w:szCs w:val="24"/>
        </w:rPr>
        <w:t xml:space="preserve"> sunt </w:t>
      </w:r>
      <w:proofErr w:type="spellStart"/>
      <w:r w:rsidRPr="00563B50">
        <w:rPr>
          <w:rFonts w:cs="Times New Roman"/>
          <w:szCs w:val="24"/>
        </w:rPr>
        <w:t>disponibilitatea</w:t>
      </w:r>
      <w:proofErr w:type="spellEnd"/>
      <w:r w:rsidRPr="00563B50">
        <w:rPr>
          <w:rFonts w:cs="Times New Roman"/>
          <w:szCs w:val="24"/>
        </w:rPr>
        <w:t xml:space="preserve">, </w:t>
      </w:r>
      <w:proofErr w:type="spellStart"/>
      <w:r w:rsidRPr="00563B50">
        <w:rPr>
          <w:rFonts w:cs="Times New Roman"/>
          <w:szCs w:val="24"/>
        </w:rPr>
        <w:t>integritatea</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confidențialitatea</w:t>
      </w:r>
      <w:proofErr w:type="spellEnd"/>
      <w:r w:rsidRPr="00563B50">
        <w:rPr>
          <w:rFonts w:cs="Times New Roman"/>
          <w:szCs w:val="24"/>
        </w:rPr>
        <w:t xml:space="preserve"> </w:t>
      </w:r>
      <w:proofErr w:type="spellStart"/>
      <w:r w:rsidRPr="00563B50">
        <w:rPr>
          <w:rFonts w:cs="Times New Roman"/>
          <w:szCs w:val="24"/>
        </w:rPr>
        <w:t>tuturor</w:t>
      </w:r>
      <w:proofErr w:type="spellEnd"/>
      <w:r w:rsidRPr="00563B50">
        <w:rPr>
          <w:rFonts w:cs="Times New Roman"/>
          <w:szCs w:val="24"/>
        </w:rPr>
        <w:t xml:space="preserve"> </w:t>
      </w:r>
      <w:proofErr w:type="spellStart"/>
      <w:r w:rsidRPr="00563B50">
        <w:rPr>
          <w:rFonts w:cs="Times New Roman"/>
          <w:szCs w:val="24"/>
        </w:rPr>
        <w:t>informațiilor</w:t>
      </w:r>
      <w:proofErr w:type="spellEnd"/>
      <w:r w:rsidRPr="00563B50">
        <w:rPr>
          <w:rFonts w:cs="Times New Roman"/>
          <w:szCs w:val="24"/>
        </w:rPr>
        <w:t xml:space="preserve">, </w:t>
      </w:r>
      <w:proofErr w:type="spellStart"/>
      <w:r w:rsidRPr="00563B50">
        <w:rPr>
          <w:rFonts w:cs="Times New Roman"/>
          <w:szCs w:val="24"/>
        </w:rPr>
        <w:t>inclusiv</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prelucrate</w:t>
      </w:r>
      <w:proofErr w:type="spellEnd"/>
      <w:r w:rsidRPr="00563B50">
        <w:rPr>
          <w:rFonts w:cs="Times New Roman"/>
          <w:szCs w:val="24"/>
        </w:rPr>
        <w:t xml:space="preserve"> de </w:t>
      </w:r>
      <w:r w:rsidRPr="00B47780">
        <w:rPr>
          <w:rFonts w:cs="Times New Roman"/>
          <w:b/>
          <w:bCs/>
          <w:szCs w:val="24"/>
        </w:rPr>
        <w:t xml:space="preserve">PRIMĂRIA SATULUI MERENI </w:t>
      </w:r>
      <w:proofErr w:type="spellStart"/>
      <w:r w:rsidRPr="00563B50">
        <w:rPr>
          <w:rFonts w:cs="Times New Roman"/>
          <w:szCs w:val="24"/>
        </w:rPr>
        <w:t>atât</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cadrul</w:t>
      </w:r>
      <w:proofErr w:type="spellEnd"/>
      <w:r w:rsidRPr="00563B50">
        <w:rPr>
          <w:rFonts w:cs="Times New Roman"/>
          <w:szCs w:val="24"/>
        </w:rPr>
        <w:t xml:space="preserve"> </w:t>
      </w:r>
      <w:proofErr w:type="spellStart"/>
      <w:r w:rsidRPr="00563B50">
        <w:rPr>
          <w:rFonts w:cs="Times New Roman"/>
          <w:szCs w:val="24"/>
        </w:rPr>
        <w:t>prelucrării</w:t>
      </w:r>
      <w:proofErr w:type="spellEnd"/>
      <w:r w:rsidRPr="00563B50">
        <w:rPr>
          <w:rFonts w:cs="Times New Roman"/>
          <w:szCs w:val="24"/>
        </w:rPr>
        <w:t xml:space="preserve"> </w:t>
      </w:r>
      <w:proofErr w:type="spellStart"/>
      <w:r w:rsidRPr="00563B50">
        <w:rPr>
          <w:rFonts w:cs="Times New Roman"/>
          <w:szCs w:val="24"/>
        </w:rPr>
        <w:t>manuale</w:t>
      </w:r>
      <w:proofErr w:type="spellEnd"/>
      <w:r w:rsidRPr="00563B50">
        <w:rPr>
          <w:rFonts w:cs="Times New Roman"/>
          <w:szCs w:val="24"/>
        </w:rPr>
        <w:t xml:space="preserve">, </w:t>
      </w:r>
      <w:proofErr w:type="spellStart"/>
      <w:r w:rsidRPr="00563B50">
        <w:rPr>
          <w:rFonts w:cs="Times New Roman"/>
          <w:szCs w:val="24"/>
        </w:rPr>
        <w:t>cât</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cadrul</w:t>
      </w:r>
      <w:proofErr w:type="spellEnd"/>
      <w:r w:rsidRPr="00563B50">
        <w:rPr>
          <w:rFonts w:cs="Times New Roman"/>
          <w:szCs w:val="24"/>
        </w:rPr>
        <w:t xml:space="preserve"> </w:t>
      </w:r>
      <w:proofErr w:type="spellStart"/>
      <w:r w:rsidRPr="00563B50">
        <w:rPr>
          <w:rFonts w:cs="Times New Roman"/>
          <w:szCs w:val="24"/>
        </w:rPr>
        <w:t>sistemelor</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proceselor</w:t>
      </w:r>
      <w:proofErr w:type="spellEnd"/>
      <w:r w:rsidRPr="00563B50">
        <w:rPr>
          <w:rFonts w:cs="Times New Roman"/>
          <w:szCs w:val="24"/>
        </w:rPr>
        <w:t xml:space="preserve"> de </w:t>
      </w:r>
      <w:proofErr w:type="spellStart"/>
      <w:r w:rsidRPr="00563B50">
        <w:rPr>
          <w:rFonts w:cs="Times New Roman"/>
          <w:szCs w:val="24"/>
        </w:rPr>
        <w:t>tehnologie</w:t>
      </w:r>
      <w:proofErr w:type="spellEnd"/>
      <w:r w:rsidRPr="00563B50">
        <w:rPr>
          <w:rFonts w:cs="Times New Roman"/>
          <w:szCs w:val="24"/>
        </w:rPr>
        <w:t xml:space="preserve"> </w:t>
      </w:r>
      <w:proofErr w:type="spellStart"/>
      <w:r w:rsidRPr="00563B50">
        <w:rPr>
          <w:rFonts w:cs="Times New Roman"/>
          <w:szCs w:val="24"/>
        </w:rPr>
        <w:t>informațională</w:t>
      </w:r>
      <w:proofErr w:type="spellEnd"/>
      <w:r w:rsidRPr="00563B50">
        <w:rPr>
          <w:rFonts w:cs="Times New Roman"/>
          <w:szCs w:val="24"/>
        </w:rPr>
        <w:t xml:space="preserve">. </w:t>
      </w:r>
      <w:proofErr w:type="spellStart"/>
      <w:r w:rsidRPr="00563B50">
        <w:rPr>
          <w:rFonts w:cs="Times New Roman"/>
          <w:szCs w:val="24"/>
        </w:rPr>
        <w:t>Securitatea</w:t>
      </w:r>
      <w:proofErr w:type="spellEnd"/>
      <w:r w:rsidRPr="00563B50">
        <w:rPr>
          <w:rFonts w:cs="Times New Roman"/>
          <w:szCs w:val="24"/>
        </w:rPr>
        <w:t xml:space="preserve"> </w:t>
      </w:r>
      <w:proofErr w:type="spellStart"/>
      <w:r w:rsidRPr="00563B50">
        <w:rPr>
          <w:rFonts w:cs="Times New Roman"/>
          <w:szCs w:val="24"/>
        </w:rPr>
        <w:t>informațională</w:t>
      </w:r>
      <w:proofErr w:type="spellEnd"/>
      <w:r w:rsidRPr="00563B50">
        <w:rPr>
          <w:rFonts w:cs="Times New Roman"/>
          <w:szCs w:val="24"/>
        </w:rPr>
        <w:t xml:space="preserve"> </w:t>
      </w:r>
      <w:proofErr w:type="spellStart"/>
      <w:r w:rsidRPr="00563B50">
        <w:rPr>
          <w:rFonts w:cs="Times New Roman"/>
          <w:szCs w:val="24"/>
        </w:rPr>
        <w:t>reprezintă</w:t>
      </w:r>
      <w:proofErr w:type="spellEnd"/>
      <w:r w:rsidRPr="00563B50">
        <w:rPr>
          <w:rFonts w:cs="Times New Roman"/>
          <w:szCs w:val="24"/>
        </w:rPr>
        <w:t xml:space="preserve"> o </w:t>
      </w:r>
      <w:proofErr w:type="spellStart"/>
      <w:r w:rsidRPr="00563B50">
        <w:rPr>
          <w:rFonts w:cs="Times New Roman"/>
          <w:szCs w:val="24"/>
        </w:rPr>
        <w:t>componentă</w:t>
      </w:r>
      <w:proofErr w:type="spellEnd"/>
      <w:r w:rsidRPr="00563B50">
        <w:rPr>
          <w:rFonts w:cs="Times New Roman"/>
          <w:szCs w:val="24"/>
        </w:rPr>
        <w:t xml:space="preserve"> </w:t>
      </w:r>
      <w:proofErr w:type="spellStart"/>
      <w:r w:rsidRPr="00563B50">
        <w:rPr>
          <w:rFonts w:cs="Times New Roman"/>
          <w:szCs w:val="24"/>
        </w:rPr>
        <w:t>esențială</w:t>
      </w:r>
      <w:proofErr w:type="spellEnd"/>
      <w:r w:rsidRPr="00563B50">
        <w:rPr>
          <w:rFonts w:cs="Times New Roman"/>
          <w:szCs w:val="24"/>
        </w:rPr>
        <w:t xml:space="preserve"> a </w:t>
      </w:r>
      <w:proofErr w:type="spellStart"/>
      <w:r w:rsidRPr="00563B50">
        <w:rPr>
          <w:rFonts w:cs="Times New Roman"/>
          <w:szCs w:val="24"/>
        </w:rPr>
        <w:t>derulării</w:t>
      </w:r>
      <w:proofErr w:type="spellEnd"/>
      <w:r w:rsidRPr="00563B50">
        <w:rPr>
          <w:rFonts w:cs="Times New Roman"/>
          <w:szCs w:val="24"/>
        </w:rPr>
        <w:t xml:space="preserve"> optime a </w:t>
      </w:r>
      <w:proofErr w:type="spellStart"/>
      <w:r w:rsidRPr="00563B50">
        <w:rPr>
          <w:rFonts w:cs="Times New Roman"/>
          <w:szCs w:val="24"/>
        </w:rPr>
        <w:t>proceselor</w:t>
      </w:r>
      <w:proofErr w:type="spellEnd"/>
      <w:r w:rsidRPr="00563B50">
        <w:rPr>
          <w:rFonts w:cs="Times New Roman"/>
          <w:szCs w:val="24"/>
        </w:rPr>
        <w:t xml:space="preserve"> </w:t>
      </w:r>
      <w:proofErr w:type="spellStart"/>
      <w:r w:rsidRPr="00563B50">
        <w:rPr>
          <w:rFonts w:cs="Times New Roman"/>
          <w:szCs w:val="24"/>
        </w:rPr>
        <w:t>bazate</w:t>
      </w:r>
      <w:proofErr w:type="spellEnd"/>
      <w:r w:rsidRPr="00563B50">
        <w:rPr>
          <w:rFonts w:cs="Times New Roman"/>
          <w:szCs w:val="24"/>
        </w:rPr>
        <w:t xml:space="preserve"> pe IT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cadrul</w:t>
      </w:r>
      <w:proofErr w:type="spellEnd"/>
      <w:r w:rsidRPr="00563B50">
        <w:rPr>
          <w:rFonts w:cs="Times New Roman"/>
          <w:szCs w:val="24"/>
        </w:rPr>
        <w:t xml:space="preserve"> </w:t>
      </w:r>
      <w:proofErr w:type="spellStart"/>
      <w:r w:rsidRPr="00563B50">
        <w:rPr>
          <w:rFonts w:cs="Times New Roman"/>
          <w:szCs w:val="24"/>
        </w:rPr>
        <w:t>instituției</w:t>
      </w:r>
      <w:proofErr w:type="spellEnd"/>
      <w:r w:rsidRPr="00563B50">
        <w:rPr>
          <w:rFonts w:cs="Times New Roman"/>
          <w:szCs w:val="24"/>
        </w:rPr>
        <w:t>.</w:t>
      </w:r>
    </w:p>
    <w:p w14:paraId="0431AEE8" w14:textId="77777777" w:rsidR="00EE7ED3" w:rsidRPr="00563B50" w:rsidRDefault="00000000" w:rsidP="00B47780">
      <w:pPr>
        <w:jc w:val="both"/>
        <w:rPr>
          <w:rFonts w:cs="Times New Roman"/>
          <w:szCs w:val="24"/>
        </w:rPr>
      </w:pPr>
      <w:r w:rsidRPr="00563B50">
        <w:rPr>
          <w:rFonts w:cs="Times New Roman"/>
          <w:szCs w:val="24"/>
        </w:rPr>
        <w:t xml:space="preserve">Baza </w:t>
      </w:r>
      <w:proofErr w:type="spellStart"/>
      <w:r w:rsidRPr="00563B50">
        <w:rPr>
          <w:rFonts w:cs="Times New Roman"/>
          <w:szCs w:val="24"/>
        </w:rPr>
        <w:t>unei</w:t>
      </w:r>
      <w:proofErr w:type="spellEnd"/>
      <w:r w:rsidRPr="00563B50">
        <w:rPr>
          <w:rFonts w:cs="Times New Roman"/>
          <w:szCs w:val="24"/>
        </w:rPr>
        <w:t xml:space="preserve"> </w:t>
      </w:r>
      <w:proofErr w:type="spellStart"/>
      <w:r w:rsidRPr="00563B50">
        <w:rPr>
          <w:rFonts w:cs="Times New Roman"/>
          <w:szCs w:val="24"/>
        </w:rPr>
        <w:t>securități</w:t>
      </w:r>
      <w:proofErr w:type="spellEnd"/>
      <w:r w:rsidRPr="00563B50">
        <w:rPr>
          <w:rFonts w:cs="Times New Roman"/>
          <w:szCs w:val="24"/>
        </w:rPr>
        <w:t xml:space="preserve"> IT </w:t>
      </w:r>
      <w:proofErr w:type="spellStart"/>
      <w:r w:rsidRPr="00563B50">
        <w:rPr>
          <w:rFonts w:cs="Times New Roman"/>
          <w:szCs w:val="24"/>
        </w:rPr>
        <w:t>adecvate</w:t>
      </w:r>
      <w:proofErr w:type="spellEnd"/>
      <w:r w:rsidRPr="00563B50">
        <w:rPr>
          <w:rFonts w:cs="Times New Roman"/>
          <w:szCs w:val="24"/>
        </w:rPr>
        <w:t xml:space="preserve"> o </w:t>
      </w:r>
      <w:proofErr w:type="spellStart"/>
      <w:r w:rsidRPr="00563B50">
        <w:rPr>
          <w:rFonts w:cs="Times New Roman"/>
          <w:szCs w:val="24"/>
        </w:rPr>
        <w:t>constituie</w:t>
      </w:r>
      <w:proofErr w:type="spellEnd"/>
      <w:r w:rsidRPr="00563B50">
        <w:rPr>
          <w:rFonts w:cs="Times New Roman"/>
          <w:szCs w:val="24"/>
        </w:rPr>
        <w:t xml:space="preserve"> </w:t>
      </w:r>
      <w:proofErr w:type="spellStart"/>
      <w:r w:rsidRPr="00563B50">
        <w:rPr>
          <w:rFonts w:cs="Times New Roman"/>
          <w:szCs w:val="24"/>
        </w:rPr>
        <w:t>respectarea</w:t>
      </w:r>
      <w:proofErr w:type="spellEnd"/>
      <w:r w:rsidRPr="00563B50">
        <w:rPr>
          <w:rFonts w:cs="Times New Roman"/>
          <w:szCs w:val="24"/>
        </w:rPr>
        <w:t xml:space="preserve"> </w:t>
      </w:r>
      <w:proofErr w:type="spellStart"/>
      <w:r w:rsidRPr="00563B50">
        <w:rPr>
          <w:rFonts w:cs="Times New Roman"/>
          <w:szCs w:val="24"/>
        </w:rPr>
        <w:t>prezent</w:t>
      </w:r>
      <w:proofErr w:type="spellEnd"/>
      <w:r>
        <w:rPr>
          <w:rFonts w:cs="Times New Roman"/>
          <w:szCs w:val="24"/>
          <w:lang w:val="ro-RO"/>
        </w:rPr>
        <w:t>ului</w:t>
      </w:r>
      <w:r w:rsidRPr="00563B50">
        <w:rPr>
          <w:rFonts w:cs="Times New Roman"/>
          <w:szCs w:val="24"/>
        </w:rPr>
        <w:t xml:space="preserve"> </w:t>
      </w:r>
      <w:r>
        <w:rPr>
          <w:rFonts w:cs="Times New Roman"/>
          <w:szCs w:val="24"/>
          <w:lang w:val="ro-RO"/>
        </w:rPr>
        <w:t>Regulament</w:t>
      </w:r>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a </w:t>
      </w:r>
      <w:proofErr w:type="spellStart"/>
      <w:r w:rsidRPr="00563B50">
        <w:rPr>
          <w:rFonts w:cs="Times New Roman"/>
          <w:szCs w:val="24"/>
        </w:rPr>
        <w:t>altor</w:t>
      </w:r>
      <w:proofErr w:type="spellEnd"/>
      <w:r w:rsidRPr="00563B50">
        <w:rPr>
          <w:rFonts w:cs="Times New Roman"/>
          <w:szCs w:val="24"/>
        </w:rPr>
        <w:t xml:space="preserve"> </w:t>
      </w:r>
      <w:proofErr w:type="spellStart"/>
      <w:r w:rsidRPr="00563B50">
        <w:rPr>
          <w:rFonts w:cs="Times New Roman"/>
          <w:szCs w:val="24"/>
        </w:rPr>
        <w:t>acte</w:t>
      </w:r>
      <w:proofErr w:type="spellEnd"/>
      <w:r w:rsidRPr="00563B50">
        <w:rPr>
          <w:rFonts w:cs="Times New Roman"/>
          <w:szCs w:val="24"/>
        </w:rPr>
        <w:t xml:space="preserve"> normative interne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acest</w:t>
      </w:r>
      <w:proofErr w:type="spellEnd"/>
      <w:r w:rsidRPr="00563B50">
        <w:rPr>
          <w:rFonts w:cs="Times New Roman"/>
          <w:szCs w:val="24"/>
        </w:rPr>
        <w:t xml:space="preserve"> </w:t>
      </w:r>
      <w:proofErr w:type="spellStart"/>
      <w:r w:rsidRPr="00563B50">
        <w:rPr>
          <w:rFonts w:cs="Times New Roman"/>
          <w:szCs w:val="24"/>
        </w:rPr>
        <w:t>sens.</w:t>
      </w:r>
      <w:proofErr w:type="spellEnd"/>
      <w:r w:rsidRPr="00563B50">
        <w:rPr>
          <w:rFonts w:cs="Times New Roman"/>
          <w:szCs w:val="24"/>
        </w:rPr>
        <w:t xml:space="preserve"> </w:t>
      </w:r>
      <w:proofErr w:type="spellStart"/>
      <w:r w:rsidRPr="00563B50">
        <w:rPr>
          <w:rFonts w:cs="Times New Roman"/>
          <w:szCs w:val="24"/>
        </w:rPr>
        <w:t>Aceasta</w:t>
      </w:r>
      <w:proofErr w:type="spellEnd"/>
      <w:r w:rsidRPr="00563B50">
        <w:rPr>
          <w:rFonts w:cs="Times New Roman"/>
          <w:szCs w:val="24"/>
        </w:rPr>
        <w:t xml:space="preserve"> </w:t>
      </w:r>
      <w:proofErr w:type="spellStart"/>
      <w:r w:rsidRPr="00563B50">
        <w:rPr>
          <w:rFonts w:cs="Times New Roman"/>
          <w:szCs w:val="24"/>
        </w:rPr>
        <w:t>cuprinde</w:t>
      </w:r>
      <w:proofErr w:type="spellEnd"/>
      <w:r w:rsidRPr="00563B50">
        <w:rPr>
          <w:rFonts w:cs="Times New Roman"/>
          <w:szCs w:val="24"/>
        </w:rPr>
        <w:t xml:space="preserve"> </w:t>
      </w:r>
      <w:proofErr w:type="spellStart"/>
      <w:r w:rsidRPr="00563B50">
        <w:rPr>
          <w:rFonts w:cs="Times New Roman"/>
          <w:szCs w:val="24"/>
        </w:rPr>
        <w:t>cerințe</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reguli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protecția</w:t>
      </w:r>
      <w:proofErr w:type="spellEnd"/>
      <w:r w:rsidRPr="00563B50">
        <w:rPr>
          <w:rFonts w:cs="Times New Roman"/>
          <w:szCs w:val="24"/>
        </w:rPr>
        <w:t xml:space="preserve"> </w:t>
      </w:r>
      <w:proofErr w:type="spellStart"/>
      <w:r w:rsidRPr="00563B50">
        <w:rPr>
          <w:rFonts w:cs="Times New Roman"/>
          <w:szCs w:val="24"/>
        </w:rPr>
        <w:t>tuturor</w:t>
      </w:r>
      <w:proofErr w:type="spellEnd"/>
      <w:r w:rsidRPr="00563B50">
        <w:rPr>
          <w:rFonts w:cs="Times New Roman"/>
          <w:szCs w:val="24"/>
        </w:rPr>
        <w:t xml:space="preserve"> </w:t>
      </w:r>
      <w:proofErr w:type="spellStart"/>
      <w:r w:rsidRPr="00563B50">
        <w:rPr>
          <w:rFonts w:cs="Times New Roman"/>
          <w:szCs w:val="24"/>
        </w:rPr>
        <w:t>informațiilor</w:t>
      </w:r>
      <w:proofErr w:type="spellEnd"/>
      <w:r w:rsidRPr="00563B50">
        <w:rPr>
          <w:rFonts w:cs="Times New Roman"/>
          <w:szCs w:val="24"/>
        </w:rPr>
        <w:t xml:space="preserve">, </w:t>
      </w:r>
      <w:proofErr w:type="spellStart"/>
      <w:r w:rsidRPr="00563B50">
        <w:rPr>
          <w:rFonts w:cs="Times New Roman"/>
          <w:szCs w:val="24"/>
        </w:rPr>
        <w:t>inclusiv</w:t>
      </w:r>
      <w:proofErr w:type="spellEnd"/>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sistemelor</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proceselor</w:t>
      </w:r>
      <w:proofErr w:type="spellEnd"/>
      <w:r w:rsidRPr="00563B50">
        <w:rPr>
          <w:rFonts w:cs="Times New Roman"/>
          <w:szCs w:val="24"/>
        </w:rPr>
        <w:t xml:space="preserve"> IT </w:t>
      </w:r>
      <w:proofErr w:type="spellStart"/>
      <w:r w:rsidRPr="00563B50">
        <w:rPr>
          <w:rFonts w:cs="Times New Roman"/>
          <w:szCs w:val="24"/>
        </w:rPr>
        <w:t>împotriva</w:t>
      </w:r>
      <w:proofErr w:type="spellEnd"/>
      <w:r w:rsidRPr="00563B50">
        <w:rPr>
          <w:rFonts w:cs="Times New Roman"/>
          <w:szCs w:val="24"/>
        </w:rPr>
        <w:t xml:space="preserve"> </w:t>
      </w:r>
      <w:proofErr w:type="spellStart"/>
      <w:r w:rsidRPr="00563B50">
        <w:rPr>
          <w:rFonts w:cs="Times New Roman"/>
          <w:szCs w:val="24"/>
        </w:rPr>
        <w:t>influențelor</w:t>
      </w:r>
      <w:proofErr w:type="spellEnd"/>
      <w:r w:rsidRPr="00563B50">
        <w:rPr>
          <w:rFonts w:cs="Times New Roman"/>
          <w:szCs w:val="24"/>
        </w:rPr>
        <w:t xml:space="preserve"> </w:t>
      </w:r>
      <w:proofErr w:type="spellStart"/>
      <w:r w:rsidRPr="00563B50">
        <w:rPr>
          <w:rFonts w:cs="Times New Roman"/>
          <w:szCs w:val="24"/>
        </w:rPr>
        <w:t>naturale</w:t>
      </w:r>
      <w:proofErr w:type="spellEnd"/>
      <w:r w:rsidRPr="00563B50">
        <w:rPr>
          <w:rFonts w:cs="Times New Roman"/>
          <w:szCs w:val="24"/>
        </w:rPr>
        <w:t xml:space="preserve">, </w:t>
      </w:r>
      <w:proofErr w:type="spellStart"/>
      <w:r w:rsidRPr="00563B50">
        <w:rPr>
          <w:rFonts w:cs="Times New Roman"/>
          <w:szCs w:val="24"/>
        </w:rPr>
        <w:t>erorilor</w:t>
      </w:r>
      <w:proofErr w:type="spellEnd"/>
      <w:r w:rsidRPr="00563B50">
        <w:rPr>
          <w:rFonts w:cs="Times New Roman"/>
          <w:szCs w:val="24"/>
        </w:rPr>
        <w:t xml:space="preserve"> </w:t>
      </w:r>
      <w:proofErr w:type="spellStart"/>
      <w:r w:rsidRPr="00563B50">
        <w:rPr>
          <w:rFonts w:cs="Times New Roman"/>
          <w:szCs w:val="24"/>
        </w:rPr>
        <w:t>umane</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tehnice</w:t>
      </w:r>
      <w:proofErr w:type="spellEnd"/>
      <w:r w:rsidRPr="00563B50">
        <w:rPr>
          <w:rFonts w:cs="Times New Roman"/>
          <w:szCs w:val="24"/>
        </w:rPr>
        <w:t xml:space="preserve">, precum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împotriva</w:t>
      </w:r>
      <w:proofErr w:type="spellEnd"/>
      <w:r w:rsidRPr="00563B50">
        <w:rPr>
          <w:rFonts w:cs="Times New Roman"/>
          <w:szCs w:val="24"/>
        </w:rPr>
        <w:t xml:space="preserve"> </w:t>
      </w:r>
      <w:proofErr w:type="spellStart"/>
      <w:r w:rsidRPr="00563B50">
        <w:rPr>
          <w:rFonts w:cs="Times New Roman"/>
          <w:szCs w:val="24"/>
        </w:rPr>
        <w:t>acțiunilor</w:t>
      </w:r>
      <w:proofErr w:type="spellEnd"/>
      <w:r w:rsidRPr="00563B50">
        <w:rPr>
          <w:rFonts w:cs="Times New Roman"/>
          <w:szCs w:val="24"/>
        </w:rPr>
        <w:t xml:space="preserve"> deliberate care pot </w:t>
      </w:r>
      <w:proofErr w:type="spellStart"/>
      <w:r w:rsidRPr="00563B50">
        <w:rPr>
          <w:rFonts w:cs="Times New Roman"/>
          <w:szCs w:val="24"/>
        </w:rPr>
        <w:t>provoca</w:t>
      </w:r>
      <w:proofErr w:type="spellEnd"/>
      <w:r w:rsidRPr="00563B50">
        <w:rPr>
          <w:rFonts w:cs="Times New Roman"/>
          <w:szCs w:val="24"/>
        </w:rPr>
        <w:t xml:space="preserve"> </w:t>
      </w:r>
      <w:proofErr w:type="spellStart"/>
      <w:r w:rsidRPr="00563B50">
        <w:rPr>
          <w:rFonts w:cs="Times New Roman"/>
          <w:szCs w:val="24"/>
        </w:rPr>
        <w:t>pagube</w:t>
      </w:r>
      <w:proofErr w:type="spellEnd"/>
      <w:r w:rsidRPr="00563B50">
        <w:rPr>
          <w:rFonts w:cs="Times New Roman"/>
          <w:szCs w:val="24"/>
        </w:rPr>
        <w:t xml:space="preserve"> </w:t>
      </w:r>
      <w:proofErr w:type="spellStart"/>
      <w:r w:rsidRPr="00563B50">
        <w:rPr>
          <w:rFonts w:cs="Times New Roman"/>
          <w:szCs w:val="24"/>
        </w:rPr>
        <w:t>materiale</w:t>
      </w:r>
      <w:proofErr w:type="spellEnd"/>
      <w:r w:rsidRPr="00563B50">
        <w:rPr>
          <w:rFonts w:cs="Times New Roman"/>
          <w:szCs w:val="24"/>
        </w:rPr>
        <w:t xml:space="preserve">, </w:t>
      </w:r>
      <w:proofErr w:type="spellStart"/>
      <w:r w:rsidRPr="00563B50">
        <w:rPr>
          <w:rFonts w:cs="Times New Roman"/>
          <w:szCs w:val="24"/>
        </w:rPr>
        <w:t>respectiv</w:t>
      </w:r>
      <w:proofErr w:type="spellEnd"/>
      <w:r w:rsidRPr="00563B50">
        <w:rPr>
          <w:rFonts w:cs="Times New Roman"/>
          <w:szCs w:val="24"/>
        </w:rPr>
        <w:t xml:space="preserve"> </w:t>
      </w:r>
      <w:proofErr w:type="spellStart"/>
      <w:r w:rsidRPr="00563B50">
        <w:rPr>
          <w:rFonts w:cs="Times New Roman"/>
          <w:szCs w:val="24"/>
        </w:rPr>
        <w:t>imateriale</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care pot duce la </w:t>
      </w:r>
      <w:proofErr w:type="spellStart"/>
      <w:r w:rsidRPr="00563B50">
        <w:rPr>
          <w:rFonts w:cs="Times New Roman"/>
          <w:szCs w:val="24"/>
        </w:rPr>
        <w:t>încălcări</w:t>
      </w:r>
      <w:proofErr w:type="spellEnd"/>
      <w:r w:rsidRPr="00563B50">
        <w:rPr>
          <w:rFonts w:cs="Times New Roman"/>
          <w:szCs w:val="24"/>
        </w:rPr>
        <w:t xml:space="preserve"> ale </w:t>
      </w:r>
      <w:proofErr w:type="spellStart"/>
      <w:r w:rsidRPr="00563B50">
        <w:rPr>
          <w:rFonts w:cs="Times New Roman"/>
          <w:szCs w:val="24"/>
        </w:rPr>
        <w:t>legislației</w:t>
      </w:r>
      <w:proofErr w:type="spellEnd"/>
      <w:r w:rsidRPr="00563B50">
        <w:rPr>
          <w:rFonts w:cs="Times New Roman"/>
          <w:szCs w:val="24"/>
        </w:rPr>
        <w:t>.</w:t>
      </w:r>
    </w:p>
    <w:p w14:paraId="010FB5DA" w14:textId="77777777" w:rsidR="00EE7ED3" w:rsidRPr="00563B50" w:rsidRDefault="00000000" w:rsidP="00B47780">
      <w:pPr>
        <w:jc w:val="both"/>
        <w:rPr>
          <w:rFonts w:cs="Times New Roman"/>
          <w:szCs w:val="24"/>
        </w:rPr>
      </w:pPr>
      <w:proofErr w:type="spellStart"/>
      <w:r w:rsidRPr="00563B50">
        <w:rPr>
          <w:rFonts w:cs="Times New Roman"/>
          <w:szCs w:val="24"/>
        </w:rPr>
        <w:t>Având</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vedere</w:t>
      </w:r>
      <w:proofErr w:type="spellEnd"/>
      <w:r w:rsidRPr="00563B50">
        <w:rPr>
          <w:rFonts w:cs="Times New Roman"/>
          <w:szCs w:val="24"/>
        </w:rPr>
        <w:t xml:space="preserve"> </w:t>
      </w:r>
      <w:proofErr w:type="spellStart"/>
      <w:r w:rsidRPr="00563B50">
        <w:rPr>
          <w:rFonts w:cs="Times New Roman"/>
          <w:szCs w:val="24"/>
        </w:rPr>
        <w:t>că</w:t>
      </w:r>
      <w:proofErr w:type="spellEnd"/>
      <w:r w:rsidRPr="00563B50">
        <w:rPr>
          <w:rFonts w:cs="Times New Roman"/>
          <w:szCs w:val="24"/>
        </w:rPr>
        <w:t xml:space="preserve"> </w:t>
      </w:r>
      <w:proofErr w:type="spellStart"/>
      <w:r w:rsidRPr="00563B50">
        <w:rPr>
          <w:rFonts w:cs="Times New Roman"/>
          <w:szCs w:val="24"/>
        </w:rPr>
        <w:t>siguranța</w:t>
      </w:r>
      <w:proofErr w:type="spellEnd"/>
      <w:r w:rsidRPr="00563B50">
        <w:rPr>
          <w:rFonts w:cs="Times New Roman"/>
          <w:szCs w:val="24"/>
        </w:rPr>
        <w:t xml:space="preserve"> IT nu </w:t>
      </w:r>
      <w:proofErr w:type="spellStart"/>
      <w:r w:rsidRPr="00563B50">
        <w:rPr>
          <w:rFonts w:cs="Times New Roman"/>
          <w:szCs w:val="24"/>
        </w:rPr>
        <w:t>poate</w:t>
      </w:r>
      <w:proofErr w:type="spellEnd"/>
      <w:r w:rsidRPr="00563B50">
        <w:rPr>
          <w:rFonts w:cs="Times New Roman"/>
          <w:szCs w:val="24"/>
        </w:rPr>
        <w:t xml:space="preserve"> fi </w:t>
      </w:r>
      <w:proofErr w:type="spellStart"/>
      <w:r w:rsidRPr="00563B50">
        <w:rPr>
          <w:rFonts w:cs="Times New Roman"/>
          <w:szCs w:val="24"/>
        </w:rPr>
        <w:t>garantată</w:t>
      </w:r>
      <w:proofErr w:type="spellEnd"/>
      <w:r w:rsidRPr="00563B50">
        <w:rPr>
          <w:rFonts w:cs="Times New Roman"/>
          <w:szCs w:val="24"/>
        </w:rPr>
        <w:t xml:space="preserve"> </w:t>
      </w:r>
      <w:proofErr w:type="spellStart"/>
      <w:r w:rsidRPr="00563B50">
        <w:rPr>
          <w:rFonts w:cs="Times New Roman"/>
          <w:szCs w:val="24"/>
        </w:rPr>
        <w:t>exclusiv</w:t>
      </w:r>
      <w:proofErr w:type="spellEnd"/>
      <w:r w:rsidRPr="00563B50">
        <w:rPr>
          <w:rFonts w:cs="Times New Roman"/>
          <w:szCs w:val="24"/>
        </w:rPr>
        <w:t xml:space="preserve"> cu </w:t>
      </w:r>
      <w:proofErr w:type="spellStart"/>
      <w:r w:rsidRPr="00563B50">
        <w:rPr>
          <w:rFonts w:cs="Times New Roman"/>
          <w:szCs w:val="24"/>
        </w:rPr>
        <w:t>ajutorul</w:t>
      </w:r>
      <w:proofErr w:type="spellEnd"/>
      <w:r w:rsidRPr="00563B50">
        <w:rPr>
          <w:rFonts w:cs="Times New Roman"/>
          <w:szCs w:val="24"/>
        </w:rPr>
        <w:t xml:space="preserve"> </w:t>
      </w:r>
      <w:proofErr w:type="spellStart"/>
      <w:r w:rsidRPr="00563B50">
        <w:rPr>
          <w:rFonts w:cs="Times New Roman"/>
          <w:szCs w:val="24"/>
        </w:rPr>
        <w:t>unor</w:t>
      </w:r>
      <w:proofErr w:type="spellEnd"/>
      <w:r w:rsidRPr="00563B50">
        <w:rPr>
          <w:rFonts w:cs="Times New Roman"/>
          <w:szCs w:val="24"/>
        </w:rPr>
        <w:t xml:space="preserve"> </w:t>
      </w:r>
      <w:proofErr w:type="spellStart"/>
      <w:r w:rsidRPr="00563B50">
        <w:rPr>
          <w:rFonts w:cs="Times New Roman"/>
          <w:szCs w:val="24"/>
        </w:rPr>
        <w:t>sisteme</w:t>
      </w:r>
      <w:proofErr w:type="spellEnd"/>
      <w:r w:rsidRPr="00563B50">
        <w:rPr>
          <w:rFonts w:cs="Times New Roman"/>
          <w:szCs w:val="24"/>
        </w:rPr>
        <w:t xml:space="preserve"> </w:t>
      </w:r>
      <w:proofErr w:type="spellStart"/>
      <w:r w:rsidRPr="00563B50">
        <w:rPr>
          <w:rFonts w:cs="Times New Roman"/>
          <w:szCs w:val="24"/>
        </w:rPr>
        <w:t>tehnice</w:t>
      </w:r>
      <w:proofErr w:type="spellEnd"/>
      <w:r w:rsidRPr="00563B50">
        <w:rPr>
          <w:rFonts w:cs="Times New Roman"/>
          <w:szCs w:val="24"/>
        </w:rPr>
        <w:t xml:space="preserve">, </w:t>
      </w:r>
      <w:proofErr w:type="spellStart"/>
      <w:r w:rsidRPr="00563B50">
        <w:rPr>
          <w:rFonts w:cs="Times New Roman"/>
          <w:szCs w:val="24"/>
        </w:rPr>
        <w:t>prezent</w:t>
      </w:r>
      <w:r>
        <w:rPr>
          <w:rFonts w:cs="Times New Roman"/>
          <w:szCs w:val="24"/>
          <w:lang w:val="ro-RO"/>
        </w:rPr>
        <w:t>ul</w:t>
      </w:r>
      <w:proofErr w:type="spellEnd"/>
      <w:r w:rsidRPr="00563B50">
        <w:rPr>
          <w:rFonts w:cs="Times New Roman"/>
          <w:szCs w:val="24"/>
        </w:rPr>
        <w:t xml:space="preserve"> </w:t>
      </w:r>
      <w:r>
        <w:rPr>
          <w:rFonts w:cs="Times New Roman"/>
          <w:szCs w:val="24"/>
          <w:lang w:val="ro-RO"/>
        </w:rPr>
        <w:t>Regulament</w:t>
      </w:r>
      <w:r w:rsidRPr="00563B50">
        <w:rPr>
          <w:rFonts w:cs="Times New Roman"/>
          <w:szCs w:val="24"/>
        </w:rPr>
        <w:t xml:space="preserve"> </w:t>
      </w:r>
      <w:proofErr w:type="spellStart"/>
      <w:r w:rsidRPr="00563B50">
        <w:rPr>
          <w:rFonts w:cs="Times New Roman"/>
          <w:szCs w:val="24"/>
        </w:rPr>
        <w:t>vizează</w:t>
      </w:r>
      <w:proofErr w:type="spellEnd"/>
      <w:r w:rsidRPr="00563B50">
        <w:rPr>
          <w:rFonts w:cs="Times New Roman"/>
          <w:szCs w:val="24"/>
        </w:rPr>
        <w:t xml:space="preserve">, de </w:t>
      </w:r>
      <w:proofErr w:type="spellStart"/>
      <w:r w:rsidRPr="00563B50">
        <w:rPr>
          <w:rFonts w:cs="Times New Roman"/>
          <w:szCs w:val="24"/>
        </w:rPr>
        <w:t>asemenea</w:t>
      </w:r>
      <w:proofErr w:type="spellEnd"/>
      <w:r w:rsidRPr="00563B50">
        <w:rPr>
          <w:rFonts w:cs="Times New Roman"/>
          <w:szCs w:val="24"/>
        </w:rPr>
        <w:t xml:space="preserve">, </w:t>
      </w:r>
      <w:proofErr w:type="spellStart"/>
      <w:r w:rsidRPr="00563B50">
        <w:rPr>
          <w:rFonts w:cs="Times New Roman"/>
          <w:szCs w:val="24"/>
        </w:rPr>
        <w:t>aspecte</w:t>
      </w:r>
      <w:proofErr w:type="spellEnd"/>
      <w:r w:rsidRPr="00563B50">
        <w:rPr>
          <w:rFonts w:cs="Times New Roman"/>
          <w:szCs w:val="24"/>
        </w:rPr>
        <w:t xml:space="preserve"> de </w:t>
      </w:r>
      <w:proofErr w:type="spellStart"/>
      <w:r w:rsidRPr="00563B50">
        <w:rPr>
          <w:rFonts w:cs="Times New Roman"/>
          <w:szCs w:val="24"/>
        </w:rPr>
        <w:t>ordin</w:t>
      </w:r>
      <w:proofErr w:type="spellEnd"/>
      <w:r w:rsidRPr="00563B50">
        <w:rPr>
          <w:rFonts w:cs="Times New Roman"/>
          <w:szCs w:val="24"/>
        </w:rPr>
        <w:t xml:space="preserve"> </w:t>
      </w:r>
      <w:proofErr w:type="spellStart"/>
      <w:r w:rsidRPr="00563B50">
        <w:rPr>
          <w:rFonts w:cs="Times New Roman"/>
          <w:szCs w:val="24"/>
        </w:rPr>
        <w:t>organizatorico</w:t>
      </w:r>
      <w:proofErr w:type="spellEnd"/>
      <w:r w:rsidRPr="00563B50">
        <w:rPr>
          <w:rFonts w:cs="Times New Roman"/>
          <w:szCs w:val="24"/>
        </w:rPr>
        <w:t xml:space="preserve">-juridic </w:t>
      </w:r>
      <w:proofErr w:type="spellStart"/>
      <w:r w:rsidRPr="00563B50">
        <w:rPr>
          <w:rFonts w:cs="Times New Roman"/>
          <w:szCs w:val="24"/>
        </w:rPr>
        <w:t>şi</w:t>
      </w:r>
      <w:proofErr w:type="spellEnd"/>
      <w:r w:rsidRPr="00563B50">
        <w:rPr>
          <w:rFonts w:cs="Times New Roman"/>
          <w:szCs w:val="24"/>
        </w:rPr>
        <w:t xml:space="preserve"> de </w:t>
      </w:r>
      <w:proofErr w:type="spellStart"/>
      <w:r w:rsidRPr="00563B50">
        <w:rPr>
          <w:rFonts w:cs="Times New Roman"/>
          <w:szCs w:val="24"/>
        </w:rPr>
        <w:t>altă</w:t>
      </w:r>
      <w:proofErr w:type="spellEnd"/>
      <w:r w:rsidRPr="00563B50">
        <w:rPr>
          <w:rFonts w:cs="Times New Roman"/>
          <w:szCs w:val="24"/>
        </w:rPr>
        <w:t xml:space="preserve"> </w:t>
      </w:r>
      <w:proofErr w:type="spellStart"/>
      <w:r w:rsidRPr="00563B50">
        <w:rPr>
          <w:rFonts w:cs="Times New Roman"/>
          <w:szCs w:val="24"/>
        </w:rPr>
        <w:t>natură</w:t>
      </w:r>
      <w:proofErr w:type="spellEnd"/>
      <w:r w:rsidRPr="00563B50">
        <w:rPr>
          <w:rFonts w:cs="Times New Roman"/>
          <w:szCs w:val="24"/>
        </w:rPr>
        <w:t xml:space="preserve">. </w:t>
      </w:r>
      <w:r w:rsidRPr="00B47780">
        <w:rPr>
          <w:rFonts w:cs="Times New Roman"/>
          <w:b/>
          <w:bCs/>
          <w:szCs w:val="24"/>
        </w:rPr>
        <w:t>PRIMĂRIA SATULUI MERENI</w:t>
      </w:r>
      <w:r w:rsidRPr="00563B50">
        <w:rPr>
          <w:rFonts w:cs="Times New Roman"/>
          <w:szCs w:val="24"/>
        </w:rPr>
        <w:t xml:space="preserve"> </w:t>
      </w:r>
      <w:proofErr w:type="spellStart"/>
      <w:r w:rsidRPr="00563B50">
        <w:rPr>
          <w:rFonts w:cs="Times New Roman"/>
          <w:szCs w:val="24"/>
        </w:rPr>
        <w:t>va</w:t>
      </w:r>
      <w:proofErr w:type="spellEnd"/>
      <w:r w:rsidRPr="00563B50">
        <w:rPr>
          <w:rFonts w:cs="Times New Roman"/>
          <w:szCs w:val="24"/>
        </w:rPr>
        <w:t xml:space="preserve"> </w:t>
      </w:r>
      <w:proofErr w:type="spellStart"/>
      <w:r w:rsidRPr="00563B50">
        <w:rPr>
          <w:rFonts w:cs="Times New Roman"/>
          <w:szCs w:val="24"/>
        </w:rPr>
        <w:t>proteja</w:t>
      </w:r>
      <w:proofErr w:type="spellEnd"/>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atât</w:t>
      </w:r>
      <w:proofErr w:type="spellEnd"/>
      <w:r w:rsidRPr="00563B50">
        <w:rPr>
          <w:rFonts w:cs="Times New Roman"/>
          <w:szCs w:val="24"/>
        </w:rPr>
        <w:t xml:space="preserve"> a </w:t>
      </w:r>
      <w:proofErr w:type="spellStart"/>
      <w:r w:rsidRPr="00563B50">
        <w:rPr>
          <w:rFonts w:cs="Times New Roman"/>
          <w:szCs w:val="24"/>
        </w:rPr>
        <w:t>cetățenilor</w:t>
      </w:r>
      <w:proofErr w:type="spellEnd"/>
      <w:r w:rsidRPr="00563B50">
        <w:rPr>
          <w:rFonts w:cs="Times New Roman"/>
          <w:szCs w:val="24"/>
        </w:rPr>
        <w:t>/</w:t>
      </w:r>
      <w:proofErr w:type="spellStart"/>
      <w:r w:rsidRPr="00563B50">
        <w:rPr>
          <w:rFonts w:cs="Times New Roman"/>
          <w:szCs w:val="24"/>
        </w:rPr>
        <w:t>petiționarilor</w:t>
      </w:r>
      <w:proofErr w:type="spellEnd"/>
      <w:r w:rsidRPr="00563B50">
        <w:rPr>
          <w:rFonts w:cs="Times New Roman"/>
          <w:szCs w:val="24"/>
        </w:rPr>
        <w:t xml:space="preserve">, a </w:t>
      </w:r>
      <w:proofErr w:type="spellStart"/>
      <w:r w:rsidRPr="00563B50">
        <w:rPr>
          <w:rFonts w:cs="Times New Roman"/>
          <w:szCs w:val="24"/>
        </w:rPr>
        <w:t>angajaților</w:t>
      </w:r>
      <w:proofErr w:type="spellEnd"/>
      <w:r w:rsidRPr="00563B50">
        <w:rPr>
          <w:rFonts w:cs="Times New Roman"/>
          <w:szCs w:val="24"/>
        </w:rPr>
        <w:t xml:space="preserve"> </w:t>
      </w:r>
      <w:proofErr w:type="spellStart"/>
      <w:r w:rsidRPr="00563B50">
        <w:rPr>
          <w:rFonts w:cs="Times New Roman"/>
          <w:szCs w:val="24"/>
        </w:rPr>
        <w:t>săi</w:t>
      </w:r>
      <w:proofErr w:type="spellEnd"/>
      <w:r w:rsidRPr="00563B50">
        <w:rPr>
          <w:rFonts w:cs="Times New Roman"/>
          <w:szCs w:val="24"/>
        </w:rPr>
        <w:t xml:space="preserve">, </w:t>
      </w:r>
      <w:proofErr w:type="spellStart"/>
      <w:r w:rsidRPr="00563B50">
        <w:rPr>
          <w:rFonts w:cs="Times New Roman"/>
          <w:szCs w:val="24"/>
        </w:rPr>
        <w:t>cât</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a </w:t>
      </w:r>
      <w:proofErr w:type="spellStart"/>
      <w:r w:rsidRPr="00563B50">
        <w:rPr>
          <w:rFonts w:cs="Times New Roman"/>
          <w:szCs w:val="24"/>
        </w:rPr>
        <w:t>altor</w:t>
      </w:r>
      <w:proofErr w:type="spellEnd"/>
      <w:r w:rsidRPr="00563B50">
        <w:rPr>
          <w:rFonts w:cs="Times New Roman"/>
          <w:szCs w:val="24"/>
        </w:rPr>
        <w:t xml:space="preserve"> </w:t>
      </w:r>
      <w:proofErr w:type="spellStart"/>
      <w:r w:rsidRPr="00563B50">
        <w:rPr>
          <w:rFonts w:cs="Times New Roman"/>
          <w:szCs w:val="24"/>
        </w:rPr>
        <w:t>persoane</w:t>
      </w:r>
      <w:proofErr w:type="spellEnd"/>
      <w:r w:rsidRPr="00563B50">
        <w:rPr>
          <w:rFonts w:cs="Times New Roman"/>
          <w:szCs w:val="24"/>
        </w:rPr>
        <w:t xml:space="preserve"> </w:t>
      </w:r>
      <w:proofErr w:type="spellStart"/>
      <w:r w:rsidRPr="00563B50">
        <w:rPr>
          <w:rFonts w:cs="Times New Roman"/>
          <w:szCs w:val="24"/>
        </w:rPr>
        <w:t>vizate</w:t>
      </w:r>
      <w:proofErr w:type="spellEnd"/>
      <w:r w:rsidRPr="00563B50">
        <w:rPr>
          <w:rFonts w:cs="Times New Roman"/>
          <w:szCs w:val="24"/>
        </w:rPr>
        <w:t>.</w:t>
      </w:r>
    </w:p>
    <w:p w14:paraId="52C02F2E" w14:textId="77777777" w:rsidR="00EE7ED3" w:rsidRPr="00563B50" w:rsidRDefault="00000000" w:rsidP="00A33FF6">
      <w:pPr>
        <w:rPr>
          <w:rFonts w:cs="Times New Roman"/>
          <w:szCs w:val="24"/>
        </w:rPr>
      </w:pPr>
      <w:proofErr w:type="spellStart"/>
      <w:r w:rsidRPr="00563B50">
        <w:rPr>
          <w:rFonts w:cs="Times New Roman"/>
          <w:szCs w:val="24"/>
        </w:rPr>
        <w:t>Reglementările</w:t>
      </w:r>
      <w:proofErr w:type="spellEnd"/>
      <w:r w:rsidRPr="00563B50">
        <w:rPr>
          <w:rFonts w:cs="Times New Roman"/>
          <w:szCs w:val="24"/>
        </w:rPr>
        <w:t xml:space="preserve"> </w:t>
      </w:r>
      <w:proofErr w:type="spellStart"/>
      <w:r w:rsidRPr="00563B50">
        <w:rPr>
          <w:rFonts w:cs="Times New Roman"/>
          <w:szCs w:val="24"/>
        </w:rPr>
        <w:t>prezent</w:t>
      </w:r>
      <w:proofErr w:type="spellEnd"/>
      <w:r>
        <w:rPr>
          <w:rFonts w:cs="Times New Roman"/>
          <w:szCs w:val="24"/>
          <w:lang w:val="ro-RO"/>
        </w:rPr>
        <w:t>ului</w:t>
      </w:r>
      <w:r w:rsidRPr="00563B50">
        <w:rPr>
          <w:rFonts w:cs="Times New Roman"/>
          <w:szCs w:val="24"/>
        </w:rPr>
        <w:t xml:space="preserve"> </w:t>
      </w:r>
      <w:r>
        <w:rPr>
          <w:rFonts w:cs="Times New Roman"/>
          <w:szCs w:val="24"/>
          <w:lang w:val="ro-RO"/>
        </w:rPr>
        <w:t>Regulament</w:t>
      </w:r>
      <w:r w:rsidRPr="00563B50">
        <w:rPr>
          <w:rFonts w:cs="Times New Roman"/>
          <w:szCs w:val="24"/>
        </w:rPr>
        <w:t xml:space="preserve"> </w:t>
      </w:r>
      <w:proofErr w:type="spellStart"/>
      <w:r w:rsidRPr="00563B50">
        <w:rPr>
          <w:rFonts w:cs="Times New Roman"/>
          <w:szCs w:val="24"/>
        </w:rPr>
        <w:t>reprezintă</w:t>
      </w:r>
      <w:proofErr w:type="spellEnd"/>
      <w:r w:rsidRPr="00563B50">
        <w:rPr>
          <w:rFonts w:cs="Times New Roman"/>
          <w:szCs w:val="24"/>
        </w:rPr>
        <w:t xml:space="preserve"> un standard minim </w:t>
      </w:r>
      <w:proofErr w:type="spellStart"/>
      <w:r w:rsidRPr="00563B50">
        <w:rPr>
          <w:rFonts w:cs="Times New Roman"/>
          <w:szCs w:val="24"/>
        </w:rPr>
        <w:t>pentru</w:t>
      </w:r>
      <w:proofErr w:type="spellEnd"/>
      <w:r w:rsidRPr="00563B50">
        <w:rPr>
          <w:rFonts w:cs="Times New Roman"/>
          <w:szCs w:val="24"/>
        </w:rPr>
        <w:t xml:space="preserve"> </w:t>
      </w:r>
      <w:r w:rsidRPr="00B47780">
        <w:rPr>
          <w:rFonts w:cs="Times New Roman"/>
          <w:b/>
          <w:bCs/>
          <w:szCs w:val="24"/>
        </w:rPr>
        <w:t>PRIMĂRIA SATULUI MERENI</w:t>
      </w:r>
      <w:r w:rsidRPr="00563B50">
        <w:rPr>
          <w:rFonts w:cs="Times New Roman"/>
          <w:szCs w:val="24"/>
        </w:rPr>
        <w:t xml:space="preserve">. </w:t>
      </w:r>
      <w:proofErr w:type="spellStart"/>
      <w:r w:rsidRPr="00563B50">
        <w:rPr>
          <w:rFonts w:cs="Times New Roman"/>
          <w:szCs w:val="24"/>
        </w:rPr>
        <w:t>Pornind</w:t>
      </w:r>
      <w:proofErr w:type="spellEnd"/>
      <w:r w:rsidRPr="00563B50">
        <w:rPr>
          <w:rFonts w:cs="Times New Roman"/>
          <w:szCs w:val="24"/>
        </w:rPr>
        <w:t xml:space="preserve"> de la </w:t>
      </w:r>
      <w:proofErr w:type="spellStart"/>
      <w:r w:rsidRPr="00563B50">
        <w:rPr>
          <w:rFonts w:cs="Times New Roman"/>
          <w:szCs w:val="24"/>
        </w:rPr>
        <w:t>această</w:t>
      </w:r>
      <w:proofErr w:type="spellEnd"/>
      <w:r w:rsidRPr="00563B50">
        <w:rPr>
          <w:rFonts w:cs="Times New Roman"/>
          <w:szCs w:val="24"/>
        </w:rPr>
        <w:t xml:space="preserve"> </w:t>
      </w:r>
      <w:proofErr w:type="spellStart"/>
      <w:r w:rsidRPr="00563B50">
        <w:rPr>
          <w:rFonts w:cs="Times New Roman"/>
          <w:szCs w:val="24"/>
        </w:rPr>
        <w:t>reglementare</w:t>
      </w:r>
      <w:proofErr w:type="spellEnd"/>
      <w:r w:rsidRPr="00563B50">
        <w:rPr>
          <w:rFonts w:cs="Times New Roman"/>
          <w:szCs w:val="24"/>
        </w:rPr>
        <w:t xml:space="preserve">, </w:t>
      </w:r>
      <w:proofErr w:type="spellStart"/>
      <w:r w:rsidRPr="00563B50">
        <w:rPr>
          <w:rFonts w:cs="Times New Roman"/>
          <w:szCs w:val="24"/>
        </w:rPr>
        <w:t>toți</w:t>
      </w:r>
      <w:proofErr w:type="spellEnd"/>
      <w:r w:rsidRPr="00563B50">
        <w:rPr>
          <w:rFonts w:cs="Times New Roman"/>
          <w:szCs w:val="24"/>
        </w:rPr>
        <w:t xml:space="preserve"> </w:t>
      </w:r>
      <w:proofErr w:type="spellStart"/>
      <w:r w:rsidRPr="00563B50">
        <w:rPr>
          <w:rFonts w:cs="Times New Roman"/>
          <w:szCs w:val="24"/>
        </w:rPr>
        <w:t>angajații</w:t>
      </w:r>
      <w:proofErr w:type="spellEnd"/>
      <w:r w:rsidRPr="00563B50">
        <w:rPr>
          <w:rFonts w:cs="Times New Roman"/>
          <w:szCs w:val="24"/>
        </w:rPr>
        <w:t xml:space="preserve"> </w:t>
      </w:r>
      <w:proofErr w:type="spellStart"/>
      <w:r w:rsidRPr="00563B50">
        <w:rPr>
          <w:rFonts w:cs="Times New Roman"/>
          <w:szCs w:val="24"/>
        </w:rPr>
        <w:t>instituției</w:t>
      </w:r>
      <w:proofErr w:type="spellEnd"/>
      <w:r w:rsidRPr="00563B50">
        <w:rPr>
          <w:rFonts w:cs="Times New Roman"/>
          <w:szCs w:val="24"/>
        </w:rPr>
        <w:t xml:space="preserve"> </w:t>
      </w:r>
      <w:proofErr w:type="spellStart"/>
      <w:r w:rsidRPr="00563B50">
        <w:rPr>
          <w:rFonts w:cs="Times New Roman"/>
          <w:szCs w:val="24"/>
        </w:rPr>
        <w:t>urmează</w:t>
      </w:r>
      <w:proofErr w:type="spellEnd"/>
      <w:r w:rsidRPr="00563B50">
        <w:rPr>
          <w:rFonts w:cs="Times New Roman"/>
          <w:szCs w:val="24"/>
        </w:rPr>
        <w:t xml:space="preserve"> </w:t>
      </w:r>
      <w:proofErr w:type="spellStart"/>
      <w:r w:rsidRPr="00563B50">
        <w:rPr>
          <w:rFonts w:cs="Times New Roman"/>
          <w:szCs w:val="24"/>
        </w:rPr>
        <w:t>să</w:t>
      </w:r>
      <w:proofErr w:type="spellEnd"/>
      <w:r w:rsidRPr="00563B50">
        <w:rPr>
          <w:rFonts w:cs="Times New Roman"/>
          <w:szCs w:val="24"/>
        </w:rPr>
        <w:t xml:space="preserve"> </w:t>
      </w:r>
      <w:proofErr w:type="spellStart"/>
      <w:r w:rsidRPr="00563B50">
        <w:rPr>
          <w:rFonts w:cs="Times New Roman"/>
          <w:szCs w:val="24"/>
        </w:rPr>
        <w:t>respecte</w:t>
      </w:r>
      <w:proofErr w:type="spellEnd"/>
      <w:r w:rsidRPr="00563B50">
        <w:rPr>
          <w:rFonts w:cs="Times New Roman"/>
          <w:szCs w:val="24"/>
        </w:rPr>
        <w:t xml:space="preserve"> strict </w:t>
      </w:r>
      <w:proofErr w:type="spellStart"/>
      <w:r w:rsidRPr="00563B50">
        <w:rPr>
          <w:rFonts w:cs="Times New Roman"/>
          <w:szCs w:val="24"/>
        </w:rPr>
        <w:t>prevederile</w:t>
      </w:r>
      <w:proofErr w:type="spellEnd"/>
      <w:r w:rsidRPr="00563B50">
        <w:rPr>
          <w:rFonts w:cs="Times New Roman"/>
          <w:szCs w:val="24"/>
        </w:rPr>
        <w:t xml:space="preserve"> </w:t>
      </w:r>
      <w:r>
        <w:rPr>
          <w:rFonts w:cs="Times New Roman"/>
          <w:szCs w:val="24"/>
          <w:lang w:val="ro-RO"/>
        </w:rPr>
        <w:t>Regulamentului</w:t>
      </w:r>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regulilor</w:t>
      </w:r>
      <w:proofErr w:type="spellEnd"/>
      <w:r w:rsidRPr="00563B50">
        <w:rPr>
          <w:rFonts w:cs="Times New Roman"/>
          <w:szCs w:val="24"/>
        </w:rPr>
        <w:t xml:space="preserve"> interne ale </w:t>
      </w:r>
      <w:proofErr w:type="spellStart"/>
      <w:r w:rsidRPr="00563B50">
        <w:rPr>
          <w:rFonts w:cs="Times New Roman"/>
          <w:szCs w:val="24"/>
        </w:rPr>
        <w:t>entității</w:t>
      </w:r>
      <w:proofErr w:type="spellEnd"/>
      <w:r w:rsidRPr="00563B50">
        <w:rPr>
          <w:rFonts w:cs="Times New Roman"/>
          <w:szCs w:val="24"/>
        </w:rPr>
        <w:t xml:space="preserve"> </w:t>
      </w:r>
      <w:proofErr w:type="spellStart"/>
      <w:r w:rsidRPr="00563B50">
        <w:rPr>
          <w:rFonts w:cs="Times New Roman"/>
          <w:szCs w:val="24"/>
        </w:rPr>
        <w:t>privind</w:t>
      </w:r>
      <w:proofErr w:type="spellEnd"/>
      <w:r w:rsidRPr="00563B50">
        <w:rPr>
          <w:rFonts w:cs="Times New Roman"/>
          <w:szCs w:val="24"/>
        </w:rPr>
        <w:t xml:space="preserve"> </w:t>
      </w:r>
      <w:proofErr w:type="spellStart"/>
      <w:r w:rsidRPr="00563B50">
        <w:rPr>
          <w:rFonts w:cs="Times New Roman"/>
          <w:szCs w:val="24"/>
        </w:rPr>
        <w:t>protecția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sistemelor</w:t>
      </w:r>
      <w:proofErr w:type="spellEnd"/>
      <w:r w:rsidRPr="00563B50">
        <w:rPr>
          <w:rFonts w:cs="Times New Roman"/>
          <w:szCs w:val="24"/>
        </w:rPr>
        <w:t xml:space="preserve"> IT.</w:t>
      </w:r>
    </w:p>
    <w:p w14:paraId="31DEE063" w14:textId="77777777" w:rsidR="00EE7ED3" w:rsidRPr="00563B50" w:rsidRDefault="00000000" w:rsidP="00271123">
      <w:pPr>
        <w:jc w:val="both"/>
        <w:rPr>
          <w:rFonts w:cs="Times New Roman"/>
          <w:szCs w:val="24"/>
        </w:rPr>
      </w:pP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consecință</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prezent</w:t>
      </w:r>
      <w:r>
        <w:rPr>
          <w:rFonts w:cs="Times New Roman"/>
          <w:szCs w:val="24"/>
          <w:lang w:val="ro-RO"/>
        </w:rPr>
        <w:t>ul</w:t>
      </w:r>
      <w:proofErr w:type="spellEnd"/>
      <w:r w:rsidRPr="00563B50">
        <w:rPr>
          <w:rFonts w:cs="Times New Roman"/>
          <w:szCs w:val="24"/>
        </w:rPr>
        <w:t xml:space="preserve"> </w:t>
      </w:r>
      <w:r>
        <w:rPr>
          <w:rFonts w:cs="Times New Roman"/>
          <w:szCs w:val="24"/>
          <w:lang w:val="ro-RO"/>
        </w:rPr>
        <w:t>Regulament</w:t>
      </w:r>
      <w:r w:rsidRPr="00563B50">
        <w:rPr>
          <w:rFonts w:cs="Times New Roman"/>
          <w:szCs w:val="24"/>
        </w:rPr>
        <w:t xml:space="preserve"> se </w:t>
      </w:r>
      <w:proofErr w:type="spellStart"/>
      <w:r w:rsidRPr="00563B50">
        <w:rPr>
          <w:rFonts w:cs="Times New Roman"/>
          <w:szCs w:val="24"/>
        </w:rPr>
        <w:t>stabilesc</w:t>
      </w:r>
      <w:proofErr w:type="spellEnd"/>
      <w:r w:rsidRPr="00563B50">
        <w:rPr>
          <w:rFonts w:cs="Times New Roman"/>
          <w:szCs w:val="24"/>
        </w:rPr>
        <w:t xml:space="preserve"> </w:t>
      </w:r>
      <w:proofErr w:type="spellStart"/>
      <w:r w:rsidRPr="00563B50">
        <w:rPr>
          <w:rFonts w:cs="Times New Roman"/>
          <w:szCs w:val="24"/>
        </w:rPr>
        <w:t>acțiuni</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măsuri</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implementarea</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respectarea</w:t>
      </w:r>
      <w:proofErr w:type="spellEnd"/>
      <w:r w:rsidRPr="00563B50">
        <w:rPr>
          <w:rFonts w:cs="Times New Roman"/>
          <w:szCs w:val="24"/>
        </w:rPr>
        <w:t xml:space="preserve"> de </w:t>
      </w:r>
      <w:proofErr w:type="spellStart"/>
      <w:r w:rsidRPr="00563B50">
        <w:rPr>
          <w:rFonts w:cs="Times New Roman"/>
          <w:szCs w:val="24"/>
        </w:rPr>
        <w:t>către</w:t>
      </w:r>
      <w:proofErr w:type="spellEnd"/>
      <w:r w:rsidRPr="00563B50">
        <w:rPr>
          <w:rFonts w:cs="Times New Roman"/>
          <w:szCs w:val="24"/>
        </w:rPr>
        <w:t xml:space="preserve"> </w:t>
      </w:r>
      <w:r w:rsidRPr="00271123">
        <w:rPr>
          <w:rFonts w:cs="Times New Roman"/>
          <w:b/>
          <w:bCs/>
          <w:szCs w:val="24"/>
        </w:rPr>
        <w:t>PRIMĂRIA SATULUI MERENI</w:t>
      </w:r>
      <w:r w:rsidRPr="00563B50">
        <w:rPr>
          <w:rFonts w:cs="Times New Roman"/>
          <w:szCs w:val="24"/>
        </w:rPr>
        <w:t xml:space="preserve"> a </w:t>
      </w:r>
      <w:proofErr w:type="spellStart"/>
      <w:r w:rsidRPr="00563B50">
        <w:rPr>
          <w:rFonts w:cs="Times New Roman"/>
          <w:szCs w:val="24"/>
        </w:rPr>
        <w:t>prevederilor</w:t>
      </w:r>
      <w:proofErr w:type="spellEnd"/>
      <w:r w:rsidRPr="00563B50">
        <w:rPr>
          <w:rFonts w:cs="Times New Roman"/>
          <w:szCs w:val="24"/>
        </w:rPr>
        <w:t xml:space="preserve"> </w:t>
      </w:r>
      <w:proofErr w:type="spellStart"/>
      <w:r w:rsidRPr="00563B50">
        <w:rPr>
          <w:rFonts w:cs="Times New Roman"/>
          <w:szCs w:val="24"/>
        </w:rPr>
        <w:t>legale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vigoare</w:t>
      </w:r>
      <w:proofErr w:type="spellEnd"/>
      <w:r w:rsidRPr="00563B50">
        <w:rPr>
          <w:rFonts w:cs="Times New Roman"/>
          <w:szCs w:val="24"/>
        </w:rPr>
        <w:t xml:space="preserve"> </w:t>
      </w:r>
      <w:proofErr w:type="spellStart"/>
      <w:r w:rsidRPr="00563B50">
        <w:rPr>
          <w:rFonts w:cs="Times New Roman"/>
          <w:szCs w:val="24"/>
        </w:rPr>
        <w:t>privind</w:t>
      </w:r>
      <w:proofErr w:type="spellEnd"/>
      <w:r w:rsidRPr="00563B50">
        <w:rPr>
          <w:rFonts w:cs="Times New Roman"/>
          <w:szCs w:val="24"/>
        </w:rPr>
        <w:t xml:space="preserve"> </w:t>
      </w:r>
      <w:proofErr w:type="spellStart"/>
      <w:r w:rsidRPr="00563B50">
        <w:rPr>
          <w:rFonts w:cs="Times New Roman"/>
          <w:szCs w:val="24"/>
        </w:rPr>
        <w:t>protecția</w:t>
      </w:r>
      <w:proofErr w:type="spellEnd"/>
      <w:r w:rsidRPr="00563B50">
        <w:rPr>
          <w:rFonts w:cs="Times New Roman"/>
          <w:szCs w:val="24"/>
        </w:rPr>
        <w:t xml:space="preserve"> </w:t>
      </w:r>
      <w:proofErr w:type="spellStart"/>
      <w:r w:rsidRPr="00563B50">
        <w:rPr>
          <w:rFonts w:cs="Times New Roman"/>
          <w:szCs w:val="24"/>
        </w:rPr>
        <w:t>persoanelor</w:t>
      </w:r>
      <w:proofErr w:type="spellEnd"/>
      <w:r w:rsidRPr="00563B50">
        <w:rPr>
          <w:rFonts w:cs="Times New Roman"/>
          <w:szCs w:val="24"/>
        </w:rPr>
        <w:t xml:space="preserve"> </w:t>
      </w:r>
      <w:proofErr w:type="spellStart"/>
      <w:r w:rsidRPr="00563B50">
        <w:rPr>
          <w:rFonts w:cs="Times New Roman"/>
          <w:szCs w:val="24"/>
        </w:rPr>
        <w:t>fizice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ceea</w:t>
      </w:r>
      <w:proofErr w:type="spellEnd"/>
      <w:r w:rsidRPr="00563B50">
        <w:rPr>
          <w:rFonts w:cs="Times New Roman"/>
          <w:szCs w:val="24"/>
        </w:rPr>
        <w:t xml:space="preserve"> </w:t>
      </w:r>
      <w:proofErr w:type="spellStart"/>
      <w:r w:rsidRPr="00563B50">
        <w:rPr>
          <w:rFonts w:cs="Times New Roman"/>
          <w:szCs w:val="24"/>
        </w:rPr>
        <w:t>ce</w:t>
      </w:r>
      <w:proofErr w:type="spellEnd"/>
      <w:r w:rsidRPr="00563B50">
        <w:rPr>
          <w:rFonts w:cs="Times New Roman"/>
          <w:szCs w:val="24"/>
        </w:rPr>
        <w:t xml:space="preserve"> </w:t>
      </w:r>
      <w:proofErr w:type="spellStart"/>
      <w:r w:rsidRPr="00563B50">
        <w:rPr>
          <w:rFonts w:cs="Times New Roman"/>
          <w:szCs w:val="24"/>
        </w:rPr>
        <w:t>privește</w:t>
      </w:r>
      <w:proofErr w:type="spellEnd"/>
      <w:r w:rsidRPr="00563B50">
        <w:rPr>
          <w:rFonts w:cs="Times New Roman"/>
          <w:szCs w:val="24"/>
        </w:rPr>
        <w:t xml:space="preserve"> </w:t>
      </w:r>
      <w:proofErr w:type="spellStart"/>
      <w:r w:rsidRPr="00563B50">
        <w:rPr>
          <w:rFonts w:cs="Times New Roman"/>
          <w:szCs w:val="24"/>
        </w:rPr>
        <w:t>prelucrarea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privind</w:t>
      </w:r>
      <w:proofErr w:type="spellEnd"/>
      <w:r w:rsidRPr="00563B50">
        <w:rPr>
          <w:rFonts w:cs="Times New Roman"/>
          <w:szCs w:val="24"/>
        </w:rPr>
        <w:t xml:space="preserve"> libera </w:t>
      </w:r>
      <w:proofErr w:type="spellStart"/>
      <w:r w:rsidRPr="00563B50">
        <w:rPr>
          <w:rFonts w:cs="Times New Roman"/>
          <w:szCs w:val="24"/>
        </w:rPr>
        <w:t>circulație</w:t>
      </w:r>
      <w:proofErr w:type="spellEnd"/>
      <w:r w:rsidRPr="00563B50">
        <w:rPr>
          <w:rFonts w:cs="Times New Roman"/>
          <w:szCs w:val="24"/>
        </w:rPr>
        <w:t xml:space="preserve"> a </w:t>
      </w:r>
      <w:proofErr w:type="spellStart"/>
      <w:r w:rsidRPr="00563B50">
        <w:rPr>
          <w:rFonts w:cs="Times New Roman"/>
          <w:szCs w:val="24"/>
        </w:rPr>
        <w:t>acestor</w:t>
      </w:r>
      <w:proofErr w:type="spellEnd"/>
      <w:r w:rsidRPr="00563B50">
        <w:rPr>
          <w:rFonts w:cs="Times New Roman"/>
          <w:szCs w:val="24"/>
        </w:rPr>
        <w:t xml:space="preserve"> date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w:t>
      </w:r>
    </w:p>
    <w:p w14:paraId="4E5311C0" w14:textId="77777777" w:rsidR="00EE7ED3" w:rsidRPr="00563B50" w:rsidRDefault="00000000">
      <w:pPr>
        <w:numPr>
          <w:ilvl w:val="0"/>
          <w:numId w:val="2"/>
        </w:numPr>
        <w:jc w:val="both"/>
        <w:rPr>
          <w:rFonts w:cs="Times New Roman"/>
          <w:szCs w:val="24"/>
        </w:rPr>
      </w:pPr>
      <w:proofErr w:type="spellStart"/>
      <w:r w:rsidRPr="00563B50">
        <w:rPr>
          <w:rFonts w:cs="Times New Roman"/>
          <w:szCs w:val="24"/>
        </w:rPr>
        <w:lastRenderedPageBreak/>
        <w:t>prelucrarea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conform </w:t>
      </w:r>
      <w:proofErr w:type="spellStart"/>
      <w:r w:rsidRPr="00563B50">
        <w:rPr>
          <w:rFonts w:cs="Times New Roman"/>
          <w:szCs w:val="24"/>
        </w:rPr>
        <w:t>dispozițiilor</w:t>
      </w:r>
      <w:proofErr w:type="spellEnd"/>
      <w:r w:rsidRPr="00563B50">
        <w:rPr>
          <w:rFonts w:cs="Times New Roman"/>
          <w:szCs w:val="24"/>
        </w:rPr>
        <w:t xml:space="preserve"> </w:t>
      </w:r>
      <w:proofErr w:type="spellStart"/>
      <w:r w:rsidRPr="00563B50">
        <w:rPr>
          <w:rFonts w:cs="Times New Roman"/>
          <w:szCs w:val="24"/>
        </w:rPr>
        <w:t>legale</w:t>
      </w:r>
      <w:proofErr w:type="spellEnd"/>
      <w:r w:rsidRPr="00563B50">
        <w:rPr>
          <w:rFonts w:cs="Times New Roman"/>
          <w:szCs w:val="24"/>
        </w:rPr>
        <w:t>;</w:t>
      </w:r>
    </w:p>
    <w:p w14:paraId="63DCE025" w14:textId="77777777" w:rsidR="00EE7ED3" w:rsidRPr="00563B50" w:rsidRDefault="00000000">
      <w:pPr>
        <w:numPr>
          <w:ilvl w:val="0"/>
          <w:numId w:val="2"/>
        </w:numPr>
        <w:jc w:val="both"/>
        <w:rPr>
          <w:rFonts w:cs="Times New Roman"/>
          <w:szCs w:val="24"/>
        </w:rPr>
      </w:pPr>
      <w:proofErr w:type="spellStart"/>
      <w:r w:rsidRPr="00563B50">
        <w:rPr>
          <w:rFonts w:cs="Times New Roman"/>
          <w:szCs w:val="24"/>
        </w:rPr>
        <w:t>respectarea</w:t>
      </w:r>
      <w:proofErr w:type="spellEnd"/>
      <w:r w:rsidRPr="00563B50">
        <w:rPr>
          <w:rFonts w:cs="Times New Roman"/>
          <w:szCs w:val="24"/>
        </w:rPr>
        <w:t xml:space="preserve"> </w:t>
      </w:r>
      <w:proofErr w:type="spellStart"/>
      <w:r w:rsidRPr="00563B50">
        <w:rPr>
          <w:rFonts w:cs="Times New Roman"/>
          <w:szCs w:val="24"/>
        </w:rPr>
        <w:t>drepturilor</w:t>
      </w:r>
      <w:proofErr w:type="spellEnd"/>
      <w:r w:rsidRPr="00563B50">
        <w:rPr>
          <w:rFonts w:cs="Times New Roman"/>
          <w:szCs w:val="24"/>
        </w:rPr>
        <w:t xml:space="preserve"> </w:t>
      </w:r>
      <w:proofErr w:type="spellStart"/>
      <w:r w:rsidRPr="00563B50">
        <w:rPr>
          <w:rFonts w:cs="Times New Roman"/>
          <w:szCs w:val="24"/>
        </w:rPr>
        <w:t>persoanelor</w:t>
      </w:r>
      <w:proofErr w:type="spellEnd"/>
      <w:r w:rsidRPr="00563B50">
        <w:rPr>
          <w:rFonts w:cs="Times New Roman"/>
          <w:szCs w:val="24"/>
        </w:rPr>
        <w:t xml:space="preserve"> </w:t>
      </w:r>
      <w:proofErr w:type="spellStart"/>
      <w:r w:rsidRPr="00563B50">
        <w:rPr>
          <w:rFonts w:cs="Times New Roman"/>
          <w:szCs w:val="24"/>
        </w:rPr>
        <w:t>vizate</w:t>
      </w:r>
      <w:proofErr w:type="spellEnd"/>
      <w:r w:rsidRPr="00563B50">
        <w:rPr>
          <w:rFonts w:cs="Times New Roman"/>
          <w:szCs w:val="24"/>
        </w:rPr>
        <w:t>;</w:t>
      </w:r>
    </w:p>
    <w:p w14:paraId="2B8FCCC6" w14:textId="77777777" w:rsidR="00EE7ED3" w:rsidRPr="00563B50" w:rsidRDefault="00000000">
      <w:pPr>
        <w:numPr>
          <w:ilvl w:val="0"/>
          <w:numId w:val="2"/>
        </w:numPr>
        <w:jc w:val="both"/>
        <w:rPr>
          <w:rFonts w:cs="Times New Roman"/>
          <w:szCs w:val="24"/>
        </w:rPr>
      </w:pPr>
      <w:proofErr w:type="spellStart"/>
      <w:r w:rsidRPr="00563B50">
        <w:rPr>
          <w:rFonts w:cs="Times New Roman"/>
          <w:szCs w:val="24"/>
        </w:rPr>
        <w:t>evidența</w:t>
      </w:r>
      <w:proofErr w:type="spellEnd"/>
      <w:r w:rsidRPr="00563B50">
        <w:rPr>
          <w:rFonts w:cs="Times New Roman"/>
          <w:szCs w:val="24"/>
        </w:rPr>
        <w:t xml:space="preserve"> </w:t>
      </w:r>
      <w:proofErr w:type="spellStart"/>
      <w:r w:rsidRPr="00563B50">
        <w:rPr>
          <w:rFonts w:cs="Times New Roman"/>
          <w:szCs w:val="24"/>
        </w:rPr>
        <w:t>operațiunilor</w:t>
      </w:r>
      <w:proofErr w:type="spellEnd"/>
      <w:r w:rsidRPr="00563B50">
        <w:rPr>
          <w:rFonts w:cs="Times New Roman"/>
          <w:szCs w:val="24"/>
        </w:rPr>
        <w:t xml:space="preserve"> de </w:t>
      </w:r>
      <w:proofErr w:type="spellStart"/>
      <w:r w:rsidRPr="00563B50">
        <w:rPr>
          <w:rFonts w:cs="Times New Roman"/>
          <w:szCs w:val="24"/>
        </w:rPr>
        <w:t>prelucrare</w:t>
      </w:r>
      <w:proofErr w:type="spellEnd"/>
      <w:r w:rsidRPr="00563B50">
        <w:rPr>
          <w:rFonts w:cs="Times New Roman"/>
          <w:szCs w:val="24"/>
        </w:rPr>
        <w:t xml:space="preserve"> a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conformitate</w:t>
      </w:r>
      <w:proofErr w:type="spellEnd"/>
      <w:r w:rsidRPr="00563B50">
        <w:rPr>
          <w:rFonts w:cs="Times New Roman"/>
          <w:szCs w:val="24"/>
        </w:rPr>
        <w:t xml:space="preserve"> cu </w:t>
      </w:r>
      <w:proofErr w:type="spellStart"/>
      <w:r w:rsidRPr="00563B50">
        <w:rPr>
          <w:rFonts w:cs="Times New Roman"/>
          <w:szCs w:val="24"/>
        </w:rPr>
        <w:t>termenii</w:t>
      </w:r>
      <w:proofErr w:type="spellEnd"/>
      <w:r w:rsidRPr="00563B50">
        <w:rPr>
          <w:rFonts w:cs="Times New Roman"/>
          <w:szCs w:val="24"/>
        </w:rPr>
        <w:t xml:space="preserve"> </w:t>
      </w:r>
      <w:proofErr w:type="spellStart"/>
      <w:r w:rsidRPr="00563B50">
        <w:rPr>
          <w:rFonts w:cs="Times New Roman"/>
          <w:szCs w:val="24"/>
        </w:rPr>
        <w:t>legali</w:t>
      </w:r>
      <w:proofErr w:type="spellEnd"/>
      <w:r w:rsidRPr="00563B50">
        <w:rPr>
          <w:rFonts w:cs="Times New Roman"/>
          <w:szCs w:val="24"/>
        </w:rPr>
        <w:t>;</w:t>
      </w:r>
    </w:p>
    <w:p w14:paraId="46AF9FE5" w14:textId="77777777" w:rsidR="00EE7ED3" w:rsidRPr="00563B50" w:rsidRDefault="00000000">
      <w:pPr>
        <w:numPr>
          <w:ilvl w:val="0"/>
          <w:numId w:val="2"/>
        </w:numPr>
        <w:jc w:val="both"/>
        <w:rPr>
          <w:rFonts w:cs="Times New Roman"/>
          <w:szCs w:val="24"/>
        </w:rPr>
      </w:pPr>
      <w:proofErr w:type="spellStart"/>
      <w:r w:rsidRPr="00563B50">
        <w:rPr>
          <w:rFonts w:cs="Times New Roman"/>
          <w:szCs w:val="24"/>
        </w:rPr>
        <w:t>adoptarea</w:t>
      </w:r>
      <w:proofErr w:type="spellEnd"/>
      <w:r w:rsidRPr="00563B50">
        <w:rPr>
          <w:rFonts w:cs="Times New Roman"/>
          <w:szCs w:val="24"/>
        </w:rPr>
        <w:t xml:space="preserve"> </w:t>
      </w:r>
      <w:proofErr w:type="spellStart"/>
      <w:r w:rsidRPr="00563B50">
        <w:rPr>
          <w:rFonts w:cs="Times New Roman"/>
          <w:szCs w:val="24"/>
        </w:rPr>
        <w:t>măsurilor</w:t>
      </w:r>
      <w:proofErr w:type="spellEnd"/>
      <w:r w:rsidRPr="00563B50">
        <w:rPr>
          <w:rFonts w:cs="Times New Roman"/>
          <w:szCs w:val="24"/>
        </w:rPr>
        <w:t xml:space="preserve"> </w:t>
      </w:r>
      <w:proofErr w:type="spellStart"/>
      <w:r w:rsidRPr="00563B50">
        <w:rPr>
          <w:rFonts w:cs="Times New Roman"/>
          <w:szCs w:val="24"/>
        </w:rPr>
        <w:t>necesare</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a se </w:t>
      </w:r>
      <w:proofErr w:type="spellStart"/>
      <w:r w:rsidRPr="00563B50">
        <w:rPr>
          <w:rFonts w:cs="Times New Roman"/>
          <w:szCs w:val="24"/>
        </w:rPr>
        <w:t>evita</w:t>
      </w:r>
      <w:proofErr w:type="spellEnd"/>
      <w:r w:rsidRPr="00563B50">
        <w:rPr>
          <w:rFonts w:cs="Times New Roman"/>
          <w:szCs w:val="24"/>
        </w:rPr>
        <w:t xml:space="preserve"> </w:t>
      </w:r>
      <w:proofErr w:type="spellStart"/>
      <w:r w:rsidRPr="00563B50">
        <w:rPr>
          <w:rFonts w:cs="Times New Roman"/>
          <w:szCs w:val="24"/>
        </w:rPr>
        <w:t>încălcarea</w:t>
      </w:r>
      <w:proofErr w:type="spellEnd"/>
      <w:r w:rsidRPr="00563B50">
        <w:rPr>
          <w:rFonts w:cs="Times New Roman"/>
          <w:szCs w:val="24"/>
        </w:rPr>
        <w:t xml:space="preserve"> </w:t>
      </w:r>
      <w:proofErr w:type="spellStart"/>
      <w:r w:rsidRPr="00563B50">
        <w:rPr>
          <w:rFonts w:cs="Times New Roman"/>
          <w:szCs w:val="24"/>
        </w:rPr>
        <w:t>securității</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w:t>
      </w:r>
    </w:p>
    <w:p w14:paraId="2CE87761" w14:textId="27A5C92F" w:rsidR="00EE7ED3" w:rsidRPr="008B04D4" w:rsidRDefault="00000000" w:rsidP="00A33FF6">
      <w:pPr>
        <w:numPr>
          <w:ilvl w:val="0"/>
          <w:numId w:val="2"/>
        </w:numPr>
        <w:jc w:val="both"/>
        <w:rPr>
          <w:rFonts w:cs="Times New Roman"/>
          <w:szCs w:val="24"/>
        </w:rPr>
      </w:pPr>
      <w:proofErr w:type="spellStart"/>
      <w:r w:rsidRPr="00563B50">
        <w:rPr>
          <w:rFonts w:cs="Times New Roman"/>
          <w:szCs w:val="24"/>
        </w:rPr>
        <w:t>asigurarea</w:t>
      </w:r>
      <w:proofErr w:type="spellEnd"/>
      <w:r w:rsidRPr="00563B50">
        <w:rPr>
          <w:rFonts w:cs="Times New Roman"/>
          <w:szCs w:val="24"/>
        </w:rPr>
        <w:t xml:space="preserve"> </w:t>
      </w:r>
      <w:proofErr w:type="spellStart"/>
      <w:r w:rsidRPr="00563B50">
        <w:rPr>
          <w:rFonts w:cs="Times New Roman"/>
          <w:szCs w:val="24"/>
        </w:rPr>
        <w:t>condițiilor</w:t>
      </w:r>
      <w:proofErr w:type="spellEnd"/>
      <w:r w:rsidRPr="00563B50">
        <w:rPr>
          <w:rFonts w:cs="Times New Roman"/>
          <w:szCs w:val="24"/>
        </w:rPr>
        <w:t xml:space="preserve"> </w:t>
      </w:r>
      <w:proofErr w:type="spellStart"/>
      <w:r w:rsidRPr="00563B50">
        <w:rPr>
          <w:rFonts w:cs="Times New Roman"/>
          <w:szCs w:val="24"/>
        </w:rPr>
        <w:t>necesare</w:t>
      </w:r>
      <w:proofErr w:type="spellEnd"/>
      <w:r w:rsidRPr="00563B50">
        <w:rPr>
          <w:rFonts w:cs="Times New Roman"/>
          <w:szCs w:val="24"/>
        </w:rPr>
        <w:t xml:space="preserve"> </w:t>
      </w:r>
      <w:proofErr w:type="spellStart"/>
      <w:r w:rsidRPr="00563B50">
        <w:rPr>
          <w:rFonts w:cs="Times New Roman"/>
          <w:szCs w:val="24"/>
        </w:rPr>
        <w:t>accesării</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utilizării</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exclusiv</w:t>
      </w:r>
      <w:proofErr w:type="spellEnd"/>
      <w:r w:rsidRPr="00563B50">
        <w:rPr>
          <w:rFonts w:cs="Times New Roman"/>
          <w:szCs w:val="24"/>
        </w:rPr>
        <w:t xml:space="preserve"> de </w:t>
      </w:r>
      <w:proofErr w:type="spellStart"/>
      <w:r w:rsidRPr="00563B50">
        <w:rPr>
          <w:rFonts w:cs="Times New Roman"/>
          <w:szCs w:val="24"/>
        </w:rPr>
        <w:t>către</w:t>
      </w:r>
      <w:proofErr w:type="spellEnd"/>
      <w:r w:rsidRPr="00563B50">
        <w:rPr>
          <w:rFonts w:cs="Times New Roman"/>
          <w:szCs w:val="24"/>
        </w:rPr>
        <w:t xml:space="preserve"> </w:t>
      </w:r>
      <w:proofErr w:type="spellStart"/>
      <w:r w:rsidRPr="00563B50">
        <w:rPr>
          <w:rFonts w:cs="Times New Roman"/>
          <w:szCs w:val="24"/>
        </w:rPr>
        <w:t>persoanele</w:t>
      </w:r>
      <w:proofErr w:type="spellEnd"/>
      <w:r w:rsidRPr="00563B50">
        <w:rPr>
          <w:rFonts w:cs="Times New Roman"/>
          <w:szCs w:val="24"/>
        </w:rPr>
        <w:t xml:space="preserve"> </w:t>
      </w:r>
      <w:proofErr w:type="spellStart"/>
      <w:r w:rsidRPr="00563B50">
        <w:rPr>
          <w:rFonts w:cs="Times New Roman"/>
          <w:szCs w:val="24"/>
        </w:rPr>
        <w:t>autorizate</w:t>
      </w:r>
      <w:proofErr w:type="spellEnd"/>
      <w:r w:rsidRPr="00563B50">
        <w:rPr>
          <w:rFonts w:cs="Times New Roman"/>
          <w:szCs w:val="24"/>
        </w:rPr>
        <w:t xml:space="preserve"> (</w:t>
      </w:r>
      <w:proofErr w:type="spellStart"/>
      <w:r w:rsidRPr="00563B50">
        <w:rPr>
          <w:rFonts w:cs="Times New Roman"/>
          <w:szCs w:val="24"/>
        </w:rPr>
        <w:t>angajații</w:t>
      </w:r>
      <w:proofErr w:type="spellEnd"/>
      <w:r w:rsidRPr="00563B50">
        <w:rPr>
          <w:rFonts w:cs="Times New Roman"/>
          <w:szCs w:val="24"/>
        </w:rPr>
        <w:t xml:space="preserve">), </w:t>
      </w:r>
      <w:proofErr w:type="spellStart"/>
      <w:r w:rsidRPr="00563B50">
        <w:rPr>
          <w:rFonts w:cs="Times New Roman"/>
          <w:szCs w:val="24"/>
        </w:rPr>
        <w:t>potrivit</w:t>
      </w:r>
      <w:proofErr w:type="spellEnd"/>
      <w:r w:rsidRPr="00563B50">
        <w:rPr>
          <w:rFonts w:cs="Times New Roman"/>
          <w:szCs w:val="24"/>
        </w:rPr>
        <w:t xml:space="preserve"> </w:t>
      </w:r>
      <w:proofErr w:type="spellStart"/>
      <w:r w:rsidRPr="00563B50">
        <w:rPr>
          <w:rFonts w:cs="Times New Roman"/>
          <w:szCs w:val="24"/>
        </w:rPr>
        <w:t>atribuțiilor</w:t>
      </w:r>
      <w:proofErr w:type="spellEnd"/>
      <w:r w:rsidRPr="00563B50">
        <w:rPr>
          <w:rFonts w:cs="Times New Roman"/>
          <w:szCs w:val="24"/>
        </w:rPr>
        <w:t xml:space="preserve"> </w:t>
      </w:r>
      <w:proofErr w:type="spellStart"/>
      <w:r w:rsidRPr="00563B50">
        <w:rPr>
          <w:rFonts w:cs="Times New Roman"/>
          <w:szCs w:val="24"/>
        </w:rPr>
        <w:t>menționate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Fișa</w:t>
      </w:r>
      <w:proofErr w:type="spellEnd"/>
      <w:r w:rsidRPr="00563B50">
        <w:rPr>
          <w:rFonts w:cs="Times New Roman"/>
          <w:szCs w:val="24"/>
        </w:rPr>
        <w:t xml:space="preserve"> </w:t>
      </w:r>
      <w:proofErr w:type="spellStart"/>
      <w:r w:rsidRPr="00563B50">
        <w:rPr>
          <w:rFonts w:cs="Times New Roman"/>
          <w:szCs w:val="24"/>
        </w:rPr>
        <w:t>postului</w:t>
      </w:r>
      <w:proofErr w:type="spellEnd"/>
      <w:r w:rsidRPr="00563B50">
        <w:rPr>
          <w:rFonts w:cs="Times New Roman"/>
          <w:szCs w:val="24"/>
        </w:rPr>
        <w:t>.</w:t>
      </w:r>
    </w:p>
    <w:p w14:paraId="6D389B4D" w14:textId="77777777" w:rsidR="00EE7ED3" w:rsidRPr="00563B50" w:rsidRDefault="00000000" w:rsidP="00A33FF6">
      <w:pPr>
        <w:rPr>
          <w:rFonts w:cs="Times New Roman"/>
          <w:b/>
          <w:bCs/>
          <w:szCs w:val="24"/>
        </w:rPr>
      </w:pPr>
      <w:r w:rsidRPr="00563B50">
        <w:rPr>
          <w:rFonts w:cs="Times New Roman"/>
          <w:b/>
          <w:bCs/>
          <w:szCs w:val="24"/>
        </w:rPr>
        <w:t>IV. PRINCIPIILE PRELUCRĂRII DATELOR CU CARACTER PERSONAL</w:t>
      </w:r>
    </w:p>
    <w:p w14:paraId="2FAADBB9" w14:textId="77777777" w:rsidR="00EE7ED3" w:rsidRPr="00563B50" w:rsidRDefault="00000000">
      <w:pPr>
        <w:numPr>
          <w:ilvl w:val="0"/>
          <w:numId w:val="3"/>
        </w:numPr>
        <w:jc w:val="both"/>
        <w:rPr>
          <w:rFonts w:cs="Times New Roman"/>
          <w:szCs w:val="24"/>
        </w:rPr>
      </w:pPr>
      <w:proofErr w:type="spellStart"/>
      <w:r w:rsidRPr="00563B50">
        <w:rPr>
          <w:rFonts w:cs="Times New Roman"/>
          <w:b/>
          <w:bCs/>
          <w:szCs w:val="24"/>
        </w:rPr>
        <w:t>Legalitate</w:t>
      </w:r>
      <w:proofErr w:type="spellEnd"/>
      <w:r w:rsidRPr="00563B50">
        <w:rPr>
          <w:rFonts w:cs="Times New Roman"/>
          <w:b/>
          <w:bCs/>
          <w:szCs w:val="24"/>
        </w:rPr>
        <w:t xml:space="preserve">, </w:t>
      </w:r>
      <w:proofErr w:type="spellStart"/>
      <w:r w:rsidRPr="00563B50">
        <w:rPr>
          <w:rFonts w:cs="Times New Roman"/>
          <w:b/>
          <w:bCs/>
          <w:szCs w:val="24"/>
        </w:rPr>
        <w:t>echitate</w:t>
      </w:r>
      <w:proofErr w:type="spellEnd"/>
      <w:r w:rsidRPr="00563B50">
        <w:rPr>
          <w:rFonts w:cs="Times New Roman"/>
          <w:b/>
          <w:bCs/>
          <w:szCs w:val="24"/>
        </w:rPr>
        <w:t xml:space="preserve"> </w:t>
      </w:r>
      <w:proofErr w:type="spellStart"/>
      <w:r w:rsidRPr="00563B50">
        <w:rPr>
          <w:rFonts w:cs="Times New Roman"/>
          <w:b/>
          <w:bCs/>
          <w:szCs w:val="24"/>
        </w:rPr>
        <w:t>și</w:t>
      </w:r>
      <w:proofErr w:type="spellEnd"/>
      <w:r w:rsidRPr="00563B50">
        <w:rPr>
          <w:rFonts w:cs="Times New Roman"/>
          <w:b/>
          <w:bCs/>
          <w:szCs w:val="24"/>
        </w:rPr>
        <w:t xml:space="preserve"> </w:t>
      </w:r>
      <w:proofErr w:type="spellStart"/>
      <w:r w:rsidRPr="00563B50">
        <w:rPr>
          <w:rFonts w:cs="Times New Roman"/>
          <w:b/>
          <w:bCs/>
          <w:szCs w:val="24"/>
        </w:rPr>
        <w:t>transparență</w:t>
      </w:r>
      <w:proofErr w:type="spellEnd"/>
      <w:r w:rsidRPr="00563B50">
        <w:rPr>
          <w:rFonts w:cs="Times New Roman"/>
          <w:b/>
          <w:bCs/>
          <w:szCs w:val="24"/>
        </w:rPr>
        <w:t>:</w:t>
      </w:r>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sunt </w:t>
      </w:r>
      <w:proofErr w:type="spellStart"/>
      <w:r w:rsidRPr="00563B50">
        <w:rPr>
          <w:rFonts w:cs="Times New Roman"/>
          <w:szCs w:val="24"/>
        </w:rPr>
        <w:t>prelucrate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mod legal, </w:t>
      </w:r>
      <w:proofErr w:type="spellStart"/>
      <w:r w:rsidRPr="00563B50">
        <w:rPr>
          <w:rFonts w:cs="Times New Roman"/>
          <w:szCs w:val="24"/>
        </w:rPr>
        <w:t>echitabil</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transparent </w:t>
      </w:r>
      <w:proofErr w:type="spellStart"/>
      <w:r w:rsidRPr="00563B50">
        <w:rPr>
          <w:rFonts w:cs="Times New Roman"/>
          <w:szCs w:val="24"/>
        </w:rPr>
        <w:t>față</w:t>
      </w:r>
      <w:proofErr w:type="spellEnd"/>
      <w:r w:rsidRPr="00563B50">
        <w:rPr>
          <w:rFonts w:cs="Times New Roman"/>
          <w:szCs w:val="24"/>
        </w:rPr>
        <w:t xml:space="preserve"> de </w:t>
      </w:r>
      <w:proofErr w:type="spellStart"/>
      <w:r w:rsidRPr="00563B50">
        <w:rPr>
          <w:rFonts w:cs="Times New Roman"/>
          <w:szCs w:val="24"/>
        </w:rPr>
        <w:t>persoana</w:t>
      </w:r>
      <w:proofErr w:type="spellEnd"/>
      <w:r w:rsidRPr="00563B50">
        <w:rPr>
          <w:rFonts w:cs="Times New Roman"/>
          <w:szCs w:val="24"/>
        </w:rPr>
        <w:t xml:space="preserve"> </w:t>
      </w:r>
      <w:proofErr w:type="spellStart"/>
      <w:r w:rsidRPr="00563B50">
        <w:rPr>
          <w:rFonts w:cs="Times New Roman"/>
          <w:szCs w:val="24"/>
        </w:rPr>
        <w:t>vizată</w:t>
      </w:r>
      <w:proofErr w:type="spellEnd"/>
      <w:r w:rsidRPr="00563B50">
        <w:rPr>
          <w:rFonts w:cs="Times New Roman"/>
          <w:szCs w:val="24"/>
        </w:rPr>
        <w:t>;</w:t>
      </w:r>
    </w:p>
    <w:p w14:paraId="48BC20B2" w14:textId="77777777" w:rsidR="00EE7ED3" w:rsidRPr="00563B50" w:rsidRDefault="00000000">
      <w:pPr>
        <w:numPr>
          <w:ilvl w:val="0"/>
          <w:numId w:val="3"/>
        </w:numPr>
        <w:jc w:val="both"/>
        <w:rPr>
          <w:rFonts w:cs="Times New Roman"/>
          <w:szCs w:val="24"/>
        </w:rPr>
      </w:pPr>
      <w:proofErr w:type="spellStart"/>
      <w:r w:rsidRPr="00563B50">
        <w:rPr>
          <w:rFonts w:cs="Times New Roman"/>
          <w:b/>
          <w:bCs/>
          <w:szCs w:val="24"/>
        </w:rPr>
        <w:t>Limitări</w:t>
      </w:r>
      <w:proofErr w:type="spellEnd"/>
      <w:r w:rsidRPr="00563B50">
        <w:rPr>
          <w:rFonts w:cs="Times New Roman"/>
          <w:b/>
          <w:bCs/>
          <w:szCs w:val="24"/>
        </w:rPr>
        <w:t xml:space="preserve"> legate de scop:</w:t>
      </w:r>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sunt </w:t>
      </w:r>
      <w:proofErr w:type="spellStart"/>
      <w:r w:rsidRPr="00563B50">
        <w:rPr>
          <w:rFonts w:cs="Times New Roman"/>
          <w:szCs w:val="24"/>
        </w:rPr>
        <w:t>colectate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scopuri</w:t>
      </w:r>
      <w:proofErr w:type="spellEnd"/>
      <w:r w:rsidRPr="00563B50">
        <w:rPr>
          <w:rFonts w:cs="Times New Roman"/>
          <w:szCs w:val="24"/>
        </w:rPr>
        <w:t xml:space="preserve"> determinate, </w:t>
      </w:r>
      <w:proofErr w:type="spellStart"/>
      <w:r w:rsidRPr="00563B50">
        <w:rPr>
          <w:rFonts w:cs="Times New Roman"/>
          <w:szCs w:val="24"/>
        </w:rPr>
        <w:t>explicite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legitime </w:t>
      </w:r>
      <w:proofErr w:type="spellStart"/>
      <w:r w:rsidRPr="00563B50">
        <w:rPr>
          <w:rFonts w:cs="Times New Roman"/>
          <w:szCs w:val="24"/>
        </w:rPr>
        <w:t>și</w:t>
      </w:r>
      <w:proofErr w:type="spellEnd"/>
      <w:r w:rsidRPr="00563B50">
        <w:rPr>
          <w:rFonts w:cs="Times New Roman"/>
          <w:szCs w:val="24"/>
        </w:rPr>
        <w:t xml:space="preserve"> nu sunt </w:t>
      </w:r>
      <w:proofErr w:type="spellStart"/>
      <w:r w:rsidRPr="00563B50">
        <w:rPr>
          <w:rFonts w:cs="Times New Roman"/>
          <w:szCs w:val="24"/>
        </w:rPr>
        <w:t>prelucrate</w:t>
      </w:r>
      <w:proofErr w:type="spellEnd"/>
      <w:r w:rsidRPr="00563B50">
        <w:rPr>
          <w:rFonts w:cs="Times New Roman"/>
          <w:szCs w:val="24"/>
        </w:rPr>
        <w:t xml:space="preserve"> ulterior </w:t>
      </w:r>
      <w:proofErr w:type="spellStart"/>
      <w:r w:rsidRPr="00563B50">
        <w:rPr>
          <w:rFonts w:cs="Times New Roman"/>
          <w:szCs w:val="24"/>
        </w:rPr>
        <w:t>întrun</w:t>
      </w:r>
      <w:proofErr w:type="spellEnd"/>
      <w:r w:rsidRPr="00563B50">
        <w:rPr>
          <w:rFonts w:cs="Times New Roman"/>
          <w:szCs w:val="24"/>
        </w:rPr>
        <w:t xml:space="preserve"> mod </w:t>
      </w:r>
      <w:proofErr w:type="spellStart"/>
      <w:r w:rsidRPr="00563B50">
        <w:rPr>
          <w:rFonts w:cs="Times New Roman"/>
          <w:szCs w:val="24"/>
        </w:rPr>
        <w:t>incompatibil</w:t>
      </w:r>
      <w:proofErr w:type="spellEnd"/>
      <w:r w:rsidRPr="00563B50">
        <w:rPr>
          <w:rFonts w:cs="Times New Roman"/>
          <w:szCs w:val="24"/>
        </w:rPr>
        <w:t xml:space="preserve"> cu </w:t>
      </w:r>
      <w:proofErr w:type="spellStart"/>
      <w:r w:rsidRPr="00563B50">
        <w:rPr>
          <w:rFonts w:cs="Times New Roman"/>
          <w:szCs w:val="24"/>
        </w:rPr>
        <w:t>aceste</w:t>
      </w:r>
      <w:proofErr w:type="spellEnd"/>
      <w:r w:rsidRPr="00563B50">
        <w:rPr>
          <w:rFonts w:cs="Times New Roman"/>
          <w:szCs w:val="24"/>
        </w:rPr>
        <w:t xml:space="preserve"> </w:t>
      </w:r>
      <w:proofErr w:type="spellStart"/>
      <w:r w:rsidRPr="00563B50">
        <w:rPr>
          <w:rFonts w:cs="Times New Roman"/>
          <w:szCs w:val="24"/>
        </w:rPr>
        <w:t>scopuri</w:t>
      </w:r>
      <w:proofErr w:type="spellEnd"/>
      <w:r w:rsidRPr="00563B50">
        <w:rPr>
          <w:rFonts w:cs="Times New Roman"/>
          <w:szCs w:val="24"/>
        </w:rPr>
        <w:t>;</w:t>
      </w:r>
    </w:p>
    <w:p w14:paraId="743F3A5B" w14:textId="77777777" w:rsidR="00EE7ED3" w:rsidRPr="00563B50" w:rsidRDefault="00000000">
      <w:pPr>
        <w:numPr>
          <w:ilvl w:val="0"/>
          <w:numId w:val="3"/>
        </w:numPr>
        <w:jc w:val="both"/>
        <w:rPr>
          <w:rFonts w:cs="Times New Roman"/>
          <w:szCs w:val="24"/>
        </w:rPr>
      </w:pPr>
      <w:proofErr w:type="spellStart"/>
      <w:r w:rsidRPr="00563B50">
        <w:rPr>
          <w:rFonts w:cs="Times New Roman"/>
          <w:b/>
          <w:bCs/>
          <w:szCs w:val="24"/>
        </w:rPr>
        <w:t>Reducerea</w:t>
      </w:r>
      <w:proofErr w:type="spellEnd"/>
      <w:r w:rsidRPr="00563B50">
        <w:rPr>
          <w:rFonts w:cs="Times New Roman"/>
          <w:b/>
          <w:bCs/>
          <w:szCs w:val="24"/>
        </w:rPr>
        <w:t xml:space="preserve"> la minimum a </w:t>
      </w:r>
      <w:proofErr w:type="spellStart"/>
      <w:r w:rsidRPr="00563B50">
        <w:rPr>
          <w:rFonts w:cs="Times New Roman"/>
          <w:b/>
          <w:bCs/>
          <w:szCs w:val="24"/>
        </w:rPr>
        <w:t>datelor</w:t>
      </w:r>
      <w:proofErr w:type="spellEnd"/>
      <w:r w:rsidRPr="00563B50">
        <w:rPr>
          <w:rFonts w:cs="Times New Roman"/>
          <w:b/>
          <w:bCs/>
          <w:szCs w:val="24"/>
        </w:rPr>
        <w:t>:</w:t>
      </w:r>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sunt </w:t>
      </w:r>
      <w:proofErr w:type="spellStart"/>
      <w:r w:rsidRPr="00563B50">
        <w:rPr>
          <w:rFonts w:cs="Times New Roman"/>
          <w:szCs w:val="24"/>
        </w:rPr>
        <w:t>adecvate</w:t>
      </w:r>
      <w:proofErr w:type="spellEnd"/>
      <w:r w:rsidRPr="00563B50">
        <w:rPr>
          <w:rFonts w:cs="Times New Roman"/>
          <w:szCs w:val="24"/>
        </w:rPr>
        <w:t xml:space="preserve">, </w:t>
      </w:r>
      <w:proofErr w:type="spellStart"/>
      <w:r w:rsidRPr="00563B50">
        <w:rPr>
          <w:rFonts w:cs="Times New Roman"/>
          <w:szCs w:val="24"/>
        </w:rPr>
        <w:t>relevante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limitate</w:t>
      </w:r>
      <w:proofErr w:type="spellEnd"/>
      <w:r w:rsidRPr="00563B50">
        <w:rPr>
          <w:rFonts w:cs="Times New Roman"/>
          <w:szCs w:val="24"/>
        </w:rPr>
        <w:t xml:space="preserve"> la </w:t>
      </w:r>
      <w:proofErr w:type="spellStart"/>
      <w:r w:rsidRPr="00563B50">
        <w:rPr>
          <w:rFonts w:cs="Times New Roman"/>
          <w:szCs w:val="24"/>
        </w:rPr>
        <w:t>ceea</w:t>
      </w:r>
      <w:proofErr w:type="spellEnd"/>
      <w:r w:rsidRPr="00563B50">
        <w:rPr>
          <w:rFonts w:cs="Times New Roman"/>
          <w:szCs w:val="24"/>
        </w:rPr>
        <w:t xml:space="preserve"> </w:t>
      </w:r>
      <w:proofErr w:type="spellStart"/>
      <w:r w:rsidRPr="00563B50">
        <w:rPr>
          <w:rFonts w:cs="Times New Roman"/>
          <w:szCs w:val="24"/>
        </w:rPr>
        <w:t>ce</w:t>
      </w:r>
      <w:proofErr w:type="spellEnd"/>
      <w:r w:rsidRPr="00563B50">
        <w:rPr>
          <w:rFonts w:cs="Times New Roman"/>
          <w:szCs w:val="24"/>
        </w:rPr>
        <w:t xml:space="preserve">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necesar</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raport</w:t>
      </w:r>
      <w:proofErr w:type="spellEnd"/>
      <w:r w:rsidRPr="00563B50">
        <w:rPr>
          <w:rFonts w:cs="Times New Roman"/>
          <w:szCs w:val="24"/>
        </w:rPr>
        <w:t xml:space="preserve"> cu </w:t>
      </w:r>
      <w:proofErr w:type="spellStart"/>
      <w:r w:rsidRPr="00563B50">
        <w:rPr>
          <w:rFonts w:cs="Times New Roman"/>
          <w:szCs w:val="24"/>
        </w:rPr>
        <w:t>scopurile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care sunt </w:t>
      </w:r>
      <w:proofErr w:type="spellStart"/>
      <w:r w:rsidRPr="00563B50">
        <w:rPr>
          <w:rFonts w:cs="Times New Roman"/>
          <w:szCs w:val="24"/>
        </w:rPr>
        <w:t>prelucrate</w:t>
      </w:r>
      <w:proofErr w:type="spellEnd"/>
      <w:r w:rsidRPr="00563B50">
        <w:rPr>
          <w:rFonts w:cs="Times New Roman"/>
          <w:szCs w:val="24"/>
        </w:rPr>
        <w:t>;</w:t>
      </w:r>
    </w:p>
    <w:p w14:paraId="38AEB244" w14:textId="77777777" w:rsidR="00EE7ED3" w:rsidRPr="00563B50" w:rsidRDefault="00000000">
      <w:pPr>
        <w:numPr>
          <w:ilvl w:val="0"/>
          <w:numId w:val="3"/>
        </w:numPr>
        <w:jc w:val="both"/>
        <w:rPr>
          <w:rFonts w:cs="Times New Roman"/>
          <w:szCs w:val="24"/>
        </w:rPr>
      </w:pPr>
      <w:proofErr w:type="spellStart"/>
      <w:r w:rsidRPr="00563B50">
        <w:rPr>
          <w:rFonts w:cs="Times New Roman"/>
          <w:b/>
          <w:bCs/>
          <w:szCs w:val="24"/>
        </w:rPr>
        <w:t>Exactitate</w:t>
      </w:r>
      <w:proofErr w:type="spellEnd"/>
      <w:r w:rsidRPr="00563B50">
        <w:rPr>
          <w:rFonts w:cs="Times New Roman"/>
          <w:b/>
          <w:bCs/>
          <w:szCs w:val="24"/>
        </w:rPr>
        <w:t>:</w:t>
      </w:r>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sunt </w:t>
      </w:r>
      <w:proofErr w:type="spellStart"/>
      <w:r w:rsidRPr="00563B50">
        <w:rPr>
          <w:rFonts w:cs="Times New Roman"/>
          <w:szCs w:val="24"/>
        </w:rPr>
        <w:t>exacte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pot fi </w:t>
      </w:r>
      <w:proofErr w:type="spellStart"/>
      <w:r w:rsidRPr="00563B50">
        <w:rPr>
          <w:rFonts w:cs="Times New Roman"/>
          <w:szCs w:val="24"/>
        </w:rPr>
        <w:t>actualizate</w:t>
      </w:r>
      <w:proofErr w:type="spellEnd"/>
      <w:r w:rsidRPr="00563B50">
        <w:rPr>
          <w:rFonts w:cs="Times New Roman"/>
          <w:szCs w:val="24"/>
        </w:rPr>
        <w:t>;</w:t>
      </w:r>
    </w:p>
    <w:p w14:paraId="20F9A243" w14:textId="77777777" w:rsidR="00EE7ED3" w:rsidRPr="00563B50" w:rsidRDefault="00000000">
      <w:pPr>
        <w:numPr>
          <w:ilvl w:val="0"/>
          <w:numId w:val="3"/>
        </w:numPr>
        <w:jc w:val="both"/>
        <w:rPr>
          <w:rFonts w:cs="Times New Roman"/>
          <w:szCs w:val="24"/>
        </w:rPr>
      </w:pPr>
      <w:proofErr w:type="spellStart"/>
      <w:r w:rsidRPr="00563B50">
        <w:rPr>
          <w:rFonts w:cs="Times New Roman"/>
          <w:b/>
          <w:bCs/>
          <w:szCs w:val="24"/>
        </w:rPr>
        <w:t>Limitări</w:t>
      </w:r>
      <w:proofErr w:type="spellEnd"/>
      <w:r w:rsidRPr="00563B50">
        <w:rPr>
          <w:rFonts w:cs="Times New Roman"/>
          <w:b/>
          <w:bCs/>
          <w:szCs w:val="24"/>
        </w:rPr>
        <w:t xml:space="preserve"> legate de </w:t>
      </w:r>
      <w:proofErr w:type="spellStart"/>
      <w:r w:rsidRPr="00563B50">
        <w:rPr>
          <w:rFonts w:cs="Times New Roman"/>
          <w:b/>
          <w:bCs/>
          <w:szCs w:val="24"/>
        </w:rPr>
        <w:t>stocare</w:t>
      </w:r>
      <w:proofErr w:type="spellEnd"/>
      <w:r w:rsidRPr="00563B50">
        <w:rPr>
          <w:rFonts w:cs="Times New Roman"/>
          <w:b/>
          <w:bCs/>
          <w:szCs w:val="24"/>
        </w:rPr>
        <w:t>:</w:t>
      </w:r>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sunt </w:t>
      </w:r>
      <w:proofErr w:type="spellStart"/>
      <w:r w:rsidRPr="00563B50">
        <w:rPr>
          <w:rFonts w:cs="Times New Roman"/>
          <w:szCs w:val="24"/>
        </w:rPr>
        <w:t>păstrate</w:t>
      </w:r>
      <w:proofErr w:type="spellEnd"/>
      <w:r w:rsidRPr="00563B50">
        <w:rPr>
          <w:rFonts w:cs="Times New Roman"/>
          <w:szCs w:val="24"/>
        </w:rPr>
        <w:t xml:space="preserve"> </w:t>
      </w:r>
      <w:proofErr w:type="spellStart"/>
      <w:r w:rsidRPr="00563B50">
        <w:rPr>
          <w:rFonts w:cs="Times New Roman"/>
          <w:szCs w:val="24"/>
        </w:rPr>
        <w:t>într</w:t>
      </w:r>
      <w:proofErr w:type="spellEnd"/>
      <w:r w:rsidRPr="00563B50">
        <w:rPr>
          <w:rFonts w:cs="Times New Roman"/>
          <w:szCs w:val="24"/>
        </w:rPr>
        <w:t xml:space="preserve">-o </w:t>
      </w:r>
      <w:proofErr w:type="spellStart"/>
      <w:r w:rsidRPr="00563B50">
        <w:rPr>
          <w:rFonts w:cs="Times New Roman"/>
          <w:szCs w:val="24"/>
        </w:rPr>
        <w:t>formă</w:t>
      </w:r>
      <w:proofErr w:type="spellEnd"/>
      <w:r w:rsidRPr="00563B50">
        <w:rPr>
          <w:rFonts w:cs="Times New Roman"/>
          <w:szCs w:val="24"/>
        </w:rPr>
        <w:t xml:space="preserve"> care </w:t>
      </w:r>
      <w:proofErr w:type="spellStart"/>
      <w:r w:rsidRPr="00563B50">
        <w:rPr>
          <w:rFonts w:cs="Times New Roman"/>
          <w:szCs w:val="24"/>
        </w:rPr>
        <w:t>permite</w:t>
      </w:r>
      <w:proofErr w:type="spellEnd"/>
      <w:r w:rsidRPr="00563B50">
        <w:rPr>
          <w:rFonts w:cs="Times New Roman"/>
          <w:szCs w:val="24"/>
        </w:rPr>
        <w:t xml:space="preserve"> </w:t>
      </w:r>
      <w:proofErr w:type="spellStart"/>
      <w:r w:rsidRPr="00563B50">
        <w:rPr>
          <w:rFonts w:cs="Times New Roman"/>
          <w:szCs w:val="24"/>
        </w:rPr>
        <w:t>identificarea</w:t>
      </w:r>
      <w:proofErr w:type="spellEnd"/>
      <w:r w:rsidRPr="00563B50">
        <w:rPr>
          <w:rFonts w:cs="Times New Roman"/>
          <w:szCs w:val="24"/>
        </w:rPr>
        <w:t xml:space="preserve"> </w:t>
      </w:r>
      <w:proofErr w:type="spellStart"/>
      <w:r w:rsidRPr="00563B50">
        <w:rPr>
          <w:rFonts w:cs="Times New Roman"/>
          <w:szCs w:val="24"/>
        </w:rPr>
        <w:t>persoanelor</w:t>
      </w:r>
      <w:proofErr w:type="spellEnd"/>
      <w:r w:rsidRPr="00563B50">
        <w:rPr>
          <w:rFonts w:cs="Times New Roman"/>
          <w:szCs w:val="24"/>
        </w:rPr>
        <w:t xml:space="preserve"> </w:t>
      </w:r>
      <w:proofErr w:type="spellStart"/>
      <w:r w:rsidRPr="00563B50">
        <w:rPr>
          <w:rFonts w:cs="Times New Roman"/>
          <w:szCs w:val="24"/>
        </w:rPr>
        <w:t>vizate</w:t>
      </w:r>
      <w:proofErr w:type="spellEnd"/>
      <w:r w:rsidRPr="00563B50">
        <w:rPr>
          <w:rFonts w:cs="Times New Roman"/>
          <w:szCs w:val="24"/>
        </w:rPr>
        <w:t xml:space="preserve"> pe o </w:t>
      </w:r>
      <w:proofErr w:type="spellStart"/>
      <w:r w:rsidRPr="00563B50">
        <w:rPr>
          <w:rFonts w:cs="Times New Roman"/>
          <w:szCs w:val="24"/>
        </w:rPr>
        <w:t>perioadă</w:t>
      </w:r>
      <w:proofErr w:type="spellEnd"/>
      <w:r w:rsidRPr="00563B50">
        <w:rPr>
          <w:rFonts w:cs="Times New Roman"/>
          <w:szCs w:val="24"/>
        </w:rPr>
        <w:t xml:space="preserve"> care nu </w:t>
      </w:r>
      <w:proofErr w:type="spellStart"/>
      <w:r w:rsidRPr="00563B50">
        <w:rPr>
          <w:rFonts w:cs="Times New Roman"/>
          <w:szCs w:val="24"/>
        </w:rPr>
        <w:t>depășește</w:t>
      </w:r>
      <w:proofErr w:type="spellEnd"/>
      <w:r w:rsidRPr="00563B50">
        <w:rPr>
          <w:rFonts w:cs="Times New Roman"/>
          <w:szCs w:val="24"/>
        </w:rPr>
        <w:t xml:space="preserve"> </w:t>
      </w:r>
      <w:proofErr w:type="spellStart"/>
      <w:r w:rsidRPr="00563B50">
        <w:rPr>
          <w:rFonts w:cs="Times New Roman"/>
          <w:szCs w:val="24"/>
        </w:rPr>
        <w:t>perioada</w:t>
      </w:r>
      <w:proofErr w:type="spellEnd"/>
      <w:r w:rsidRPr="00563B50">
        <w:rPr>
          <w:rFonts w:cs="Times New Roman"/>
          <w:szCs w:val="24"/>
        </w:rPr>
        <w:t xml:space="preserve"> </w:t>
      </w:r>
      <w:proofErr w:type="spellStart"/>
      <w:r w:rsidRPr="00563B50">
        <w:rPr>
          <w:rFonts w:cs="Times New Roman"/>
          <w:szCs w:val="24"/>
        </w:rPr>
        <w:t>necesară</w:t>
      </w:r>
      <w:proofErr w:type="spellEnd"/>
      <w:r w:rsidRPr="00563B50">
        <w:rPr>
          <w:rFonts w:cs="Times New Roman"/>
          <w:szCs w:val="24"/>
        </w:rPr>
        <w:t xml:space="preserve"> </w:t>
      </w:r>
      <w:proofErr w:type="spellStart"/>
      <w:r w:rsidRPr="00563B50">
        <w:rPr>
          <w:rFonts w:cs="Times New Roman"/>
          <w:szCs w:val="24"/>
        </w:rPr>
        <w:t>îndeplinirii</w:t>
      </w:r>
      <w:proofErr w:type="spellEnd"/>
      <w:r w:rsidRPr="00563B50">
        <w:rPr>
          <w:rFonts w:cs="Times New Roman"/>
          <w:szCs w:val="24"/>
        </w:rPr>
        <w:t xml:space="preserve"> </w:t>
      </w:r>
      <w:proofErr w:type="spellStart"/>
      <w:r w:rsidRPr="00563B50">
        <w:rPr>
          <w:rFonts w:cs="Times New Roman"/>
          <w:szCs w:val="24"/>
        </w:rPr>
        <w:t>scopurilor</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care au </w:t>
      </w:r>
      <w:proofErr w:type="spellStart"/>
      <w:r w:rsidRPr="00563B50">
        <w:rPr>
          <w:rFonts w:cs="Times New Roman"/>
          <w:szCs w:val="24"/>
        </w:rPr>
        <w:t>fost</w:t>
      </w:r>
      <w:proofErr w:type="spellEnd"/>
      <w:r w:rsidRPr="00563B50">
        <w:rPr>
          <w:rFonts w:cs="Times New Roman"/>
          <w:szCs w:val="24"/>
        </w:rPr>
        <w:t xml:space="preserve"> </w:t>
      </w:r>
      <w:proofErr w:type="spellStart"/>
      <w:r w:rsidRPr="00563B50">
        <w:rPr>
          <w:rFonts w:cs="Times New Roman"/>
          <w:szCs w:val="24"/>
        </w:rPr>
        <w:t>colectate</w:t>
      </w:r>
      <w:proofErr w:type="spellEnd"/>
      <w:r w:rsidRPr="00563B50">
        <w:rPr>
          <w:rFonts w:cs="Times New Roman"/>
          <w:szCs w:val="24"/>
        </w:rPr>
        <w:t>;</w:t>
      </w:r>
    </w:p>
    <w:p w14:paraId="23D2A9BA" w14:textId="77777777" w:rsidR="00EE7ED3" w:rsidRPr="00563B50" w:rsidRDefault="00000000">
      <w:pPr>
        <w:numPr>
          <w:ilvl w:val="0"/>
          <w:numId w:val="3"/>
        </w:numPr>
        <w:jc w:val="both"/>
        <w:rPr>
          <w:rFonts w:cs="Times New Roman"/>
          <w:szCs w:val="24"/>
        </w:rPr>
      </w:pPr>
      <w:proofErr w:type="spellStart"/>
      <w:r w:rsidRPr="00563B50">
        <w:rPr>
          <w:rFonts w:cs="Times New Roman"/>
          <w:b/>
          <w:bCs/>
          <w:szCs w:val="24"/>
        </w:rPr>
        <w:t>Integritate</w:t>
      </w:r>
      <w:proofErr w:type="spellEnd"/>
      <w:r w:rsidRPr="00563B50">
        <w:rPr>
          <w:rFonts w:cs="Times New Roman"/>
          <w:b/>
          <w:bCs/>
          <w:szCs w:val="24"/>
        </w:rPr>
        <w:t xml:space="preserve"> </w:t>
      </w:r>
      <w:proofErr w:type="spellStart"/>
      <w:r w:rsidRPr="00563B50">
        <w:rPr>
          <w:rFonts w:cs="Times New Roman"/>
          <w:b/>
          <w:bCs/>
          <w:szCs w:val="24"/>
        </w:rPr>
        <w:t>și</w:t>
      </w:r>
      <w:proofErr w:type="spellEnd"/>
      <w:r w:rsidRPr="00563B50">
        <w:rPr>
          <w:rFonts w:cs="Times New Roman"/>
          <w:b/>
          <w:bCs/>
          <w:szCs w:val="24"/>
        </w:rPr>
        <w:t xml:space="preserve"> </w:t>
      </w:r>
      <w:proofErr w:type="spellStart"/>
      <w:r w:rsidRPr="00563B50">
        <w:rPr>
          <w:rFonts w:cs="Times New Roman"/>
          <w:b/>
          <w:bCs/>
          <w:szCs w:val="24"/>
        </w:rPr>
        <w:t>confidențialitate</w:t>
      </w:r>
      <w:proofErr w:type="spellEnd"/>
      <w:r w:rsidRPr="00563B50">
        <w:rPr>
          <w:rFonts w:cs="Times New Roman"/>
          <w:b/>
          <w:bCs/>
          <w:szCs w:val="24"/>
        </w:rPr>
        <w:t>:</w:t>
      </w:r>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sunt </w:t>
      </w:r>
      <w:proofErr w:type="spellStart"/>
      <w:r w:rsidRPr="00563B50">
        <w:rPr>
          <w:rFonts w:cs="Times New Roman"/>
          <w:szCs w:val="24"/>
        </w:rPr>
        <w:t>prelucrate</w:t>
      </w:r>
      <w:proofErr w:type="spellEnd"/>
      <w:r w:rsidRPr="00563B50">
        <w:rPr>
          <w:rFonts w:cs="Times New Roman"/>
          <w:szCs w:val="24"/>
        </w:rPr>
        <w:t xml:space="preserve"> </w:t>
      </w:r>
      <w:proofErr w:type="spellStart"/>
      <w:r w:rsidRPr="00563B50">
        <w:rPr>
          <w:rFonts w:cs="Times New Roman"/>
          <w:szCs w:val="24"/>
        </w:rPr>
        <w:t>într</w:t>
      </w:r>
      <w:proofErr w:type="spellEnd"/>
      <w:r w:rsidRPr="00563B50">
        <w:rPr>
          <w:rFonts w:cs="Times New Roman"/>
          <w:szCs w:val="24"/>
        </w:rPr>
        <w:t xml:space="preserve">-un mod care </w:t>
      </w:r>
      <w:proofErr w:type="spellStart"/>
      <w:r w:rsidRPr="00563B50">
        <w:rPr>
          <w:rFonts w:cs="Times New Roman"/>
          <w:szCs w:val="24"/>
        </w:rPr>
        <w:t>asigură</w:t>
      </w:r>
      <w:proofErr w:type="spellEnd"/>
      <w:r w:rsidRPr="00563B50">
        <w:rPr>
          <w:rFonts w:cs="Times New Roman"/>
          <w:szCs w:val="24"/>
        </w:rPr>
        <w:t xml:space="preserve"> </w:t>
      </w:r>
      <w:proofErr w:type="spellStart"/>
      <w:r w:rsidRPr="00563B50">
        <w:rPr>
          <w:rFonts w:cs="Times New Roman"/>
          <w:szCs w:val="24"/>
        </w:rPr>
        <w:t>securitatea</w:t>
      </w:r>
      <w:proofErr w:type="spellEnd"/>
      <w:r w:rsidRPr="00563B50">
        <w:rPr>
          <w:rFonts w:cs="Times New Roman"/>
          <w:szCs w:val="24"/>
        </w:rPr>
        <w:t xml:space="preserve"> </w:t>
      </w:r>
      <w:proofErr w:type="spellStart"/>
      <w:r w:rsidRPr="00563B50">
        <w:rPr>
          <w:rFonts w:cs="Times New Roman"/>
          <w:szCs w:val="24"/>
        </w:rPr>
        <w:t>adecvată</w:t>
      </w:r>
      <w:proofErr w:type="spellEnd"/>
      <w:r w:rsidRPr="00563B50">
        <w:rPr>
          <w:rFonts w:cs="Times New Roman"/>
          <w:szCs w:val="24"/>
        </w:rPr>
        <w:t xml:space="preserve"> a </w:t>
      </w:r>
      <w:proofErr w:type="spellStart"/>
      <w:r w:rsidRPr="00563B50">
        <w:rPr>
          <w:rFonts w:cs="Times New Roman"/>
          <w:szCs w:val="24"/>
        </w:rPr>
        <w:t>acestora</w:t>
      </w:r>
      <w:proofErr w:type="spellEnd"/>
      <w:r w:rsidRPr="00563B50">
        <w:rPr>
          <w:rFonts w:cs="Times New Roman"/>
          <w:szCs w:val="24"/>
        </w:rPr>
        <w:t xml:space="preserve">. </w:t>
      </w:r>
      <w:r w:rsidRPr="00271123">
        <w:rPr>
          <w:rFonts w:cs="Times New Roman"/>
          <w:b/>
          <w:bCs/>
          <w:szCs w:val="24"/>
        </w:rPr>
        <w:t>PRIMĂRIA SATULUI MERENI</w:t>
      </w:r>
      <w:r w:rsidRPr="00563B50">
        <w:rPr>
          <w:rFonts w:cs="Times New Roman"/>
          <w:szCs w:val="24"/>
        </w:rPr>
        <w:t xml:space="preserve">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responsabilă</w:t>
      </w:r>
      <w:proofErr w:type="spellEnd"/>
      <w:r w:rsidRPr="00563B50">
        <w:rPr>
          <w:rFonts w:cs="Times New Roman"/>
          <w:szCs w:val="24"/>
        </w:rPr>
        <w:t xml:space="preserve"> de </w:t>
      </w:r>
      <w:proofErr w:type="spellStart"/>
      <w:r w:rsidRPr="00563B50">
        <w:rPr>
          <w:rFonts w:cs="Times New Roman"/>
          <w:szCs w:val="24"/>
        </w:rPr>
        <w:t>respectarea</w:t>
      </w:r>
      <w:proofErr w:type="spellEnd"/>
      <w:r w:rsidRPr="00563B50">
        <w:rPr>
          <w:rFonts w:cs="Times New Roman"/>
          <w:szCs w:val="24"/>
        </w:rPr>
        <w:t xml:space="preserve"> </w:t>
      </w:r>
      <w:proofErr w:type="spellStart"/>
      <w:r w:rsidRPr="00563B50">
        <w:rPr>
          <w:rFonts w:cs="Times New Roman"/>
          <w:szCs w:val="24"/>
        </w:rPr>
        <w:t>principiilor</w:t>
      </w:r>
      <w:proofErr w:type="spellEnd"/>
      <w:r w:rsidRPr="00563B50">
        <w:rPr>
          <w:rFonts w:cs="Times New Roman"/>
          <w:szCs w:val="24"/>
        </w:rPr>
        <w:t xml:space="preserve"> enumerate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trebuie</w:t>
      </w:r>
      <w:proofErr w:type="spellEnd"/>
      <w:r w:rsidRPr="00563B50">
        <w:rPr>
          <w:rFonts w:cs="Times New Roman"/>
          <w:szCs w:val="24"/>
        </w:rPr>
        <w:t xml:space="preserve"> </w:t>
      </w:r>
      <w:proofErr w:type="spellStart"/>
      <w:r w:rsidRPr="00563B50">
        <w:rPr>
          <w:rFonts w:cs="Times New Roman"/>
          <w:szCs w:val="24"/>
        </w:rPr>
        <w:t>să</w:t>
      </w:r>
      <w:proofErr w:type="spellEnd"/>
      <w:r w:rsidRPr="00563B50">
        <w:rPr>
          <w:rFonts w:cs="Times New Roman"/>
          <w:szCs w:val="24"/>
        </w:rPr>
        <w:t xml:space="preserve"> </w:t>
      </w:r>
      <w:proofErr w:type="spellStart"/>
      <w:r w:rsidRPr="00563B50">
        <w:rPr>
          <w:rFonts w:cs="Times New Roman"/>
          <w:szCs w:val="24"/>
        </w:rPr>
        <w:t>poată</w:t>
      </w:r>
      <w:proofErr w:type="spellEnd"/>
      <w:r w:rsidRPr="00563B50">
        <w:rPr>
          <w:rFonts w:cs="Times New Roman"/>
          <w:szCs w:val="24"/>
        </w:rPr>
        <w:t xml:space="preserve"> </w:t>
      </w:r>
      <w:proofErr w:type="spellStart"/>
      <w:r w:rsidRPr="00563B50">
        <w:rPr>
          <w:rFonts w:cs="Times New Roman"/>
          <w:szCs w:val="24"/>
        </w:rPr>
        <w:t>demonstra</w:t>
      </w:r>
      <w:proofErr w:type="spellEnd"/>
      <w:r w:rsidRPr="00563B50">
        <w:rPr>
          <w:rFonts w:cs="Times New Roman"/>
          <w:szCs w:val="24"/>
        </w:rPr>
        <w:t xml:space="preserve"> </w:t>
      </w:r>
      <w:proofErr w:type="spellStart"/>
      <w:r w:rsidRPr="00563B50">
        <w:rPr>
          <w:rFonts w:cs="Times New Roman"/>
          <w:szCs w:val="24"/>
        </w:rPr>
        <w:t>această</w:t>
      </w:r>
      <w:proofErr w:type="spellEnd"/>
      <w:r w:rsidRPr="00563B50">
        <w:rPr>
          <w:rFonts w:cs="Times New Roman"/>
          <w:szCs w:val="24"/>
        </w:rPr>
        <w:t xml:space="preserve"> </w:t>
      </w:r>
      <w:proofErr w:type="spellStart"/>
      <w:r w:rsidRPr="00563B50">
        <w:rPr>
          <w:rFonts w:cs="Times New Roman"/>
          <w:szCs w:val="24"/>
        </w:rPr>
        <w:t>respectare</w:t>
      </w:r>
      <w:proofErr w:type="spellEnd"/>
      <w:r w:rsidRPr="00563B50">
        <w:rPr>
          <w:rFonts w:cs="Times New Roman"/>
          <w:szCs w:val="24"/>
        </w:rPr>
        <w:t>.</w:t>
      </w:r>
    </w:p>
    <w:p w14:paraId="63C5FFB0" w14:textId="77777777" w:rsidR="00EE7ED3" w:rsidRDefault="00EE7ED3" w:rsidP="00271123">
      <w:pPr>
        <w:jc w:val="center"/>
        <w:rPr>
          <w:rFonts w:cs="Times New Roman"/>
          <w:b/>
          <w:bCs/>
          <w:szCs w:val="24"/>
          <w:lang w:val="ro-RO"/>
        </w:rPr>
      </w:pPr>
    </w:p>
    <w:p w14:paraId="3DEEE8D7" w14:textId="77777777" w:rsidR="00EE7ED3" w:rsidRPr="00563B50" w:rsidRDefault="00000000" w:rsidP="00271123">
      <w:pPr>
        <w:jc w:val="center"/>
        <w:rPr>
          <w:rFonts w:cs="Times New Roman"/>
          <w:b/>
          <w:bCs/>
          <w:szCs w:val="24"/>
        </w:rPr>
      </w:pPr>
      <w:r w:rsidRPr="00563B50">
        <w:rPr>
          <w:rFonts w:cs="Times New Roman"/>
          <w:b/>
          <w:bCs/>
          <w:szCs w:val="24"/>
        </w:rPr>
        <w:t>V. DISPOZIȚII PRIVIND IERARHIA, ATRIBUȚIILE ȘI RESPONSABILITATEA ÎN MANAGEMENTUL SECURITĂȚII DATELOR</w:t>
      </w:r>
    </w:p>
    <w:p w14:paraId="11675B26" w14:textId="77777777" w:rsidR="00EE7ED3" w:rsidRPr="00563B50" w:rsidRDefault="00000000" w:rsidP="00271123">
      <w:pPr>
        <w:jc w:val="both"/>
        <w:rPr>
          <w:rFonts w:cs="Times New Roman"/>
          <w:b/>
          <w:bCs/>
          <w:szCs w:val="24"/>
        </w:rPr>
      </w:pPr>
      <w:r w:rsidRPr="00563B50">
        <w:rPr>
          <w:rFonts w:cs="Times New Roman"/>
          <w:b/>
          <w:bCs/>
          <w:szCs w:val="24"/>
        </w:rPr>
        <w:t xml:space="preserve">5.1. </w:t>
      </w:r>
      <w:proofErr w:type="spellStart"/>
      <w:r w:rsidRPr="00563B50">
        <w:rPr>
          <w:rFonts w:cs="Times New Roman"/>
          <w:b/>
          <w:bCs/>
          <w:szCs w:val="24"/>
        </w:rPr>
        <w:t>Autoritatea</w:t>
      </w:r>
      <w:proofErr w:type="spellEnd"/>
      <w:r w:rsidRPr="00563B50">
        <w:rPr>
          <w:rFonts w:cs="Times New Roman"/>
          <w:b/>
          <w:bCs/>
          <w:szCs w:val="24"/>
        </w:rPr>
        <w:t xml:space="preserve"> </w:t>
      </w:r>
      <w:proofErr w:type="spellStart"/>
      <w:r w:rsidRPr="00563B50">
        <w:rPr>
          <w:rFonts w:cs="Times New Roman"/>
          <w:b/>
          <w:bCs/>
          <w:szCs w:val="24"/>
        </w:rPr>
        <w:t>Executivă</w:t>
      </w:r>
      <w:proofErr w:type="spellEnd"/>
      <w:r w:rsidRPr="00563B50">
        <w:rPr>
          <w:rFonts w:cs="Times New Roman"/>
          <w:b/>
          <w:bCs/>
          <w:szCs w:val="24"/>
        </w:rPr>
        <w:t xml:space="preserve"> </w:t>
      </w:r>
      <w:proofErr w:type="spellStart"/>
      <w:r w:rsidRPr="00563B50">
        <w:rPr>
          <w:rFonts w:cs="Times New Roman"/>
          <w:b/>
          <w:bCs/>
          <w:szCs w:val="24"/>
        </w:rPr>
        <w:t>Superioară</w:t>
      </w:r>
      <w:proofErr w:type="spellEnd"/>
      <w:r w:rsidRPr="00563B50">
        <w:rPr>
          <w:rFonts w:cs="Times New Roman"/>
          <w:b/>
          <w:bCs/>
          <w:szCs w:val="24"/>
        </w:rPr>
        <w:t xml:space="preserve"> – PRIMARUL ȘI CONDUCEREA PRIMĂRIEI SATULUI MERENI</w:t>
      </w:r>
    </w:p>
    <w:p w14:paraId="45206884" w14:textId="77777777" w:rsidR="00EE7ED3" w:rsidRPr="00563B50" w:rsidRDefault="00000000" w:rsidP="00271123">
      <w:pPr>
        <w:jc w:val="both"/>
        <w:rPr>
          <w:rFonts w:cs="Times New Roman"/>
          <w:szCs w:val="24"/>
        </w:rPr>
      </w:pPr>
      <w:proofErr w:type="spellStart"/>
      <w:r w:rsidRPr="00563B50">
        <w:rPr>
          <w:rFonts w:cs="Times New Roman"/>
          <w:szCs w:val="24"/>
        </w:rPr>
        <w:t>Primarul</w:t>
      </w:r>
      <w:proofErr w:type="spellEnd"/>
      <w:r w:rsidRPr="00563B50">
        <w:rPr>
          <w:rFonts w:cs="Times New Roman"/>
          <w:szCs w:val="24"/>
        </w:rPr>
        <w:t xml:space="preserve"> </w:t>
      </w:r>
      <w:proofErr w:type="spellStart"/>
      <w:r w:rsidRPr="00563B50">
        <w:rPr>
          <w:rFonts w:cs="Times New Roman"/>
          <w:szCs w:val="24"/>
        </w:rPr>
        <w:t>Satului</w:t>
      </w:r>
      <w:proofErr w:type="spellEnd"/>
      <w:r w:rsidRPr="00563B50">
        <w:rPr>
          <w:rFonts w:cs="Times New Roman"/>
          <w:szCs w:val="24"/>
        </w:rPr>
        <w:t xml:space="preserve"> Mereni,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calitate</w:t>
      </w:r>
      <w:proofErr w:type="spellEnd"/>
      <w:r w:rsidRPr="00563B50">
        <w:rPr>
          <w:rFonts w:cs="Times New Roman"/>
          <w:szCs w:val="24"/>
        </w:rPr>
        <w:t xml:space="preserve"> de </w:t>
      </w:r>
      <w:proofErr w:type="spellStart"/>
      <w:r w:rsidRPr="00563B50">
        <w:rPr>
          <w:rFonts w:cs="Times New Roman"/>
          <w:szCs w:val="24"/>
        </w:rPr>
        <w:t>reprezentant</w:t>
      </w:r>
      <w:proofErr w:type="spellEnd"/>
      <w:r w:rsidRPr="00563B50">
        <w:rPr>
          <w:rFonts w:cs="Times New Roman"/>
          <w:szCs w:val="24"/>
        </w:rPr>
        <w:t xml:space="preserve"> legal al </w:t>
      </w:r>
      <w:proofErr w:type="spellStart"/>
      <w:r w:rsidRPr="00563B50">
        <w:rPr>
          <w:rFonts w:cs="Times New Roman"/>
          <w:szCs w:val="24"/>
        </w:rPr>
        <w:t>operatorului</w:t>
      </w:r>
      <w:proofErr w:type="spellEnd"/>
      <w:r w:rsidRPr="00563B50">
        <w:rPr>
          <w:rFonts w:cs="Times New Roman"/>
          <w:szCs w:val="24"/>
        </w:rPr>
        <w:t xml:space="preserve"> public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autoritate</w:t>
      </w:r>
      <w:proofErr w:type="spellEnd"/>
      <w:r w:rsidRPr="00563B50">
        <w:rPr>
          <w:rFonts w:cs="Times New Roman"/>
          <w:szCs w:val="24"/>
        </w:rPr>
        <w:t xml:space="preserve"> </w:t>
      </w:r>
      <w:proofErr w:type="spellStart"/>
      <w:r w:rsidRPr="00563B50">
        <w:rPr>
          <w:rFonts w:cs="Times New Roman"/>
          <w:szCs w:val="24"/>
        </w:rPr>
        <w:t>executivă</w:t>
      </w:r>
      <w:proofErr w:type="spellEnd"/>
      <w:r w:rsidRPr="00563B50">
        <w:rPr>
          <w:rFonts w:cs="Times New Roman"/>
          <w:szCs w:val="24"/>
        </w:rPr>
        <w:t xml:space="preserve">, </w:t>
      </w:r>
      <w:proofErr w:type="spellStart"/>
      <w:r w:rsidRPr="00563B50">
        <w:rPr>
          <w:rFonts w:cs="Times New Roman"/>
          <w:szCs w:val="24"/>
        </w:rPr>
        <w:t>deține</w:t>
      </w:r>
      <w:proofErr w:type="spellEnd"/>
      <w:r w:rsidRPr="00563B50">
        <w:rPr>
          <w:rFonts w:cs="Times New Roman"/>
          <w:szCs w:val="24"/>
        </w:rPr>
        <w:t xml:space="preserve"> </w:t>
      </w:r>
      <w:proofErr w:type="spellStart"/>
      <w:r w:rsidRPr="00563B50">
        <w:rPr>
          <w:rFonts w:cs="Times New Roman"/>
          <w:szCs w:val="24"/>
        </w:rPr>
        <w:t>următoarele</w:t>
      </w:r>
      <w:proofErr w:type="spellEnd"/>
      <w:r w:rsidRPr="00563B50">
        <w:rPr>
          <w:rFonts w:cs="Times New Roman"/>
          <w:szCs w:val="24"/>
        </w:rPr>
        <w:t xml:space="preserve"> </w:t>
      </w:r>
      <w:proofErr w:type="spellStart"/>
      <w:r w:rsidRPr="00563B50">
        <w:rPr>
          <w:rFonts w:cs="Times New Roman"/>
          <w:szCs w:val="24"/>
        </w:rPr>
        <w:t>competențe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atribuții</w:t>
      </w:r>
      <w:proofErr w:type="spellEnd"/>
      <w:r w:rsidRPr="00563B50">
        <w:rPr>
          <w:rFonts w:cs="Times New Roman"/>
          <w:szCs w:val="24"/>
        </w:rPr>
        <w:t xml:space="preserve"> </w:t>
      </w:r>
      <w:proofErr w:type="spellStart"/>
      <w:r w:rsidRPr="00563B50">
        <w:rPr>
          <w:rFonts w:cs="Times New Roman"/>
          <w:szCs w:val="24"/>
        </w:rPr>
        <w:t>ierarhice</w:t>
      </w:r>
      <w:proofErr w:type="spellEnd"/>
      <w:r w:rsidRPr="00563B50">
        <w:rPr>
          <w:rFonts w:cs="Times New Roman"/>
          <w:szCs w:val="24"/>
        </w:rPr>
        <w:t>:</w:t>
      </w:r>
    </w:p>
    <w:p w14:paraId="07567423" w14:textId="77777777" w:rsidR="00EE7ED3" w:rsidRPr="00563B50" w:rsidRDefault="00000000" w:rsidP="00271123">
      <w:pPr>
        <w:jc w:val="both"/>
        <w:rPr>
          <w:rFonts w:cs="Times New Roman"/>
          <w:szCs w:val="24"/>
        </w:rPr>
      </w:pPr>
      <w:proofErr w:type="spellStart"/>
      <w:r w:rsidRPr="00563B50">
        <w:rPr>
          <w:rFonts w:cs="Times New Roman"/>
          <w:b/>
          <w:bCs/>
          <w:szCs w:val="24"/>
        </w:rPr>
        <w:t>Aprobarea</w:t>
      </w:r>
      <w:proofErr w:type="spellEnd"/>
      <w:r w:rsidRPr="00563B50">
        <w:rPr>
          <w:rFonts w:cs="Times New Roman"/>
          <w:b/>
          <w:bCs/>
          <w:szCs w:val="24"/>
        </w:rPr>
        <w:t xml:space="preserve"> </w:t>
      </w:r>
      <w:proofErr w:type="spellStart"/>
      <w:r w:rsidRPr="00563B50">
        <w:rPr>
          <w:rFonts w:cs="Times New Roman"/>
          <w:b/>
          <w:bCs/>
          <w:szCs w:val="24"/>
        </w:rPr>
        <w:t>reglementărilor</w:t>
      </w:r>
      <w:proofErr w:type="spellEnd"/>
      <w:r w:rsidRPr="00563B50">
        <w:rPr>
          <w:rFonts w:cs="Times New Roman"/>
          <w:b/>
          <w:bCs/>
          <w:szCs w:val="24"/>
        </w:rPr>
        <w:t>:</w:t>
      </w:r>
      <w:r w:rsidRPr="00563B50">
        <w:rPr>
          <w:rFonts w:cs="Times New Roman"/>
          <w:szCs w:val="24"/>
        </w:rPr>
        <w:t xml:space="preserve"> </w:t>
      </w:r>
      <w:proofErr w:type="spellStart"/>
      <w:r w:rsidRPr="00563B50">
        <w:rPr>
          <w:rFonts w:cs="Times New Roman"/>
          <w:szCs w:val="24"/>
        </w:rPr>
        <w:t>Aprobă</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dispoziție</w:t>
      </w:r>
      <w:proofErr w:type="spellEnd"/>
      <w:r w:rsidRPr="00563B50">
        <w:rPr>
          <w:rFonts w:cs="Times New Roman"/>
          <w:szCs w:val="24"/>
        </w:rPr>
        <w:t xml:space="preserve"> </w:t>
      </w:r>
      <w:proofErr w:type="spellStart"/>
      <w:r w:rsidRPr="00563B50">
        <w:rPr>
          <w:rFonts w:cs="Times New Roman"/>
          <w:szCs w:val="24"/>
        </w:rPr>
        <w:t>politicile</w:t>
      </w:r>
      <w:proofErr w:type="spellEnd"/>
      <w:r w:rsidRPr="00563B50">
        <w:rPr>
          <w:rFonts w:cs="Times New Roman"/>
          <w:szCs w:val="24"/>
        </w:rPr>
        <w:t xml:space="preserve">, </w:t>
      </w:r>
      <w:proofErr w:type="spellStart"/>
      <w:r w:rsidRPr="00563B50">
        <w:rPr>
          <w:rFonts w:cs="Times New Roman"/>
          <w:szCs w:val="24"/>
        </w:rPr>
        <w:t>procedurile</w:t>
      </w:r>
      <w:proofErr w:type="spellEnd"/>
      <w:r w:rsidRPr="00563B50">
        <w:rPr>
          <w:rFonts w:cs="Times New Roman"/>
          <w:szCs w:val="24"/>
        </w:rPr>
        <w:t xml:space="preserve"> operative, </w:t>
      </w:r>
      <w:proofErr w:type="spellStart"/>
      <w:r w:rsidRPr="00563B50">
        <w:rPr>
          <w:rFonts w:cs="Times New Roman"/>
          <w:szCs w:val="24"/>
        </w:rPr>
        <w:t>ghidurile</w:t>
      </w:r>
      <w:proofErr w:type="spellEnd"/>
      <w:r w:rsidRPr="00563B50">
        <w:rPr>
          <w:rFonts w:cs="Times New Roman"/>
          <w:szCs w:val="24"/>
        </w:rPr>
        <w:t xml:space="preserve"> </w:t>
      </w:r>
      <w:proofErr w:type="spellStart"/>
      <w:r w:rsidRPr="00563B50">
        <w:rPr>
          <w:rFonts w:cs="Times New Roman"/>
          <w:szCs w:val="24"/>
        </w:rPr>
        <w:t>tehnice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alte</w:t>
      </w:r>
      <w:proofErr w:type="spellEnd"/>
      <w:r w:rsidRPr="00563B50">
        <w:rPr>
          <w:rFonts w:cs="Times New Roman"/>
          <w:szCs w:val="24"/>
        </w:rPr>
        <w:t xml:space="preserve"> </w:t>
      </w:r>
      <w:proofErr w:type="spellStart"/>
      <w:r w:rsidRPr="00563B50">
        <w:rPr>
          <w:rFonts w:cs="Times New Roman"/>
          <w:szCs w:val="24"/>
        </w:rPr>
        <w:t>documente</w:t>
      </w:r>
      <w:proofErr w:type="spellEnd"/>
      <w:r w:rsidRPr="00563B50">
        <w:rPr>
          <w:rFonts w:cs="Times New Roman"/>
          <w:szCs w:val="24"/>
        </w:rPr>
        <w:t xml:space="preserve"> interne care </w:t>
      </w:r>
      <w:proofErr w:type="spellStart"/>
      <w:r w:rsidRPr="00563B50">
        <w:rPr>
          <w:rFonts w:cs="Times New Roman"/>
          <w:szCs w:val="24"/>
        </w:rPr>
        <w:t>reglementează</w:t>
      </w:r>
      <w:proofErr w:type="spellEnd"/>
      <w:r w:rsidRPr="00563B50">
        <w:rPr>
          <w:rFonts w:cs="Times New Roman"/>
          <w:szCs w:val="24"/>
        </w:rPr>
        <w:t xml:space="preserve"> </w:t>
      </w:r>
      <w:proofErr w:type="spellStart"/>
      <w:r w:rsidRPr="00563B50">
        <w:rPr>
          <w:rFonts w:cs="Times New Roman"/>
          <w:szCs w:val="24"/>
        </w:rPr>
        <w:t>prelucrarea</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securitatea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w:t>
      </w:r>
    </w:p>
    <w:p w14:paraId="1AB21093" w14:textId="77777777" w:rsidR="00EE7ED3" w:rsidRPr="00563B50" w:rsidRDefault="00000000" w:rsidP="00271123">
      <w:pPr>
        <w:jc w:val="both"/>
        <w:rPr>
          <w:rFonts w:cs="Times New Roman"/>
          <w:szCs w:val="24"/>
        </w:rPr>
      </w:pPr>
      <w:proofErr w:type="spellStart"/>
      <w:r w:rsidRPr="00563B50">
        <w:rPr>
          <w:rFonts w:cs="Times New Roman"/>
          <w:b/>
          <w:bCs/>
          <w:szCs w:val="24"/>
        </w:rPr>
        <w:t>Delegarea</w:t>
      </w:r>
      <w:proofErr w:type="spellEnd"/>
      <w:r w:rsidRPr="00563B50">
        <w:rPr>
          <w:rFonts w:cs="Times New Roman"/>
          <w:b/>
          <w:bCs/>
          <w:szCs w:val="24"/>
        </w:rPr>
        <w:t xml:space="preserve"> </w:t>
      </w:r>
      <w:proofErr w:type="spellStart"/>
      <w:r w:rsidRPr="00563B50">
        <w:rPr>
          <w:rFonts w:cs="Times New Roman"/>
          <w:b/>
          <w:bCs/>
          <w:szCs w:val="24"/>
        </w:rPr>
        <w:t>atribuțiilor</w:t>
      </w:r>
      <w:proofErr w:type="spellEnd"/>
      <w:r w:rsidRPr="00563B50">
        <w:rPr>
          <w:rFonts w:cs="Times New Roman"/>
          <w:b/>
          <w:bCs/>
          <w:szCs w:val="24"/>
        </w:rPr>
        <w:t>:</w:t>
      </w:r>
      <w:r w:rsidRPr="00563B50">
        <w:rPr>
          <w:rFonts w:cs="Times New Roman"/>
          <w:szCs w:val="24"/>
        </w:rPr>
        <w:t xml:space="preserve"> </w:t>
      </w:r>
      <w:proofErr w:type="spellStart"/>
      <w:r w:rsidRPr="00563B50">
        <w:rPr>
          <w:rFonts w:cs="Times New Roman"/>
          <w:szCs w:val="24"/>
        </w:rPr>
        <w:t>Numește</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dispoziție</w:t>
      </w:r>
      <w:proofErr w:type="spellEnd"/>
      <w:r w:rsidRPr="00563B50">
        <w:rPr>
          <w:rFonts w:cs="Times New Roman"/>
          <w:szCs w:val="24"/>
        </w:rPr>
        <w:t xml:space="preserve"> </w:t>
      </w:r>
      <w:proofErr w:type="spellStart"/>
      <w:r w:rsidRPr="00563B50">
        <w:rPr>
          <w:rFonts w:cs="Times New Roman"/>
          <w:szCs w:val="24"/>
        </w:rPr>
        <w:t>internă</w:t>
      </w:r>
      <w:proofErr w:type="spellEnd"/>
      <w:r w:rsidRPr="00563B50">
        <w:rPr>
          <w:rFonts w:cs="Times New Roman"/>
          <w:szCs w:val="24"/>
        </w:rPr>
        <w:t xml:space="preserve"> </w:t>
      </w:r>
      <w:proofErr w:type="spellStart"/>
      <w:r w:rsidRPr="00563B50">
        <w:rPr>
          <w:rFonts w:cs="Times New Roman"/>
          <w:szCs w:val="24"/>
        </w:rPr>
        <w:t>angajații</w:t>
      </w:r>
      <w:proofErr w:type="spellEnd"/>
      <w:r w:rsidRPr="00563B50">
        <w:rPr>
          <w:rFonts w:cs="Times New Roman"/>
          <w:szCs w:val="24"/>
        </w:rPr>
        <w:t xml:space="preserve"> din </w:t>
      </w:r>
      <w:proofErr w:type="spellStart"/>
      <w:r w:rsidRPr="00563B50">
        <w:rPr>
          <w:rFonts w:cs="Times New Roman"/>
          <w:szCs w:val="24"/>
        </w:rPr>
        <w:t>cadrul</w:t>
      </w:r>
      <w:proofErr w:type="spellEnd"/>
      <w:r w:rsidRPr="00563B50">
        <w:rPr>
          <w:rFonts w:cs="Times New Roman"/>
          <w:szCs w:val="24"/>
        </w:rPr>
        <w:t xml:space="preserve"> </w:t>
      </w:r>
      <w:proofErr w:type="spellStart"/>
      <w:r w:rsidRPr="00563B50">
        <w:rPr>
          <w:rFonts w:cs="Times New Roman"/>
          <w:szCs w:val="24"/>
        </w:rPr>
        <w:t>Aparatului</w:t>
      </w:r>
      <w:proofErr w:type="spellEnd"/>
      <w:r w:rsidRPr="00563B50">
        <w:rPr>
          <w:rFonts w:cs="Times New Roman"/>
          <w:szCs w:val="24"/>
        </w:rPr>
        <w:t xml:space="preserve"> </w:t>
      </w:r>
      <w:proofErr w:type="spellStart"/>
      <w:r w:rsidRPr="00563B50">
        <w:rPr>
          <w:rFonts w:cs="Times New Roman"/>
          <w:szCs w:val="24"/>
        </w:rPr>
        <w:t>Primăriei</w:t>
      </w:r>
      <w:proofErr w:type="spellEnd"/>
      <w:r w:rsidRPr="00563B50">
        <w:rPr>
          <w:rFonts w:cs="Times New Roman"/>
          <w:szCs w:val="24"/>
        </w:rPr>
        <w:t xml:space="preserve"> care </w:t>
      </w:r>
      <w:proofErr w:type="spellStart"/>
      <w:r w:rsidRPr="00563B50">
        <w:rPr>
          <w:rFonts w:cs="Times New Roman"/>
          <w:szCs w:val="24"/>
        </w:rPr>
        <w:t>primesc</w:t>
      </w:r>
      <w:proofErr w:type="spellEnd"/>
      <w:r w:rsidRPr="00563B50">
        <w:rPr>
          <w:rFonts w:cs="Times New Roman"/>
          <w:szCs w:val="24"/>
        </w:rPr>
        <w:t xml:space="preserve"> </w:t>
      </w:r>
      <w:proofErr w:type="spellStart"/>
      <w:r w:rsidRPr="00563B50">
        <w:rPr>
          <w:rFonts w:cs="Times New Roman"/>
          <w:szCs w:val="24"/>
        </w:rPr>
        <w:t>atribuții</w:t>
      </w:r>
      <w:proofErr w:type="spellEnd"/>
      <w:r w:rsidRPr="00563B50">
        <w:rPr>
          <w:rFonts w:cs="Times New Roman"/>
          <w:szCs w:val="24"/>
        </w:rPr>
        <w:t xml:space="preserve"> </w:t>
      </w:r>
      <w:proofErr w:type="spellStart"/>
      <w:r w:rsidRPr="00563B50">
        <w:rPr>
          <w:rFonts w:cs="Times New Roman"/>
          <w:szCs w:val="24"/>
        </w:rPr>
        <w:t>specifice</w:t>
      </w:r>
      <w:proofErr w:type="spellEnd"/>
      <w:r w:rsidRPr="00563B50">
        <w:rPr>
          <w:rFonts w:cs="Times New Roman"/>
          <w:szCs w:val="24"/>
        </w:rPr>
        <w:t xml:space="preserve"> de </w:t>
      </w:r>
      <w:proofErr w:type="spellStart"/>
      <w:r w:rsidRPr="00563B50">
        <w:rPr>
          <w:rFonts w:cs="Times New Roman"/>
          <w:szCs w:val="24"/>
        </w:rPr>
        <w:t>prelucrare</w:t>
      </w:r>
      <w:proofErr w:type="spellEnd"/>
      <w:r w:rsidRPr="00563B50">
        <w:rPr>
          <w:rFonts w:cs="Times New Roman"/>
          <w:szCs w:val="24"/>
        </w:rPr>
        <w:t xml:space="preserve"> a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dispune</w:t>
      </w:r>
      <w:proofErr w:type="spellEnd"/>
      <w:r w:rsidRPr="00563B50">
        <w:rPr>
          <w:rFonts w:cs="Times New Roman"/>
          <w:szCs w:val="24"/>
        </w:rPr>
        <w:t xml:space="preserve"> </w:t>
      </w:r>
      <w:proofErr w:type="spellStart"/>
      <w:r w:rsidRPr="00563B50">
        <w:rPr>
          <w:rFonts w:cs="Times New Roman"/>
          <w:szCs w:val="24"/>
        </w:rPr>
        <w:t>măsuri</w:t>
      </w:r>
      <w:proofErr w:type="spellEnd"/>
      <w:r w:rsidRPr="00563B50">
        <w:rPr>
          <w:rFonts w:cs="Times New Roman"/>
          <w:szCs w:val="24"/>
        </w:rPr>
        <w:t xml:space="preserve"> de </w:t>
      </w:r>
      <w:proofErr w:type="spellStart"/>
      <w:r w:rsidRPr="00563B50">
        <w:rPr>
          <w:rFonts w:cs="Times New Roman"/>
          <w:szCs w:val="24"/>
        </w:rPr>
        <w:t>instruire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responsabilizare</w:t>
      </w:r>
      <w:proofErr w:type="spellEnd"/>
      <w:r w:rsidRPr="00563B50">
        <w:rPr>
          <w:rFonts w:cs="Times New Roman"/>
          <w:szCs w:val="24"/>
        </w:rPr>
        <w:t xml:space="preserve"> a lor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acord</w:t>
      </w:r>
      <w:proofErr w:type="spellEnd"/>
      <w:r w:rsidRPr="00563B50">
        <w:rPr>
          <w:rFonts w:cs="Times New Roman"/>
          <w:szCs w:val="24"/>
        </w:rPr>
        <w:t xml:space="preserve"> cu </w:t>
      </w:r>
      <w:proofErr w:type="spellStart"/>
      <w:r w:rsidRPr="00563B50">
        <w:rPr>
          <w:rFonts w:cs="Times New Roman"/>
          <w:szCs w:val="24"/>
        </w:rPr>
        <w:t>cerințele</w:t>
      </w:r>
      <w:proofErr w:type="spellEnd"/>
      <w:r w:rsidRPr="00563B50">
        <w:rPr>
          <w:rFonts w:cs="Times New Roman"/>
          <w:szCs w:val="24"/>
        </w:rPr>
        <w:t xml:space="preserve"> din </w:t>
      </w:r>
      <w:proofErr w:type="spellStart"/>
      <w:r w:rsidRPr="00563B50">
        <w:rPr>
          <w:rFonts w:cs="Times New Roman"/>
          <w:szCs w:val="24"/>
        </w:rPr>
        <w:t>Fișa</w:t>
      </w:r>
      <w:proofErr w:type="spellEnd"/>
      <w:r w:rsidRPr="00563B50">
        <w:rPr>
          <w:rFonts w:cs="Times New Roman"/>
          <w:szCs w:val="24"/>
        </w:rPr>
        <w:t xml:space="preserve"> </w:t>
      </w:r>
      <w:proofErr w:type="spellStart"/>
      <w:r w:rsidRPr="00563B50">
        <w:rPr>
          <w:rFonts w:cs="Times New Roman"/>
          <w:szCs w:val="24"/>
        </w:rPr>
        <w:t>postului</w:t>
      </w:r>
      <w:proofErr w:type="spellEnd"/>
      <w:r w:rsidRPr="00563B50">
        <w:rPr>
          <w:rFonts w:cs="Times New Roman"/>
          <w:szCs w:val="24"/>
        </w:rPr>
        <w:t>;</w:t>
      </w:r>
    </w:p>
    <w:p w14:paraId="3C32912C" w14:textId="77777777" w:rsidR="00EE7ED3" w:rsidRPr="00563B50" w:rsidRDefault="00000000" w:rsidP="00271123">
      <w:pPr>
        <w:jc w:val="both"/>
        <w:rPr>
          <w:rFonts w:cs="Times New Roman"/>
          <w:szCs w:val="24"/>
        </w:rPr>
      </w:pPr>
      <w:proofErr w:type="spellStart"/>
      <w:r w:rsidRPr="00563B50">
        <w:rPr>
          <w:rFonts w:cs="Times New Roman"/>
          <w:b/>
          <w:bCs/>
          <w:szCs w:val="24"/>
        </w:rPr>
        <w:lastRenderedPageBreak/>
        <w:t>Protecția</w:t>
      </w:r>
      <w:proofErr w:type="spellEnd"/>
      <w:r w:rsidRPr="00563B50">
        <w:rPr>
          <w:rFonts w:cs="Times New Roman"/>
          <w:b/>
          <w:bCs/>
          <w:szCs w:val="24"/>
        </w:rPr>
        <w:t xml:space="preserve"> </w:t>
      </w:r>
      <w:proofErr w:type="spellStart"/>
      <w:r w:rsidRPr="00563B50">
        <w:rPr>
          <w:rFonts w:cs="Times New Roman"/>
          <w:b/>
          <w:bCs/>
          <w:szCs w:val="24"/>
        </w:rPr>
        <w:t>datelor</w:t>
      </w:r>
      <w:proofErr w:type="spellEnd"/>
      <w:r w:rsidRPr="00563B50">
        <w:rPr>
          <w:rFonts w:cs="Times New Roman"/>
          <w:b/>
          <w:bCs/>
          <w:szCs w:val="24"/>
        </w:rPr>
        <w:t xml:space="preserve"> </w:t>
      </w:r>
      <w:proofErr w:type="spellStart"/>
      <w:r w:rsidRPr="00563B50">
        <w:rPr>
          <w:rFonts w:cs="Times New Roman"/>
          <w:b/>
          <w:bCs/>
          <w:szCs w:val="24"/>
        </w:rPr>
        <w:t>angajaților</w:t>
      </w:r>
      <w:proofErr w:type="spellEnd"/>
      <w:r w:rsidRPr="00563B50">
        <w:rPr>
          <w:rFonts w:cs="Times New Roman"/>
          <w:b/>
          <w:bCs/>
          <w:szCs w:val="24"/>
        </w:rPr>
        <w:t>:</w:t>
      </w:r>
      <w:r w:rsidRPr="00563B50">
        <w:rPr>
          <w:rFonts w:cs="Times New Roman"/>
          <w:szCs w:val="24"/>
        </w:rPr>
        <w:t xml:space="preserve"> </w:t>
      </w:r>
      <w:proofErr w:type="spellStart"/>
      <w:r w:rsidRPr="00563B50">
        <w:rPr>
          <w:rFonts w:cs="Times New Roman"/>
          <w:szCs w:val="24"/>
        </w:rPr>
        <w:t>Dispune</w:t>
      </w:r>
      <w:proofErr w:type="spellEnd"/>
      <w:r w:rsidRPr="00563B50">
        <w:rPr>
          <w:rFonts w:cs="Times New Roman"/>
          <w:szCs w:val="24"/>
        </w:rPr>
        <w:t xml:space="preserve"> </w:t>
      </w:r>
      <w:proofErr w:type="spellStart"/>
      <w:r w:rsidRPr="00563B50">
        <w:rPr>
          <w:rFonts w:cs="Times New Roman"/>
          <w:szCs w:val="24"/>
        </w:rPr>
        <w:t>măsuri</w:t>
      </w:r>
      <w:proofErr w:type="spellEnd"/>
      <w:r w:rsidRPr="00563B50">
        <w:rPr>
          <w:rFonts w:cs="Times New Roman"/>
          <w:szCs w:val="24"/>
        </w:rPr>
        <w:t xml:space="preserve"> </w:t>
      </w:r>
      <w:proofErr w:type="spellStart"/>
      <w:r w:rsidRPr="00563B50">
        <w:rPr>
          <w:rFonts w:cs="Times New Roman"/>
          <w:szCs w:val="24"/>
        </w:rPr>
        <w:t>tehnice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organizatorice</w:t>
      </w:r>
      <w:proofErr w:type="spellEnd"/>
      <w:r w:rsidRPr="00563B50">
        <w:rPr>
          <w:rFonts w:cs="Times New Roman"/>
          <w:szCs w:val="24"/>
        </w:rPr>
        <w:t xml:space="preserve"> </w:t>
      </w:r>
      <w:proofErr w:type="spellStart"/>
      <w:r w:rsidRPr="00563B50">
        <w:rPr>
          <w:rFonts w:cs="Times New Roman"/>
          <w:szCs w:val="24"/>
        </w:rPr>
        <w:t>menite</w:t>
      </w:r>
      <w:proofErr w:type="spellEnd"/>
      <w:r w:rsidRPr="00563B50">
        <w:rPr>
          <w:rFonts w:cs="Times New Roman"/>
          <w:szCs w:val="24"/>
        </w:rPr>
        <w:t xml:space="preserve"> </w:t>
      </w:r>
      <w:proofErr w:type="spellStart"/>
      <w:r w:rsidRPr="00563B50">
        <w:rPr>
          <w:rFonts w:cs="Times New Roman"/>
          <w:szCs w:val="24"/>
        </w:rPr>
        <w:t>să</w:t>
      </w:r>
      <w:proofErr w:type="spellEnd"/>
      <w:r w:rsidRPr="00563B50">
        <w:rPr>
          <w:rFonts w:cs="Times New Roman"/>
          <w:szCs w:val="24"/>
        </w:rPr>
        <w:t xml:space="preserve"> </w:t>
      </w:r>
      <w:proofErr w:type="spellStart"/>
      <w:r w:rsidRPr="00563B50">
        <w:rPr>
          <w:rFonts w:cs="Times New Roman"/>
          <w:szCs w:val="24"/>
        </w:rPr>
        <w:t>asigure</w:t>
      </w:r>
      <w:proofErr w:type="spellEnd"/>
      <w:r w:rsidRPr="00563B50">
        <w:rPr>
          <w:rFonts w:cs="Times New Roman"/>
          <w:szCs w:val="24"/>
        </w:rPr>
        <w:t xml:space="preserve"> </w:t>
      </w:r>
      <w:proofErr w:type="spellStart"/>
      <w:r w:rsidRPr="00563B50">
        <w:rPr>
          <w:rFonts w:cs="Times New Roman"/>
          <w:szCs w:val="24"/>
        </w:rPr>
        <w:t>protejarea</w:t>
      </w:r>
      <w:proofErr w:type="spellEnd"/>
      <w:r w:rsidRPr="00563B50">
        <w:rPr>
          <w:rFonts w:cs="Times New Roman"/>
          <w:szCs w:val="24"/>
        </w:rPr>
        <w:t xml:space="preserve"> </w:t>
      </w:r>
      <w:proofErr w:type="spellStart"/>
      <w:r w:rsidRPr="00563B50">
        <w:rPr>
          <w:rFonts w:cs="Times New Roman"/>
          <w:szCs w:val="24"/>
        </w:rPr>
        <w:t>intereselor</w:t>
      </w:r>
      <w:proofErr w:type="spellEnd"/>
      <w:r w:rsidRPr="00563B50">
        <w:rPr>
          <w:rFonts w:cs="Times New Roman"/>
          <w:szCs w:val="24"/>
        </w:rPr>
        <w:t xml:space="preserve"> </w:t>
      </w:r>
      <w:proofErr w:type="spellStart"/>
      <w:r w:rsidRPr="00563B50">
        <w:rPr>
          <w:rFonts w:cs="Times New Roman"/>
          <w:szCs w:val="24"/>
        </w:rPr>
        <w:t>angajaților</w:t>
      </w:r>
      <w:proofErr w:type="spellEnd"/>
      <w:r w:rsidRPr="00563B50">
        <w:rPr>
          <w:rFonts w:cs="Times New Roman"/>
          <w:szCs w:val="24"/>
        </w:rPr>
        <w:t xml:space="preserve"> cu </w:t>
      </w:r>
      <w:proofErr w:type="spellStart"/>
      <w:r w:rsidRPr="00563B50">
        <w:rPr>
          <w:rFonts w:cs="Times New Roman"/>
          <w:szCs w:val="24"/>
        </w:rPr>
        <w:t>privire</w:t>
      </w:r>
      <w:proofErr w:type="spellEnd"/>
      <w:r w:rsidRPr="00563B50">
        <w:rPr>
          <w:rFonts w:cs="Times New Roman"/>
          <w:szCs w:val="24"/>
        </w:rPr>
        <w:t xml:space="preserve"> la </w:t>
      </w:r>
      <w:proofErr w:type="spellStart"/>
      <w:r w:rsidRPr="00563B50">
        <w:rPr>
          <w:rFonts w:cs="Times New Roman"/>
          <w:szCs w:val="24"/>
        </w:rPr>
        <w:t>confidențialitatea</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securitatea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care le </w:t>
      </w:r>
      <w:proofErr w:type="spellStart"/>
      <w:r w:rsidRPr="00563B50">
        <w:rPr>
          <w:rFonts w:cs="Times New Roman"/>
          <w:szCs w:val="24"/>
        </w:rPr>
        <w:t>aparțin</w:t>
      </w:r>
      <w:proofErr w:type="spellEnd"/>
      <w:r w:rsidRPr="00563B50">
        <w:rPr>
          <w:rFonts w:cs="Times New Roman"/>
          <w:szCs w:val="24"/>
        </w:rPr>
        <w:t xml:space="preserve">, </w:t>
      </w:r>
      <w:proofErr w:type="spellStart"/>
      <w:r w:rsidRPr="00563B50">
        <w:rPr>
          <w:rFonts w:cs="Times New Roman"/>
          <w:szCs w:val="24"/>
        </w:rPr>
        <w:t>respectiv</w:t>
      </w:r>
      <w:proofErr w:type="spellEnd"/>
      <w:r w:rsidRPr="00563B50">
        <w:rPr>
          <w:rFonts w:cs="Times New Roman"/>
          <w:szCs w:val="24"/>
        </w:rPr>
        <w:t xml:space="preserve"> </w:t>
      </w:r>
      <w:proofErr w:type="spellStart"/>
      <w:r w:rsidRPr="00563B50">
        <w:rPr>
          <w:rFonts w:cs="Times New Roman"/>
          <w:szCs w:val="24"/>
        </w:rPr>
        <w:t>prelucrarea</w:t>
      </w:r>
      <w:proofErr w:type="spellEnd"/>
      <w:r w:rsidRPr="00563B50">
        <w:rPr>
          <w:rFonts w:cs="Times New Roman"/>
          <w:szCs w:val="24"/>
        </w:rPr>
        <w:t xml:space="preserve"> </w:t>
      </w:r>
      <w:proofErr w:type="spellStart"/>
      <w:r w:rsidRPr="00563B50">
        <w:rPr>
          <w:rFonts w:cs="Times New Roman"/>
          <w:szCs w:val="24"/>
        </w:rPr>
        <w:t>acestora</w:t>
      </w:r>
      <w:proofErr w:type="spellEnd"/>
      <w:r w:rsidRPr="00563B50">
        <w:rPr>
          <w:rFonts w:cs="Times New Roman"/>
          <w:szCs w:val="24"/>
        </w:rPr>
        <w:t xml:space="preserve"> cu </w:t>
      </w:r>
      <w:proofErr w:type="spellStart"/>
      <w:r w:rsidRPr="00563B50">
        <w:rPr>
          <w:rFonts w:cs="Times New Roman"/>
          <w:szCs w:val="24"/>
        </w:rPr>
        <w:t>respectarea</w:t>
      </w:r>
      <w:proofErr w:type="spellEnd"/>
      <w:r w:rsidRPr="00563B50">
        <w:rPr>
          <w:rFonts w:cs="Times New Roman"/>
          <w:szCs w:val="24"/>
        </w:rPr>
        <w:t xml:space="preserve"> </w:t>
      </w:r>
      <w:proofErr w:type="spellStart"/>
      <w:r w:rsidRPr="00563B50">
        <w:rPr>
          <w:rFonts w:cs="Times New Roman"/>
          <w:szCs w:val="24"/>
        </w:rPr>
        <w:t>prevederilor</w:t>
      </w:r>
      <w:proofErr w:type="spellEnd"/>
      <w:r w:rsidRPr="00563B50">
        <w:rPr>
          <w:rFonts w:cs="Times New Roman"/>
          <w:szCs w:val="24"/>
        </w:rPr>
        <w:t xml:space="preserve"> </w:t>
      </w:r>
      <w:proofErr w:type="spellStart"/>
      <w:r w:rsidRPr="00563B50">
        <w:rPr>
          <w:rFonts w:cs="Times New Roman"/>
          <w:szCs w:val="24"/>
        </w:rPr>
        <w:t>legale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domeniu</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scopuri</w:t>
      </w:r>
      <w:proofErr w:type="spellEnd"/>
      <w:r w:rsidRPr="00563B50">
        <w:rPr>
          <w:rFonts w:cs="Times New Roman"/>
          <w:szCs w:val="24"/>
        </w:rPr>
        <w:t xml:space="preserve"> determinate, </w:t>
      </w:r>
      <w:proofErr w:type="spellStart"/>
      <w:r w:rsidRPr="00563B50">
        <w:rPr>
          <w:rFonts w:cs="Times New Roman"/>
          <w:szCs w:val="24"/>
        </w:rPr>
        <w:t>explicite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legitime,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baza</w:t>
      </w:r>
      <w:proofErr w:type="spellEnd"/>
      <w:r w:rsidRPr="00563B50">
        <w:rPr>
          <w:rFonts w:cs="Times New Roman"/>
          <w:szCs w:val="24"/>
        </w:rPr>
        <w:t xml:space="preserve"> </w:t>
      </w:r>
      <w:proofErr w:type="spellStart"/>
      <w:r w:rsidRPr="00563B50">
        <w:rPr>
          <w:rFonts w:cs="Times New Roman"/>
          <w:szCs w:val="24"/>
        </w:rPr>
        <w:t>drepturilor</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obligațiilor</w:t>
      </w:r>
      <w:proofErr w:type="spellEnd"/>
      <w:r w:rsidRPr="00563B50">
        <w:rPr>
          <w:rFonts w:cs="Times New Roman"/>
          <w:szCs w:val="24"/>
        </w:rPr>
        <w:t xml:space="preserve"> </w:t>
      </w:r>
      <w:proofErr w:type="spellStart"/>
      <w:r w:rsidRPr="00563B50">
        <w:rPr>
          <w:rFonts w:cs="Times New Roman"/>
          <w:szCs w:val="24"/>
        </w:rPr>
        <w:t>ce</w:t>
      </w:r>
      <w:proofErr w:type="spellEnd"/>
      <w:r w:rsidRPr="00563B50">
        <w:rPr>
          <w:rFonts w:cs="Times New Roman"/>
          <w:szCs w:val="24"/>
        </w:rPr>
        <w:t xml:space="preserve"> </w:t>
      </w:r>
      <w:proofErr w:type="spellStart"/>
      <w:r w:rsidRPr="00563B50">
        <w:rPr>
          <w:rFonts w:cs="Times New Roman"/>
          <w:szCs w:val="24"/>
        </w:rPr>
        <w:t>revin</w:t>
      </w:r>
      <w:proofErr w:type="spellEnd"/>
      <w:r w:rsidRPr="00563B50">
        <w:rPr>
          <w:rFonts w:cs="Times New Roman"/>
          <w:szCs w:val="24"/>
        </w:rPr>
        <w:t xml:space="preserve"> </w:t>
      </w:r>
      <w:proofErr w:type="spellStart"/>
      <w:r w:rsidRPr="00563B50">
        <w:rPr>
          <w:rFonts w:cs="Times New Roman"/>
          <w:szCs w:val="24"/>
        </w:rPr>
        <w:t>Primăriei</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calitate</w:t>
      </w:r>
      <w:proofErr w:type="spellEnd"/>
      <w:r w:rsidRPr="00563B50">
        <w:rPr>
          <w:rFonts w:cs="Times New Roman"/>
          <w:szCs w:val="24"/>
        </w:rPr>
        <w:t xml:space="preserve"> de </w:t>
      </w:r>
      <w:proofErr w:type="spellStart"/>
      <w:r w:rsidRPr="00563B50">
        <w:rPr>
          <w:rFonts w:cs="Times New Roman"/>
          <w:szCs w:val="24"/>
        </w:rPr>
        <w:t>angajator</w:t>
      </w:r>
      <w:proofErr w:type="spellEnd"/>
      <w:r w:rsidRPr="00563B50">
        <w:rPr>
          <w:rFonts w:cs="Times New Roman"/>
          <w:szCs w:val="24"/>
        </w:rPr>
        <w:t>;</w:t>
      </w:r>
    </w:p>
    <w:p w14:paraId="7AF8208B" w14:textId="77777777" w:rsidR="00EE7ED3" w:rsidRPr="00563B50" w:rsidRDefault="00000000" w:rsidP="00271123">
      <w:pPr>
        <w:jc w:val="both"/>
        <w:rPr>
          <w:rFonts w:cs="Times New Roman"/>
          <w:szCs w:val="24"/>
        </w:rPr>
      </w:pPr>
      <w:proofErr w:type="spellStart"/>
      <w:r w:rsidRPr="00563B50">
        <w:rPr>
          <w:rFonts w:cs="Times New Roman"/>
          <w:b/>
          <w:bCs/>
          <w:szCs w:val="24"/>
        </w:rPr>
        <w:t>Garantarea</w:t>
      </w:r>
      <w:proofErr w:type="spellEnd"/>
      <w:r w:rsidRPr="00563B50">
        <w:rPr>
          <w:rFonts w:cs="Times New Roman"/>
          <w:b/>
          <w:bCs/>
          <w:szCs w:val="24"/>
        </w:rPr>
        <w:t xml:space="preserve"> </w:t>
      </w:r>
      <w:proofErr w:type="spellStart"/>
      <w:r w:rsidRPr="00563B50">
        <w:rPr>
          <w:rFonts w:cs="Times New Roman"/>
          <w:b/>
          <w:bCs/>
          <w:szCs w:val="24"/>
        </w:rPr>
        <w:t>drepturilor</w:t>
      </w:r>
      <w:proofErr w:type="spellEnd"/>
      <w:r w:rsidRPr="00563B50">
        <w:rPr>
          <w:rFonts w:cs="Times New Roman"/>
          <w:b/>
          <w:bCs/>
          <w:szCs w:val="24"/>
        </w:rPr>
        <w:t xml:space="preserve"> </w:t>
      </w:r>
      <w:proofErr w:type="spellStart"/>
      <w:r w:rsidRPr="00563B50">
        <w:rPr>
          <w:rFonts w:cs="Times New Roman"/>
          <w:b/>
          <w:bCs/>
          <w:szCs w:val="24"/>
        </w:rPr>
        <w:t>persoanelor</w:t>
      </w:r>
      <w:proofErr w:type="spellEnd"/>
      <w:r w:rsidRPr="00563B50">
        <w:rPr>
          <w:rFonts w:cs="Times New Roman"/>
          <w:b/>
          <w:bCs/>
          <w:szCs w:val="24"/>
        </w:rPr>
        <w:t xml:space="preserve"> </w:t>
      </w:r>
      <w:proofErr w:type="spellStart"/>
      <w:r w:rsidRPr="00563B50">
        <w:rPr>
          <w:rFonts w:cs="Times New Roman"/>
          <w:b/>
          <w:bCs/>
          <w:szCs w:val="24"/>
        </w:rPr>
        <w:t>vizate</w:t>
      </w:r>
      <w:proofErr w:type="spellEnd"/>
      <w:r w:rsidRPr="00563B50">
        <w:rPr>
          <w:rFonts w:cs="Times New Roman"/>
          <w:b/>
          <w:bCs/>
          <w:szCs w:val="24"/>
        </w:rPr>
        <w:t>:</w:t>
      </w:r>
      <w:r w:rsidRPr="00563B50">
        <w:rPr>
          <w:rFonts w:cs="Times New Roman"/>
          <w:szCs w:val="24"/>
        </w:rPr>
        <w:t xml:space="preserve"> </w:t>
      </w:r>
      <w:proofErr w:type="spellStart"/>
      <w:r w:rsidRPr="00563B50">
        <w:rPr>
          <w:rFonts w:cs="Times New Roman"/>
          <w:szCs w:val="24"/>
        </w:rPr>
        <w:t>Statutază</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implementează</w:t>
      </w:r>
      <w:proofErr w:type="spellEnd"/>
      <w:r w:rsidRPr="00563B50">
        <w:rPr>
          <w:rFonts w:cs="Times New Roman"/>
          <w:szCs w:val="24"/>
        </w:rPr>
        <w:t xml:space="preserve"> </w:t>
      </w:r>
      <w:proofErr w:type="spellStart"/>
      <w:r w:rsidRPr="00563B50">
        <w:rPr>
          <w:rFonts w:cs="Times New Roman"/>
          <w:szCs w:val="24"/>
        </w:rPr>
        <w:t>proceduri</w:t>
      </w:r>
      <w:proofErr w:type="spellEnd"/>
      <w:r w:rsidRPr="00563B50">
        <w:rPr>
          <w:rFonts w:cs="Times New Roman"/>
          <w:szCs w:val="24"/>
        </w:rPr>
        <w:t xml:space="preserve"> administrative </w:t>
      </w:r>
      <w:proofErr w:type="spellStart"/>
      <w:r w:rsidRPr="00563B50">
        <w:rPr>
          <w:rFonts w:cs="Times New Roman"/>
          <w:szCs w:val="24"/>
        </w:rPr>
        <w:t>eficiente</w:t>
      </w:r>
      <w:proofErr w:type="spellEnd"/>
      <w:r w:rsidRPr="00563B50">
        <w:rPr>
          <w:rFonts w:cs="Times New Roman"/>
          <w:szCs w:val="24"/>
        </w:rPr>
        <w:t xml:space="preserve"> care </w:t>
      </w:r>
      <w:proofErr w:type="spellStart"/>
      <w:r w:rsidRPr="00563B50">
        <w:rPr>
          <w:rFonts w:cs="Times New Roman"/>
          <w:szCs w:val="24"/>
        </w:rPr>
        <w:t>asigură</w:t>
      </w:r>
      <w:proofErr w:type="spellEnd"/>
      <w:r w:rsidRPr="00563B50">
        <w:rPr>
          <w:rFonts w:cs="Times New Roman"/>
          <w:szCs w:val="24"/>
        </w:rPr>
        <w:t xml:space="preserve"> </w:t>
      </w:r>
      <w:proofErr w:type="spellStart"/>
      <w:r w:rsidRPr="00563B50">
        <w:rPr>
          <w:rFonts w:cs="Times New Roman"/>
          <w:szCs w:val="24"/>
        </w:rPr>
        <w:t>angajaților</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cetățenilor</w:t>
      </w:r>
      <w:proofErr w:type="spellEnd"/>
      <w:r w:rsidRPr="00563B50">
        <w:rPr>
          <w:rFonts w:cs="Times New Roman"/>
          <w:szCs w:val="24"/>
        </w:rPr>
        <w:t xml:space="preserve"> </w:t>
      </w:r>
      <w:proofErr w:type="spellStart"/>
      <w:r w:rsidRPr="00563B50">
        <w:rPr>
          <w:rFonts w:cs="Times New Roman"/>
          <w:szCs w:val="24"/>
        </w:rPr>
        <w:t>accesul</w:t>
      </w:r>
      <w:proofErr w:type="spellEnd"/>
      <w:r w:rsidRPr="00563B50">
        <w:rPr>
          <w:rFonts w:cs="Times New Roman"/>
          <w:szCs w:val="24"/>
        </w:rPr>
        <w:t xml:space="preserve">, </w:t>
      </w:r>
      <w:proofErr w:type="spellStart"/>
      <w:r w:rsidRPr="00563B50">
        <w:rPr>
          <w:rFonts w:cs="Times New Roman"/>
          <w:szCs w:val="24"/>
        </w:rPr>
        <w:t>corectarea</w:t>
      </w:r>
      <w:proofErr w:type="spellEnd"/>
      <w:r w:rsidRPr="00563B50">
        <w:rPr>
          <w:rFonts w:cs="Times New Roman"/>
          <w:szCs w:val="24"/>
        </w:rPr>
        <w:t xml:space="preserve">, </w:t>
      </w:r>
      <w:proofErr w:type="spellStart"/>
      <w:r w:rsidRPr="00563B50">
        <w:rPr>
          <w:rFonts w:cs="Times New Roman"/>
          <w:szCs w:val="24"/>
        </w:rPr>
        <w:t>actualizarea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precum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exercitarea</w:t>
      </w:r>
      <w:proofErr w:type="spellEnd"/>
      <w:r w:rsidRPr="00563B50">
        <w:rPr>
          <w:rFonts w:cs="Times New Roman"/>
          <w:szCs w:val="24"/>
        </w:rPr>
        <w:t xml:space="preserve"> </w:t>
      </w:r>
      <w:proofErr w:type="spellStart"/>
      <w:r w:rsidRPr="00563B50">
        <w:rPr>
          <w:rFonts w:cs="Times New Roman"/>
          <w:szCs w:val="24"/>
        </w:rPr>
        <w:t>tuturor</w:t>
      </w:r>
      <w:proofErr w:type="spellEnd"/>
      <w:r w:rsidRPr="00563B50">
        <w:rPr>
          <w:rFonts w:cs="Times New Roman"/>
          <w:szCs w:val="24"/>
        </w:rPr>
        <w:t xml:space="preserve"> </w:t>
      </w:r>
      <w:proofErr w:type="spellStart"/>
      <w:r w:rsidRPr="00563B50">
        <w:rPr>
          <w:rFonts w:cs="Times New Roman"/>
          <w:szCs w:val="24"/>
        </w:rPr>
        <w:t>drepturilor</w:t>
      </w:r>
      <w:proofErr w:type="spellEnd"/>
      <w:r w:rsidRPr="00563B50">
        <w:rPr>
          <w:rFonts w:cs="Times New Roman"/>
          <w:szCs w:val="24"/>
        </w:rPr>
        <w:t xml:space="preserve"> </w:t>
      </w:r>
      <w:proofErr w:type="spellStart"/>
      <w:r w:rsidRPr="00563B50">
        <w:rPr>
          <w:rFonts w:cs="Times New Roman"/>
          <w:szCs w:val="24"/>
        </w:rPr>
        <w:t>ce</w:t>
      </w:r>
      <w:proofErr w:type="spellEnd"/>
      <w:r w:rsidRPr="00563B50">
        <w:rPr>
          <w:rFonts w:cs="Times New Roman"/>
          <w:szCs w:val="24"/>
        </w:rPr>
        <w:t xml:space="preserve"> le </w:t>
      </w:r>
      <w:proofErr w:type="spellStart"/>
      <w:r w:rsidRPr="00563B50">
        <w:rPr>
          <w:rFonts w:cs="Times New Roman"/>
          <w:szCs w:val="24"/>
        </w:rPr>
        <w:t>revin</w:t>
      </w:r>
      <w:proofErr w:type="spellEnd"/>
      <w:r w:rsidRPr="00563B50">
        <w:rPr>
          <w:rFonts w:cs="Times New Roman"/>
          <w:szCs w:val="24"/>
        </w:rPr>
        <w:t xml:space="preserve"> din </w:t>
      </w:r>
      <w:proofErr w:type="spellStart"/>
      <w:r w:rsidRPr="00563B50">
        <w:rPr>
          <w:rFonts w:cs="Times New Roman"/>
          <w:szCs w:val="24"/>
        </w:rPr>
        <w:t>postura</w:t>
      </w:r>
      <w:proofErr w:type="spellEnd"/>
      <w:r w:rsidRPr="00563B50">
        <w:rPr>
          <w:rFonts w:cs="Times New Roman"/>
          <w:szCs w:val="24"/>
        </w:rPr>
        <w:t xml:space="preserve"> de </w:t>
      </w:r>
      <w:proofErr w:type="spellStart"/>
      <w:r w:rsidRPr="00563B50">
        <w:rPr>
          <w:rFonts w:cs="Times New Roman"/>
          <w:szCs w:val="24"/>
        </w:rPr>
        <w:t>persoane</w:t>
      </w:r>
      <w:proofErr w:type="spellEnd"/>
      <w:r w:rsidRPr="00563B50">
        <w:rPr>
          <w:rFonts w:cs="Times New Roman"/>
          <w:szCs w:val="24"/>
        </w:rPr>
        <w:t xml:space="preserve"> </w:t>
      </w:r>
      <w:proofErr w:type="spellStart"/>
      <w:r w:rsidRPr="00563B50">
        <w:rPr>
          <w:rFonts w:cs="Times New Roman"/>
          <w:szCs w:val="24"/>
        </w:rPr>
        <w:t>vizate</w:t>
      </w:r>
      <w:proofErr w:type="spellEnd"/>
      <w:r w:rsidRPr="00563B50">
        <w:rPr>
          <w:rFonts w:cs="Times New Roman"/>
          <w:szCs w:val="24"/>
        </w:rPr>
        <w:t>;</w:t>
      </w:r>
    </w:p>
    <w:p w14:paraId="1C05735A" w14:textId="77777777" w:rsidR="00EE7ED3" w:rsidRPr="00563B50" w:rsidRDefault="00000000" w:rsidP="00271123">
      <w:pPr>
        <w:jc w:val="both"/>
        <w:rPr>
          <w:rFonts w:cs="Times New Roman"/>
          <w:szCs w:val="24"/>
        </w:rPr>
      </w:pPr>
      <w:proofErr w:type="spellStart"/>
      <w:r w:rsidRPr="00563B50">
        <w:rPr>
          <w:rFonts w:cs="Times New Roman"/>
          <w:b/>
          <w:bCs/>
          <w:szCs w:val="24"/>
        </w:rPr>
        <w:t>Asigurarea</w:t>
      </w:r>
      <w:proofErr w:type="spellEnd"/>
      <w:r w:rsidRPr="00563B50">
        <w:rPr>
          <w:rFonts w:cs="Times New Roman"/>
          <w:b/>
          <w:bCs/>
          <w:szCs w:val="24"/>
        </w:rPr>
        <w:t xml:space="preserve"> </w:t>
      </w:r>
      <w:proofErr w:type="spellStart"/>
      <w:r w:rsidRPr="00563B50">
        <w:rPr>
          <w:rFonts w:cs="Times New Roman"/>
          <w:b/>
          <w:bCs/>
          <w:szCs w:val="24"/>
        </w:rPr>
        <w:t>conformității</w:t>
      </w:r>
      <w:proofErr w:type="spellEnd"/>
      <w:r w:rsidRPr="00563B50">
        <w:rPr>
          <w:rFonts w:cs="Times New Roman"/>
          <w:b/>
          <w:bCs/>
          <w:szCs w:val="24"/>
        </w:rPr>
        <w:t xml:space="preserve"> </w:t>
      </w:r>
      <w:proofErr w:type="spellStart"/>
      <w:r w:rsidRPr="00563B50">
        <w:rPr>
          <w:rFonts w:cs="Times New Roman"/>
          <w:b/>
          <w:bCs/>
          <w:szCs w:val="24"/>
        </w:rPr>
        <w:t>operaționale</w:t>
      </w:r>
      <w:proofErr w:type="spellEnd"/>
      <w:r w:rsidRPr="00563B50">
        <w:rPr>
          <w:rFonts w:cs="Times New Roman"/>
          <w:b/>
          <w:bCs/>
          <w:szCs w:val="24"/>
        </w:rPr>
        <w:t>:</w:t>
      </w:r>
      <w:r w:rsidRPr="00563B50">
        <w:rPr>
          <w:rFonts w:cs="Times New Roman"/>
          <w:szCs w:val="24"/>
        </w:rPr>
        <w:t xml:space="preserve"> </w:t>
      </w:r>
      <w:proofErr w:type="spellStart"/>
      <w:r w:rsidRPr="00563B50">
        <w:rPr>
          <w:rFonts w:cs="Times New Roman"/>
          <w:szCs w:val="24"/>
        </w:rPr>
        <w:t>Dispune</w:t>
      </w:r>
      <w:proofErr w:type="spellEnd"/>
      <w:r w:rsidRPr="00563B50">
        <w:rPr>
          <w:rFonts w:cs="Times New Roman"/>
          <w:szCs w:val="24"/>
        </w:rPr>
        <w:t xml:space="preserve"> </w:t>
      </w:r>
      <w:proofErr w:type="spellStart"/>
      <w:r w:rsidRPr="00563B50">
        <w:rPr>
          <w:rFonts w:cs="Times New Roman"/>
          <w:szCs w:val="24"/>
        </w:rPr>
        <w:t>măsuri</w:t>
      </w:r>
      <w:proofErr w:type="spellEnd"/>
      <w:r w:rsidRPr="00563B50">
        <w:rPr>
          <w:rFonts w:cs="Times New Roman"/>
          <w:szCs w:val="24"/>
        </w:rPr>
        <w:t xml:space="preserve"> </w:t>
      </w:r>
      <w:proofErr w:type="spellStart"/>
      <w:r w:rsidRPr="00563B50">
        <w:rPr>
          <w:rFonts w:cs="Times New Roman"/>
          <w:szCs w:val="24"/>
        </w:rPr>
        <w:t>tehnice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organizatorice</w:t>
      </w:r>
      <w:proofErr w:type="spellEnd"/>
      <w:r w:rsidRPr="00563B50">
        <w:rPr>
          <w:rFonts w:cs="Times New Roman"/>
          <w:szCs w:val="24"/>
        </w:rPr>
        <w:t xml:space="preserve"> </w:t>
      </w:r>
      <w:proofErr w:type="spellStart"/>
      <w:r w:rsidRPr="00563B50">
        <w:rPr>
          <w:rFonts w:cs="Times New Roman"/>
          <w:szCs w:val="24"/>
        </w:rPr>
        <w:t>capabile</w:t>
      </w:r>
      <w:proofErr w:type="spellEnd"/>
      <w:r w:rsidRPr="00563B50">
        <w:rPr>
          <w:rFonts w:cs="Times New Roman"/>
          <w:szCs w:val="24"/>
        </w:rPr>
        <w:t xml:space="preserve"> </w:t>
      </w:r>
      <w:proofErr w:type="spellStart"/>
      <w:r w:rsidRPr="00563B50">
        <w:rPr>
          <w:rFonts w:cs="Times New Roman"/>
          <w:szCs w:val="24"/>
        </w:rPr>
        <w:t>să</w:t>
      </w:r>
      <w:proofErr w:type="spellEnd"/>
      <w:r w:rsidRPr="00563B50">
        <w:rPr>
          <w:rFonts w:cs="Times New Roman"/>
          <w:szCs w:val="24"/>
        </w:rPr>
        <w:t xml:space="preserve"> </w:t>
      </w:r>
      <w:proofErr w:type="spellStart"/>
      <w:r w:rsidRPr="00563B50">
        <w:rPr>
          <w:rFonts w:cs="Times New Roman"/>
          <w:szCs w:val="24"/>
        </w:rPr>
        <w:t>implementeze</w:t>
      </w:r>
      <w:proofErr w:type="spellEnd"/>
      <w:r w:rsidRPr="00563B50">
        <w:rPr>
          <w:rFonts w:cs="Times New Roman"/>
          <w:szCs w:val="24"/>
        </w:rPr>
        <w:t xml:space="preserve"> </w:t>
      </w:r>
      <w:proofErr w:type="spellStart"/>
      <w:r w:rsidRPr="00563B50">
        <w:rPr>
          <w:rFonts w:cs="Times New Roman"/>
          <w:szCs w:val="24"/>
        </w:rPr>
        <w:t>conformitatea</w:t>
      </w:r>
      <w:proofErr w:type="spellEnd"/>
      <w:r w:rsidRPr="00563B50">
        <w:rPr>
          <w:rFonts w:cs="Times New Roman"/>
          <w:szCs w:val="24"/>
        </w:rPr>
        <w:t xml:space="preserve"> cu </w:t>
      </w:r>
      <w:proofErr w:type="spellStart"/>
      <w:r w:rsidRPr="00563B50">
        <w:rPr>
          <w:rFonts w:cs="Times New Roman"/>
          <w:szCs w:val="24"/>
        </w:rPr>
        <w:t>prevederile</w:t>
      </w:r>
      <w:proofErr w:type="spellEnd"/>
      <w:r w:rsidRPr="00563B50">
        <w:rPr>
          <w:rFonts w:cs="Times New Roman"/>
          <w:szCs w:val="24"/>
        </w:rPr>
        <w:t xml:space="preserve"> </w:t>
      </w:r>
      <w:proofErr w:type="spellStart"/>
      <w:r w:rsidRPr="00563B50">
        <w:rPr>
          <w:rFonts w:cs="Times New Roman"/>
          <w:szCs w:val="24"/>
        </w:rPr>
        <w:t>legislației</w:t>
      </w:r>
      <w:proofErr w:type="spellEnd"/>
      <w:r w:rsidRPr="00563B50">
        <w:rPr>
          <w:rFonts w:cs="Times New Roman"/>
          <w:szCs w:val="24"/>
        </w:rPr>
        <w:t xml:space="preserve"> </w:t>
      </w:r>
      <w:proofErr w:type="spellStart"/>
      <w:r w:rsidRPr="00563B50">
        <w:rPr>
          <w:rFonts w:cs="Times New Roman"/>
          <w:szCs w:val="24"/>
        </w:rPr>
        <w:t>naționale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vigoare</w:t>
      </w:r>
      <w:proofErr w:type="spellEnd"/>
      <w:r w:rsidRPr="00563B50">
        <w:rPr>
          <w:rFonts w:cs="Times New Roman"/>
          <w:szCs w:val="24"/>
        </w:rPr>
        <w:t xml:space="preserve"> (</w:t>
      </w:r>
      <w:proofErr w:type="spellStart"/>
      <w:r w:rsidRPr="00563B50">
        <w:rPr>
          <w:rFonts w:cs="Times New Roman"/>
          <w:szCs w:val="24"/>
        </w:rPr>
        <w:t>Legea</w:t>
      </w:r>
      <w:proofErr w:type="spellEnd"/>
      <w:r w:rsidRPr="00563B50">
        <w:rPr>
          <w:rFonts w:cs="Times New Roman"/>
          <w:szCs w:val="24"/>
        </w:rPr>
        <w:t xml:space="preserve"> nr. 195/2024) a </w:t>
      </w:r>
      <w:proofErr w:type="spellStart"/>
      <w:r w:rsidRPr="00563B50">
        <w:rPr>
          <w:rFonts w:cs="Times New Roman"/>
          <w:szCs w:val="24"/>
        </w:rPr>
        <w:t>activităților</w:t>
      </w:r>
      <w:proofErr w:type="spellEnd"/>
      <w:r w:rsidRPr="00563B50">
        <w:rPr>
          <w:rFonts w:cs="Times New Roman"/>
          <w:szCs w:val="24"/>
        </w:rPr>
        <w:t xml:space="preserve"> de </w:t>
      </w:r>
      <w:proofErr w:type="spellStart"/>
      <w:r w:rsidRPr="00563B50">
        <w:rPr>
          <w:rFonts w:cs="Times New Roman"/>
          <w:szCs w:val="24"/>
        </w:rPr>
        <w:t>prelucrare</w:t>
      </w:r>
      <w:proofErr w:type="spellEnd"/>
      <w:r w:rsidRPr="00563B50">
        <w:rPr>
          <w:rFonts w:cs="Times New Roman"/>
          <w:szCs w:val="24"/>
        </w:rPr>
        <w:t xml:space="preserve"> a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ordinare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a </w:t>
      </w:r>
      <w:proofErr w:type="spellStart"/>
      <w:r w:rsidRPr="00563B50">
        <w:rPr>
          <w:rFonts w:cs="Times New Roman"/>
          <w:szCs w:val="24"/>
        </w:rPr>
        <w:t>celor</w:t>
      </w:r>
      <w:proofErr w:type="spellEnd"/>
      <w:r w:rsidRPr="00563B50">
        <w:rPr>
          <w:rFonts w:cs="Times New Roman"/>
          <w:szCs w:val="24"/>
        </w:rPr>
        <w:t xml:space="preserve"> </w:t>
      </w:r>
      <w:proofErr w:type="spellStart"/>
      <w:r w:rsidRPr="00563B50">
        <w:rPr>
          <w:rFonts w:cs="Times New Roman"/>
          <w:szCs w:val="24"/>
        </w:rPr>
        <w:t>speciale</w:t>
      </w:r>
      <w:proofErr w:type="spellEnd"/>
      <w:r w:rsidRPr="00563B50">
        <w:rPr>
          <w:rFonts w:cs="Times New Roman"/>
          <w:szCs w:val="24"/>
        </w:rPr>
        <w:t xml:space="preserve">, </w:t>
      </w:r>
      <w:proofErr w:type="spellStart"/>
      <w:r w:rsidRPr="00563B50">
        <w:rPr>
          <w:rFonts w:cs="Times New Roman"/>
          <w:szCs w:val="24"/>
        </w:rPr>
        <w:t>realizate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cadrul</w:t>
      </w:r>
      <w:proofErr w:type="spellEnd"/>
      <w:r w:rsidRPr="00563B50">
        <w:rPr>
          <w:rFonts w:cs="Times New Roman"/>
          <w:szCs w:val="24"/>
        </w:rPr>
        <w:t xml:space="preserve"> </w:t>
      </w:r>
      <w:proofErr w:type="spellStart"/>
      <w:r w:rsidRPr="00563B50">
        <w:rPr>
          <w:rFonts w:cs="Times New Roman"/>
          <w:szCs w:val="24"/>
        </w:rPr>
        <w:t>proceselor</w:t>
      </w:r>
      <w:proofErr w:type="spellEnd"/>
      <w:r w:rsidRPr="00563B50">
        <w:rPr>
          <w:rFonts w:cs="Times New Roman"/>
          <w:szCs w:val="24"/>
        </w:rPr>
        <w:t xml:space="preserve"> </w:t>
      </w:r>
      <w:proofErr w:type="spellStart"/>
      <w:r w:rsidRPr="00563B50">
        <w:rPr>
          <w:rFonts w:cs="Times New Roman"/>
          <w:szCs w:val="24"/>
        </w:rPr>
        <w:t>operaționale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de </w:t>
      </w:r>
      <w:proofErr w:type="spellStart"/>
      <w:r w:rsidRPr="00563B50">
        <w:rPr>
          <w:rFonts w:cs="Times New Roman"/>
          <w:szCs w:val="24"/>
        </w:rPr>
        <w:t>suport</w:t>
      </w:r>
      <w:proofErr w:type="spellEnd"/>
      <w:r w:rsidRPr="00563B50">
        <w:rPr>
          <w:rFonts w:cs="Times New Roman"/>
          <w:szCs w:val="24"/>
        </w:rPr>
        <w:t xml:space="preserve">, </w:t>
      </w:r>
      <w:proofErr w:type="spellStart"/>
      <w:r w:rsidRPr="00563B50">
        <w:rPr>
          <w:rFonts w:cs="Times New Roman"/>
          <w:szCs w:val="24"/>
        </w:rPr>
        <w:t>implementând</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acest</w:t>
      </w:r>
      <w:proofErr w:type="spellEnd"/>
      <w:r w:rsidRPr="00563B50">
        <w:rPr>
          <w:rFonts w:cs="Times New Roman"/>
          <w:szCs w:val="24"/>
        </w:rPr>
        <w:t xml:space="preserve"> </w:t>
      </w:r>
      <w:proofErr w:type="spellStart"/>
      <w:r w:rsidRPr="00563B50">
        <w:rPr>
          <w:rFonts w:cs="Times New Roman"/>
          <w:szCs w:val="24"/>
        </w:rPr>
        <w:t>sens</w:t>
      </w:r>
      <w:proofErr w:type="spellEnd"/>
      <w:r w:rsidRPr="00563B50">
        <w:rPr>
          <w:rFonts w:cs="Times New Roman"/>
          <w:szCs w:val="24"/>
        </w:rPr>
        <w:t xml:space="preserve"> </w:t>
      </w:r>
      <w:proofErr w:type="spellStart"/>
      <w:r w:rsidRPr="00563B50">
        <w:rPr>
          <w:rFonts w:cs="Times New Roman"/>
          <w:szCs w:val="24"/>
        </w:rPr>
        <w:t>responsabilități</w:t>
      </w:r>
      <w:proofErr w:type="spellEnd"/>
      <w:r w:rsidRPr="00563B50">
        <w:rPr>
          <w:rFonts w:cs="Times New Roman"/>
          <w:szCs w:val="24"/>
        </w:rPr>
        <w:t xml:space="preserve"> </w:t>
      </w:r>
      <w:proofErr w:type="spellStart"/>
      <w:r w:rsidRPr="00563B50">
        <w:rPr>
          <w:rFonts w:cs="Times New Roman"/>
          <w:szCs w:val="24"/>
        </w:rPr>
        <w:t>clar</w:t>
      </w:r>
      <w:proofErr w:type="spellEnd"/>
      <w:r w:rsidRPr="00563B50">
        <w:rPr>
          <w:rFonts w:cs="Times New Roman"/>
          <w:szCs w:val="24"/>
        </w:rPr>
        <w:t xml:space="preserve"> definite.</w:t>
      </w:r>
    </w:p>
    <w:p w14:paraId="18270B1B" w14:textId="77777777" w:rsidR="00EE7ED3" w:rsidRPr="00563B50" w:rsidRDefault="00000000" w:rsidP="00A33FF6">
      <w:pPr>
        <w:rPr>
          <w:rFonts w:cs="Times New Roman"/>
          <w:b/>
          <w:bCs/>
          <w:szCs w:val="24"/>
        </w:rPr>
      </w:pPr>
      <w:r w:rsidRPr="00563B50">
        <w:rPr>
          <w:rFonts w:cs="Times New Roman"/>
          <w:b/>
          <w:bCs/>
          <w:szCs w:val="24"/>
        </w:rPr>
        <w:t xml:space="preserve">5.2. </w:t>
      </w:r>
      <w:proofErr w:type="spellStart"/>
      <w:r w:rsidRPr="00563B50">
        <w:rPr>
          <w:rFonts w:cs="Times New Roman"/>
          <w:b/>
          <w:bCs/>
          <w:szCs w:val="24"/>
        </w:rPr>
        <w:t>Responsabilitatea</w:t>
      </w:r>
      <w:proofErr w:type="spellEnd"/>
      <w:r w:rsidRPr="00563B50">
        <w:rPr>
          <w:rFonts w:cs="Times New Roman"/>
          <w:b/>
          <w:bCs/>
          <w:szCs w:val="24"/>
        </w:rPr>
        <w:t xml:space="preserve"> </w:t>
      </w:r>
      <w:proofErr w:type="spellStart"/>
      <w:r w:rsidRPr="00563B50">
        <w:rPr>
          <w:rFonts w:cs="Times New Roman"/>
          <w:b/>
          <w:bCs/>
          <w:szCs w:val="24"/>
        </w:rPr>
        <w:t>Prelucrării</w:t>
      </w:r>
      <w:proofErr w:type="spellEnd"/>
      <w:r w:rsidRPr="00563B50">
        <w:rPr>
          <w:rFonts w:cs="Times New Roman"/>
          <w:b/>
          <w:bCs/>
          <w:szCs w:val="24"/>
        </w:rPr>
        <w:t xml:space="preserve"> pe </w:t>
      </w:r>
      <w:proofErr w:type="spellStart"/>
      <w:r w:rsidRPr="00563B50">
        <w:rPr>
          <w:rFonts w:cs="Times New Roman"/>
          <w:b/>
          <w:bCs/>
          <w:szCs w:val="24"/>
        </w:rPr>
        <w:t>Subdiviziuni</w:t>
      </w:r>
      <w:proofErr w:type="spellEnd"/>
      <w:r w:rsidRPr="00563B50">
        <w:rPr>
          <w:rFonts w:cs="Times New Roman"/>
          <w:b/>
          <w:bCs/>
          <w:szCs w:val="24"/>
        </w:rPr>
        <w:t xml:space="preserve"> </w:t>
      </w:r>
      <w:proofErr w:type="spellStart"/>
      <w:r w:rsidRPr="00563B50">
        <w:rPr>
          <w:rFonts w:cs="Times New Roman"/>
          <w:b/>
          <w:bCs/>
          <w:szCs w:val="24"/>
        </w:rPr>
        <w:t>Scriptice</w:t>
      </w:r>
      <w:proofErr w:type="spellEnd"/>
      <w:r w:rsidRPr="00563B50">
        <w:rPr>
          <w:rFonts w:cs="Times New Roman"/>
          <w:b/>
          <w:bCs/>
          <w:szCs w:val="24"/>
        </w:rPr>
        <w:t xml:space="preserve"> (Conform </w:t>
      </w:r>
      <w:proofErr w:type="spellStart"/>
      <w:r w:rsidRPr="00563B50">
        <w:rPr>
          <w:rFonts w:cs="Times New Roman"/>
          <w:b/>
          <w:bCs/>
          <w:szCs w:val="24"/>
        </w:rPr>
        <w:t>Organigramei</w:t>
      </w:r>
      <w:proofErr w:type="spellEnd"/>
      <w:r w:rsidRPr="00563B50">
        <w:rPr>
          <w:rFonts w:cs="Times New Roman"/>
          <w:b/>
          <w:bCs/>
          <w:szCs w:val="24"/>
        </w:rPr>
        <w:t xml:space="preserve"> </w:t>
      </w:r>
      <w:proofErr w:type="spellStart"/>
      <w:r w:rsidRPr="00563B50">
        <w:rPr>
          <w:rFonts w:cs="Times New Roman"/>
          <w:b/>
          <w:bCs/>
          <w:szCs w:val="24"/>
        </w:rPr>
        <w:t>și</w:t>
      </w:r>
      <w:proofErr w:type="spellEnd"/>
      <w:r w:rsidRPr="00563B50">
        <w:rPr>
          <w:rFonts w:cs="Times New Roman"/>
          <w:b/>
          <w:bCs/>
          <w:szCs w:val="24"/>
        </w:rPr>
        <w:t xml:space="preserve"> </w:t>
      </w:r>
      <w:proofErr w:type="spellStart"/>
      <w:r w:rsidRPr="00563B50">
        <w:rPr>
          <w:rFonts w:cs="Times New Roman"/>
          <w:b/>
          <w:bCs/>
          <w:szCs w:val="24"/>
        </w:rPr>
        <w:t>Registrelor</w:t>
      </w:r>
      <w:proofErr w:type="spellEnd"/>
      <w:r w:rsidRPr="00563B50">
        <w:rPr>
          <w:rFonts w:cs="Times New Roman"/>
          <w:b/>
          <w:bCs/>
          <w:szCs w:val="24"/>
        </w:rPr>
        <w:t xml:space="preserve"> </w:t>
      </w:r>
      <w:proofErr w:type="spellStart"/>
      <w:r w:rsidRPr="00563B50">
        <w:rPr>
          <w:rFonts w:cs="Times New Roman"/>
          <w:b/>
          <w:bCs/>
          <w:szCs w:val="24"/>
        </w:rPr>
        <w:t>Specifice</w:t>
      </w:r>
      <w:proofErr w:type="spellEnd"/>
      <w:r w:rsidRPr="00563B50">
        <w:rPr>
          <w:rFonts w:cs="Times New Roman"/>
          <w:b/>
          <w:bCs/>
          <w:szCs w:val="24"/>
        </w:rPr>
        <w:t xml:space="preserve"> </w:t>
      </w:r>
      <w:proofErr w:type="spellStart"/>
      <w:r w:rsidRPr="00563B50">
        <w:rPr>
          <w:rFonts w:cs="Times New Roman"/>
          <w:b/>
          <w:bCs/>
          <w:szCs w:val="24"/>
        </w:rPr>
        <w:t>Mereni</w:t>
      </w:r>
      <w:proofErr w:type="spellEnd"/>
      <w:r w:rsidRPr="00563B50">
        <w:rPr>
          <w:rFonts w:cs="Times New Roman"/>
          <w:b/>
          <w:bCs/>
          <w:szCs w:val="24"/>
        </w:rPr>
        <w:t>)</w:t>
      </w:r>
    </w:p>
    <w:p w14:paraId="2CE1C242" w14:textId="77777777" w:rsidR="00EE7ED3" w:rsidRPr="00563B50" w:rsidRDefault="00000000" w:rsidP="00A33FF6">
      <w:pPr>
        <w:rPr>
          <w:rFonts w:cs="Times New Roman"/>
          <w:szCs w:val="24"/>
        </w:rPr>
      </w:pP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vederea</w:t>
      </w:r>
      <w:proofErr w:type="spellEnd"/>
      <w:r w:rsidRPr="00563B50">
        <w:rPr>
          <w:rFonts w:cs="Times New Roman"/>
          <w:szCs w:val="24"/>
        </w:rPr>
        <w:t xml:space="preserve"> </w:t>
      </w:r>
      <w:proofErr w:type="spellStart"/>
      <w:r w:rsidRPr="00563B50">
        <w:rPr>
          <w:rFonts w:cs="Times New Roman"/>
          <w:szCs w:val="24"/>
        </w:rPr>
        <w:t>asigurării</w:t>
      </w:r>
      <w:proofErr w:type="spellEnd"/>
      <w:r w:rsidRPr="00563B50">
        <w:rPr>
          <w:rFonts w:cs="Times New Roman"/>
          <w:szCs w:val="24"/>
        </w:rPr>
        <w:t xml:space="preserve"> </w:t>
      </w:r>
      <w:proofErr w:type="spellStart"/>
      <w:r w:rsidRPr="00563B50">
        <w:rPr>
          <w:rFonts w:cs="Times New Roman"/>
          <w:szCs w:val="24"/>
        </w:rPr>
        <w:t>trasabilității</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conformității</w:t>
      </w:r>
      <w:proofErr w:type="spellEnd"/>
      <w:r w:rsidRPr="00563B50">
        <w:rPr>
          <w:rFonts w:cs="Times New Roman"/>
          <w:szCs w:val="24"/>
        </w:rPr>
        <w:t xml:space="preserve">, </w:t>
      </w:r>
      <w:proofErr w:type="spellStart"/>
      <w:r w:rsidRPr="00563B50">
        <w:rPr>
          <w:rFonts w:cs="Times New Roman"/>
          <w:szCs w:val="24"/>
        </w:rPr>
        <w:t>responsabilitatea</w:t>
      </w:r>
      <w:proofErr w:type="spellEnd"/>
      <w:r w:rsidRPr="00563B50">
        <w:rPr>
          <w:rFonts w:cs="Times New Roman"/>
          <w:szCs w:val="24"/>
        </w:rPr>
        <w:t xml:space="preserve"> </w:t>
      </w:r>
      <w:proofErr w:type="spellStart"/>
      <w:r w:rsidRPr="00563B50">
        <w:rPr>
          <w:rFonts w:cs="Times New Roman"/>
          <w:szCs w:val="24"/>
        </w:rPr>
        <w:t>administrării</w:t>
      </w:r>
      <w:proofErr w:type="spellEnd"/>
      <w:r w:rsidRPr="00563B50">
        <w:rPr>
          <w:rFonts w:cs="Times New Roman"/>
          <w:szCs w:val="24"/>
        </w:rPr>
        <w:t xml:space="preserve"> </w:t>
      </w:r>
      <w:proofErr w:type="spellStart"/>
      <w:r w:rsidRPr="00563B50">
        <w:rPr>
          <w:rFonts w:cs="Times New Roman"/>
          <w:szCs w:val="24"/>
        </w:rPr>
        <w:t>registrelor</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a </w:t>
      </w:r>
      <w:proofErr w:type="spellStart"/>
      <w:r w:rsidRPr="00563B50">
        <w:rPr>
          <w:rFonts w:cs="Times New Roman"/>
          <w:szCs w:val="24"/>
        </w:rPr>
        <w:t>prelucrării</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se </w:t>
      </w:r>
      <w:proofErr w:type="spellStart"/>
      <w:r w:rsidRPr="00563B50">
        <w:rPr>
          <w:rFonts w:cs="Times New Roman"/>
          <w:szCs w:val="24"/>
        </w:rPr>
        <w:t>deleagă</w:t>
      </w:r>
      <w:proofErr w:type="spellEnd"/>
      <w:r w:rsidRPr="00563B50">
        <w:rPr>
          <w:rFonts w:cs="Times New Roman"/>
          <w:szCs w:val="24"/>
        </w:rPr>
        <w:t xml:space="preserve"> pe </w:t>
      </w:r>
      <w:proofErr w:type="spellStart"/>
      <w:r w:rsidRPr="00563B50">
        <w:rPr>
          <w:rFonts w:cs="Times New Roman"/>
          <w:szCs w:val="24"/>
        </w:rPr>
        <w:t>subdiviziuni</w:t>
      </w:r>
      <w:proofErr w:type="spellEnd"/>
      <w:r w:rsidRPr="00563B50">
        <w:rPr>
          <w:rFonts w:cs="Times New Roman"/>
          <w:szCs w:val="24"/>
        </w:rPr>
        <w:t xml:space="preserve"> </w:t>
      </w:r>
      <w:proofErr w:type="spellStart"/>
      <w:r w:rsidRPr="00563B50">
        <w:rPr>
          <w:rFonts w:cs="Times New Roman"/>
          <w:szCs w:val="24"/>
        </w:rPr>
        <w:t>scriptice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funcții</w:t>
      </w:r>
      <w:proofErr w:type="spellEnd"/>
      <w:r w:rsidRPr="00563B50">
        <w:rPr>
          <w:rFonts w:cs="Times New Roman"/>
          <w:szCs w:val="24"/>
        </w:rPr>
        <w:t xml:space="preserve"> </w:t>
      </w:r>
      <w:proofErr w:type="spellStart"/>
      <w:r w:rsidRPr="00563B50">
        <w:rPr>
          <w:rFonts w:cs="Times New Roman"/>
          <w:szCs w:val="24"/>
        </w:rPr>
        <w:t>nominale</w:t>
      </w:r>
      <w:proofErr w:type="spellEnd"/>
      <w:r w:rsidRPr="00563B50">
        <w:rPr>
          <w:rFonts w:cs="Times New Roman"/>
          <w:szCs w:val="24"/>
        </w:rPr>
        <w:t xml:space="preserve">, conform </w:t>
      </w:r>
      <w:proofErr w:type="spellStart"/>
      <w:r w:rsidRPr="00563B50">
        <w:rPr>
          <w:rFonts w:cs="Times New Roman"/>
          <w:szCs w:val="24"/>
        </w:rPr>
        <w:t>structurii</w:t>
      </w:r>
      <w:proofErr w:type="spellEnd"/>
      <w:r w:rsidRPr="00563B50">
        <w:rPr>
          <w:rFonts w:cs="Times New Roman"/>
          <w:szCs w:val="24"/>
        </w:rPr>
        <w:t xml:space="preserve"> </w:t>
      </w:r>
      <w:proofErr w:type="spellStart"/>
      <w:r w:rsidRPr="00563B50">
        <w:rPr>
          <w:rFonts w:cs="Times New Roman"/>
          <w:szCs w:val="24"/>
        </w:rPr>
        <w:t>aprobate</w:t>
      </w:r>
      <w:proofErr w:type="spellEnd"/>
      <w:r w:rsidRPr="00563B50">
        <w:rPr>
          <w:rFonts w:cs="Times New Roman"/>
          <w:szCs w:val="24"/>
        </w:rPr>
        <w:t xml:space="preserve"> a </w:t>
      </w:r>
      <w:proofErr w:type="spellStart"/>
      <w:r w:rsidRPr="00563B50">
        <w:rPr>
          <w:rFonts w:cs="Times New Roman"/>
          <w:szCs w:val="24"/>
        </w:rPr>
        <w:t>Aparatului</w:t>
      </w:r>
      <w:proofErr w:type="spellEnd"/>
      <w:r w:rsidRPr="00563B50">
        <w:rPr>
          <w:rFonts w:cs="Times New Roman"/>
          <w:szCs w:val="24"/>
        </w:rPr>
        <w:t xml:space="preserve"> </w:t>
      </w:r>
      <w:proofErr w:type="spellStart"/>
      <w:r w:rsidRPr="00563B50">
        <w:rPr>
          <w:rFonts w:cs="Times New Roman"/>
          <w:szCs w:val="24"/>
        </w:rPr>
        <w:t>Primăriei</w:t>
      </w:r>
      <w:proofErr w:type="spellEnd"/>
      <w:r w:rsidRPr="00563B50">
        <w:rPr>
          <w:rFonts w:cs="Times New Roman"/>
          <w:szCs w:val="24"/>
        </w:rPr>
        <w:t xml:space="preserve"> </w:t>
      </w:r>
      <w:proofErr w:type="spellStart"/>
      <w:r w:rsidRPr="00563B50">
        <w:rPr>
          <w:rFonts w:cs="Times New Roman"/>
          <w:szCs w:val="24"/>
        </w:rPr>
        <w:t>Satului</w:t>
      </w:r>
      <w:proofErr w:type="spellEnd"/>
      <w:r w:rsidRPr="00563B50">
        <w:rPr>
          <w:rFonts w:cs="Times New Roman"/>
          <w:szCs w:val="24"/>
        </w:rPr>
        <w:t xml:space="preserve"> </w:t>
      </w:r>
      <w:proofErr w:type="spellStart"/>
      <w:r w:rsidRPr="00563B50">
        <w:rPr>
          <w:rFonts w:cs="Times New Roman"/>
          <w:szCs w:val="24"/>
        </w:rPr>
        <w:t>Mereni</w:t>
      </w:r>
      <w:proofErr w:type="spellEnd"/>
      <w:r w:rsidRPr="00563B50">
        <w:rPr>
          <w:rFonts w:cs="Times New Roman"/>
          <w:szCs w:val="24"/>
        </w:rPr>
        <w:t>:</w:t>
      </w:r>
    </w:p>
    <w:p w14:paraId="6BE62156" w14:textId="77777777" w:rsidR="00EE7ED3" w:rsidRPr="00271123" w:rsidRDefault="00000000">
      <w:pPr>
        <w:numPr>
          <w:ilvl w:val="0"/>
          <w:numId w:val="4"/>
        </w:numPr>
        <w:jc w:val="both"/>
        <w:rPr>
          <w:rFonts w:cs="Times New Roman"/>
          <w:szCs w:val="24"/>
        </w:rPr>
      </w:pPr>
      <w:proofErr w:type="spellStart"/>
      <w:r w:rsidRPr="00563B50">
        <w:rPr>
          <w:rFonts w:cs="Times New Roman"/>
          <w:b/>
          <w:bCs/>
          <w:szCs w:val="24"/>
        </w:rPr>
        <w:t>Secretar</w:t>
      </w:r>
      <w:proofErr w:type="spellEnd"/>
      <w:r w:rsidRPr="00563B50">
        <w:rPr>
          <w:rFonts w:cs="Times New Roman"/>
          <w:b/>
          <w:bCs/>
          <w:szCs w:val="24"/>
        </w:rPr>
        <w:t xml:space="preserve"> al </w:t>
      </w:r>
      <w:proofErr w:type="spellStart"/>
      <w:r w:rsidRPr="00563B50">
        <w:rPr>
          <w:rFonts w:cs="Times New Roman"/>
          <w:b/>
          <w:bCs/>
          <w:szCs w:val="24"/>
        </w:rPr>
        <w:t>Consiliului</w:t>
      </w:r>
      <w:proofErr w:type="spellEnd"/>
      <w:r w:rsidRPr="00563B50">
        <w:rPr>
          <w:rFonts w:cs="Times New Roman"/>
          <w:b/>
          <w:bCs/>
          <w:szCs w:val="24"/>
        </w:rPr>
        <w:t xml:space="preserve"> Local</w:t>
      </w:r>
      <w:r>
        <w:rPr>
          <w:rFonts w:cs="Times New Roman"/>
          <w:b/>
          <w:bCs/>
          <w:szCs w:val="24"/>
          <w:lang w:val="ro-RO"/>
        </w:rPr>
        <w:t>:</w:t>
      </w:r>
    </w:p>
    <w:p w14:paraId="7699C564" w14:textId="77777777" w:rsidR="00EE7ED3" w:rsidRPr="00271123" w:rsidRDefault="00000000" w:rsidP="00271123">
      <w:pPr>
        <w:ind w:left="720"/>
        <w:jc w:val="both"/>
        <w:rPr>
          <w:rFonts w:cs="Times New Roman"/>
          <w:szCs w:val="24"/>
        </w:rPr>
      </w:pPr>
      <w:proofErr w:type="spellStart"/>
      <w:r w:rsidRPr="00271123">
        <w:rPr>
          <w:rFonts w:cs="Times New Roman"/>
          <w:szCs w:val="24"/>
        </w:rPr>
        <w:t>Poartă</w:t>
      </w:r>
      <w:proofErr w:type="spellEnd"/>
      <w:r w:rsidRPr="00271123">
        <w:rPr>
          <w:rFonts w:cs="Times New Roman"/>
          <w:szCs w:val="24"/>
        </w:rPr>
        <w:t xml:space="preserve"> </w:t>
      </w:r>
      <w:proofErr w:type="spellStart"/>
      <w:r w:rsidRPr="00271123">
        <w:rPr>
          <w:rFonts w:cs="Times New Roman"/>
          <w:szCs w:val="24"/>
        </w:rPr>
        <w:t>răspunderea</w:t>
      </w:r>
      <w:proofErr w:type="spellEnd"/>
      <w:r w:rsidRPr="00271123">
        <w:rPr>
          <w:rFonts w:cs="Times New Roman"/>
          <w:szCs w:val="24"/>
        </w:rPr>
        <w:t xml:space="preserve"> de fond </w:t>
      </w:r>
      <w:proofErr w:type="spellStart"/>
      <w:r w:rsidRPr="00271123">
        <w:rPr>
          <w:rFonts w:cs="Times New Roman"/>
          <w:szCs w:val="24"/>
        </w:rPr>
        <w:t>pentru</w:t>
      </w:r>
      <w:proofErr w:type="spellEnd"/>
      <w:r w:rsidRPr="00271123">
        <w:rPr>
          <w:rFonts w:cs="Times New Roman"/>
          <w:szCs w:val="24"/>
        </w:rPr>
        <w:t xml:space="preserve"> </w:t>
      </w:r>
      <w:proofErr w:type="spellStart"/>
      <w:r w:rsidRPr="00271123">
        <w:rPr>
          <w:rFonts w:cs="Times New Roman"/>
          <w:szCs w:val="24"/>
        </w:rPr>
        <w:t>legalitatea</w:t>
      </w:r>
      <w:proofErr w:type="spellEnd"/>
      <w:r w:rsidRPr="00271123">
        <w:rPr>
          <w:rFonts w:cs="Times New Roman"/>
          <w:szCs w:val="24"/>
        </w:rPr>
        <w:t xml:space="preserve">, </w:t>
      </w:r>
      <w:proofErr w:type="spellStart"/>
      <w:r w:rsidRPr="00271123">
        <w:rPr>
          <w:rFonts w:cs="Times New Roman"/>
          <w:szCs w:val="24"/>
        </w:rPr>
        <w:t>integritatea</w:t>
      </w:r>
      <w:proofErr w:type="spellEnd"/>
      <w:r w:rsidRPr="00271123">
        <w:rPr>
          <w:rFonts w:cs="Times New Roman"/>
          <w:szCs w:val="24"/>
        </w:rPr>
        <w:t xml:space="preserve"> </w:t>
      </w:r>
      <w:proofErr w:type="spellStart"/>
      <w:r w:rsidRPr="00271123">
        <w:rPr>
          <w:rFonts w:cs="Times New Roman"/>
          <w:szCs w:val="24"/>
        </w:rPr>
        <w:t>și</w:t>
      </w:r>
      <w:proofErr w:type="spellEnd"/>
      <w:r w:rsidRPr="00271123">
        <w:rPr>
          <w:rFonts w:cs="Times New Roman"/>
          <w:szCs w:val="24"/>
        </w:rPr>
        <w:t xml:space="preserve"> </w:t>
      </w:r>
      <w:proofErr w:type="spellStart"/>
      <w:r w:rsidRPr="00271123">
        <w:rPr>
          <w:rFonts w:cs="Times New Roman"/>
          <w:szCs w:val="24"/>
        </w:rPr>
        <w:t>securitatea</w:t>
      </w:r>
      <w:proofErr w:type="spellEnd"/>
      <w:r w:rsidRPr="00271123">
        <w:rPr>
          <w:rFonts w:cs="Times New Roman"/>
          <w:szCs w:val="24"/>
        </w:rPr>
        <w:t xml:space="preserve"> </w:t>
      </w:r>
      <w:proofErr w:type="spellStart"/>
      <w:r w:rsidRPr="00271123">
        <w:rPr>
          <w:rFonts w:cs="Times New Roman"/>
          <w:szCs w:val="24"/>
        </w:rPr>
        <w:t>prelucrării</w:t>
      </w:r>
      <w:proofErr w:type="spellEnd"/>
      <w:r w:rsidRPr="00271123">
        <w:rPr>
          <w:rFonts w:cs="Times New Roman"/>
          <w:szCs w:val="24"/>
        </w:rPr>
        <w:t xml:space="preserve"> </w:t>
      </w:r>
      <w:proofErr w:type="spellStart"/>
      <w:r w:rsidRPr="00271123">
        <w:rPr>
          <w:rFonts w:cs="Times New Roman"/>
          <w:szCs w:val="24"/>
        </w:rPr>
        <w:t>datelor</w:t>
      </w:r>
      <w:proofErr w:type="spellEnd"/>
      <w:r w:rsidRPr="00271123">
        <w:rPr>
          <w:rFonts w:cs="Times New Roman"/>
          <w:szCs w:val="24"/>
        </w:rPr>
        <w:t xml:space="preserve"> din </w:t>
      </w:r>
      <w:proofErr w:type="spellStart"/>
      <w:r w:rsidRPr="00271123">
        <w:rPr>
          <w:rFonts w:cs="Times New Roman"/>
          <w:szCs w:val="24"/>
        </w:rPr>
        <w:t>registrele</w:t>
      </w:r>
      <w:proofErr w:type="spellEnd"/>
      <w:r w:rsidRPr="00271123">
        <w:rPr>
          <w:rFonts w:cs="Times New Roman"/>
          <w:szCs w:val="24"/>
        </w:rPr>
        <w:t xml:space="preserve"> </w:t>
      </w:r>
      <w:proofErr w:type="spellStart"/>
      <w:r w:rsidRPr="00271123">
        <w:rPr>
          <w:rFonts w:cs="Times New Roman"/>
          <w:szCs w:val="24"/>
        </w:rPr>
        <w:t>oficiale</w:t>
      </w:r>
      <w:proofErr w:type="spellEnd"/>
      <w:r w:rsidRPr="00271123">
        <w:rPr>
          <w:rFonts w:cs="Times New Roman"/>
          <w:szCs w:val="24"/>
        </w:rPr>
        <w:t xml:space="preserve"> </w:t>
      </w:r>
      <w:proofErr w:type="spellStart"/>
      <w:r w:rsidRPr="00271123">
        <w:rPr>
          <w:rFonts w:cs="Times New Roman"/>
          <w:szCs w:val="24"/>
        </w:rPr>
        <w:t>atribuite</w:t>
      </w:r>
      <w:proofErr w:type="spellEnd"/>
      <w:r w:rsidRPr="00271123">
        <w:rPr>
          <w:rFonts w:cs="Times New Roman"/>
          <w:szCs w:val="24"/>
        </w:rPr>
        <w:t xml:space="preserve"> </w:t>
      </w:r>
      <w:proofErr w:type="spellStart"/>
      <w:r w:rsidRPr="00271123">
        <w:rPr>
          <w:rFonts w:cs="Times New Roman"/>
          <w:szCs w:val="24"/>
        </w:rPr>
        <w:t>postului</w:t>
      </w:r>
      <w:proofErr w:type="spellEnd"/>
      <w:r w:rsidRPr="00271123">
        <w:rPr>
          <w:rFonts w:cs="Times New Roman"/>
          <w:szCs w:val="24"/>
        </w:rPr>
        <w:t xml:space="preserve"> </w:t>
      </w:r>
      <w:proofErr w:type="spellStart"/>
      <w:r w:rsidRPr="00271123">
        <w:rPr>
          <w:rFonts w:cs="Times New Roman"/>
          <w:szCs w:val="24"/>
        </w:rPr>
        <w:t>său</w:t>
      </w:r>
      <w:proofErr w:type="spellEnd"/>
      <w:r w:rsidRPr="00271123">
        <w:rPr>
          <w:rFonts w:cs="Times New Roman"/>
          <w:szCs w:val="24"/>
        </w:rPr>
        <w:t xml:space="preserve">, </w:t>
      </w:r>
      <w:proofErr w:type="spellStart"/>
      <w:r w:rsidRPr="00271123">
        <w:rPr>
          <w:rFonts w:cs="Times New Roman"/>
          <w:szCs w:val="24"/>
        </w:rPr>
        <w:t>asigurând</w:t>
      </w:r>
      <w:proofErr w:type="spellEnd"/>
      <w:r w:rsidRPr="00271123">
        <w:rPr>
          <w:rFonts w:cs="Times New Roman"/>
          <w:szCs w:val="24"/>
        </w:rPr>
        <w:t xml:space="preserve"> </w:t>
      </w:r>
      <w:proofErr w:type="spellStart"/>
      <w:r w:rsidRPr="00271123">
        <w:rPr>
          <w:rFonts w:cs="Times New Roman"/>
          <w:szCs w:val="24"/>
        </w:rPr>
        <w:t>trasabilitatea</w:t>
      </w:r>
      <w:proofErr w:type="spellEnd"/>
      <w:r w:rsidRPr="00271123">
        <w:rPr>
          <w:rFonts w:cs="Times New Roman"/>
          <w:szCs w:val="24"/>
        </w:rPr>
        <w:t xml:space="preserve"> </w:t>
      </w:r>
      <w:proofErr w:type="spellStart"/>
      <w:r w:rsidRPr="00271123">
        <w:rPr>
          <w:rFonts w:cs="Times New Roman"/>
          <w:szCs w:val="24"/>
        </w:rPr>
        <w:t>deplină</w:t>
      </w:r>
      <w:proofErr w:type="spellEnd"/>
      <w:r w:rsidRPr="00271123">
        <w:rPr>
          <w:rFonts w:cs="Times New Roman"/>
          <w:szCs w:val="24"/>
        </w:rPr>
        <w:t xml:space="preserve"> </w:t>
      </w:r>
      <w:proofErr w:type="spellStart"/>
      <w:r w:rsidRPr="00271123">
        <w:rPr>
          <w:rFonts w:cs="Times New Roman"/>
          <w:szCs w:val="24"/>
        </w:rPr>
        <w:t>în</w:t>
      </w:r>
      <w:proofErr w:type="spellEnd"/>
      <w:r w:rsidRPr="00271123">
        <w:rPr>
          <w:rFonts w:cs="Times New Roman"/>
          <w:szCs w:val="24"/>
        </w:rPr>
        <w:t>:</w:t>
      </w:r>
    </w:p>
    <w:p w14:paraId="043695ED" w14:textId="77777777" w:rsidR="00EE7ED3" w:rsidRPr="00F575C1" w:rsidRDefault="00000000">
      <w:pPr>
        <w:numPr>
          <w:ilvl w:val="0"/>
          <w:numId w:val="29"/>
        </w:numPr>
        <w:rPr>
          <w:rFonts w:cs="Times New Roman"/>
          <w:szCs w:val="24"/>
        </w:rPr>
      </w:pPr>
      <w:proofErr w:type="spellStart"/>
      <w:r w:rsidRPr="00F575C1">
        <w:rPr>
          <w:rFonts w:cs="Times New Roman"/>
          <w:i/>
          <w:iCs/>
          <w:szCs w:val="24"/>
        </w:rPr>
        <w:t>Registrul</w:t>
      </w:r>
      <w:proofErr w:type="spellEnd"/>
      <w:r w:rsidRPr="00F575C1">
        <w:rPr>
          <w:rFonts w:cs="Times New Roman"/>
          <w:i/>
          <w:iCs/>
          <w:szCs w:val="24"/>
        </w:rPr>
        <w:t xml:space="preserve"> de </w:t>
      </w:r>
      <w:proofErr w:type="spellStart"/>
      <w:r w:rsidRPr="00F575C1">
        <w:rPr>
          <w:rFonts w:cs="Times New Roman"/>
          <w:i/>
          <w:iCs/>
          <w:szCs w:val="24"/>
        </w:rPr>
        <w:t>evidență</w:t>
      </w:r>
      <w:proofErr w:type="spellEnd"/>
      <w:r w:rsidRPr="00F575C1">
        <w:rPr>
          <w:rFonts w:cs="Times New Roman"/>
          <w:i/>
          <w:iCs/>
          <w:szCs w:val="24"/>
        </w:rPr>
        <w:t xml:space="preserve"> a </w:t>
      </w:r>
      <w:proofErr w:type="spellStart"/>
      <w:r w:rsidRPr="00F575C1">
        <w:rPr>
          <w:rFonts w:cs="Times New Roman"/>
          <w:i/>
          <w:iCs/>
          <w:szCs w:val="24"/>
        </w:rPr>
        <w:t>petițiilor</w:t>
      </w:r>
      <w:proofErr w:type="spellEnd"/>
      <w:r w:rsidRPr="00F575C1">
        <w:rPr>
          <w:rFonts w:cs="Times New Roman"/>
          <w:i/>
          <w:iCs/>
          <w:szCs w:val="24"/>
        </w:rPr>
        <w:t xml:space="preserve"> (</w:t>
      </w:r>
      <w:proofErr w:type="spellStart"/>
      <w:r w:rsidRPr="00F575C1">
        <w:rPr>
          <w:rFonts w:cs="Times New Roman"/>
          <w:i/>
          <w:iCs/>
          <w:szCs w:val="24"/>
        </w:rPr>
        <w:t>Separat</w:t>
      </w:r>
      <w:proofErr w:type="spellEnd"/>
      <w:r w:rsidRPr="00F575C1">
        <w:rPr>
          <w:rFonts w:cs="Times New Roman"/>
          <w:i/>
          <w:iCs/>
          <w:szCs w:val="24"/>
        </w:rPr>
        <w:t>)</w:t>
      </w:r>
      <w:r w:rsidRPr="00F575C1">
        <w:rPr>
          <w:rFonts w:cs="Times New Roman"/>
          <w:szCs w:val="24"/>
        </w:rPr>
        <w:t>;</w:t>
      </w:r>
    </w:p>
    <w:p w14:paraId="3D225DAB" w14:textId="77777777" w:rsidR="00EE7ED3" w:rsidRPr="00F575C1" w:rsidRDefault="00000000">
      <w:pPr>
        <w:numPr>
          <w:ilvl w:val="0"/>
          <w:numId w:val="29"/>
        </w:numPr>
        <w:rPr>
          <w:rFonts w:cs="Times New Roman"/>
          <w:szCs w:val="24"/>
        </w:rPr>
      </w:pPr>
      <w:proofErr w:type="spellStart"/>
      <w:r w:rsidRPr="00F575C1">
        <w:rPr>
          <w:rFonts w:cs="Times New Roman"/>
          <w:i/>
          <w:iCs/>
          <w:szCs w:val="24"/>
        </w:rPr>
        <w:t>Registrul</w:t>
      </w:r>
      <w:proofErr w:type="spellEnd"/>
      <w:r w:rsidRPr="00F575C1">
        <w:rPr>
          <w:rFonts w:cs="Times New Roman"/>
          <w:i/>
          <w:iCs/>
          <w:szCs w:val="24"/>
        </w:rPr>
        <w:t xml:space="preserve"> </w:t>
      </w:r>
      <w:proofErr w:type="spellStart"/>
      <w:r w:rsidRPr="00F575C1">
        <w:rPr>
          <w:rFonts w:cs="Times New Roman"/>
          <w:i/>
          <w:iCs/>
          <w:szCs w:val="24"/>
        </w:rPr>
        <w:t>corespondenței</w:t>
      </w:r>
      <w:proofErr w:type="spellEnd"/>
      <w:r w:rsidRPr="00F575C1">
        <w:rPr>
          <w:rFonts w:cs="Times New Roman"/>
          <w:i/>
          <w:iCs/>
          <w:szCs w:val="24"/>
        </w:rPr>
        <w:t xml:space="preserve"> de </w:t>
      </w:r>
      <w:proofErr w:type="spellStart"/>
      <w:r w:rsidRPr="00F575C1">
        <w:rPr>
          <w:rFonts w:cs="Times New Roman"/>
          <w:i/>
          <w:iCs/>
          <w:szCs w:val="24"/>
        </w:rPr>
        <w:t>intrare</w:t>
      </w:r>
      <w:proofErr w:type="spellEnd"/>
      <w:r w:rsidRPr="00F575C1">
        <w:rPr>
          <w:rFonts w:cs="Times New Roman"/>
          <w:i/>
          <w:iCs/>
          <w:szCs w:val="24"/>
        </w:rPr>
        <w:t>/</w:t>
      </w:r>
      <w:proofErr w:type="spellStart"/>
      <w:r w:rsidRPr="00F575C1">
        <w:rPr>
          <w:rFonts w:cs="Times New Roman"/>
          <w:i/>
          <w:iCs/>
          <w:szCs w:val="24"/>
        </w:rPr>
        <w:t>ieșire</w:t>
      </w:r>
      <w:proofErr w:type="spellEnd"/>
      <w:r w:rsidRPr="00F575C1">
        <w:rPr>
          <w:rFonts w:cs="Times New Roman"/>
          <w:i/>
          <w:iCs/>
          <w:szCs w:val="24"/>
        </w:rPr>
        <w:t xml:space="preserve"> (</w:t>
      </w:r>
      <w:proofErr w:type="spellStart"/>
      <w:r w:rsidRPr="00F575C1">
        <w:rPr>
          <w:rFonts w:cs="Times New Roman"/>
          <w:i/>
          <w:iCs/>
          <w:szCs w:val="24"/>
        </w:rPr>
        <w:t>Scrisori</w:t>
      </w:r>
      <w:proofErr w:type="spellEnd"/>
      <w:r w:rsidRPr="00F575C1">
        <w:rPr>
          <w:rFonts w:cs="Times New Roman"/>
          <w:i/>
          <w:iCs/>
          <w:szCs w:val="24"/>
        </w:rPr>
        <w:t>)</w:t>
      </w:r>
      <w:r w:rsidRPr="00F575C1">
        <w:rPr>
          <w:rFonts w:cs="Times New Roman"/>
          <w:szCs w:val="24"/>
        </w:rPr>
        <w:t>;</w:t>
      </w:r>
    </w:p>
    <w:p w14:paraId="6A704847" w14:textId="77777777" w:rsidR="00EE7ED3" w:rsidRPr="00F575C1" w:rsidRDefault="00000000">
      <w:pPr>
        <w:numPr>
          <w:ilvl w:val="0"/>
          <w:numId w:val="29"/>
        </w:numPr>
        <w:rPr>
          <w:rFonts w:cs="Times New Roman"/>
          <w:szCs w:val="24"/>
        </w:rPr>
      </w:pPr>
      <w:proofErr w:type="spellStart"/>
      <w:r w:rsidRPr="00F575C1">
        <w:rPr>
          <w:rFonts w:cs="Times New Roman"/>
          <w:i/>
          <w:iCs/>
          <w:szCs w:val="24"/>
        </w:rPr>
        <w:t>Registrul</w:t>
      </w:r>
      <w:proofErr w:type="spellEnd"/>
      <w:r w:rsidRPr="00F575C1">
        <w:rPr>
          <w:rFonts w:cs="Times New Roman"/>
          <w:i/>
          <w:iCs/>
          <w:szCs w:val="24"/>
        </w:rPr>
        <w:t xml:space="preserve"> de </w:t>
      </w:r>
      <w:proofErr w:type="spellStart"/>
      <w:r w:rsidRPr="00F575C1">
        <w:rPr>
          <w:rFonts w:cs="Times New Roman"/>
          <w:i/>
          <w:iCs/>
          <w:szCs w:val="24"/>
        </w:rPr>
        <w:t>acte</w:t>
      </w:r>
      <w:proofErr w:type="spellEnd"/>
      <w:r w:rsidRPr="00F575C1">
        <w:rPr>
          <w:rFonts w:cs="Times New Roman"/>
          <w:i/>
          <w:iCs/>
          <w:szCs w:val="24"/>
        </w:rPr>
        <w:t xml:space="preserve"> de stare </w:t>
      </w:r>
      <w:proofErr w:type="spellStart"/>
      <w:r w:rsidRPr="00F575C1">
        <w:rPr>
          <w:rFonts w:cs="Times New Roman"/>
          <w:i/>
          <w:iCs/>
          <w:szCs w:val="24"/>
        </w:rPr>
        <w:t>civilă</w:t>
      </w:r>
      <w:proofErr w:type="spellEnd"/>
      <w:r w:rsidRPr="00F575C1">
        <w:rPr>
          <w:rFonts w:cs="Times New Roman"/>
          <w:i/>
          <w:iCs/>
          <w:szCs w:val="24"/>
        </w:rPr>
        <w:t xml:space="preserve"> (</w:t>
      </w:r>
      <w:proofErr w:type="spellStart"/>
      <w:r w:rsidRPr="00F575C1">
        <w:rPr>
          <w:rFonts w:cs="Times New Roman"/>
          <w:i/>
          <w:iCs/>
          <w:szCs w:val="24"/>
        </w:rPr>
        <w:t>acte</w:t>
      </w:r>
      <w:proofErr w:type="spellEnd"/>
      <w:r w:rsidRPr="00F575C1">
        <w:rPr>
          <w:rFonts w:cs="Times New Roman"/>
          <w:i/>
          <w:iCs/>
          <w:szCs w:val="24"/>
        </w:rPr>
        <w:t xml:space="preserve"> utile </w:t>
      </w:r>
      <w:proofErr w:type="spellStart"/>
      <w:r w:rsidRPr="00F575C1">
        <w:rPr>
          <w:rFonts w:cs="Times New Roman"/>
          <w:i/>
          <w:iCs/>
          <w:szCs w:val="24"/>
        </w:rPr>
        <w:t>localnici</w:t>
      </w:r>
      <w:proofErr w:type="spellEnd"/>
      <w:r w:rsidRPr="00F575C1">
        <w:rPr>
          <w:rFonts w:cs="Times New Roman"/>
          <w:i/>
          <w:iCs/>
          <w:szCs w:val="24"/>
        </w:rPr>
        <w:t>)</w:t>
      </w:r>
      <w:r w:rsidRPr="00F575C1">
        <w:rPr>
          <w:rFonts w:cs="Times New Roman"/>
          <w:szCs w:val="24"/>
        </w:rPr>
        <w:t>;</w:t>
      </w:r>
    </w:p>
    <w:p w14:paraId="7091BFDB" w14:textId="77777777" w:rsidR="00EE7ED3" w:rsidRPr="00F575C1" w:rsidRDefault="00000000">
      <w:pPr>
        <w:numPr>
          <w:ilvl w:val="0"/>
          <w:numId w:val="29"/>
        </w:numPr>
        <w:rPr>
          <w:rFonts w:cs="Times New Roman"/>
          <w:szCs w:val="24"/>
        </w:rPr>
      </w:pPr>
      <w:proofErr w:type="spellStart"/>
      <w:r w:rsidRPr="00F575C1">
        <w:rPr>
          <w:rFonts w:cs="Times New Roman"/>
          <w:i/>
          <w:iCs/>
          <w:szCs w:val="24"/>
        </w:rPr>
        <w:t>Registrul</w:t>
      </w:r>
      <w:proofErr w:type="spellEnd"/>
      <w:r w:rsidRPr="00F575C1">
        <w:rPr>
          <w:rFonts w:cs="Times New Roman"/>
          <w:i/>
          <w:iCs/>
          <w:szCs w:val="24"/>
        </w:rPr>
        <w:t xml:space="preserve"> </w:t>
      </w:r>
      <w:proofErr w:type="spellStart"/>
      <w:r w:rsidRPr="00F575C1">
        <w:rPr>
          <w:rFonts w:cs="Times New Roman"/>
          <w:i/>
          <w:iCs/>
          <w:szCs w:val="24"/>
        </w:rPr>
        <w:t>contractelor</w:t>
      </w:r>
      <w:proofErr w:type="spellEnd"/>
      <w:r w:rsidRPr="00F575C1">
        <w:rPr>
          <w:rFonts w:cs="Times New Roman"/>
          <w:i/>
          <w:iCs/>
          <w:szCs w:val="24"/>
        </w:rPr>
        <w:t xml:space="preserve"> de </w:t>
      </w:r>
      <w:proofErr w:type="spellStart"/>
      <w:r w:rsidRPr="00F575C1">
        <w:rPr>
          <w:rFonts w:cs="Times New Roman"/>
          <w:i/>
          <w:iCs/>
          <w:szCs w:val="24"/>
        </w:rPr>
        <w:t>arendă</w:t>
      </w:r>
      <w:proofErr w:type="spellEnd"/>
      <w:r w:rsidRPr="00F575C1">
        <w:rPr>
          <w:rFonts w:cs="Times New Roman"/>
          <w:szCs w:val="24"/>
        </w:rPr>
        <w:t>;</w:t>
      </w:r>
    </w:p>
    <w:p w14:paraId="227A1C43" w14:textId="77777777" w:rsidR="00EE7ED3" w:rsidRPr="00F575C1" w:rsidRDefault="00000000">
      <w:pPr>
        <w:numPr>
          <w:ilvl w:val="0"/>
          <w:numId w:val="29"/>
        </w:numPr>
        <w:rPr>
          <w:rFonts w:cs="Times New Roman"/>
          <w:szCs w:val="24"/>
        </w:rPr>
      </w:pPr>
      <w:proofErr w:type="spellStart"/>
      <w:r w:rsidRPr="00F575C1">
        <w:rPr>
          <w:rFonts w:cs="Times New Roman"/>
          <w:i/>
          <w:iCs/>
          <w:szCs w:val="24"/>
        </w:rPr>
        <w:t>Registrul</w:t>
      </w:r>
      <w:proofErr w:type="spellEnd"/>
      <w:r w:rsidRPr="00F575C1">
        <w:rPr>
          <w:rFonts w:cs="Times New Roman"/>
          <w:i/>
          <w:iCs/>
          <w:szCs w:val="24"/>
        </w:rPr>
        <w:t xml:space="preserve"> de </w:t>
      </w:r>
      <w:proofErr w:type="spellStart"/>
      <w:r w:rsidRPr="00F575C1">
        <w:rPr>
          <w:rFonts w:cs="Times New Roman"/>
          <w:i/>
          <w:iCs/>
          <w:szCs w:val="24"/>
        </w:rPr>
        <w:t>evidenţă</w:t>
      </w:r>
      <w:proofErr w:type="spellEnd"/>
      <w:r w:rsidRPr="00F575C1">
        <w:rPr>
          <w:rFonts w:cs="Times New Roman"/>
          <w:i/>
          <w:iCs/>
          <w:szCs w:val="24"/>
        </w:rPr>
        <w:t xml:space="preserve"> a </w:t>
      </w:r>
      <w:proofErr w:type="spellStart"/>
      <w:r w:rsidRPr="00F575C1">
        <w:rPr>
          <w:rFonts w:cs="Times New Roman"/>
          <w:i/>
          <w:iCs/>
          <w:szCs w:val="24"/>
        </w:rPr>
        <w:t>gospodăriilor</w:t>
      </w:r>
      <w:proofErr w:type="spellEnd"/>
      <w:r w:rsidRPr="00F575C1">
        <w:rPr>
          <w:rFonts w:cs="Times New Roman"/>
          <w:szCs w:val="24"/>
        </w:rPr>
        <w:t xml:space="preserve"> (</w:t>
      </w:r>
      <w:proofErr w:type="spellStart"/>
      <w:r w:rsidRPr="00F575C1">
        <w:rPr>
          <w:rFonts w:cs="Times New Roman"/>
          <w:szCs w:val="24"/>
        </w:rPr>
        <w:t>conține</w:t>
      </w:r>
      <w:proofErr w:type="spellEnd"/>
      <w:r w:rsidRPr="00F575C1">
        <w:rPr>
          <w:rFonts w:cs="Times New Roman"/>
          <w:szCs w:val="24"/>
        </w:rPr>
        <w:t xml:space="preserve"> </w:t>
      </w:r>
      <w:proofErr w:type="spellStart"/>
      <w:r w:rsidRPr="00F575C1">
        <w:rPr>
          <w:rFonts w:cs="Times New Roman"/>
          <w:szCs w:val="24"/>
        </w:rPr>
        <w:t>informație</w:t>
      </w:r>
      <w:proofErr w:type="spellEnd"/>
      <w:r w:rsidRPr="00F575C1">
        <w:rPr>
          <w:rFonts w:cs="Times New Roman"/>
          <w:szCs w:val="24"/>
        </w:rPr>
        <w:t xml:space="preserve"> </w:t>
      </w:r>
      <w:proofErr w:type="spellStart"/>
      <w:r w:rsidRPr="00F575C1">
        <w:rPr>
          <w:rFonts w:cs="Times New Roman"/>
          <w:szCs w:val="24"/>
        </w:rPr>
        <w:t>și</w:t>
      </w:r>
      <w:proofErr w:type="spellEnd"/>
      <w:r w:rsidRPr="00F575C1">
        <w:rPr>
          <w:rFonts w:cs="Times New Roman"/>
          <w:szCs w:val="24"/>
        </w:rPr>
        <w:t xml:space="preserve"> date </w:t>
      </w:r>
      <w:proofErr w:type="spellStart"/>
      <w:r w:rsidRPr="00F575C1">
        <w:rPr>
          <w:rFonts w:cs="Times New Roman"/>
          <w:szCs w:val="24"/>
        </w:rPr>
        <w:t>complexe</w:t>
      </w:r>
      <w:proofErr w:type="spellEnd"/>
      <w:r w:rsidRPr="00F575C1">
        <w:rPr>
          <w:rFonts w:cs="Times New Roman"/>
          <w:szCs w:val="24"/>
        </w:rPr>
        <w:t xml:space="preserve"> de </w:t>
      </w:r>
      <w:proofErr w:type="spellStart"/>
      <w:r w:rsidRPr="00F575C1">
        <w:rPr>
          <w:rFonts w:cs="Times New Roman"/>
          <w:szCs w:val="24"/>
        </w:rPr>
        <w:t>identificare</w:t>
      </w:r>
      <w:proofErr w:type="spellEnd"/>
      <w:r w:rsidRPr="00F575C1">
        <w:rPr>
          <w:rFonts w:cs="Times New Roman"/>
          <w:szCs w:val="24"/>
        </w:rPr>
        <w:t xml:space="preserve"> a </w:t>
      </w:r>
      <w:proofErr w:type="spellStart"/>
      <w:r w:rsidRPr="00F575C1">
        <w:rPr>
          <w:rFonts w:cs="Times New Roman"/>
          <w:szCs w:val="24"/>
        </w:rPr>
        <w:t>populației</w:t>
      </w:r>
      <w:proofErr w:type="spellEnd"/>
      <w:r w:rsidRPr="00F575C1">
        <w:rPr>
          <w:rFonts w:cs="Times New Roman"/>
          <w:szCs w:val="24"/>
        </w:rPr>
        <w:t xml:space="preserve"> locale).</w:t>
      </w:r>
    </w:p>
    <w:p w14:paraId="419AF8CD" w14:textId="77777777" w:rsidR="00EE7ED3" w:rsidRPr="00563B50" w:rsidRDefault="00000000">
      <w:pPr>
        <w:numPr>
          <w:ilvl w:val="0"/>
          <w:numId w:val="4"/>
        </w:numPr>
        <w:rPr>
          <w:rFonts w:cs="Times New Roman"/>
          <w:szCs w:val="24"/>
        </w:rPr>
      </w:pPr>
      <w:proofErr w:type="spellStart"/>
      <w:r w:rsidRPr="00563B50">
        <w:rPr>
          <w:rFonts w:cs="Times New Roman"/>
          <w:b/>
          <w:bCs/>
          <w:szCs w:val="24"/>
        </w:rPr>
        <w:t>Arhitect</w:t>
      </w:r>
      <w:proofErr w:type="spellEnd"/>
      <w:r>
        <w:rPr>
          <w:rFonts w:cs="Times New Roman"/>
          <w:b/>
          <w:bCs/>
          <w:szCs w:val="24"/>
          <w:lang w:val="ro-RO"/>
        </w:rPr>
        <w:t>:</w:t>
      </w:r>
      <w:r w:rsidRPr="00563B50">
        <w:rPr>
          <w:rFonts w:cs="Times New Roman"/>
          <w:szCs w:val="24"/>
        </w:rPr>
        <w:br/>
      </w:r>
      <w:proofErr w:type="spellStart"/>
      <w:r w:rsidRPr="00563B50">
        <w:rPr>
          <w:rFonts w:cs="Times New Roman"/>
          <w:szCs w:val="24"/>
        </w:rPr>
        <w:t>Răspunde</w:t>
      </w:r>
      <w:proofErr w:type="spellEnd"/>
      <w:r w:rsidRPr="00563B50">
        <w:rPr>
          <w:rFonts w:cs="Times New Roman"/>
          <w:szCs w:val="24"/>
        </w:rPr>
        <w:t xml:space="preserve"> direct de </w:t>
      </w:r>
      <w:proofErr w:type="spellStart"/>
      <w:r w:rsidRPr="00563B50">
        <w:rPr>
          <w:rFonts w:cs="Times New Roman"/>
          <w:szCs w:val="24"/>
        </w:rPr>
        <w:t>gestionarea</w:t>
      </w:r>
      <w:proofErr w:type="spellEnd"/>
      <w:r w:rsidRPr="00563B50">
        <w:rPr>
          <w:rFonts w:cs="Times New Roman"/>
          <w:szCs w:val="24"/>
        </w:rPr>
        <w:t xml:space="preserve"> </w:t>
      </w:r>
      <w:proofErr w:type="spellStart"/>
      <w:r w:rsidRPr="00563B50">
        <w:rPr>
          <w:rFonts w:cs="Times New Roman"/>
          <w:szCs w:val="24"/>
        </w:rPr>
        <w:t>securizată</w:t>
      </w:r>
      <w:proofErr w:type="spellEnd"/>
      <w:r w:rsidRPr="00563B50">
        <w:rPr>
          <w:rFonts w:cs="Times New Roman"/>
          <w:szCs w:val="24"/>
        </w:rPr>
        <w:t xml:space="preserve">, </w:t>
      </w:r>
      <w:proofErr w:type="spellStart"/>
      <w:r w:rsidRPr="00563B50">
        <w:rPr>
          <w:rFonts w:cs="Times New Roman"/>
          <w:szCs w:val="24"/>
        </w:rPr>
        <w:t>confidențialitatea</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limitarea</w:t>
      </w:r>
      <w:proofErr w:type="spellEnd"/>
      <w:r w:rsidRPr="00563B50">
        <w:rPr>
          <w:rFonts w:cs="Times New Roman"/>
          <w:szCs w:val="24"/>
        </w:rPr>
        <w:t xml:space="preserve"> </w:t>
      </w:r>
      <w:proofErr w:type="spellStart"/>
      <w:r w:rsidRPr="00563B50">
        <w:rPr>
          <w:rFonts w:cs="Times New Roman"/>
          <w:szCs w:val="24"/>
        </w:rPr>
        <w:t>accesului</w:t>
      </w:r>
      <w:proofErr w:type="spellEnd"/>
      <w:r w:rsidRPr="00563B50">
        <w:rPr>
          <w:rFonts w:cs="Times New Roman"/>
          <w:szCs w:val="24"/>
        </w:rPr>
        <w:t xml:space="preserve"> </w:t>
      </w:r>
      <w:proofErr w:type="spellStart"/>
      <w:r w:rsidRPr="00563B50">
        <w:rPr>
          <w:rFonts w:cs="Times New Roman"/>
          <w:szCs w:val="24"/>
        </w:rPr>
        <w:t>persoanelor</w:t>
      </w:r>
      <w:proofErr w:type="spellEnd"/>
      <w:r w:rsidRPr="00563B50">
        <w:rPr>
          <w:rFonts w:cs="Times New Roman"/>
          <w:szCs w:val="24"/>
        </w:rPr>
        <w:t xml:space="preserve"> </w:t>
      </w:r>
      <w:proofErr w:type="spellStart"/>
      <w:r w:rsidRPr="00563B50">
        <w:rPr>
          <w:rFonts w:cs="Times New Roman"/>
          <w:szCs w:val="24"/>
        </w:rPr>
        <w:t>terțe</w:t>
      </w:r>
      <w:proofErr w:type="spellEnd"/>
      <w:r w:rsidRPr="00563B50">
        <w:rPr>
          <w:rFonts w:cs="Times New Roman"/>
          <w:szCs w:val="24"/>
        </w:rPr>
        <w:t xml:space="preserve"> la </w:t>
      </w:r>
      <w:proofErr w:type="spellStart"/>
      <w:r w:rsidRPr="00563B50">
        <w:rPr>
          <w:rFonts w:cs="Times New Roman"/>
          <w:szCs w:val="24"/>
        </w:rPr>
        <w:t>datele</w:t>
      </w:r>
      <w:proofErr w:type="spellEnd"/>
      <w:r w:rsidRPr="00563B50">
        <w:rPr>
          <w:rFonts w:cs="Times New Roman"/>
          <w:szCs w:val="24"/>
        </w:rPr>
        <w:t xml:space="preserve"> </w:t>
      </w:r>
      <w:proofErr w:type="spellStart"/>
      <w:r w:rsidRPr="00563B50">
        <w:rPr>
          <w:rFonts w:cs="Times New Roman"/>
          <w:szCs w:val="24"/>
        </w:rPr>
        <w:t>tehnice</w:t>
      </w:r>
      <w:proofErr w:type="spellEnd"/>
      <w:r w:rsidRPr="00563B50">
        <w:rPr>
          <w:rFonts w:cs="Times New Roman"/>
          <w:szCs w:val="24"/>
        </w:rPr>
        <w:t xml:space="preserve">, de </w:t>
      </w:r>
      <w:proofErr w:type="spellStart"/>
      <w:r w:rsidRPr="00563B50">
        <w:rPr>
          <w:rFonts w:cs="Times New Roman"/>
          <w:szCs w:val="24"/>
        </w:rPr>
        <w:t>proprietate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identitate</w:t>
      </w:r>
      <w:proofErr w:type="spellEnd"/>
      <w:r w:rsidRPr="00563B50">
        <w:rPr>
          <w:rFonts w:cs="Times New Roman"/>
          <w:szCs w:val="24"/>
        </w:rPr>
        <w:t xml:space="preserve"> </w:t>
      </w:r>
      <w:proofErr w:type="spellStart"/>
      <w:r w:rsidRPr="00563B50">
        <w:rPr>
          <w:rFonts w:cs="Times New Roman"/>
          <w:szCs w:val="24"/>
        </w:rPr>
        <w:t>stocate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w:t>
      </w:r>
    </w:p>
    <w:p w14:paraId="7147AEBB" w14:textId="77777777" w:rsidR="00EE7ED3" w:rsidRPr="00F575C1" w:rsidRDefault="00000000">
      <w:pPr>
        <w:numPr>
          <w:ilvl w:val="0"/>
          <w:numId w:val="30"/>
        </w:numPr>
        <w:rPr>
          <w:rFonts w:cs="Times New Roman"/>
          <w:szCs w:val="24"/>
        </w:rPr>
      </w:pPr>
      <w:proofErr w:type="spellStart"/>
      <w:r w:rsidRPr="00F575C1">
        <w:rPr>
          <w:rFonts w:cs="Times New Roman"/>
          <w:i/>
          <w:iCs/>
          <w:szCs w:val="24"/>
        </w:rPr>
        <w:t>Registrul</w:t>
      </w:r>
      <w:proofErr w:type="spellEnd"/>
      <w:r w:rsidRPr="00F575C1">
        <w:rPr>
          <w:rFonts w:cs="Times New Roman"/>
          <w:i/>
          <w:iCs/>
          <w:szCs w:val="24"/>
        </w:rPr>
        <w:t xml:space="preserve"> </w:t>
      </w:r>
      <w:proofErr w:type="spellStart"/>
      <w:r w:rsidRPr="00F575C1">
        <w:rPr>
          <w:rFonts w:cs="Times New Roman"/>
          <w:i/>
          <w:iCs/>
          <w:szCs w:val="24"/>
        </w:rPr>
        <w:t>Certificatelor</w:t>
      </w:r>
      <w:proofErr w:type="spellEnd"/>
      <w:r w:rsidRPr="00F575C1">
        <w:rPr>
          <w:rFonts w:cs="Times New Roman"/>
          <w:i/>
          <w:iCs/>
          <w:szCs w:val="24"/>
        </w:rPr>
        <w:t xml:space="preserve"> de Urbanism</w:t>
      </w:r>
      <w:r w:rsidRPr="00F575C1">
        <w:rPr>
          <w:rFonts w:cs="Times New Roman"/>
          <w:szCs w:val="24"/>
        </w:rPr>
        <w:t>;</w:t>
      </w:r>
    </w:p>
    <w:p w14:paraId="6607291A" w14:textId="77777777" w:rsidR="00EE7ED3" w:rsidRPr="00F575C1" w:rsidRDefault="00000000">
      <w:pPr>
        <w:numPr>
          <w:ilvl w:val="0"/>
          <w:numId w:val="30"/>
        </w:numPr>
        <w:rPr>
          <w:rFonts w:cs="Times New Roman"/>
          <w:szCs w:val="24"/>
        </w:rPr>
      </w:pPr>
      <w:proofErr w:type="spellStart"/>
      <w:r w:rsidRPr="00F575C1">
        <w:rPr>
          <w:rFonts w:cs="Times New Roman"/>
          <w:i/>
          <w:iCs/>
          <w:szCs w:val="24"/>
        </w:rPr>
        <w:t>Registrul</w:t>
      </w:r>
      <w:proofErr w:type="spellEnd"/>
      <w:r w:rsidRPr="00F575C1">
        <w:rPr>
          <w:rFonts w:cs="Times New Roman"/>
          <w:i/>
          <w:iCs/>
          <w:szCs w:val="24"/>
        </w:rPr>
        <w:t xml:space="preserve"> </w:t>
      </w:r>
      <w:proofErr w:type="spellStart"/>
      <w:r w:rsidRPr="00F575C1">
        <w:rPr>
          <w:rFonts w:cs="Times New Roman"/>
          <w:i/>
          <w:iCs/>
          <w:szCs w:val="24"/>
        </w:rPr>
        <w:t>Autorizațiilor</w:t>
      </w:r>
      <w:proofErr w:type="spellEnd"/>
      <w:r w:rsidRPr="00F575C1">
        <w:rPr>
          <w:rFonts w:cs="Times New Roman"/>
          <w:i/>
          <w:iCs/>
          <w:szCs w:val="24"/>
        </w:rPr>
        <w:t xml:space="preserve"> de </w:t>
      </w:r>
      <w:proofErr w:type="spellStart"/>
      <w:r w:rsidRPr="00F575C1">
        <w:rPr>
          <w:rFonts w:cs="Times New Roman"/>
          <w:i/>
          <w:iCs/>
          <w:szCs w:val="24"/>
        </w:rPr>
        <w:t>construcție</w:t>
      </w:r>
      <w:proofErr w:type="spellEnd"/>
      <w:r w:rsidRPr="00F575C1">
        <w:rPr>
          <w:rFonts w:cs="Times New Roman"/>
          <w:szCs w:val="24"/>
        </w:rPr>
        <w:t>;</w:t>
      </w:r>
    </w:p>
    <w:p w14:paraId="3BC0BD50" w14:textId="77777777" w:rsidR="00EE7ED3" w:rsidRPr="00F575C1" w:rsidRDefault="00000000">
      <w:pPr>
        <w:numPr>
          <w:ilvl w:val="0"/>
          <w:numId w:val="30"/>
        </w:numPr>
        <w:rPr>
          <w:rFonts w:cs="Times New Roman"/>
          <w:szCs w:val="24"/>
        </w:rPr>
      </w:pPr>
      <w:proofErr w:type="spellStart"/>
      <w:r w:rsidRPr="00F575C1">
        <w:rPr>
          <w:rFonts w:cs="Times New Roman"/>
          <w:i/>
          <w:iCs/>
          <w:szCs w:val="24"/>
        </w:rPr>
        <w:t>Registrul</w:t>
      </w:r>
      <w:proofErr w:type="spellEnd"/>
      <w:r w:rsidRPr="00F575C1">
        <w:rPr>
          <w:rFonts w:cs="Times New Roman"/>
          <w:i/>
          <w:iCs/>
          <w:szCs w:val="24"/>
        </w:rPr>
        <w:t xml:space="preserve"> </w:t>
      </w:r>
      <w:proofErr w:type="spellStart"/>
      <w:r w:rsidRPr="00F575C1">
        <w:rPr>
          <w:rFonts w:cs="Times New Roman"/>
          <w:i/>
          <w:iCs/>
          <w:szCs w:val="24"/>
        </w:rPr>
        <w:t>Certificatelor</w:t>
      </w:r>
      <w:proofErr w:type="spellEnd"/>
      <w:r w:rsidRPr="00F575C1">
        <w:rPr>
          <w:rFonts w:cs="Times New Roman"/>
          <w:i/>
          <w:iCs/>
          <w:szCs w:val="24"/>
        </w:rPr>
        <w:t xml:space="preserve"> de </w:t>
      </w:r>
      <w:proofErr w:type="spellStart"/>
      <w:r w:rsidRPr="00F575C1">
        <w:rPr>
          <w:rFonts w:cs="Times New Roman"/>
          <w:i/>
          <w:iCs/>
          <w:szCs w:val="24"/>
        </w:rPr>
        <w:t>Identificare</w:t>
      </w:r>
      <w:proofErr w:type="spellEnd"/>
      <w:r w:rsidRPr="00F575C1">
        <w:rPr>
          <w:rFonts w:cs="Times New Roman"/>
          <w:i/>
          <w:iCs/>
          <w:szCs w:val="24"/>
        </w:rPr>
        <w:t xml:space="preserve"> a </w:t>
      </w:r>
      <w:proofErr w:type="spellStart"/>
      <w:r w:rsidRPr="00F575C1">
        <w:rPr>
          <w:rFonts w:cs="Times New Roman"/>
          <w:i/>
          <w:iCs/>
          <w:szCs w:val="24"/>
        </w:rPr>
        <w:t>Construcțiilor</w:t>
      </w:r>
      <w:proofErr w:type="spellEnd"/>
      <w:r w:rsidRPr="00F575C1">
        <w:rPr>
          <w:rFonts w:cs="Times New Roman"/>
          <w:szCs w:val="24"/>
        </w:rPr>
        <w:t>.</w:t>
      </w:r>
    </w:p>
    <w:p w14:paraId="6C2B6AFF" w14:textId="77777777" w:rsidR="00EE7ED3" w:rsidRPr="00F575C1" w:rsidRDefault="00000000">
      <w:pPr>
        <w:numPr>
          <w:ilvl w:val="0"/>
          <w:numId w:val="4"/>
        </w:numPr>
        <w:jc w:val="both"/>
        <w:rPr>
          <w:rFonts w:cs="Times New Roman"/>
          <w:szCs w:val="24"/>
        </w:rPr>
      </w:pPr>
      <w:r w:rsidRPr="00563B50">
        <w:rPr>
          <w:rFonts w:cs="Times New Roman"/>
          <w:b/>
          <w:bCs/>
          <w:szCs w:val="24"/>
        </w:rPr>
        <w:t xml:space="preserve">Specialist principal </w:t>
      </w:r>
      <w:proofErr w:type="spellStart"/>
      <w:r w:rsidRPr="00563B50">
        <w:rPr>
          <w:rFonts w:cs="Times New Roman"/>
          <w:b/>
          <w:bCs/>
          <w:szCs w:val="24"/>
        </w:rPr>
        <w:t>Cadastru</w:t>
      </w:r>
      <w:proofErr w:type="spellEnd"/>
      <w:r w:rsidRPr="00563B50">
        <w:rPr>
          <w:rFonts w:cs="Times New Roman"/>
          <w:b/>
          <w:bCs/>
          <w:szCs w:val="24"/>
        </w:rPr>
        <w:t>:</w:t>
      </w:r>
    </w:p>
    <w:p w14:paraId="58B496AC" w14:textId="77777777" w:rsidR="00EE7ED3" w:rsidRPr="00F575C1" w:rsidRDefault="00000000" w:rsidP="00F575C1">
      <w:pPr>
        <w:ind w:left="720"/>
        <w:jc w:val="both"/>
        <w:rPr>
          <w:rFonts w:cs="Times New Roman"/>
          <w:szCs w:val="24"/>
        </w:rPr>
      </w:pPr>
      <w:proofErr w:type="spellStart"/>
      <w:r w:rsidRPr="00F575C1">
        <w:rPr>
          <w:rFonts w:cs="Times New Roman"/>
          <w:szCs w:val="24"/>
        </w:rPr>
        <w:lastRenderedPageBreak/>
        <w:t>Poartă</w:t>
      </w:r>
      <w:proofErr w:type="spellEnd"/>
      <w:r w:rsidRPr="00F575C1">
        <w:rPr>
          <w:rFonts w:cs="Times New Roman"/>
          <w:szCs w:val="24"/>
        </w:rPr>
        <w:t xml:space="preserve"> </w:t>
      </w:r>
      <w:proofErr w:type="spellStart"/>
      <w:r w:rsidRPr="00F575C1">
        <w:rPr>
          <w:rFonts w:cs="Times New Roman"/>
          <w:szCs w:val="24"/>
        </w:rPr>
        <w:t>răspunderea</w:t>
      </w:r>
      <w:proofErr w:type="spellEnd"/>
      <w:r w:rsidRPr="00F575C1">
        <w:rPr>
          <w:rFonts w:cs="Times New Roman"/>
          <w:szCs w:val="24"/>
        </w:rPr>
        <w:t xml:space="preserve"> </w:t>
      </w:r>
      <w:proofErr w:type="spellStart"/>
      <w:r w:rsidRPr="00F575C1">
        <w:rPr>
          <w:rFonts w:cs="Times New Roman"/>
          <w:szCs w:val="24"/>
        </w:rPr>
        <w:t>juridică</w:t>
      </w:r>
      <w:proofErr w:type="spellEnd"/>
      <w:r w:rsidRPr="00F575C1">
        <w:rPr>
          <w:rFonts w:cs="Times New Roman"/>
          <w:szCs w:val="24"/>
        </w:rPr>
        <w:t xml:space="preserve"> </w:t>
      </w:r>
      <w:proofErr w:type="spellStart"/>
      <w:r w:rsidRPr="00F575C1">
        <w:rPr>
          <w:rFonts w:cs="Times New Roman"/>
          <w:szCs w:val="24"/>
        </w:rPr>
        <w:t>directă</w:t>
      </w:r>
      <w:proofErr w:type="spellEnd"/>
      <w:r w:rsidRPr="00F575C1">
        <w:rPr>
          <w:rFonts w:cs="Times New Roman"/>
          <w:szCs w:val="24"/>
        </w:rPr>
        <w:t xml:space="preserve"> de management </w:t>
      </w:r>
      <w:proofErr w:type="spellStart"/>
      <w:r w:rsidRPr="00F575C1">
        <w:rPr>
          <w:rFonts w:cs="Times New Roman"/>
          <w:szCs w:val="24"/>
        </w:rPr>
        <w:t>operațional</w:t>
      </w:r>
      <w:proofErr w:type="spellEnd"/>
      <w:r w:rsidRPr="00F575C1">
        <w:rPr>
          <w:rFonts w:cs="Times New Roman"/>
          <w:szCs w:val="24"/>
        </w:rPr>
        <w:t xml:space="preserve"> </w:t>
      </w:r>
      <w:proofErr w:type="spellStart"/>
      <w:r w:rsidRPr="00F575C1">
        <w:rPr>
          <w:rFonts w:cs="Times New Roman"/>
          <w:szCs w:val="24"/>
        </w:rPr>
        <w:t>și</w:t>
      </w:r>
      <w:proofErr w:type="spellEnd"/>
      <w:r w:rsidRPr="00F575C1">
        <w:rPr>
          <w:rFonts w:cs="Times New Roman"/>
          <w:szCs w:val="24"/>
        </w:rPr>
        <w:t xml:space="preserve"> </w:t>
      </w:r>
      <w:proofErr w:type="spellStart"/>
      <w:r w:rsidRPr="00F575C1">
        <w:rPr>
          <w:rFonts w:cs="Times New Roman"/>
          <w:szCs w:val="24"/>
        </w:rPr>
        <w:t>securitate</w:t>
      </w:r>
      <w:proofErr w:type="spellEnd"/>
      <w:r w:rsidRPr="00F575C1">
        <w:rPr>
          <w:rFonts w:cs="Times New Roman"/>
          <w:szCs w:val="24"/>
        </w:rPr>
        <w:t xml:space="preserve"> a </w:t>
      </w:r>
      <w:proofErr w:type="spellStart"/>
      <w:r w:rsidRPr="00F575C1">
        <w:rPr>
          <w:rFonts w:cs="Times New Roman"/>
          <w:szCs w:val="24"/>
        </w:rPr>
        <w:t>datelor</w:t>
      </w:r>
      <w:proofErr w:type="spellEnd"/>
      <w:r w:rsidRPr="00F575C1">
        <w:rPr>
          <w:rFonts w:cs="Times New Roman"/>
          <w:szCs w:val="24"/>
        </w:rPr>
        <w:t xml:space="preserve"> </w:t>
      </w:r>
      <w:proofErr w:type="spellStart"/>
      <w:r w:rsidRPr="00F575C1">
        <w:rPr>
          <w:rFonts w:cs="Times New Roman"/>
          <w:szCs w:val="24"/>
        </w:rPr>
        <w:t>patrimoniale</w:t>
      </w:r>
      <w:proofErr w:type="spellEnd"/>
      <w:r w:rsidRPr="00F575C1">
        <w:rPr>
          <w:rFonts w:cs="Times New Roman"/>
          <w:szCs w:val="24"/>
        </w:rPr>
        <w:t xml:space="preserve">, </w:t>
      </w:r>
      <w:proofErr w:type="spellStart"/>
      <w:r w:rsidRPr="00F575C1">
        <w:rPr>
          <w:rFonts w:cs="Times New Roman"/>
          <w:szCs w:val="24"/>
        </w:rPr>
        <w:t>geometrice</w:t>
      </w:r>
      <w:proofErr w:type="spellEnd"/>
      <w:r w:rsidRPr="00F575C1">
        <w:rPr>
          <w:rFonts w:cs="Times New Roman"/>
          <w:szCs w:val="24"/>
        </w:rPr>
        <w:t xml:space="preserve"> </w:t>
      </w:r>
      <w:proofErr w:type="spellStart"/>
      <w:r w:rsidRPr="00F575C1">
        <w:rPr>
          <w:rFonts w:cs="Times New Roman"/>
          <w:szCs w:val="24"/>
        </w:rPr>
        <w:t>și</w:t>
      </w:r>
      <w:proofErr w:type="spellEnd"/>
      <w:r w:rsidRPr="00F575C1">
        <w:rPr>
          <w:rFonts w:cs="Times New Roman"/>
          <w:szCs w:val="24"/>
        </w:rPr>
        <w:t xml:space="preserve"> de </w:t>
      </w:r>
      <w:proofErr w:type="spellStart"/>
      <w:r w:rsidRPr="00F575C1">
        <w:rPr>
          <w:rFonts w:cs="Times New Roman"/>
          <w:szCs w:val="24"/>
        </w:rPr>
        <w:t>identificare</w:t>
      </w:r>
      <w:proofErr w:type="spellEnd"/>
      <w:r w:rsidRPr="00F575C1">
        <w:rPr>
          <w:rFonts w:cs="Times New Roman"/>
          <w:szCs w:val="24"/>
        </w:rPr>
        <w:t xml:space="preserve"> ale </w:t>
      </w:r>
      <w:proofErr w:type="spellStart"/>
      <w:r w:rsidRPr="00F575C1">
        <w:rPr>
          <w:rFonts w:cs="Times New Roman"/>
          <w:szCs w:val="24"/>
        </w:rPr>
        <w:t>proprietarilor</w:t>
      </w:r>
      <w:proofErr w:type="spellEnd"/>
      <w:r w:rsidRPr="00F575C1">
        <w:rPr>
          <w:rFonts w:cs="Times New Roman"/>
          <w:szCs w:val="24"/>
        </w:rPr>
        <w:t xml:space="preserve"> de </w:t>
      </w:r>
      <w:proofErr w:type="spellStart"/>
      <w:r w:rsidRPr="00F575C1">
        <w:rPr>
          <w:rFonts w:cs="Times New Roman"/>
          <w:szCs w:val="24"/>
        </w:rPr>
        <w:t>terenuri</w:t>
      </w:r>
      <w:proofErr w:type="spellEnd"/>
      <w:r w:rsidRPr="00F575C1">
        <w:rPr>
          <w:rFonts w:cs="Times New Roman"/>
          <w:szCs w:val="24"/>
        </w:rPr>
        <w:t xml:space="preserve"> </w:t>
      </w:r>
      <w:proofErr w:type="spellStart"/>
      <w:r w:rsidRPr="00F575C1">
        <w:rPr>
          <w:rFonts w:cs="Times New Roman"/>
          <w:szCs w:val="24"/>
        </w:rPr>
        <w:t>prelucrate</w:t>
      </w:r>
      <w:proofErr w:type="spellEnd"/>
      <w:r w:rsidRPr="00F575C1">
        <w:rPr>
          <w:rFonts w:cs="Times New Roman"/>
          <w:szCs w:val="24"/>
        </w:rPr>
        <w:t xml:space="preserve"> </w:t>
      </w:r>
      <w:proofErr w:type="spellStart"/>
      <w:r w:rsidRPr="00F575C1">
        <w:rPr>
          <w:rFonts w:cs="Times New Roman"/>
          <w:szCs w:val="24"/>
        </w:rPr>
        <w:t>în</w:t>
      </w:r>
      <w:proofErr w:type="spellEnd"/>
      <w:r w:rsidRPr="00F575C1">
        <w:rPr>
          <w:rFonts w:cs="Times New Roman"/>
          <w:szCs w:val="24"/>
        </w:rPr>
        <w:t xml:space="preserve"> </w:t>
      </w:r>
      <w:proofErr w:type="spellStart"/>
      <w:r w:rsidRPr="00F575C1">
        <w:rPr>
          <w:rFonts w:cs="Times New Roman"/>
          <w:szCs w:val="24"/>
        </w:rPr>
        <w:t>cadrul</w:t>
      </w:r>
      <w:proofErr w:type="spellEnd"/>
      <w:r w:rsidRPr="00F575C1">
        <w:rPr>
          <w:rFonts w:cs="Times New Roman"/>
          <w:szCs w:val="24"/>
        </w:rPr>
        <w:t xml:space="preserve"> </w:t>
      </w:r>
      <w:proofErr w:type="spellStart"/>
      <w:r w:rsidRPr="00F575C1">
        <w:rPr>
          <w:rFonts w:cs="Times New Roman"/>
          <w:i/>
          <w:iCs/>
          <w:szCs w:val="24"/>
        </w:rPr>
        <w:t>Registrului</w:t>
      </w:r>
      <w:proofErr w:type="spellEnd"/>
      <w:r w:rsidRPr="00F575C1">
        <w:rPr>
          <w:rFonts w:cs="Times New Roman"/>
          <w:i/>
          <w:iCs/>
          <w:szCs w:val="24"/>
        </w:rPr>
        <w:t xml:space="preserve"> de </w:t>
      </w:r>
      <w:proofErr w:type="spellStart"/>
      <w:r w:rsidRPr="00F575C1">
        <w:rPr>
          <w:rFonts w:cs="Times New Roman"/>
          <w:i/>
          <w:iCs/>
          <w:szCs w:val="24"/>
        </w:rPr>
        <w:t>evidență</w:t>
      </w:r>
      <w:proofErr w:type="spellEnd"/>
      <w:r w:rsidRPr="00F575C1">
        <w:rPr>
          <w:rFonts w:cs="Times New Roman"/>
          <w:i/>
          <w:iCs/>
          <w:szCs w:val="24"/>
        </w:rPr>
        <w:t xml:space="preserve"> a </w:t>
      </w:r>
      <w:proofErr w:type="spellStart"/>
      <w:r w:rsidRPr="00F575C1">
        <w:rPr>
          <w:rFonts w:cs="Times New Roman"/>
          <w:i/>
          <w:iCs/>
          <w:szCs w:val="24"/>
        </w:rPr>
        <w:t>terenurilor</w:t>
      </w:r>
      <w:proofErr w:type="spellEnd"/>
      <w:r w:rsidRPr="00F575C1">
        <w:rPr>
          <w:rFonts w:cs="Times New Roman"/>
          <w:szCs w:val="24"/>
        </w:rPr>
        <w:t>.</w:t>
      </w:r>
    </w:p>
    <w:p w14:paraId="23051CD4" w14:textId="77777777" w:rsidR="00EE7ED3" w:rsidRPr="00B55758" w:rsidRDefault="00000000">
      <w:pPr>
        <w:numPr>
          <w:ilvl w:val="0"/>
          <w:numId w:val="4"/>
        </w:numPr>
        <w:jc w:val="both"/>
        <w:rPr>
          <w:rFonts w:cs="Times New Roman"/>
          <w:szCs w:val="24"/>
        </w:rPr>
      </w:pPr>
      <w:r w:rsidRPr="00563B50">
        <w:rPr>
          <w:rFonts w:cs="Times New Roman"/>
          <w:b/>
          <w:bCs/>
          <w:szCs w:val="24"/>
        </w:rPr>
        <w:t xml:space="preserve">Specialist </w:t>
      </w:r>
      <w:proofErr w:type="spellStart"/>
      <w:r w:rsidRPr="00563B50">
        <w:rPr>
          <w:rFonts w:cs="Times New Roman"/>
          <w:b/>
          <w:bCs/>
          <w:szCs w:val="24"/>
        </w:rPr>
        <w:t>Achiziții</w:t>
      </w:r>
      <w:proofErr w:type="spellEnd"/>
      <w:r w:rsidRPr="00563B50">
        <w:rPr>
          <w:rFonts w:cs="Times New Roman"/>
          <w:b/>
          <w:bCs/>
          <w:szCs w:val="24"/>
        </w:rPr>
        <w:t>:</w:t>
      </w:r>
    </w:p>
    <w:p w14:paraId="162FAA6A" w14:textId="77777777" w:rsidR="00EE7ED3" w:rsidRPr="00563B50" w:rsidRDefault="00000000" w:rsidP="00B55758">
      <w:pPr>
        <w:ind w:left="720"/>
        <w:jc w:val="both"/>
        <w:rPr>
          <w:rFonts w:cs="Times New Roman"/>
          <w:szCs w:val="24"/>
        </w:rPr>
      </w:pPr>
      <w:proofErr w:type="spellStart"/>
      <w:r w:rsidRPr="00563B50">
        <w:rPr>
          <w:rFonts w:cs="Times New Roman"/>
          <w:szCs w:val="24"/>
        </w:rPr>
        <w:t>Răspunde</w:t>
      </w:r>
      <w:proofErr w:type="spellEnd"/>
      <w:r w:rsidRPr="00563B50">
        <w:rPr>
          <w:rFonts w:cs="Times New Roman"/>
          <w:szCs w:val="24"/>
        </w:rPr>
        <w:t xml:space="preserve"> de </w:t>
      </w:r>
      <w:proofErr w:type="spellStart"/>
      <w:r w:rsidRPr="00563B50">
        <w:rPr>
          <w:rFonts w:cs="Times New Roman"/>
          <w:szCs w:val="24"/>
        </w:rPr>
        <w:t>legalitatea</w:t>
      </w:r>
      <w:proofErr w:type="spellEnd"/>
      <w:r w:rsidRPr="00563B50">
        <w:rPr>
          <w:rFonts w:cs="Times New Roman"/>
          <w:szCs w:val="24"/>
        </w:rPr>
        <w:t xml:space="preserve"> </w:t>
      </w:r>
      <w:proofErr w:type="spellStart"/>
      <w:r w:rsidRPr="00563B50">
        <w:rPr>
          <w:rFonts w:cs="Times New Roman"/>
          <w:szCs w:val="24"/>
        </w:rPr>
        <w:t>acordurilor</w:t>
      </w:r>
      <w:proofErr w:type="spellEnd"/>
      <w:r w:rsidRPr="00563B50">
        <w:rPr>
          <w:rFonts w:cs="Times New Roman"/>
          <w:szCs w:val="24"/>
        </w:rPr>
        <w:t xml:space="preserve"> de </w:t>
      </w:r>
      <w:proofErr w:type="spellStart"/>
      <w:r w:rsidRPr="00563B50">
        <w:rPr>
          <w:rFonts w:cs="Times New Roman"/>
          <w:szCs w:val="24"/>
        </w:rPr>
        <w:t>prelucrare</w:t>
      </w:r>
      <w:proofErr w:type="spellEnd"/>
      <w:r w:rsidRPr="00563B50">
        <w:rPr>
          <w:rFonts w:cs="Times New Roman"/>
          <w:szCs w:val="24"/>
        </w:rPr>
        <w:t xml:space="preserve">, </w:t>
      </w:r>
      <w:proofErr w:type="spellStart"/>
      <w:r w:rsidRPr="00563B50">
        <w:rPr>
          <w:rFonts w:cs="Times New Roman"/>
          <w:szCs w:val="24"/>
        </w:rPr>
        <w:t>confidențialitatea</w:t>
      </w:r>
      <w:proofErr w:type="spellEnd"/>
      <w:r w:rsidRPr="00563B50">
        <w:rPr>
          <w:rFonts w:cs="Times New Roman"/>
          <w:szCs w:val="24"/>
        </w:rPr>
        <w:t xml:space="preserve"> </w:t>
      </w:r>
      <w:proofErr w:type="spellStart"/>
      <w:r w:rsidRPr="00563B50">
        <w:rPr>
          <w:rFonts w:cs="Times New Roman"/>
          <w:szCs w:val="24"/>
        </w:rPr>
        <w:t>ofertelor</w:t>
      </w:r>
      <w:proofErr w:type="spellEnd"/>
      <w:r w:rsidRPr="00563B50">
        <w:rPr>
          <w:rFonts w:cs="Times New Roman"/>
          <w:szCs w:val="24"/>
        </w:rPr>
        <w:t xml:space="preserve"> </w:t>
      </w:r>
      <w:proofErr w:type="spellStart"/>
      <w:r w:rsidRPr="00563B50">
        <w:rPr>
          <w:rFonts w:cs="Times New Roman"/>
          <w:szCs w:val="24"/>
        </w:rPr>
        <w:t>economice</w:t>
      </w:r>
      <w:proofErr w:type="spellEnd"/>
      <w:r w:rsidRPr="00563B50">
        <w:rPr>
          <w:rFonts w:cs="Times New Roman"/>
          <w:szCs w:val="24"/>
        </w:rPr>
        <w:t xml:space="preserve">, </w:t>
      </w:r>
      <w:proofErr w:type="spellStart"/>
      <w:r w:rsidRPr="00563B50">
        <w:rPr>
          <w:rFonts w:cs="Times New Roman"/>
          <w:szCs w:val="24"/>
        </w:rPr>
        <w:t>securitatea</w:t>
      </w:r>
      <w:proofErr w:type="spellEnd"/>
      <w:r w:rsidRPr="00563B50">
        <w:rPr>
          <w:rFonts w:cs="Times New Roman"/>
          <w:szCs w:val="24"/>
        </w:rPr>
        <w:t xml:space="preserve"> </w:t>
      </w:r>
      <w:proofErr w:type="spellStart"/>
      <w:r w:rsidRPr="00563B50">
        <w:rPr>
          <w:rFonts w:cs="Times New Roman"/>
          <w:szCs w:val="24"/>
        </w:rPr>
        <w:t>documentelor</w:t>
      </w:r>
      <w:proofErr w:type="spellEnd"/>
      <w:r w:rsidRPr="00563B50">
        <w:rPr>
          <w:rFonts w:cs="Times New Roman"/>
          <w:szCs w:val="24"/>
        </w:rPr>
        <w:t xml:space="preserve"> </w:t>
      </w:r>
      <w:proofErr w:type="spellStart"/>
      <w:r w:rsidRPr="00563B50">
        <w:rPr>
          <w:rFonts w:cs="Times New Roman"/>
          <w:szCs w:val="24"/>
        </w:rPr>
        <w:t>financiare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a IDNP-</w:t>
      </w:r>
      <w:proofErr w:type="spellStart"/>
      <w:r w:rsidRPr="00563B50">
        <w:rPr>
          <w:rFonts w:cs="Times New Roman"/>
          <w:szCs w:val="24"/>
        </w:rPr>
        <w:t>urilor</w:t>
      </w:r>
      <w:proofErr w:type="spellEnd"/>
      <w:r w:rsidRPr="00563B50">
        <w:rPr>
          <w:rFonts w:cs="Times New Roman"/>
          <w:szCs w:val="24"/>
        </w:rPr>
        <w:t xml:space="preserve"> </w:t>
      </w:r>
      <w:proofErr w:type="spellStart"/>
      <w:r w:rsidRPr="00563B50">
        <w:rPr>
          <w:rFonts w:cs="Times New Roman"/>
          <w:szCs w:val="24"/>
        </w:rPr>
        <w:t>stocate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cadrul</w:t>
      </w:r>
      <w:proofErr w:type="spellEnd"/>
      <w:r w:rsidRPr="00563B50">
        <w:rPr>
          <w:rFonts w:cs="Times New Roman"/>
          <w:szCs w:val="24"/>
        </w:rPr>
        <w:t xml:space="preserve"> </w:t>
      </w:r>
      <w:proofErr w:type="spellStart"/>
      <w:r w:rsidRPr="00563B50">
        <w:rPr>
          <w:rFonts w:cs="Times New Roman"/>
          <w:i/>
          <w:iCs/>
          <w:szCs w:val="24"/>
        </w:rPr>
        <w:t>Registrului</w:t>
      </w:r>
      <w:proofErr w:type="spellEnd"/>
      <w:r w:rsidRPr="00563B50">
        <w:rPr>
          <w:rFonts w:cs="Times New Roman"/>
          <w:i/>
          <w:iCs/>
          <w:szCs w:val="24"/>
        </w:rPr>
        <w:t xml:space="preserve"> </w:t>
      </w:r>
      <w:proofErr w:type="spellStart"/>
      <w:r w:rsidRPr="00563B50">
        <w:rPr>
          <w:rFonts w:cs="Times New Roman"/>
          <w:i/>
          <w:iCs/>
          <w:szCs w:val="24"/>
        </w:rPr>
        <w:t>contractelor</w:t>
      </w:r>
      <w:proofErr w:type="spellEnd"/>
      <w:r w:rsidRPr="00563B50">
        <w:rPr>
          <w:rFonts w:cs="Times New Roman"/>
          <w:i/>
          <w:iCs/>
          <w:szCs w:val="24"/>
        </w:rPr>
        <w:t xml:space="preserve"> de </w:t>
      </w:r>
      <w:proofErr w:type="spellStart"/>
      <w:r w:rsidRPr="00563B50">
        <w:rPr>
          <w:rFonts w:cs="Times New Roman"/>
          <w:i/>
          <w:iCs/>
          <w:szCs w:val="24"/>
        </w:rPr>
        <w:t>achiziții</w:t>
      </w:r>
      <w:proofErr w:type="spellEnd"/>
      <w:r w:rsidRPr="00563B50">
        <w:rPr>
          <w:rFonts w:cs="Times New Roman"/>
          <w:i/>
          <w:iCs/>
          <w:szCs w:val="24"/>
        </w:rPr>
        <w:t xml:space="preserve"> </w:t>
      </w:r>
      <w:proofErr w:type="spellStart"/>
      <w:r w:rsidRPr="00563B50">
        <w:rPr>
          <w:rFonts w:cs="Times New Roman"/>
          <w:i/>
          <w:iCs/>
          <w:szCs w:val="24"/>
        </w:rPr>
        <w:t>publice</w:t>
      </w:r>
      <w:proofErr w:type="spellEnd"/>
      <w:r w:rsidRPr="00563B50">
        <w:rPr>
          <w:rFonts w:cs="Times New Roman"/>
          <w:szCs w:val="24"/>
        </w:rPr>
        <w:t>.</w:t>
      </w:r>
    </w:p>
    <w:p w14:paraId="3DA95D3B" w14:textId="77777777" w:rsidR="00EE7ED3" w:rsidRPr="00563B50" w:rsidRDefault="00000000">
      <w:pPr>
        <w:numPr>
          <w:ilvl w:val="0"/>
          <w:numId w:val="4"/>
        </w:numPr>
        <w:jc w:val="both"/>
        <w:rPr>
          <w:rFonts w:cs="Times New Roman"/>
          <w:szCs w:val="24"/>
        </w:rPr>
      </w:pPr>
      <w:proofErr w:type="spellStart"/>
      <w:r w:rsidRPr="00563B50">
        <w:rPr>
          <w:rFonts w:cs="Times New Roman"/>
          <w:b/>
          <w:bCs/>
          <w:szCs w:val="24"/>
        </w:rPr>
        <w:t>Contabil-Șef</w:t>
      </w:r>
      <w:proofErr w:type="spellEnd"/>
      <w:r w:rsidRPr="00563B50">
        <w:rPr>
          <w:rFonts w:cs="Times New Roman"/>
          <w:b/>
          <w:bCs/>
          <w:szCs w:val="24"/>
        </w:rPr>
        <w:t>:</w:t>
      </w:r>
      <w:r w:rsidRPr="00563B50">
        <w:rPr>
          <w:rFonts w:cs="Times New Roman"/>
          <w:szCs w:val="24"/>
        </w:rPr>
        <w:br/>
      </w:r>
      <w:proofErr w:type="spellStart"/>
      <w:r w:rsidRPr="00563B50">
        <w:rPr>
          <w:rFonts w:cs="Times New Roman"/>
          <w:szCs w:val="24"/>
        </w:rPr>
        <w:t>Răspund</w:t>
      </w:r>
      <w:proofErr w:type="spellEnd"/>
      <w:r w:rsidRPr="00563B50">
        <w:rPr>
          <w:rFonts w:cs="Times New Roman"/>
          <w:szCs w:val="24"/>
        </w:rPr>
        <w:t xml:space="preserve"> </w:t>
      </w:r>
      <w:proofErr w:type="spellStart"/>
      <w:r w:rsidRPr="00563B50">
        <w:rPr>
          <w:rFonts w:cs="Times New Roman"/>
          <w:szCs w:val="24"/>
        </w:rPr>
        <w:t>solidar</w:t>
      </w:r>
      <w:proofErr w:type="spellEnd"/>
      <w:r w:rsidRPr="00563B50">
        <w:rPr>
          <w:rFonts w:cs="Times New Roman"/>
          <w:szCs w:val="24"/>
        </w:rPr>
        <w:t xml:space="preserve"> de </w:t>
      </w:r>
      <w:proofErr w:type="spellStart"/>
      <w:r w:rsidRPr="00563B50">
        <w:rPr>
          <w:rFonts w:cs="Times New Roman"/>
          <w:szCs w:val="24"/>
        </w:rPr>
        <w:t>integritatea</w:t>
      </w:r>
      <w:proofErr w:type="spellEnd"/>
      <w:r w:rsidRPr="00563B50">
        <w:rPr>
          <w:rFonts w:cs="Times New Roman"/>
          <w:szCs w:val="24"/>
        </w:rPr>
        <w:t xml:space="preserve">, </w:t>
      </w:r>
      <w:proofErr w:type="spellStart"/>
      <w:r w:rsidRPr="00563B50">
        <w:rPr>
          <w:rFonts w:cs="Times New Roman"/>
          <w:szCs w:val="24"/>
        </w:rPr>
        <w:t>securitatea</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confidențialitatea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financiare</w:t>
      </w:r>
      <w:proofErr w:type="spellEnd"/>
      <w:r w:rsidRPr="00563B50">
        <w:rPr>
          <w:rFonts w:cs="Times New Roman"/>
          <w:szCs w:val="24"/>
        </w:rPr>
        <w:t xml:space="preserve"> </w:t>
      </w:r>
      <w:proofErr w:type="spellStart"/>
      <w:r w:rsidRPr="00563B50">
        <w:rPr>
          <w:rFonts w:cs="Times New Roman"/>
          <w:szCs w:val="24"/>
        </w:rPr>
        <w:t>ultrasensibile</w:t>
      </w:r>
      <w:proofErr w:type="spellEnd"/>
      <w:r w:rsidRPr="00563B50">
        <w:rPr>
          <w:rFonts w:cs="Times New Roman"/>
          <w:szCs w:val="24"/>
        </w:rPr>
        <w:t xml:space="preserve"> din </w:t>
      </w:r>
      <w:proofErr w:type="spellStart"/>
      <w:r w:rsidRPr="00563B50">
        <w:rPr>
          <w:rFonts w:cs="Times New Roman"/>
          <w:szCs w:val="24"/>
        </w:rPr>
        <w:t>Registrele</w:t>
      </w:r>
      <w:proofErr w:type="spellEnd"/>
      <w:r w:rsidRPr="00563B50">
        <w:rPr>
          <w:rFonts w:cs="Times New Roman"/>
          <w:szCs w:val="24"/>
        </w:rPr>
        <w:t xml:space="preserve"> de </w:t>
      </w:r>
      <w:proofErr w:type="spellStart"/>
      <w:r w:rsidRPr="00563B50">
        <w:rPr>
          <w:rFonts w:cs="Times New Roman"/>
          <w:szCs w:val="24"/>
        </w:rPr>
        <w:t>evidență</w:t>
      </w:r>
      <w:proofErr w:type="spellEnd"/>
      <w:r w:rsidRPr="00563B50">
        <w:rPr>
          <w:rFonts w:cs="Times New Roman"/>
          <w:szCs w:val="24"/>
        </w:rPr>
        <w:t xml:space="preserve"> </w:t>
      </w:r>
      <w:proofErr w:type="spellStart"/>
      <w:r w:rsidRPr="00563B50">
        <w:rPr>
          <w:rFonts w:cs="Times New Roman"/>
          <w:szCs w:val="24"/>
        </w:rPr>
        <w:t>contabilă</w:t>
      </w:r>
      <w:proofErr w:type="spellEnd"/>
      <w:r w:rsidRPr="00563B50">
        <w:rPr>
          <w:rFonts w:cs="Times New Roman"/>
          <w:szCs w:val="24"/>
        </w:rPr>
        <w:t xml:space="preserve">, </w:t>
      </w:r>
      <w:proofErr w:type="spellStart"/>
      <w:r w:rsidRPr="00563B50">
        <w:rPr>
          <w:rFonts w:cs="Times New Roman"/>
          <w:szCs w:val="24"/>
        </w:rPr>
        <w:t>fișele</w:t>
      </w:r>
      <w:proofErr w:type="spellEnd"/>
      <w:r w:rsidRPr="00563B50">
        <w:rPr>
          <w:rFonts w:cs="Times New Roman"/>
          <w:szCs w:val="24"/>
        </w:rPr>
        <w:t xml:space="preserve"> </w:t>
      </w:r>
      <w:proofErr w:type="spellStart"/>
      <w:r w:rsidRPr="00563B50">
        <w:rPr>
          <w:rFonts w:cs="Times New Roman"/>
          <w:szCs w:val="24"/>
        </w:rPr>
        <w:t>salariale</w:t>
      </w:r>
      <w:proofErr w:type="spellEnd"/>
      <w:r w:rsidRPr="00563B50">
        <w:rPr>
          <w:rFonts w:cs="Times New Roman"/>
          <w:szCs w:val="24"/>
        </w:rPr>
        <w:t xml:space="preserve">, </w:t>
      </w:r>
      <w:proofErr w:type="spellStart"/>
      <w:r w:rsidRPr="00563B50">
        <w:rPr>
          <w:rFonts w:cs="Times New Roman"/>
          <w:szCs w:val="24"/>
        </w:rPr>
        <w:t>popriri</w:t>
      </w:r>
      <w:proofErr w:type="spellEnd"/>
      <w:r w:rsidRPr="00563B50">
        <w:rPr>
          <w:rFonts w:cs="Times New Roman"/>
          <w:szCs w:val="24"/>
        </w:rPr>
        <w:t xml:space="preserve">, </w:t>
      </w:r>
      <w:proofErr w:type="spellStart"/>
      <w:r w:rsidRPr="00563B50">
        <w:rPr>
          <w:rFonts w:cs="Times New Roman"/>
          <w:szCs w:val="24"/>
        </w:rPr>
        <w:t>conturi</w:t>
      </w:r>
      <w:proofErr w:type="spellEnd"/>
      <w:r w:rsidRPr="00563B50">
        <w:rPr>
          <w:rFonts w:cs="Times New Roman"/>
          <w:szCs w:val="24"/>
        </w:rPr>
        <w:t xml:space="preserve"> IBAN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executarea</w:t>
      </w:r>
      <w:proofErr w:type="spellEnd"/>
      <w:r w:rsidRPr="00563B50">
        <w:rPr>
          <w:rFonts w:cs="Times New Roman"/>
          <w:szCs w:val="24"/>
        </w:rPr>
        <w:t xml:space="preserve"> </w:t>
      </w:r>
      <w:proofErr w:type="spellStart"/>
      <w:r w:rsidRPr="00563B50">
        <w:rPr>
          <w:rFonts w:cs="Times New Roman"/>
          <w:szCs w:val="24"/>
        </w:rPr>
        <w:t>plăților</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MPay</w:t>
      </w:r>
      <w:proofErr w:type="spellEnd"/>
      <w:r w:rsidRPr="00563B50">
        <w:rPr>
          <w:rFonts w:cs="Times New Roman"/>
          <w:szCs w:val="24"/>
        </w:rPr>
        <w:t>.</w:t>
      </w:r>
    </w:p>
    <w:p w14:paraId="256A672B" w14:textId="77777777" w:rsidR="00EE7ED3" w:rsidRPr="00B55758" w:rsidRDefault="00000000">
      <w:pPr>
        <w:numPr>
          <w:ilvl w:val="0"/>
          <w:numId w:val="4"/>
        </w:numPr>
        <w:jc w:val="both"/>
        <w:rPr>
          <w:rFonts w:cs="Times New Roman"/>
          <w:szCs w:val="24"/>
        </w:rPr>
      </w:pPr>
      <w:r w:rsidRPr="00563B50">
        <w:rPr>
          <w:rFonts w:cs="Times New Roman"/>
          <w:b/>
          <w:bCs/>
          <w:szCs w:val="24"/>
        </w:rPr>
        <w:t xml:space="preserve">Specialist principal </w:t>
      </w:r>
      <w:proofErr w:type="spellStart"/>
      <w:r w:rsidRPr="00563B50">
        <w:rPr>
          <w:rFonts w:cs="Times New Roman"/>
          <w:b/>
          <w:bCs/>
          <w:szCs w:val="24"/>
        </w:rPr>
        <w:t>Perceptor</w:t>
      </w:r>
      <w:proofErr w:type="spellEnd"/>
      <w:r w:rsidRPr="00563B50">
        <w:rPr>
          <w:rFonts w:cs="Times New Roman"/>
          <w:b/>
          <w:bCs/>
          <w:szCs w:val="24"/>
        </w:rPr>
        <w:t xml:space="preserve"> fiscal:</w:t>
      </w:r>
    </w:p>
    <w:p w14:paraId="7E04A213" w14:textId="77777777" w:rsidR="00EE7ED3" w:rsidRPr="00563B50" w:rsidRDefault="00000000" w:rsidP="00B55758">
      <w:pPr>
        <w:ind w:left="720"/>
        <w:jc w:val="both"/>
        <w:rPr>
          <w:rFonts w:cs="Times New Roman"/>
          <w:szCs w:val="24"/>
        </w:rPr>
      </w:pPr>
      <w:proofErr w:type="spellStart"/>
      <w:r w:rsidRPr="00563B50">
        <w:rPr>
          <w:rFonts w:cs="Times New Roman"/>
          <w:szCs w:val="24"/>
        </w:rPr>
        <w:t>Poartă</w:t>
      </w:r>
      <w:proofErr w:type="spellEnd"/>
      <w:r w:rsidRPr="00563B50">
        <w:rPr>
          <w:rFonts w:cs="Times New Roman"/>
          <w:szCs w:val="24"/>
        </w:rPr>
        <w:t xml:space="preserve"> </w:t>
      </w:r>
      <w:proofErr w:type="spellStart"/>
      <w:r w:rsidRPr="00563B50">
        <w:rPr>
          <w:rFonts w:cs="Times New Roman"/>
          <w:szCs w:val="24"/>
        </w:rPr>
        <w:t>răspunderea</w:t>
      </w:r>
      <w:proofErr w:type="spellEnd"/>
      <w:r w:rsidRPr="00563B50">
        <w:rPr>
          <w:rFonts w:cs="Times New Roman"/>
          <w:szCs w:val="24"/>
        </w:rPr>
        <w:t xml:space="preserve"> </w:t>
      </w:r>
      <w:proofErr w:type="spellStart"/>
      <w:r w:rsidRPr="00563B50">
        <w:rPr>
          <w:rFonts w:cs="Times New Roman"/>
          <w:szCs w:val="24"/>
        </w:rPr>
        <w:t>juridică</w:t>
      </w:r>
      <w:proofErr w:type="spellEnd"/>
      <w:r w:rsidRPr="00563B50">
        <w:rPr>
          <w:rFonts w:cs="Times New Roman"/>
          <w:szCs w:val="24"/>
        </w:rPr>
        <w:t xml:space="preserve"> </w:t>
      </w:r>
      <w:proofErr w:type="spellStart"/>
      <w:r w:rsidRPr="00563B50">
        <w:rPr>
          <w:rFonts w:cs="Times New Roman"/>
          <w:szCs w:val="24"/>
        </w:rPr>
        <w:t>directă</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operarea</w:t>
      </w:r>
      <w:proofErr w:type="spellEnd"/>
      <w:r w:rsidRPr="00563B50">
        <w:rPr>
          <w:rFonts w:cs="Times New Roman"/>
          <w:szCs w:val="24"/>
        </w:rPr>
        <w:t xml:space="preserve"> </w:t>
      </w:r>
      <w:proofErr w:type="spellStart"/>
      <w:r w:rsidRPr="00563B50">
        <w:rPr>
          <w:rFonts w:cs="Times New Roman"/>
          <w:szCs w:val="24"/>
        </w:rPr>
        <w:t>securizată</w:t>
      </w:r>
      <w:proofErr w:type="spellEnd"/>
      <w:r w:rsidRPr="00563B50">
        <w:rPr>
          <w:rFonts w:cs="Times New Roman"/>
          <w:szCs w:val="24"/>
        </w:rPr>
        <w:t xml:space="preserve"> a </w:t>
      </w:r>
      <w:proofErr w:type="spellStart"/>
      <w:r w:rsidRPr="00563B50">
        <w:rPr>
          <w:rFonts w:cs="Times New Roman"/>
          <w:szCs w:val="24"/>
        </w:rPr>
        <w:t>bazelor</w:t>
      </w:r>
      <w:proofErr w:type="spellEnd"/>
      <w:r w:rsidRPr="00563B50">
        <w:rPr>
          <w:rFonts w:cs="Times New Roman"/>
          <w:szCs w:val="24"/>
        </w:rPr>
        <w:t xml:space="preserve"> de date </w:t>
      </w:r>
      <w:proofErr w:type="spellStart"/>
      <w:r w:rsidRPr="00563B50">
        <w:rPr>
          <w:rFonts w:cs="Times New Roman"/>
          <w:szCs w:val="24"/>
        </w:rPr>
        <w:t>patrimoniale</w:t>
      </w:r>
      <w:proofErr w:type="spellEnd"/>
      <w:r w:rsidRPr="00563B50">
        <w:rPr>
          <w:rFonts w:cs="Times New Roman"/>
          <w:szCs w:val="24"/>
        </w:rPr>
        <w:t xml:space="preserve">, </w:t>
      </w:r>
      <w:proofErr w:type="spellStart"/>
      <w:r w:rsidRPr="00563B50">
        <w:rPr>
          <w:rFonts w:cs="Times New Roman"/>
          <w:szCs w:val="24"/>
        </w:rPr>
        <w:t>fiscale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de </w:t>
      </w:r>
      <w:proofErr w:type="spellStart"/>
      <w:r w:rsidRPr="00563B50">
        <w:rPr>
          <w:rFonts w:cs="Times New Roman"/>
          <w:szCs w:val="24"/>
        </w:rPr>
        <w:t>impunere</w:t>
      </w:r>
      <w:proofErr w:type="spellEnd"/>
      <w:r w:rsidRPr="00563B50">
        <w:rPr>
          <w:rFonts w:cs="Times New Roman"/>
          <w:szCs w:val="24"/>
        </w:rPr>
        <w:t xml:space="preserve"> a </w:t>
      </w:r>
      <w:proofErr w:type="spellStart"/>
      <w:r w:rsidRPr="00563B50">
        <w:rPr>
          <w:rFonts w:cs="Times New Roman"/>
          <w:szCs w:val="24"/>
        </w:rPr>
        <w:t>cetățenilor</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cadrul</w:t>
      </w:r>
      <w:proofErr w:type="spellEnd"/>
      <w:r w:rsidRPr="00563B50">
        <w:rPr>
          <w:rFonts w:cs="Times New Roman"/>
          <w:szCs w:val="24"/>
        </w:rPr>
        <w:t xml:space="preserve"> </w:t>
      </w:r>
      <w:proofErr w:type="spellStart"/>
      <w:r w:rsidRPr="00563B50">
        <w:rPr>
          <w:rFonts w:cs="Times New Roman"/>
          <w:szCs w:val="24"/>
        </w:rPr>
        <w:t>sistemelor</w:t>
      </w:r>
      <w:proofErr w:type="spellEnd"/>
      <w:r w:rsidRPr="00563B50">
        <w:rPr>
          <w:rFonts w:cs="Times New Roman"/>
          <w:szCs w:val="24"/>
        </w:rPr>
        <w:t xml:space="preserve"> de </w:t>
      </w:r>
      <w:proofErr w:type="spellStart"/>
      <w:r w:rsidRPr="00563B50">
        <w:rPr>
          <w:rFonts w:cs="Times New Roman"/>
          <w:szCs w:val="24"/>
        </w:rPr>
        <w:t>evidență</w:t>
      </w:r>
      <w:proofErr w:type="spellEnd"/>
      <w:r w:rsidRPr="00563B50">
        <w:rPr>
          <w:rFonts w:cs="Times New Roman"/>
          <w:szCs w:val="24"/>
        </w:rPr>
        <w:t xml:space="preserve"> </w:t>
      </w:r>
      <w:proofErr w:type="spellStart"/>
      <w:r w:rsidRPr="00563B50">
        <w:rPr>
          <w:rFonts w:cs="Times New Roman"/>
          <w:szCs w:val="24"/>
        </w:rPr>
        <w:t>fiscală</w:t>
      </w:r>
      <w:proofErr w:type="spellEnd"/>
      <w:r w:rsidRPr="00563B50">
        <w:rPr>
          <w:rFonts w:cs="Times New Roman"/>
          <w:szCs w:val="24"/>
        </w:rPr>
        <w:t xml:space="preserve"> </w:t>
      </w:r>
      <w:proofErr w:type="spellStart"/>
      <w:r w:rsidRPr="00563B50">
        <w:rPr>
          <w:rFonts w:cs="Times New Roman"/>
          <w:szCs w:val="24"/>
        </w:rPr>
        <w:t>locală</w:t>
      </w:r>
      <w:proofErr w:type="spellEnd"/>
      <w:r w:rsidRPr="00563B50">
        <w:rPr>
          <w:rFonts w:cs="Times New Roman"/>
          <w:szCs w:val="24"/>
        </w:rPr>
        <w:t>.</w:t>
      </w:r>
    </w:p>
    <w:p w14:paraId="12CAC1B8" w14:textId="77777777" w:rsidR="00EE7ED3" w:rsidRPr="00B55758" w:rsidRDefault="00000000">
      <w:pPr>
        <w:numPr>
          <w:ilvl w:val="0"/>
          <w:numId w:val="4"/>
        </w:numPr>
        <w:jc w:val="both"/>
        <w:rPr>
          <w:rFonts w:cs="Times New Roman"/>
          <w:szCs w:val="24"/>
        </w:rPr>
      </w:pPr>
      <w:r w:rsidRPr="00563B50">
        <w:rPr>
          <w:rFonts w:cs="Times New Roman"/>
          <w:b/>
          <w:bCs/>
          <w:szCs w:val="24"/>
        </w:rPr>
        <w:t xml:space="preserve">Specialist </w:t>
      </w:r>
      <w:proofErr w:type="spellStart"/>
      <w:r w:rsidRPr="00563B50">
        <w:rPr>
          <w:rFonts w:cs="Times New Roman"/>
          <w:b/>
          <w:bCs/>
          <w:szCs w:val="24"/>
        </w:rPr>
        <w:t>protecția</w:t>
      </w:r>
      <w:proofErr w:type="spellEnd"/>
      <w:r w:rsidRPr="00563B50">
        <w:rPr>
          <w:rFonts w:cs="Times New Roman"/>
          <w:b/>
          <w:bCs/>
          <w:szCs w:val="24"/>
        </w:rPr>
        <w:t xml:space="preserve"> </w:t>
      </w:r>
      <w:proofErr w:type="spellStart"/>
      <w:r w:rsidRPr="00563B50">
        <w:rPr>
          <w:rFonts w:cs="Times New Roman"/>
          <w:b/>
          <w:bCs/>
          <w:szCs w:val="24"/>
        </w:rPr>
        <w:t>drepturilor</w:t>
      </w:r>
      <w:proofErr w:type="spellEnd"/>
      <w:r w:rsidRPr="00563B50">
        <w:rPr>
          <w:rFonts w:cs="Times New Roman"/>
          <w:b/>
          <w:bCs/>
          <w:szCs w:val="24"/>
        </w:rPr>
        <w:t xml:space="preserve"> </w:t>
      </w:r>
      <w:proofErr w:type="spellStart"/>
      <w:r w:rsidRPr="00563B50">
        <w:rPr>
          <w:rFonts w:cs="Times New Roman"/>
          <w:b/>
          <w:bCs/>
          <w:szCs w:val="24"/>
        </w:rPr>
        <w:t>copiilor</w:t>
      </w:r>
      <w:proofErr w:type="spellEnd"/>
      <w:r w:rsidRPr="00563B50">
        <w:rPr>
          <w:rFonts w:cs="Times New Roman"/>
          <w:b/>
          <w:bCs/>
          <w:szCs w:val="24"/>
        </w:rPr>
        <w:t>:</w:t>
      </w:r>
    </w:p>
    <w:p w14:paraId="07766B6A" w14:textId="77777777" w:rsidR="00EE7ED3" w:rsidRPr="00563B50" w:rsidRDefault="00000000" w:rsidP="00B55758">
      <w:pPr>
        <w:ind w:left="720"/>
        <w:jc w:val="both"/>
        <w:rPr>
          <w:rFonts w:cs="Times New Roman"/>
          <w:szCs w:val="24"/>
        </w:rPr>
      </w:pPr>
      <w:proofErr w:type="spellStart"/>
      <w:r w:rsidRPr="00563B50">
        <w:rPr>
          <w:rFonts w:cs="Times New Roman"/>
          <w:szCs w:val="24"/>
        </w:rPr>
        <w:t>Răspunde</w:t>
      </w:r>
      <w:proofErr w:type="spellEnd"/>
      <w:r w:rsidRPr="00563B50">
        <w:rPr>
          <w:rFonts w:cs="Times New Roman"/>
          <w:szCs w:val="24"/>
        </w:rPr>
        <w:t xml:space="preserve"> </w:t>
      </w:r>
      <w:proofErr w:type="spellStart"/>
      <w:r w:rsidRPr="00563B50">
        <w:rPr>
          <w:rFonts w:cs="Times New Roman"/>
          <w:szCs w:val="24"/>
        </w:rPr>
        <w:t>exclusiv</w:t>
      </w:r>
      <w:proofErr w:type="spellEnd"/>
      <w:r w:rsidRPr="00563B50">
        <w:rPr>
          <w:rFonts w:cs="Times New Roman"/>
          <w:szCs w:val="24"/>
        </w:rPr>
        <w:t xml:space="preserve"> de </w:t>
      </w:r>
      <w:proofErr w:type="spellStart"/>
      <w:r w:rsidRPr="00563B50">
        <w:rPr>
          <w:rFonts w:cs="Times New Roman"/>
          <w:szCs w:val="24"/>
        </w:rPr>
        <w:t>aplicarea</w:t>
      </w:r>
      <w:proofErr w:type="spellEnd"/>
      <w:r w:rsidRPr="00563B50">
        <w:rPr>
          <w:rFonts w:cs="Times New Roman"/>
          <w:szCs w:val="24"/>
        </w:rPr>
        <w:t xml:space="preserve"> </w:t>
      </w:r>
      <w:proofErr w:type="spellStart"/>
      <w:r w:rsidRPr="00563B50">
        <w:rPr>
          <w:rFonts w:cs="Times New Roman"/>
          <w:szCs w:val="24"/>
        </w:rPr>
        <w:t>regulilor</w:t>
      </w:r>
      <w:proofErr w:type="spellEnd"/>
      <w:r w:rsidRPr="00563B50">
        <w:rPr>
          <w:rFonts w:cs="Times New Roman"/>
          <w:szCs w:val="24"/>
        </w:rPr>
        <w:t xml:space="preserve"> </w:t>
      </w:r>
      <w:proofErr w:type="spellStart"/>
      <w:r w:rsidRPr="00563B50">
        <w:rPr>
          <w:rFonts w:cs="Times New Roman"/>
          <w:szCs w:val="24"/>
        </w:rPr>
        <w:t>stricte</w:t>
      </w:r>
      <w:proofErr w:type="spellEnd"/>
      <w:r w:rsidRPr="00563B50">
        <w:rPr>
          <w:rFonts w:cs="Times New Roman"/>
          <w:szCs w:val="24"/>
        </w:rPr>
        <w:t xml:space="preserve"> de </w:t>
      </w:r>
      <w:proofErr w:type="spellStart"/>
      <w:r w:rsidRPr="00563B50">
        <w:rPr>
          <w:rFonts w:cs="Times New Roman"/>
          <w:szCs w:val="24"/>
        </w:rPr>
        <w:t>confidențialitate</w:t>
      </w:r>
      <w:proofErr w:type="spellEnd"/>
      <w:r w:rsidRPr="00563B50">
        <w:rPr>
          <w:rFonts w:cs="Times New Roman"/>
          <w:szCs w:val="24"/>
        </w:rPr>
        <w:t xml:space="preserve"> </w:t>
      </w:r>
      <w:proofErr w:type="spellStart"/>
      <w:r w:rsidRPr="00563B50">
        <w:rPr>
          <w:rFonts w:cs="Times New Roman"/>
          <w:szCs w:val="24"/>
        </w:rPr>
        <w:t>asupra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special (</w:t>
      </w:r>
      <w:proofErr w:type="spellStart"/>
      <w:r w:rsidRPr="00563B50">
        <w:rPr>
          <w:rFonts w:cs="Times New Roman"/>
          <w:szCs w:val="24"/>
        </w:rPr>
        <w:t>sensibile</w:t>
      </w:r>
      <w:proofErr w:type="spellEnd"/>
      <w:r w:rsidRPr="00563B50">
        <w:rPr>
          <w:rFonts w:cs="Times New Roman"/>
          <w:szCs w:val="24"/>
        </w:rPr>
        <w:t xml:space="preserve">) din </w:t>
      </w:r>
      <w:proofErr w:type="spellStart"/>
      <w:r w:rsidRPr="00563B50">
        <w:rPr>
          <w:rFonts w:cs="Times New Roman"/>
          <w:szCs w:val="24"/>
        </w:rPr>
        <w:t>dosarele</w:t>
      </w:r>
      <w:proofErr w:type="spellEnd"/>
      <w:r w:rsidRPr="00563B50">
        <w:rPr>
          <w:rFonts w:cs="Times New Roman"/>
          <w:szCs w:val="24"/>
        </w:rPr>
        <w:t xml:space="preserve"> de </w:t>
      </w:r>
      <w:proofErr w:type="spellStart"/>
      <w:r w:rsidRPr="00563B50">
        <w:rPr>
          <w:rFonts w:cs="Times New Roman"/>
          <w:szCs w:val="24"/>
        </w:rPr>
        <w:t>tutelă</w:t>
      </w:r>
      <w:proofErr w:type="spellEnd"/>
      <w:r w:rsidRPr="00563B50">
        <w:rPr>
          <w:rFonts w:cs="Times New Roman"/>
          <w:szCs w:val="24"/>
        </w:rPr>
        <w:t xml:space="preserve">, </w:t>
      </w:r>
      <w:proofErr w:type="spellStart"/>
      <w:r w:rsidRPr="00563B50">
        <w:rPr>
          <w:rFonts w:cs="Times New Roman"/>
          <w:szCs w:val="24"/>
        </w:rPr>
        <w:t>curatelă</w:t>
      </w:r>
      <w:proofErr w:type="spellEnd"/>
      <w:r w:rsidRPr="00563B50">
        <w:rPr>
          <w:rFonts w:cs="Times New Roman"/>
          <w:szCs w:val="24"/>
        </w:rPr>
        <w:t xml:space="preserve">, </w:t>
      </w:r>
      <w:proofErr w:type="spellStart"/>
      <w:r w:rsidRPr="00563B50">
        <w:rPr>
          <w:rFonts w:cs="Times New Roman"/>
          <w:szCs w:val="24"/>
        </w:rPr>
        <w:t>minori</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situații</w:t>
      </w:r>
      <w:proofErr w:type="spellEnd"/>
      <w:r w:rsidRPr="00563B50">
        <w:rPr>
          <w:rFonts w:cs="Times New Roman"/>
          <w:szCs w:val="24"/>
        </w:rPr>
        <w:t xml:space="preserve"> de </w:t>
      </w:r>
      <w:proofErr w:type="spellStart"/>
      <w:r w:rsidRPr="00563B50">
        <w:rPr>
          <w:rFonts w:cs="Times New Roman"/>
          <w:szCs w:val="24"/>
        </w:rPr>
        <w:t>risc</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asistență</w:t>
      </w:r>
      <w:proofErr w:type="spellEnd"/>
      <w:r w:rsidRPr="00563B50">
        <w:rPr>
          <w:rFonts w:cs="Times New Roman"/>
          <w:szCs w:val="24"/>
        </w:rPr>
        <w:t xml:space="preserve"> </w:t>
      </w:r>
      <w:proofErr w:type="spellStart"/>
      <w:r w:rsidRPr="00563B50">
        <w:rPr>
          <w:rFonts w:cs="Times New Roman"/>
          <w:szCs w:val="24"/>
        </w:rPr>
        <w:t>socială</w:t>
      </w:r>
      <w:proofErr w:type="spellEnd"/>
      <w:r w:rsidRPr="00563B50">
        <w:rPr>
          <w:rFonts w:cs="Times New Roman"/>
          <w:szCs w:val="24"/>
        </w:rPr>
        <w:t>.</w:t>
      </w:r>
    </w:p>
    <w:p w14:paraId="6503847E" w14:textId="77777777" w:rsidR="00EE7ED3" w:rsidRPr="00B55758" w:rsidRDefault="00000000">
      <w:pPr>
        <w:numPr>
          <w:ilvl w:val="0"/>
          <w:numId w:val="4"/>
        </w:numPr>
        <w:jc w:val="both"/>
        <w:rPr>
          <w:rFonts w:cs="Times New Roman"/>
          <w:szCs w:val="24"/>
        </w:rPr>
      </w:pPr>
      <w:r w:rsidRPr="00563B50">
        <w:rPr>
          <w:rFonts w:cs="Times New Roman"/>
          <w:b/>
          <w:bCs/>
          <w:szCs w:val="24"/>
        </w:rPr>
        <w:t xml:space="preserve">Specialist </w:t>
      </w:r>
      <w:proofErr w:type="spellStart"/>
      <w:r w:rsidRPr="00563B50">
        <w:rPr>
          <w:rFonts w:cs="Times New Roman"/>
          <w:b/>
          <w:bCs/>
          <w:szCs w:val="24"/>
        </w:rPr>
        <w:t>tineret</w:t>
      </w:r>
      <w:proofErr w:type="spellEnd"/>
      <w:r w:rsidRPr="00563B50">
        <w:rPr>
          <w:rFonts w:cs="Times New Roman"/>
          <w:b/>
          <w:bCs/>
          <w:szCs w:val="24"/>
        </w:rPr>
        <w:t xml:space="preserve"> </w:t>
      </w:r>
      <w:proofErr w:type="spellStart"/>
      <w:r w:rsidRPr="00563B50">
        <w:rPr>
          <w:rFonts w:cs="Times New Roman"/>
          <w:b/>
          <w:bCs/>
          <w:szCs w:val="24"/>
        </w:rPr>
        <w:t>și</w:t>
      </w:r>
      <w:proofErr w:type="spellEnd"/>
      <w:r w:rsidRPr="00563B50">
        <w:rPr>
          <w:rFonts w:cs="Times New Roman"/>
          <w:b/>
          <w:bCs/>
          <w:szCs w:val="24"/>
        </w:rPr>
        <w:t xml:space="preserve"> sport </w:t>
      </w:r>
      <w:proofErr w:type="spellStart"/>
      <w:r w:rsidRPr="00563B50">
        <w:rPr>
          <w:rFonts w:cs="Times New Roman"/>
          <w:b/>
          <w:bCs/>
          <w:szCs w:val="24"/>
        </w:rPr>
        <w:t>și</w:t>
      </w:r>
      <w:proofErr w:type="spellEnd"/>
      <w:r w:rsidRPr="00563B50">
        <w:rPr>
          <w:rFonts w:cs="Times New Roman"/>
          <w:b/>
          <w:bCs/>
          <w:szCs w:val="24"/>
        </w:rPr>
        <w:t xml:space="preserve"> Specialist </w:t>
      </w:r>
      <w:proofErr w:type="spellStart"/>
      <w:r w:rsidRPr="00563B50">
        <w:rPr>
          <w:rFonts w:cs="Times New Roman"/>
          <w:b/>
          <w:bCs/>
          <w:szCs w:val="24"/>
        </w:rPr>
        <w:t>centrul</w:t>
      </w:r>
      <w:proofErr w:type="spellEnd"/>
      <w:r w:rsidRPr="00563B50">
        <w:rPr>
          <w:rFonts w:cs="Times New Roman"/>
          <w:b/>
          <w:bCs/>
          <w:szCs w:val="24"/>
        </w:rPr>
        <w:t xml:space="preserve"> de </w:t>
      </w:r>
      <w:proofErr w:type="spellStart"/>
      <w:r w:rsidRPr="00563B50">
        <w:rPr>
          <w:rFonts w:cs="Times New Roman"/>
          <w:b/>
          <w:bCs/>
          <w:szCs w:val="24"/>
        </w:rPr>
        <w:t>tineret</w:t>
      </w:r>
      <w:proofErr w:type="spellEnd"/>
      <w:r w:rsidRPr="00563B50">
        <w:rPr>
          <w:rFonts w:cs="Times New Roman"/>
          <w:b/>
          <w:bCs/>
          <w:szCs w:val="24"/>
        </w:rPr>
        <w:t>:</w:t>
      </w:r>
    </w:p>
    <w:p w14:paraId="52FEBE73" w14:textId="77777777" w:rsidR="00EE7ED3" w:rsidRPr="00563B50" w:rsidRDefault="00000000">
      <w:pPr>
        <w:numPr>
          <w:ilvl w:val="0"/>
          <w:numId w:val="4"/>
        </w:numPr>
        <w:jc w:val="both"/>
        <w:rPr>
          <w:rFonts w:cs="Times New Roman"/>
          <w:szCs w:val="24"/>
        </w:rPr>
      </w:pPr>
      <w:proofErr w:type="spellStart"/>
      <w:r w:rsidRPr="00563B50">
        <w:rPr>
          <w:rFonts w:cs="Times New Roman"/>
          <w:szCs w:val="24"/>
        </w:rPr>
        <w:t>Răspund</w:t>
      </w:r>
      <w:proofErr w:type="spellEnd"/>
      <w:r w:rsidRPr="00563B50">
        <w:rPr>
          <w:rFonts w:cs="Times New Roman"/>
          <w:szCs w:val="24"/>
        </w:rPr>
        <w:t xml:space="preserve"> de </w:t>
      </w:r>
      <w:proofErr w:type="spellStart"/>
      <w:r w:rsidRPr="00563B50">
        <w:rPr>
          <w:rFonts w:cs="Times New Roman"/>
          <w:szCs w:val="24"/>
        </w:rPr>
        <w:t>stocarea</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operarea</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siguranță</w:t>
      </w:r>
      <w:proofErr w:type="spellEnd"/>
      <w:r w:rsidRPr="00563B50">
        <w:rPr>
          <w:rFonts w:cs="Times New Roman"/>
          <w:szCs w:val="24"/>
        </w:rPr>
        <w:t xml:space="preserve"> a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minorilor</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tinerilor</w:t>
      </w:r>
      <w:proofErr w:type="spellEnd"/>
      <w:r w:rsidRPr="00563B50">
        <w:rPr>
          <w:rFonts w:cs="Times New Roman"/>
          <w:szCs w:val="24"/>
        </w:rPr>
        <w:t xml:space="preserve"> </w:t>
      </w:r>
      <w:proofErr w:type="spellStart"/>
      <w:r w:rsidRPr="00563B50">
        <w:rPr>
          <w:rFonts w:cs="Times New Roman"/>
          <w:szCs w:val="24"/>
        </w:rPr>
        <w:t>angrenați</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activități</w:t>
      </w:r>
      <w:proofErr w:type="spellEnd"/>
      <w:r w:rsidRPr="00563B50">
        <w:rPr>
          <w:rFonts w:cs="Times New Roman"/>
          <w:szCs w:val="24"/>
        </w:rPr>
        <w:t xml:space="preserve"> </w:t>
      </w:r>
      <w:proofErr w:type="spellStart"/>
      <w:r w:rsidRPr="00563B50">
        <w:rPr>
          <w:rFonts w:cs="Times New Roman"/>
          <w:szCs w:val="24"/>
        </w:rPr>
        <w:t>comunitare</w:t>
      </w:r>
      <w:proofErr w:type="spellEnd"/>
      <w:r w:rsidRPr="00563B50">
        <w:rPr>
          <w:rFonts w:cs="Times New Roman"/>
          <w:szCs w:val="24"/>
        </w:rPr>
        <w:t xml:space="preserve">, </w:t>
      </w:r>
      <w:proofErr w:type="spellStart"/>
      <w:r w:rsidRPr="00563B50">
        <w:rPr>
          <w:rFonts w:cs="Times New Roman"/>
          <w:szCs w:val="24"/>
        </w:rPr>
        <w:t>interzicând</w:t>
      </w:r>
      <w:proofErr w:type="spellEnd"/>
      <w:r w:rsidRPr="00563B50">
        <w:rPr>
          <w:rFonts w:cs="Times New Roman"/>
          <w:szCs w:val="24"/>
        </w:rPr>
        <w:t xml:space="preserve"> </w:t>
      </w:r>
      <w:proofErr w:type="spellStart"/>
      <w:r w:rsidRPr="00563B50">
        <w:rPr>
          <w:rFonts w:cs="Times New Roman"/>
          <w:szCs w:val="24"/>
        </w:rPr>
        <w:t>publicarea</w:t>
      </w:r>
      <w:proofErr w:type="spellEnd"/>
      <w:r w:rsidRPr="00563B50">
        <w:rPr>
          <w:rFonts w:cs="Times New Roman"/>
          <w:szCs w:val="24"/>
        </w:rPr>
        <w:t xml:space="preserve"> </w:t>
      </w:r>
      <w:proofErr w:type="spellStart"/>
      <w:r w:rsidRPr="00563B50">
        <w:rPr>
          <w:rFonts w:cs="Times New Roman"/>
          <w:szCs w:val="24"/>
        </w:rPr>
        <w:t>listelor</w:t>
      </w:r>
      <w:proofErr w:type="spellEnd"/>
      <w:r w:rsidRPr="00563B50">
        <w:rPr>
          <w:rFonts w:cs="Times New Roman"/>
          <w:szCs w:val="24"/>
        </w:rPr>
        <w:t xml:space="preserve"> cu IDNP-</w:t>
      </w:r>
      <w:proofErr w:type="spellStart"/>
      <w:r w:rsidRPr="00563B50">
        <w:rPr>
          <w:rFonts w:cs="Times New Roman"/>
          <w:szCs w:val="24"/>
        </w:rPr>
        <w:t>uri</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date private.</w:t>
      </w:r>
    </w:p>
    <w:p w14:paraId="11DD121B" w14:textId="77777777" w:rsidR="00EE7ED3" w:rsidRPr="00C05153" w:rsidRDefault="00000000">
      <w:pPr>
        <w:numPr>
          <w:ilvl w:val="0"/>
          <w:numId w:val="4"/>
        </w:numPr>
        <w:jc w:val="both"/>
        <w:rPr>
          <w:rFonts w:cs="Times New Roman"/>
          <w:szCs w:val="24"/>
        </w:rPr>
      </w:pPr>
      <w:r w:rsidRPr="00563B50">
        <w:rPr>
          <w:rFonts w:cs="Times New Roman"/>
          <w:b/>
          <w:bCs/>
          <w:szCs w:val="24"/>
        </w:rPr>
        <w:t xml:space="preserve">Administrator al </w:t>
      </w:r>
      <w:proofErr w:type="spellStart"/>
      <w:r w:rsidRPr="00563B50">
        <w:rPr>
          <w:rFonts w:cs="Times New Roman"/>
          <w:b/>
          <w:bCs/>
          <w:szCs w:val="24"/>
        </w:rPr>
        <w:t>Pieței</w:t>
      </w:r>
      <w:proofErr w:type="spellEnd"/>
      <w:r w:rsidRPr="00563B50">
        <w:rPr>
          <w:rFonts w:cs="Times New Roman"/>
          <w:b/>
          <w:bCs/>
          <w:szCs w:val="24"/>
        </w:rPr>
        <w:t xml:space="preserve"> </w:t>
      </w:r>
      <w:proofErr w:type="spellStart"/>
      <w:r w:rsidRPr="00563B50">
        <w:rPr>
          <w:rFonts w:cs="Times New Roman"/>
          <w:b/>
          <w:bCs/>
          <w:szCs w:val="24"/>
        </w:rPr>
        <w:t>agroalimentare</w:t>
      </w:r>
      <w:proofErr w:type="spellEnd"/>
      <w:r w:rsidRPr="00563B50">
        <w:rPr>
          <w:rFonts w:cs="Times New Roman"/>
          <w:b/>
          <w:bCs/>
          <w:szCs w:val="24"/>
        </w:rPr>
        <w:t>:</w:t>
      </w:r>
    </w:p>
    <w:p w14:paraId="690C3E7E" w14:textId="77777777" w:rsidR="00EE7ED3" w:rsidRPr="00563B50" w:rsidRDefault="00000000" w:rsidP="00C05153">
      <w:pPr>
        <w:ind w:left="720"/>
        <w:jc w:val="both"/>
        <w:rPr>
          <w:rFonts w:cs="Times New Roman"/>
          <w:szCs w:val="24"/>
        </w:rPr>
      </w:pPr>
      <w:proofErr w:type="spellStart"/>
      <w:r w:rsidRPr="00563B50">
        <w:rPr>
          <w:rFonts w:cs="Times New Roman"/>
          <w:szCs w:val="24"/>
        </w:rPr>
        <w:t>Răspunde</w:t>
      </w:r>
      <w:proofErr w:type="spellEnd"/>
      <w:r w:rsidRPr="00563B50">
        <w:rPr>
          <w:rFonts w:cs="Times New Roman"/>
          <w:szCs w:val="24"/>
        </w:rPr>
        <w:t xml:space="preserve"> de </w:t>
      </w:r>
      <w:proofErr w:type="spellStart"/>
      <w:r w:rsidRPr="00563B50">
        <w:rPr>
          <w:rFonts w:cs="Times New Roman"/>
          <w:szCs w:val="24"/>
        </w:rPr>
        <w:t>legalitatea</w:t>
      </w:r>
      <w:proofErr w:type="spellEnd"/>
      <w:r w:rsidRPr="00563B50">
        <w:rPr>
          <w:rFonts w:cs="Times New Roman"/>
          <w:szCs w:val="24"/>
        </w:rPr>
        <w:t xml:space="preserve">, </w:t>
      </w:r>
      <w:proofErr w:type="spellStart"/>
      <w:r w:rsidRPr="00563B50">
        <w:rPr>
          <w:rFonts w:cs="Times New Roman"/>
          <w:szCs w:val="24"/>
        </w:rPr>
        <w:t>evidența</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protecția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culese</w:t>
      </w:r>
      <w:proofErr w:type="spellEnd"/>
      <w:r w:rsidRPr="00563B50">
        <w:rPr>
          <w:rFonts w:cs="Times New Roman"/>
          <w:szCs w:val="24"/>
        </w:rPr>
        <w:t xml:space="preserve"> de la </w:t>
      </w:r>
      <w:proofErr w:type="spellStart"/>
      <w:r w:rsidRPr="00563B50">
        <w:rPr>
          <w:rFonts w:cs="Times New Roman"/>
          <w:szCs w:val="24"/>
        </w:rPr>
        <w:t>comercianți</w:t>
      </w:r>
      <w:proofErr w:type="spellEnd"/>
      <w:r w:rsidRPr="00563B50">
        <w:rPr>
          <w:rFonts w:cs="Times New Roman"/>
          <w:szCs w:val="24"/>
        </w:rPr>
        <w:t xml:space="preserve">, </w:t>
      </w:r>
      <w:proofErr w:type="spellStart"/>
      <w:r w:rsidRPr="00563B50">
        <w:rPr>
          <w:rFonts w:cs="Times New Roman"/>
          <w:szCs w:val="24"/>
        </w:rPr>
        <w:t>gestionarea</w:t>
      </w:r>
      <w:proofErr w:type="spellEnd"/>
      <w:r w:rsidRPr="00563B50">
        <w:rPr>
          <w:rFonts w:cs="Times New Roman"/>
          <w:szCs w:val="24"/>
        </w:rPr>
        <w:t xml:space="preserve"> </w:t>
      </w:r>
      <w:proofErr w:type="spellStart"/>
      <w:r w:rsidRPr="00563B50">
        <w:rPr>
          <w:rFonts w:cs="Times New Roman"/>
          <w:szCs w:val="24"/>
        </w:rPr>
        <w:t>contractelor</w:t>
      </w:r>
      <w:proofErr w:type="spellEnd"/>
      <w:r w:rsidRPr="00563B50">
        <w:rPr>
          <w:rFonts w:cs="Times New Roman"/>
          <w:szCs w:val="24"/>
        </w:rPr>
        <w:t xml:space="preserve"> de </w:t>
      </w:r>
      <w:proofErr w:type="spellStart"/>
      <w:r w:rsidRPr="00563B50">
        <w:rPr>
          <w:rFonts w:cs="Times New Roman"/>
          <w:szCs w:val="24"/>
        </w:rPr>
        <w:t>locație</w:t>
      </w:r>
      <w:proofErr w:type="spellEnd"/>
      <w:r w:rsidRPr="00563B50">
        <w:rPr>
          <w:rFonts w:cs="Times New Roman"/>
          <w:szCs w:val="24"/>
        </w:rPr>
        <w:t xml:space="preserve"> a </w:t>
      </w:r>
      <w:proofErr w:type="spellStart"/>
      <w:r w:rsidRPr="00563B50">
        <w:rPr>
          <w:rFonts w:cs="Times New Roman"/>
          <w:szCs w:val="24"/>
        </w:rPr>
        <w:t>meselor</w:t>
      </w:r>
      <w:proofErr w:type="spellEnd"/>
      <w:r w:rsidRPr="00563B50">
        <w:rPr>
          <w:rFonts w:cs="Times New Roman"/>
          <w:szCs w:val="24"/>
        </w:rPr>
        <w:t>/</w:t>
      </w:r>
      <w:proofErr w:type="spellStart"/>
      <w:r w:rsidRPr="00563B50">
        <w:rPr>
          <w:rFonts w:cs="Times New Roman"/>
          <w:szCs w:val="24"/>
        </w:rPr>
        <w:t>halelor</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păstrarea</w:t>
      </w:r>
      <w:proofErr w:type="spellEnd"/>
      <w:r w:rsidRPr="00563B50">
        <w:rPr>
          <w:rFonts w:cs="Times New Roman"/>
          <w:szCs w:val="24"/>
        </w:rPr>
        <w:t xml:space="preserve"> </w:t>
      </w:r>
      <w:proofErr w:type="spellStart"/>
      <w:r w:rsidRPr="00563B50">
        <w:rPr>
          <w:rFonts w:cs="Times New Roman"/>
          <w:szCs w:val="24"/>
        </w:rPr>
        <w:t>chitanțierelor</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locuri</w:t>
      </w:r>
      <w:proofErr w:type="spellEnd"/>
      <w:r w:rsidRPr="00563B50">
        <w:rPr>
          <w:rFonts w:cs="Times New Roman"/>
          <w:szCs w:val="24"/>
        </w:rPr>
        <w:t xml:space="preserve"> </w:t>
      </w:r>
      <w:proofErr w:type="spellStart"/>
      <w:r w:rsidRPr="00563B50">
        <w:rPr>
          <w:rFonts w:cs="Times New Roman"/>
          <w:szCs w:val="24"/>
        </w:rPr>
        <w:t>securizate</w:t>
      </w:r>
      <w:proofErr w:type="spellEnd"/>
      <w:r w:rsidRPr="00563B50">
        <w:rPr>
          <w:rFonts w:cs="Times New Roman"/>
          <w:szCs w:val="24"/>
        </w:rPr>
        <w:t>.</w:t>
      </w:r>
    </w:p>
    <w:p w14:paraId="15C659D1" w14:textId="77777777" w:rsidR="00EE7ED3" w:rsidRPr="00C05153" w:rsidRDefault="00000000">
      <w:pPr>
        <w:numPr>
          <w:ilvl w:val="0"/>
          <w:numId w:val="4"/>
        </w:numPr>
        <w:jc w:val="both"/>
        <w:rPr>
          <w:rFonts w:cs="Times New Roman"/>
          <w:szCs w:val="24"/>
        </w:rPr>
      </w:pPr>
      <w:proofErr w:type="spellStart"/>
      <w:r w:rsidRPr="00563B50">
        <w:rPr>
          <w:rFonts w:cs="Times New Roman"/>
          <w:b/>
          <w:bCs/>
          <w:szCs w:val="24"/>
        </w:rPr>
        <w:t>Secretar-dactilograf</w:t>
      </w:r>
      <w:proofErr w:type="spellEnd"/>
      <w:r w:rsidRPr="00563B50">
        <w:rPr>
          <w:rFonts w:cs="Times New Roman"/>
          <w:b/>
          <w:bCs/>
          <w:szCs w:val="24"/>
        </w:rPr>
        <w:t xml:space="preserve"> </w:t>
      </w:r>
      <w:proofErr w:type="spellStart"/>
      <w:r w:rsidRPr="00563B50">
        <w:rPr>
          <w:rFonts w:cs="Times New Roman"/>
          <w:b/>
          <w:bCs/>
          <w:szCs w:val="24"/>
        </w:rPr>
        <w:t>și</w:t>
      </w:r>
      <w:proofErr w:type="spellEnd"/>
      <w:r w:rsidRPr="00563B50">
        <w:rPr>
          <w:rFonts w:cs="Times New Roman"/>
          <w:b/>
          <w:bCs/>
          <w:szCs w:val="24"/>
        </w:rPr>
        <w:t xml:space="preserve"> </w:t>
      </w:r>
      <w:proofErr w:type="spellStart"/>
      <w:r w:rsidRPr="00563B50">
        <w:rPr>
          <w:rFonts w:cs="Times New Roman"/>
          <w:b/>
          <w:bCs/>
          <w:szCs w:val="24"/>
        </w:rPr>
        <w:t>Arhivar</w:t>
      </w:r>
      <w:proofErr w:type="spellEnd"/>
      <w:r w:rsidRPr="00563B50">
        <w:rPr>
          <w:rFonts w:cs="Times New Roman"/>
          <w:b/>
          <w:bCs/>
          <w:szCs w:val="24"/>
        </w:rPr>
        <w:t>:</w:t>
      </w:r>
    </w:p>
    <w:p w14:paraId="75706BEF" w14:textId="77777777" w:rsidR="00EE7ED3" w:rsidRPr="00563B50" w:rsidRDefault="00000000" w:rsidP="00C05153">
      <w:pPr>
        <w:ind w:left="720"/>
        <w:jc w:val="both"/>
        <w:rPr>
          <w:rFonts w:cs="Times New Roman"/>
          <w:szCs w:val="24"/>
        </w:rPr>
      </w:pPr>
      <w:proofErr w:type="spellStart"/>
      <w:r w:rsidRPr="00563B50">
        <w:rPr>
          <w:rFonts w:cs="Times New Roman"/>
          <w:szCs w:val="24"/>
        </w:rPr>
        <w:t>Răspund</w:t>
      </w:r>
      <w:proofErr w:type="spellEnd"/>
      <w:r w:rsidRPr="00563B50">
        <w:rPr>
          <w:rFonts w:cs="Times New Roman"/>
          <w:szCs w:val="24"/>
        </w:rPr>
        <w:t xml:space="preserve"> de </w:t>
      </w:r>
      <w:proofErr w:type="spellStart"/>
      <w:r w:rsidRPr="00563B50">
        <w:rPr>
          <w:rFonts w:cs="Times New Roman"/>
          <w:szCs w:val="24"/>
        </w:rPr>
        <w:t>managementul</w:t>
      </w:r>
      <w:proofErr w:type="spellEnd"/>
      <w:r w:rsidRPr="00563B50">
        <w:rPr>
          <w:rFonts w:cs="Times New Roman"/>
          <w:szCs w:val="24"/>
        </w:rPr>
        <w:t xml:space="preserve"> </w:t>
      </w:r>
      <w:proofErr w:type="spellStart"/>
      <w:r w:rsidRPr="00563B50">
        <w:rPr>
          <w:rFonts w:cs="Times New Roman"/>
          <w:szCs w:val="24"/>
        </w:rPr>
        <w:t>securizat</w:t>
      </w:r>
      <w:proofErr w:type="spellEnd"/>
      <w:r w:rsidRPr="00563B50">
        <w:rPr>
          <w:rFonts w:cs="Times New Roman"/>
          <w:szCs w:val="24"/>
        </w:rPr>
        <w:t xml:space="preserve"> al </w:t>
      </w:r>
      <w:proofErr w:type="spellStart"/>
      <w:r w:rsidRPr="00563B50">
        <w:rPr>
          <w:rFonts w:cs="Times New Roman"/>
          <w:szCs w:val="24"/>
        </w:rPr>
        <w:t>fluxurilor</w:t>
      </w:r>
      <w:proofErr w:type="spellEnd"/>
      <w:r w:rsidRPr="00563B50">
        <w:rPr>
          <w:rFonts w:cs="Times New Roman"/>
          <w:szCs w:val="24"/>
        </w:rPr>
        <w:t xml:space="preserve"> de </w:t>
      </w:r>
      <w:proofErr w:type="spellStart"/>
      <w:r w:rsidRPr="00563B50">
        <w:rPr>
          <w:rFonts w:cs="Times New Roman"/>
          <w:szCs w:val="24"/>
        </w:rPr>
        <w:t>corespondență</w:t>
      </w:r>
      <w:proofErr w:type="spellEnd"/>
      <w:r w:rsidRPr="00563B50">
        <w:rPr>
          <w:rFonts w:cs="Times New Roman"/>
          <w:szCs w:val="24"/>
        </w:rPr>
        <w:t xml:space="preserve"> </w:t>
      </w:r>
      <w:proofErr w:type="spellStart"/>
      <w:r w:rsidRPr="00563B50">
        <w:rPr>
          <w:rFonts w:cs="Times New Roman"/>
          <w:szCs w:val="24"/>
        </w:rPr>
        <w:t>curentă</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istorică</w:t>
      </w:r>
      <w:proofErr w:type="spellEnd"/>
      <w:r w:rsidRPr="00563B50">
        <w:rPr>
          <w:rFonts w:cs="Times New Roman"/>
          <w:szCs w:val="24"/>
        </w:rPr>
        <w:t xml:space="preserve">, </w:t>
      </w:r>
      <w:proofErr w:type="spellStart"/>
      <w:r w:rsidRPr="00563B50">
        <w:rPr>
          <w:rFonts w:cs="Times New Roman"/>
          <w:szCs w:val="24"/>
        </w:rPr>
        <w:t>aplicând</w:t>
      </w:r>
      <w:proofErr w:type="spellEnd"/>
      <w:r w:rsidRPr="00563B50">
        <w:rPr>
          <w:rFonts w:cs="Times New Roman"/>
          <w:szCs w:val="24"/>
        </w:rPr>
        <w:t xml:space="preserve"> cu </w:t>
      </w:r>
      <w:proofErr w:type="spellStart"/>
      <w:r w:rsidRPr="00563B50">
        <w:rPr>
          <w:rFonts w:cs="Times New Roman"/>
          <w:szCs w:val="24"/>
        </w:rPr>
        <w:t>strictețe</w:t>
      </w:r>
      <w:proofErr w:type="spellEnd"/>
      <w:r w:rsidRPr="00563B50">
        <w:rPr>
          <w:rFonts w:cs="Times New Roman"/>
          <w:szCs w:val="24"/>
        </w:rPr>
        <w:t xml:space="preserve"> </w:t>
      </w:r>
      <w:proofErr w:type="spellStart"/>
      <w:r w:rsidRPr="00563B50">
        <w:rPr>
          <w:rFonts w:cs="Times New Roman"/>
          <w:szCs w:val="24"/>
        </w:rPr>
        <w:t>principiul</w:t>
      </w:r>
      <w:proofErr w:type="spellEnd"/>
      <w:r w:rsidRPr="00563B50">
        <w:rPr>
          <w:rFonts w:cs="Times New Roman"/>
          <w:szCs w:val="24"/>
        </w:rPr>
        <w:t xml:space="preserve"> „</w:t>
      </w:r>
      <w:proofErr w:type="spellStart"/>
      <w:r w:rsidRPr="00563B50">
        <w:rPr>
          <w:rFonts w:cs="Times New Roman"/>
          <w:szCs w:val="24"/>
        </w:rPr>
        <w:t>biroului</w:t>
      </w:r>
      <w:proofErr w:type="spellEnd"/>
      <w:r w:rsidRPr="00563B50">
        <w:rPr>
          <w:rFonts w:cs="Times New Roman"/>
          <w:szCs w:val="24"/>
        </w:rPr>
        <w:t xml:space="preserve"> </w:t>
      </w:r>
      <w:proofErr w:type="spellStart"/>
      <w:r w:rsidRPr="00563B50">
        <w:rPr>
          <w:rFonts w:cs="Times New Roman"/>
          <w:szCs w:val="24"/>
        </w:rPr>
        <w:t>curat</w:t>
      </w:r>
      <w:proofErr w:type="spellEnd"/>
      <w:r w:rsidRPr="00563B50">
        <w:rPr>
          <w:rFonts w:cs="Times New Roman"/>
          <w:szCs w:val="24"/>
        </w:rPr>
        <w:t xml:space="preserve">” la </w:t>
      </w:r>
      <w:proofErr w:type="spellStart"/>
      <w:r w:rsidRPr="00563B50">
        <w:rPr>
          <w:rFonts w:cs="Times New Roman"/>
          <w:szCs w:val="24"/>
        </w:rPr>
        <w:t>ghișeul</w:t>
      </w:r>
      <w:proofErr w:type="spellEnd"/>
      <w:r w:rsidRPr="00563B50">
        <w:rPr>
          <w:rFonts w:cs="Times New Roman"/>
          <w:szCs w:val="24"/>
        </w:rPr>
        <w:t xml:space="preserve"> de </w:t>
      </w:r>
      <w:proofErr w:type="spellStart"/>
      <w:r w:rsidRPr="00563B50">
        <w:rPr>
          <w:rFonts w:cs="Times New Roman"/>
          <w:szCs w:val="24"/>
        </w:rPr>
        <w:t>relații</w:t>
      </w:r>
      <w:proofErr w:type="spellEnd"/>
      <w:r w:rsidRPr="00563B50">
        <w:rPr>
          <w:rFonts w:cs="Times New Roman"/>
          <w:szCs w:val="24"/>
        </w:rPr>
        <w:t xml:space="preserve"> cu </w:t>
      </w:r>
      <w:proofErr w:type="spellStart"/>
      <w:r w:rsidRPr="00563B50">
        <w:rPr>
          <w:rFonts w:cs="Times New Roman"/>
          <w:szCs w:val="24"/>
        </w:rPr>
        <w:t>publicul</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depozitul</w:t>
      </w:r>
      <w:proofErr w:type="spellEnd"/>
      <w:r w:rsidRPr="00563B50">
        <w:rPr>
          <w:rFonts w:cs="Times New Roman"/>
          <w:szCs w:val="24"/>
        </w:rPr>
        <w:t xml:space="preserve"> de </w:t>
      </w:r>
      <w:proofErr w:type="spellStart"/>
      <w:r w:rsidRPr="00563B50">
        <w:rPr>
          <w:rFonts w:cs="Times New Roman"/>
          <w:szCs w:val="24"/>
        </w:rPr>
        <w:t>arhivă</w:t>
      </w:r>
      <w:proofErr w:type="spellEnd"/>
      <w:r w:rsidRPr="00563B50">
        <w:rPr>
          <w:rFonts w:cs="Times New Roman"/>
          <w:szCs w:val="24"/>
        </w:rPr>
        <w:t>.</w:t>
      </w:r>
    </w:p>
    <w:p w14:paraId="74E994D3" w14:textId="77777777" w:rsidR="00EE7ED3" w:rsidRPr="00C05153" w:rsidRDefault="00000000">
      <w:pPr>
        <w:numPr>
          <w:ilvl w:val="0"/>
          <w:numId w:val="4"/>
        </w:numPr>
        <w:jc w:val="both"/>
        <w:rPr>
          <w:rFonts w:cs="Times New Roman"/>
          <w:szCs w:val="24"/>
        </w:rPr>
      </w:pPr>
      <w:proofErr w:type="spellStart"/>
      <w:r w:rsidRPr="00563B50">
        <w:rPr>
          <w:rFonts w:cs="Times New Roman"/>
          <w:b/>
          <w:bCs/>
          <w:szCs w:val="24"/>
        </w:rPr>
        <w:t>Personalul</w:t>
      </w:r>
      <w:proofErr w:type="spellEnd"/>
      <w:r w:rsidRPr="00563B50">
        <w:rPr>
          <w:rFonts w:cs="Times New Roman"/>
          <w:b/>
          <w:bCs/>
          <w:szCs w:val="24"/>
        </w:rPr>
        <w:t xml:space="preserve"> Auxiliar (</w:t>
      </w:r>
      <w:proofErr w:type="spellStart"/>
      <w:r w:rsidRPr="00563B50">
        <w:rPr>
          <w:rFonts w:cs="Times New Roman"/>
          <w:b/>
          <w:bCs/>
          <w:szCs w:val="24"/>
        </w:rPr>
        <w:t>Conducător</w:t>
      </w:r>
      <w:proofErr w:type="spellEnd"/>
      <w:r w:rsidRPr="00563B50">
        <w:rPr>
          <w:rFonts w:cs="Times New Roman"/>
          <w:b/>
          <w:bCs/>
          <w:szCs w:val="24"/>
        </w:rPr>
        <w:t xml:space="preserve"> auto, Electrician, </w:t>
      </w:r>
      <w:proofErr w:type="spellStart"/>
      <w:r w:rsidRPr="00563B50">
        <w:rPr>
          <w:rFonts w:cs="Times New Roman"/>
          <w:b/>
          <w:bCs/>
          <w:szCs w:val="24"/>
        </w:rPr>
        <w:t>Paznic</w:t>
      </w:r>
      <w:proofErr w:type="spellEnd"/>
      <w:r w:rsidRPr="00563B50">
        <w:rPr>
          <w:rFonts w:cs="Times New Roman"/>
          <w:b/>
          <w:bCs/>
          <w:szCs w:val="24"/>
        </w:rPr>
        <w:t xml:space="preserve">, </w:t>
      </w:r>
      <w:proofErr w:type="spellStart"/>
      <w:r w:rsidRPr="00563B50">
        <w:rPr>
          <w:rFonts w:cs="Times New Roman"/>
          <w:b/>
          <w:bCs/>
          <w:szCs w:val="24"/>
        </w:rPr>
        <w:t>Îngrijitoare</w:t>
      </w:r>
      <w:proofErr w:type="spellEnd"/>
      <w:r w:rsidRPr="00563B50">
        <w:rPr>
          <w:rFonts w:cs="Times New Roman"/>
          <w:b/>
          <w:bCs/>
          <w:szCs w:val="24"/>
        </w:rPr>
        <w:t>):</w:t>
      </w:r>
      <w:r w:rsidRPr="00C05153">
        <w:rPr>
          <w:rFonts w:cs="Times New Roman"/>
          <w:szCs w:val="24"/>
        </w:rPr>
        <w:br/>
      </w:r>
      <w:proofErr w:type="spellStart"/>
      <w:r w:rsidRPr="00C05153">
        <w:rPr>
          <w:rFonts w:cs="Times New Roman"/>
          <w:szCs w:val="24"/>
        </w:rPr>
        <w:t>Răspund</w:t>
      </w:r>
      <w:proofErr w:type="spellEnd"/>
      <w:r w:rsidRPr="00C05153">
        <w:rPr>
          <w:rFonts w:cs="Times New Roman"/>
          <w:szCs w:val="24"/>
        </w:rPr>
        <w:t xml:space="preserve"> de </w:t>
      </w:r>
      <w:proofErr w:type="spellStart"/>
      <w:r w:rsidRPr="00C05153">
        <w:rPr>
          <w:rFonts w:cs="Times New Roman"/>
          <w:szCs w:val="24"/>
        </w:rPr>
        <w:t>aplicarea</w:t>
      </w:r>
      <w:proofErr w:type="spellEnd"/>
      <w:r w:rsidRPr="00C05153">
        <w:rPr>
          <w:rFonts w:cs="Times New Roman"/>
          <w:szCs w:val="24"/>
        </w:rPr>
        <w:t xml:space="preserve"> </w:t>
      </w:r>
      <w:proofErr w:type="spellStart"/>
      <w:r w:rsidRPr="00C05153">
        <w:rPr>
          <w:rFonts w:cs="Times New Roman"/>
          <w:szCs w:val="24"/>
        </w:rPr>
        <w:t>măsurilor</w:t>
      </w:r>
      <w:proofErr w:type="spellEnd"/>
      <w:r w:rsidRPr="00C05153">
        <w:rPr>
          <w:rFonts w:cs="Times New Roman"/>
          <w:szCs w:val="24"/>
        </w:rPr>
        <w:t xml:space="preserve"> de </w:t>
      </w:r>
      <w:proofErr w:type="spellStart"/>
      <w:r w:rsidRPr="00C05153">
        <w:rPr>
          <w:rFonts w:cs="Times New Roman"/>
          <w:szCs w:val="24"/>
        </w:rPr>
        <w:t>securitate</w:t>
      </w:r>
      <w:proofErr w:type="spellEnd"/>
      <w:r w:rsidRPr="00C05153">
        <w:rPr>
          <w:rFonts w:cs="Times New Roman"/>
          <w:szCs w:val="24"/>
        </w:rPr>
        <w:t xml:space="preserve"> </w:t>
      </w:r>
      <w:proofErr w:type="spellStart"/>
      <w:r w:rsidRPr="00C05153">
        <w:rPr>
          <w:rFonts w:cs="Times New Roman"/>
          <w:szCs w:val="24"/>
        </w:rPr>
        <w:t>fizică</w:t>
      </w:r>
      <w:proofErr w:type="spellEnd"/>
      <w:r w:rsidRPr="00C05153">
        <w:rPr>
          <w:rFonts w:cs="Times New Roman"/>
          <w:szCs w:val="24"/>
        </w:rPr>
        <w:t xml:space="preserve"> din </w:t>
      </w:r>
      <w:proofErr w:type="spellStart"/>
      <w:r w:rsidRPr="00C05153">
        <w:rPr>
          <w:rFonts w:cs="Times New Roman"/>
          <w:szCs w:val="24"/>
        </w:rPr>
        <w:t>perimetrul</w:t>
      </w:r>
      <w:proofErr w:type="spellEnd"/>
      <w:r w:rsidRPr="00C05153">
        <w:rPr>
          <w:rFonts w:cs="Times New Roman"/>
          <w:szCs w:val="24"/>
        </w:rPr>
        <w:t xml:space="preserve"> </w:t>
      </w:r>
      <w:proofErr w:type="spellStart"/>
      <w:r w:rsidRPr="00C05153">
        <w:rPr>
          <w:rFonts w:cs="Times New Roman"/>
          <w:szCs w:val="24"/>
        </w:rPr>
        <w:t>clădirii</w:t>
      </w:r>
      <w:proofErr w:type="spellEnd"/>
      <w:r w:rsidRPr="00C05153">
        <w:rPr>
          <w:rFonts w:cs="Times New Roman"/>
          <w:szCs w:val="24"/>
        </w:rPr>
        <w:t xml:space="preserve">, </w:t>
      </w:r>
      <w:proofErr w:type="spellStart"/>
      <w:r w:rsidRPr="00C05153">
        <w:rPr>
          <w:rFonts w:cs="Times New Roman"/>
          <w:szCs w:val="24"/>
        </w:rPr>
        <w:t>asigurând</w:t>
      </w:r>
      <w:proofErr w:type="spellEnd"/>
      <w:r w:rsidRPr="00C05153">
        <w:rPr>
          <w:rFonts w:cs="Times New Roman"/>
          <w:szCs w:val="24"/>
        </w:rPr>
        <w:t xml:space="preserve"> </w:t>
      </w:r>
      <w:proofErr w:type="spellStart"/>
      <w:r w:rsidRPr="00C05153">
        <w:rPr>
          <w:rFonts w:cs="Times New Roman"/>
          <w:szCs w:val="24"/>
        </w:rPr>
        <w:t>încuierea</w:t>
      </w:r>
      <w:proofErr w:type="spellEnd"/>
      <w:r w:rsidRPr="00C05153">
        <w:rPr>
          <w:rFonts w:cs="Times New Roman"/>
          <w:szCs w:val="24"/>
        </w:rPr>
        <w:t xml:space="preserve"> </w:t>
      </w:r>
      <w:proofErr w:type="spellStart"/>
      <w:r w:rsidRPr="00C05153">
        <w:rPr>
          <w:rFonts w:cs="Times New Roman"/>
          <w:szCs w:val="24"/>
        </w:rPr>
        <w:t>birourilor</w:t>
      </w:r>
      <w:proofErr w:type="spellEnd"/>
      <w:r w:rsidRPr="00C05153">
        <w:rPr>
          <w:rFonts w:cs="Times New Roman"/>
          <w:szCs w:val="24"/>
        </w:rPr>
        <w:t xml:space="preserve"> pe </w:t>
      </w:r>
      <w:proofErr w:type="spellStart"/>
      <w:r w:rsidRPr="00C05153">
        <w:rPr>
          <w:rFonts w:cs="Times New Roman"/>
          <w:szCs w:val="24"/>
        </w:rPr>
        <w:t>timp</w:t>
      </w:r>
      <w:proofErr w:type="spellEnd"/>
      <w:r w:rsidRPr="00C05153">
        <w:rPr>
          <w:rFonts w:cs="Times New Roman"/>
          <w:szCs w:val="24"/>
        </w:rPr>
        <w:t xml:space="preserve"> de </w:t>
      </w:r>
      <w:proofErr w:type="spellStart"/>
      <w:r w:rsidRPr="00C05153">
        <w:rPr>
          <w:rFonts w:cs="Times New Roman"/>
          <w:szCs w:val="24"/>
        </w:rPr>
        <w:t>noapte</w:t>
      </w:r>
      <w:proofErr w:type="spellEnd"/>
      <w:r w:rsidRPr="00C05153">
        <w:rPr>
          <w:rFonts w:cs="Times New Roman"/>
          <w:szCs w:val="24"/>
        </w:rPr>
        <w:t xml:space="preserve"> </w:t>
      </w:r>
      <w:proofErr w:type="spellStart"/>
      <w:r w:rsidRPr="00C05153">
        <w:rPr>
          <w:rFonts w:cs="Times New Roman"/>
          <w:szCs w:val="24"/>
        </w:rPr>
        <w:t>sau</w:t>
      </w:r>
      <w:proofErr w:type="spellEnd"/>
      <w:r w:rsidRPr="00C05153">
        <w:rPr>
          <w:rFonts w:cs="Times New Roman"/>
          <w:szCs w:val="24"/>
        </w:rPr>
        <w:t xml:space="preserve"> </w:t>
      </w:r>
      <w:proofErr w:type="spellStart"/>
      <w:r w:rsidRPr="00C05153">
        <w:rPr>
          <w:rFonts w:cs="Times New Roman"/>
          <w:szCs w:val="24"/>
        </w:rPr>
        <w:t>în</w:t>
      </w:r>
      <w:proofErr w:type="spellEnd"/>
      <w:r w:rsidRPr="00C05153">
        <w:rPr>
          <w:rFonts w:cs="Times New Roman"/>
          <w:szCs w:val="24"/>
        </w:rPr>
        <w:t xml:space="preserve"> </w:t>
      </w:r>
      <w:proofErr w:type="spellStart"/>
      <w:r w:rsidRPr="00C05153">
        <w:rPr>
          <w:rFonts w:cs="Times New Roman"/>
          <w:szCs w:val="24"/>
        </w:rPr>
        <w:t>lipsa</w:t>
      </w:r>
      <w:proofErr w:type="spellEnd"/>
      <w:r w:rsidRPr="00C05153">
        <w:rPr>
          <w:rFonts w:cs="Times New Roman"/>
          <w:szCs w:val="24"/>
        </w:rPr>
        <w:t xml:space="preserve"> </w:t>
      </w:r>
      <w:proofErr w:type="spellStart"/>
      <w:r w:rsidRPr="00C05153">
        <w:rPr>
          <w:rFonts w:cs="Times New Roman"/>
          <w:szCs w:val="24"/>
        </w:rPr>
        <w:t>personalului</w:t>
      </w:r>
      <w:proofErr w:type="spellEnd"/>
      <w:r w:rsidRPr="00C05153">
        <w:rPr>
          <w:rFonts w:cs="Times New Roman"/>
          <w:szCs w:val="24"/>
        </w:rPr>
        <w:t xml:space="preserve"> </w:t>
      </w:r>
      <w:proofErr w:type="spellStart"/>
      <w:r w:rsidRPr="00C05153">
        <w:rPr>
          <w:rFonts w:cs="Times New Roman"/>
          <w:szCs w:val="24"/>
        </w:rPr>
        <w:t>și</w:t>
      </w:r>
      <w:proofErr w:type="spellEnd"/>
      <w:r w:rsidRPr="00C05153">
        <w:rPr>
          <w:rFonts w:cs="Times New Roman"/>
          <w:szCs w:val="24"/>
        </w:rPr>
        <w:t xml:space="preserve"> </w:t>
      </w:r>
      <w:proofErr w:type="spellStart"/>
      <w:r w:rsidRPr="00C05153">
        <w:rPr>
          <w:rFonts w:cs="Times New Roman"/>
          <w:szCs w:val="24"/>
        </w:rPr>
        <w:t>semnalarea</w:t>
      </w:r>
      <w:proofErr w:type="spellEnd"/>
      <w:r w:rsidRPr="00C05153">
        <w:rPr>
          <w:rFonts w:cs="Times New Roman"/>
          <w:szCs w:val="24"/>
        </w:rPr>
        <w:t xml:space="preserve"> </w:t>
      </w:r>
      <w:proofErr w:type="spellStart"/>
      <w:r w:rsidRPr="00C05153">
        <w:rPr>
          <w:rFonts w:cs="Times New Roman"/>
          <w:szCs w:val="24"/>
        </w:rPr>
        <w:t>tentativelor</w:t>
      </w:r>
      <w:proofErr w:type="spellEnd"/>
      <w:r w:rsidRPr="00C05153">
        <w:rPr>
          <w:rFonts w:cs="Times New Roman"/>
          <w:szCs w:val="24"/>
        </w:rPr>
        <w:t xml:space="preserve"> de </w:t>
      </w:r>
      <w:proofErr w:type="spellStart"/>
      <w:r w:rsidRPr="00C05153">
        <w:rPr>
          <w:rFonts w:cs="Times New Roman"/>
          <w:szCs w:val="24"/>
        </w:rPr>
        <w:t>intruziune</w:t>
      </w:r>
      <w:proofErr w:type="spellEnd"/>
      <w:r w:rsidRPr="00C05153">
        <w:rPr>
          <w:rFonts w:cs="Times New Roman"/>
          <w:szCs w:val="24"/>
        </w:rPr>
        <w:t>.</w:t>
      </w:r>
    </w:p>
    <w:p w14:paraId="3FFF5D29" w14:textId="77777777" w:rsidR="00EE7ED3" w:rsidRPr="00563B50" w:rsidRDefault="00000000" w:rsidP="00A33FF6">
      <w:pPr>
        <w:rPr>
          <w:rFonts w:cs="Times New Roman"/>
          <w:b/>
          <w:bCs/>
          <w:szCs w:val="24"/>
        </w:rPr>
      </w:pPr>
      <w:r w:rsidRPr="00563B50">
        <w:rPr>
          <w:rFonts w:cs="Times New Roman"/>
          <w:b/>
          <w:bCs/>
          <w:szCs w:val="24"/>
        </w:rPr>
        <w:t xml:space="preserve">5.3. </w:t>
      </w:r>
      <w:proofErr w:type="spellStart"/>
      <w:r w:rsidRPr="00563B50">
        <w:rPr>
          <w:rFonts w:cs="Times New Roman"/>
          <w:b/>
          <w:bCs/>
          <w:szCs w:val="24"/>
        </w:rPr>
        <w:t>Subdiviziunea</w:t>
      </w:r>
      <w:proofErr w:type="spellEnd"/>
      <w:r w:rsidRPr="00563B50">
        <w:rPr>
          <w:rFonts w:cs="Times New Roman"/>
          <w:b/>
          <w:bCs/>
          <w:szCs w:val="24"/>
        </w:rPr>
        <w:t xml:space="preserve"> </w:t>
      </w:r>
      <w:proofErr w:type="spellStart"/>
      <w:r w:rsidRPr="00563B50">
        <w:rPr>
          <w:rFonts w:cs="Times New Roman"/>
          <w:b/>
          <w:bCs/>
          <w:szCs w:val="24"/>
        </w:rPr>
        <w:t>Tehnologii</w:t>
      </w:r>
      <w:proofErr w:type="spellEnd"/>
      <w:r w:rsidRPr="00563B50">
        <w:rPr>
          <w:rFonts w:cs="Times New Roman"/>
          <w:b/>
          <w:bCs/>
          <w:szCs w:val="24"/>
        </w:rPr>
        <w:t xml:space="preserve"> </w:t>
      </w:r>
      <w:proofErr w:type="spellStart"/>
      <w:r w:rsidRPr="00563B50">
        <w:rPr>
          <w:rFonts w:cs="Times New Roman"/>
          <w:b/>
          <w:bCs/>
          <w:szCs w:val="24"/>
        </w:rPr>
        <w:t>Informaționale</w:t>
      </w:r>
      <w:proofErr w:type="spellEnd"/>
      <w:r w:rsidRPr="00563B50">
        <w:rPr>
          <w:rFonts w:cs="Times New Roman"/>
          <w:b/>
          <w:bCs/>
          <w:szCs w:val="24"/>
        </w:rPr>
        <w:t xml:space="preserve"> / </w:t>
      </w:r>
      <w:proofErr w:type="spellStart"/>
      <w:r w:rsidRPr="00563B50">
        <w:rPr>
          <w:rFonts w:cs="Times New Roman"/>
          <w:b/>
          <w:bCs/>
          <w:szCs w:val="24"/>
        </w:rPr>
        <w:t>Specialistul</w:t>
      </w:r>
      <w:proofErr w:type="spellEnd"/>
      <w:r w:rsidRPr="00563B50">
        <w:rPr>
          <w:rFonts w:cs="Times New Roman"/>
          <w:b/>
          <w:bCs/>
          <w:szCs w:val="24"/>
        </w:rPr>
        <w:t xml:space="preserve"> </w:t>
      </w:r>
      <w:proofErr w:type="spellStart"/>
      <w:r w:rsidRPr="00563B50">
        <w:rPr>
          <w:rFonts w:cs="Times New Roman"/>
          <w:b/>
          <w:bCs/>
          <w:szCs w:val="24"/>
        </w:rPr>
        <w:t>desemnat</w:t>
      </w:r>
      <w:proofErr w:type="spellEnd"/>
      <w:r w:rsidRPr="00563B50">
        <w:rPr>
          <w:rFonts w:cs="Times New Roman"/>
          <w:b/>
          <w:bCs/>
          <w:szCs w:val="24"/>
        </w:rPr>
        <w:t xml:space="preserve"> IT</w:t>
      </w:r>
    </w:p>
    <w:p w14:paraId="42A5C722" w14:textId="77777777" w:rsidR="00EE7ED3" w:rsidRPr="00563B50" w:rsidRDefault="00000000" w:rsidP="00C87C7A">
      <w:pPr>
        <w:jc w:val="both"/>
        <w:rPr>
          <w:rFonts w:cs="Times New Roman"/>
          <w:szCs w:val="24"/>
        </w:rPr>
      </w:pPr>
      <w:proofErr w:type="spellStart"/>
      <w:r w:rsidRPr="00563B50">
        <w:rPr>
          <w:rFonts w:cs="Times New Roman"/>
          <w:szCs w:val="24"/>
        </w:rPr>
        <w:t>Specialistul</w:t>
      </w:r>
      <w:proofErr w:type="spellEnd"/>
      <w:r w:rsidRPr="00563B50">
        <w:rPr>
          <w:rFonts w:cs="Times New Roman"/>
          <w:szCs w:val="24"/>
        </w:rPr>
        <w:t xml:space="preserve"> </w:t>
      </w:r>
      <w:proofErr w:type="spellStart"/>
      <w:r w:rsidRPr="00563B50">
        <w:rPr>
          <w:rFonts w:cs="Times New Roman"/>
          <w:szCs w:val="24"/>
        </w:rPr>
        <w:t>responsabil</w:t>
      </w:r>
      <w:proofErr w:type="spellEnd"/>
      <w:r w:rsidRPr="00563B50">
        <w:rPr>
          <w:rFonts w:cs="Times New Roman"/>
          <w:szCs w:val="24"/>
        </w:rPr>
        <w:t xml:space="preserve"> de </w:t>
      </w:r>
      <w:proofErr w:type="spellStart"/>
      <w:r w:rsidRPr="00563B50">
        <w:rPr>
          <w:rFonts w:cs="Times New Roman"/>
          <w:szCs w:val="24"/>
        </w:rPr>
        <w:t>administrarea</w:t>
      </w:r>
      <w:proofErr w:type="spellEnd"/>
      <w:r w:rsidRPr="00563B50">
        <w:rPr>
          <w:rFonts w:cs="Times New Roman"/>
          <w:szCs w:val="24"/>
        </w:rPr>
        <w:t xml:space="preserve"> </w:t>
      </w:r>
      <w:proofErr w:type="spellStart"/>
      <w:r w:rsidRPr="00563B50">
        <w:rPr>
          <w:rFonts w:cs="Times New Roman"/>
          <w:szCs w:val="24"/>
        </w:rPr>
        <w:t>rețelei</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sistemelor</w:t>
      </w:r>
      <w:proofErr w:type="spellEnd"/>
      <w:r w:rsidRPr="00563B50">
        <w:rPr>
          <w:rFonts w:cs="Times New Roman"/>
          <w:szCs w:val="24"/>
        </w:rPr>
        <w:t xml:space="preserve"> IT din </w:t>
      </w:r>
      <w:proofErr w:type="spellStart"/>
      <w:r w:rsidRPr="00563B50">
        <w:rPr>
          <w:rFonts w:cs="Times New Roman"/>
          <w:szCs w:val="24"/>
        </w:rPr>
        <w:t>cadrul</w:t>
      </w:r>
      <w:proofErr w:type="spellEnd"/>
      <w:r w:rsidRPr="00563B50">
        <w:rPr>
          <w:rFonts w:cs="Times New Roman"/>
          <w:szCs w:val="24"/>
        </w:rPr>
        <w:t xml:space="preserve"> </w:t>
      </w:r>
      <w:proofErr w:type="spellStart"/>
      <w:r w:rsidRPr="00563B50">
        <w:rPr>
          <w:rFonts w:cs="Times New Roman"/>
          <w:szCs w:val="24"/>
        </w:rPr>
        <w:t>Primăriei</w:t>
      </w:r>
      <w:proofErr w:type="spellEnd"/>
      <w:r w:rsidRPr="00563B50">
        <w:rPr>
          <w:rFonts w:cs="Times New Roman"/>
          <w:szCs w:val="24"/>
        </w:rPr>
        <w:t xml:space="preserve"> are </w:t>
      </w:r>
      <w:proofErr w:type="spellStart"/>
      <w:r w:rsidRPr="00563B50">
        <w:rPr>
          <w:rFonts w:cs="Times New Roman"/>
          <w:szCs w:val="24"/>
        </w:rPr>
        <w:t>următoarele</w:t>
      </w:r>
      <w:proofErr w:type="spellEnd"/>
      <w:r w:rsidRPr="00563B50">
        <w:rPr>
          <w:rFonts w:cs="Times New Roman"/>
          <w:szCs w:val="24"/>
        </w:rPr>
        <w:t xml:space="preserve"> </w:t>
      </w:r>
      <w:proofErr w:type="spellStart"/>
      <w:r w:rsidRPr="00563B50">
        <w:rPr>
          <w:rFonts w:cs="Times New Roman"/>
          <w:szCs w:val="24"/>
        </w:rPr>
        <w:t>obligații</w:t>
      </w:r>
      <w:proofErr w:type="spellEnd"/>
      <w:r w:rsidRPr="00563B50">
        <w:rPr>
          <w:rFonts w:cs="Times New Roman"/>
          <w:szCs w:val="24"/>
        </w:rPr>
        <w:t xml:space="preserve"> </w:t>
      </w:r>
      <w:proofErr w:type="spellStart"/>
      <w:r w:rsidRPr="00563B50">
        <w:rPr>
          <w:rFonts w:cs="Times New Roman"/>
          <w:szCs w:val="24"/>
        </w:rPr>
        <w:t>tehnice</w:t>
      </w:r>
      <w:proofErr w:type="spellEnd"/>
      <w:r w:rsidRPr="00563B50">
        <w:rPr>
          <w:rFonts w:cs="Times New Roman"/>
          <w:szCs w:val="24"/>
        </w:rPr>
        <w:t>:</w:t>
      </w:r>
    </w:p>
    <w:p w14:paraId="6CD54A00" w14:textId="77777777" w:rsidR="00EE7ED3" w:rsidRPr="00563B50" w:rsidRDefault="00000000">
      <w:pPr>
        <w:numPr>
          <w:ilvl w:val="0"/>
          <w:numId w:val="5"/>
        </w:numPr>
        <w:jc w:val="both"/>
        <w:rPr>
          <w:rFonts w:cs="Times New Roman"/>
          <w:szCs w:val="24"/>
        </w:rPr>
      </w:pPr>
      <w:proofErr w:type="spellStart"/>
      <w:r w:rsidRPr="00563B50">
        <w:rPr>
          <w:rFonts w:cs="Times New Roman"/>
          <w:b/>
          <w:bCs/>
          <w:szCs w:val="24"/>
        </w:rPr>
        <w:lastRenderedPageBreak/>
        <w:t>Securizarea</w:t>
      </w:r>
      <w:proofErr w:type="spellEnd"/>
      <w:r w:rsidRPr="00563B50">
        <w:rPr>
          <w:rFonts w:cs="Times New Roman"/>
          <w:b/>
          <w:bCs/>
          <w:szCs w:val="24"/>
        </w:rPr>
        <w:t xml:space="preserve"> </w:t>
      </w:r>
      <w:proofErr w:type="spellStart"/>
      <w:r w:rsidRPr="00563B50">
        <w:rPr>
          <w:rFonts w:cs="Times New Roman"/>
          <w:b/>
          <w:bCs/>
          <w:szCs w:val="24"/>
        </w:rPr>
        <w:t>infrastructurii</w:t>
      </w:r>
      <w:proofErr w:type="spellEnd"/>
      <w:r w:rsidRPr="00563B50">
        <w:rPr>
          <w:rFonts w:cs="Times New Roman"/>
          <w:b/>
          <w:bCs/>
          <w:szCs w:val="24"/>
        </w:rPr>
        <w:t>:</w:t>
      </w:r>
      <w:r w:rsidRPr="00563B50">
        <w:rPr>
          <w:rFonts w:cs="Times New Roman"/>
          <w:szCs w:val="24"/>
        </w:rPr>
        <w:t xml:space="preserve"> </w:t>
      </w:r>
      <w:proofErr w:type="spellStart"/>
      <w:r w:rsidRPr="00563B50">
        <w:rPr>
          <w:rFonts w:cs="Times New Roman"/>
          <w:szCs w:val="24"/>
        </w:rPr>
        <w:t>Stabilește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implementează</w:t>
      </w:r>
      <w:proofErr w:type="spellEnd"/>
      <w:r w:rsidRPr="00563B50">
        <w:rPr>
          <w:rFonts w:cs="Times New Roman"/>
          <w:szCs w:val="24"/>
        </w:rPr>
        <w:t xml:space="preserve"> </w:t>
      </w:r>
      <w:proofErr w:type="spellStart"/>
      <w:r w:rsidRPr="00563B50">
        <w:rPr>
          <w:rFonts w:cs="Times New Roman"/>
          <w:szCs w:val="24"/>
        </w:rPr>
        <w:t>măsuri</w:t>
      </w:r>
      <w:proofErr w:type="spellEnd"/>
      <w:r w:rsidRPr="00563B50">
        <w:rPr>
          <w:rFonts w:cs="Times New Roman"/>
          <w:szCs w:val="24"/>
        </w:rPr>
        <w:t xml:space="preserve"> </w:t>
      </w:r>
      <w:proofErr w:type="spellStart"/>
      <w:r w:rsidRPr="00563B50">
        <w:rPr>
          <w:rFonts w:cs="Times New Roman"/>
          <w:szCs w:val="24"/>
        </w:rPr>
        <w:t>tehnice</w:t>
      </w:r>
      <w:proofErr w:type="spellEnd"/>
      <w:r w:rsidRPr="00563B50">
        <w:rPr>
          <w:rFonts w:cs="Times New Roman"/>
          <w:szCs w:val="24"/>
        </w:rPr>
        <w:t xml:space="preserve"> </w:t>
      </w:r>
      <w:proofErr w:type="spellStart"/>
      <w:r w:rsidRPr="00563B50">
        <w:rPr>
          <w:rFonts w:cs="Times New Roman"/>
          <w:szCs w:val="24"/>
        </w:rPr>
        <w:t>stricte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vederea</w:t>
      </w:r>
      <w:proofErr w:type="spellEnd"/>
      <w:r w:rsidRPr="00563B50">
        <w:rPr>
          <w:rFonts w:cs="Times New Roman"/>
          <w:szCs w:val="24"/>
        </w:rPr>
        <w:t xml:space="preserve"> </w:t>
      </w:r>
      <w:proofErr w:type="spellStart"/>
      <w:r w:rsidRPr="00563B50">
        <w:rPr>
          <w:rFonts w:cs="Times New Roman"/>
          <w:szCs w:val="24"/>
        </w:rPr>
        <w:t>securizării</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personale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rețeaua</w:t>
      </w:r>
      <w:proofErr w:type="spellEnd"/>
      <w:r w:rsidRPr="00563B50">
        <w:rPr>
          <w:rFonts w:cs="Times New Roman"/>
          <w:szCs w:val="24"/>
        </w:rPr>
        <w:t xml:space="preserve"> </w:t>
      </w:r>
      <w:proofErr w:type="spellStart"/>
      <w:r w:rsidRPr="00563B50">
        <w:rPr>
          <w:rFonts w:cs="Times New Roman"/>
          <w:szCs w:val="24"/>
        </w:rPr>
        <w:t>instituției</w:t>
      </w:r>
      <w:proofErr w:type="spellEnd"/>
      <w:r w:rsidRPr="00563B50">
        <w:rPr>
          <w:rFonts w:cs="Times New Roman"/>
          <w:szCs w:val="24"/>
        </w:rPr>
        <w:t>;</w:t>
      </w:r>
    </w:p>
    <w:p w14:paraId="4D84DC5B" w14:textId="77777777" w:rsidR="00EE7ED3" w:rsidRPr="00563B50" w:rsidRDefault="00000000">
      <w:pPr>
        <w:numPr>
          <w:ilvl w:val="0"/>
          <w:numId w:val="5"/>
        </w:numPr>
        <w:jc w:val="both"/>
        <w:rPr>
          <w:rFonts w:cs="Times New Roman"/>
          <w:szCs w:val="24"/>
        </w:rPr>
      </w:pPr>
      <w:proofErr w:type="spellStart"/>
      <w:r w:rsidRPr="00563B50">
        <w:rPr>
          <w:rFonts w:cs="Times New Roman"/>
          <w:b/>
          <w:bCs/>
          <w:szCs w:val="24"/>
        </w:rPr>
        <w:t>Protecția</w:t>
      </w:r>
      <w:proofErr w:type="spellEnd"/>
      <w:r w:rsidRPr="00563B50">
        <w:rPr>
          <w:rFonts w:cs="Times New Roman"/>
          <w:b/>
          <w:bCs/>
          <w:szCs w:val="24"/>
        </w:rPr>
        <w:t xml:space="preserve"> </w:t>
      </w:r>
      <w:proofErr w:type="spellStart"/>
      <w:r w:rsidRPr="00563B50">
        <w:rPr>
          <w:rFonts w:cs="Times New Roman"/>
          <w:b/>
          <w:bCs/>
          <w:szCs w:val="24"/>
        </w:rPr>
        <w:t>echipamentelor</w:t>
      </w:r>
      <w:proofErr w:type="spellEnd"/>
      <w:r w:rsidRPr="00563B50">
        <w:rPr>
          <w:rFonts w:cs="Times New Roman"/>
          <w:b/>
          <w:bCs/>
          <w:szCs w:val="24"/>
        </w:rPr>
        <w:t>:</w:t>
      </w:r>
      <w:r w:rsidRPr="00563B50">
        <w:rPr>
          <w:rFonts w:cs="Times New Roman"/>
          <w:szCs w:val="24"/>
        </w:rPr>
        <w:t xml:space="preserve"> </w:t>
      </w:r>
      <w:proofErr w:type="spellStart"/>
      <w:r w:rsidRPr="00563B50">
        <w:rPr>
          <w:rFonts w:cs="Times New Roman"/>
          <w:szCs w:val="24"/>
        </w:rPr>
        <w:t>Asigură</w:t>
      </w:r>
      <w:proofErr w:type="spellEnd"/>
      <w:r w:rsidRPr="00563B50">
        <w:rPr>
          <w:rFonts w:cs="Times New Roman"/>
          <w:szCs w:val="24"/>
        </w:rPr>
        <w:t xml:space="preserve"> </w:t>
      </w:r>
      <w:proofErr w:type="spellStart"/>
      <w:r w:rsidRPr="00563B50">
        <w:rPr>
          <w:rFonts w:cs="Times New Roman"/>
          <w:szCs w:val="24"/>
        </w:rPr>
        <w:t>securizarea</w:t>
      </w:r>
      <w:proofErr w:type="spellEnd"/>
      <w:r w:rsidRPr="00563B50">
        <w:rPr>
          <w:rFonts w:cs="Times New Roman"/>
          <w:szCs w:val="24"/>
        </w:rPr>
        <w:t xml:space="preserve"> </w:t>
      </w:r>
      <w:proofErr w:type="spellStart"/>
      <w:r w:rsidRPr="00563B50">
        <w:rPr>
          <w:rFonts w:cs="Times New Roman"/>
          <w:szCs w:val="24"/>
        </w:rPr>
        <w:t>tuturor</w:t>
      </w:r>
      <w:proofErr w:type="spellEnd"/>
      <w:r w:rsidRPr="00563B50">
        <w:rPr>
          <w:rFonts w:cs="Times New Roman"/>
          <w:szCs w:val="24"/>
        </w:rPr>
        <w:t xml:space="preserve"> </w:t>
      </w:r>
      <w:proofErr w:type="spellStart"/>
      <w:r w:rsidRPr="00563B50">
        <w:rPr>
          <w:rFonts w:cs="Times New Roman"/>
          <w:szCs w:val="24"/>
        </w:rPr>
        <w:t>sistemelor</w:t>
      </w:r>
      <w:proofErr w:type="spellEnd"/>
      <w:r w:rsidRPr="00563B50">
        <w:rPr>
          <w:rFonts w:cs="Times New Roman"/>
          <w:szCs w:val="24"/>
        </w:rPr>
        <w:t xml:space="preserve">, </w:t>
      </w:r>
      <w:proofErr w:type="spellStart"/>
      <w:r w:rsidRPr="00563B50">
        <w:rPr>
          <w:rFonts w:cs="Times New Roman"/>
          <w:szCs w:val="24"/>
        </w:rPr>
        <w:t>serviciilor</w:t>
      </w:r>
      <w:proofErr w:type="spellEnd"/>
      <w:r w:rsidRPr="00563B50">
        <w:rPr>
          <w:rFonts w:cs="Times New Roman"/>
          <w:szCs w:val="24"/>
        </w:rPr>
        <w:t xml:space="preserve"> de e-mail </w:t>
      </w:r>
      <w:proofErr w:type="spellStart"/>
      <w:r w:rsidRPr="00563B50">
        <w:rPr>
          <w:rFonts w:cs="Times New Roman"/>
          <w:szCs w:val="24"/>
        </w:rPr>
        <w:t>instituțional</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a </w:t>
      </w:r>
      <w:proofErr w:type="spellStart"/>
      <w:r w:rsidRPr="00563B50">
        <w:rPr>
          <w:rFonts w:cs="Times New Roman"/>
          <w:szCs w:val="24"/>
        </w:rPr>
        <w:t>echipamentelor</w:t>
      </w:r>
      <w:proofErr w:type="spellEnd"/>
      <w:r w:rsidRPr="00563B50">
        <w:rPr>
          <w:rFonts w:cs="Times New Roman"/>
          <w:szCs w:val="24"/>
        </w:rPr>
        <w:t xml:space="preserve"> </w:t>
      </w:r>
      <w:proofErr w:type="spellStart"/>
      <w:r w:rsidRPr="00563B50">
        <w:rPr>
          <w:rFonts w:cs="Times New Roman"/>
          <w:szCs w:val="24"/>
        </w:rPr>
        <w:t>informatice</w:t>
      </w:r>
      <w:proofErr w:type="spellEnd"/>
      <w:r w:rsidRPr="00563B50">
        <w:rPr>
          <w:rFonts w:cs="Times New Roman"/>
          <w:szCs w:val="24"/>
        </w:rPr>
        <w:t xml:space="preserve"> care sunt </w:t>
      </w:r>
      <w:proofErr w:type="spellStart"/>
      <w:r w:rsidRPr="00563B50">
        <w:rPr>
          <w:rFonts w:cs="Times New Roman"/>
          <w:szCs w:val="24"/>
        </w:rPr>
        <w:t>folosite</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stocarea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și</w:t>
      </w:r>
      <w:proofErr w:type="spellEnd"/>
      <w:r w:rsidRPr="00563B50">
        <w:rPr>
          <w:rFonts w:cs="Times New Roman"/>
          <w:szCs w:val="24"/>
        </w:rPr>
        <w:t xml:space="preserve"> care </w:t>
      </w:r>
      <w:proofErr w:type="spellStart"/>
      <w:r w:rsidRPr="00563B50">
        <w:rPr>
          <w:rFonts w:cs="Times New Roman"/>
          <w:szCs w:val="24"/>
        </w:rPr>
        <w:t>aparțin</w:t>
      </w:r>
      <w:proofErr w:type="spellEnd"/>
      <w:r w:rsidRPr="00563B50">
        <w:rPr>
          <w:rFonts w:cs="Times New Roman"/>
          <w:szCs w:val="24"/>
        </w:rPr>
        <w:t xml:space="preserve"> </w:t>
      </w:r>
      <w:proofErr w:type="spellStart"/>
      <w:r w:rsidRPr="00563B50">
        <w:rPr>
          <w:rFonts w:cs="Times New Roman"/>
          <w:szCs w:val="24"/>
        </w:rPr>
        <w:t>Primăriei</w:t>
      </w:r>
      <w:proofErr w:type="spellEnd"/>
      <w:r w:rsidRPr="00563B50">
        <w:rPr>
          <w:rFonts w:cs="Times New Roman"/>
          <w:szCs w:val="24"/>
        </w:rPr>
        <w:t>;</w:t>
      </w:r>
    </w:p>
    <w:p w14:paraId="7D0680B9" w14:textId="77777777" w:rsidR="00EE7ED3" w:rsidRPr="00563B50" w:rsidRDefault="00000000">
      <w:pPr>
        <w:numPr>
          <w:ilvl w:val="0"/>
          <w:numId w:val="5"/>
        </w:numPr>
        <w:jc w:val="both"/>
        <w:rPr>
          <w:rFonts w:cs="Times New Roman"/>
          <w:szCs w:val="24"/>
        </w:rPr>
      </w:pPr>
      <w:proofErr w:type="spellStart"/>
      <w:r w:rsidRPr="00563B50">
        <w:rPr>
          <w:rFonts w:cs="Times New Roman"/>
          <w:b/>
          <w:bCs/>
          <w:szCs w:val="24"/>
        </w:rPr>
        <w:t>Controale</w:t>
      </w:r>
      <w:proofErr w:type="spellEnd"/>
      <w:r w:rsidRPr="00563B50">
        <w:rPr>
          <w:rFonts w:cs="Times New Roman"/>
          <w:b/>
          <w:bCs/>
          <w:szCs w:val="24"/>
        </w:rPr>
        <w:t xml:space="preserve"> de </w:t>
      </w:r>
      <w:proofErr w:type="spellStart"/>
      <w:r w:rsidRPr="00563B50">
        <w:rPr>
          <w:rFonts w:cs="Times New Roman"/>
          <w:b/>
          <w:bCs/>
          <w:szCs w:val="24"/>
        </w:rPr>
        <w:t>securitate</w:t>
      </w:r>
      <w:proofErr w:type="spellEnd"/>
      <w:r w:rsidRPr="00563B50">
        <w:rPr>
          <w:rFonts w:cs="Times New Roman"/>
          <w:b/>
          <w:bCs/>
          <w:szCs w:val="24"/>
        </w:rPr>
        <w:t>:</w:t>
      </w:r>
      <w:r w:rsidRPr="00563B50">
        <w:rPr>
          <w:rFonts w:cs="Times New Roman"/>
          <w:szCs w:val="24"/>
        </w:rPr>
        <w:t xml:space="preserve"> </w:t>
      </w:r>
      <w:proofErr w:type="spellStart"/>
      <w:r w:rsidRPr="00563B50">
        <w:rPr>
          <w:rFonts w:cs="Times New Roman"/>
          <w:szCs w:val="24"/>
        </w:rPr>
        <w:t>Efectuează</w:t>
      </w:r>
      <w:proofErr w:type="spellEnd"/>
      <w:r w:rsidRPr="00563B50">
        <w:rPr>
          <w:rFonts w:cs="Times New Roman"/>
          <w:szCs w:val="24"/>
        </w:rPr>
        <w:t xml:space="preserve"> </w:t>
      </w:r>
      <w:proofErr w:type="spellStart"/>
      <w:r w:rsidRPr="00563B50">
        <w:rPr>
          <w:rFonts w:cs="Times New Roman"/>
          <w:szCs w:val="24"/>
        </w:rPr>
        <w:t>controale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audituri</w:t>
      </w:r>
      <w:proofErr w:type="spellEnd"/>
      <w:r w:rsidRPr="00563B50">
        <w:rPr>
          <w:rFonts w:cs="Times New Roman"/>
          <w:szCs w:val="24"/>
        </w:rPr>
        <w:t xml:space="preserve"> </w:t>
      </w:r>
      <w:proofErr w:type="spellStart"/>
      <w:r w:rsidRPr="00563B50">
        <w:rPr>
          <w:rFonts w:cs="Times New Roman"/>
          <w:szCs w:val="24"/>
        </w:rPr>
        <w:t>tehnice</w:t>
      </w:r>
      <w:proofErr w:type="spellEnd"/>
      <w:r w:rsidRPr="00563B50">
        <w:rPr>
          <w:rFonts w:cs="Times New Roman"/>
          <w:szCs w:val="24"/>
        </w:rPr>
        <w:t xml:space="preserve"> regulate </w:t>
      </w:r>
      <w:proofErr w:type="spellStart"/>
      <w:r w:rsidRPr="00563B50">
        <w:rPr>
          <w:rFonts w:cs="Times New Roman"/>
          <w:szCs w:val="24"/>
        </w:rPr>
        <w:t>pentru</w:t>
      </w:r>
      <w:proofErr w:type="spellEnd"/>
      <w:r w:rsidRPr="00563B50">
        <w:rPr>
          <w:rFonts w:cs="Times New Roman"/>
          <w:szCs w:val="24"/>
        </w:rPr>
        <w:t xml:space="preserve"> a se </w:t>
      </w:r>
      <w:proofErr w:type="spellStart"/>
      <w:r w:rsidRPr="00563B50">
        <w:rPr>
          <w:rFonts w:cs="Times New Roman"/>
          <w:szCs w:val="24"/>
        </w:rPr>
        <w:t>asigura</w:t>
      </w:r>
      <w:proofErr w:type="spellEnd"/>
      <w:r w:rsidRPr="00563B50">
        <w:rPr>
          <w:rFonts w:cs="Times New Roman"/>
          <w:szCs w:val="24"/>
        </w:rPr>
        <w:t xml:space="preserve"> </w:t>
      </w:r>
      <w:proofErr w:type="spellStart"/>
      <w:r w:rsidRPr="00563B50">
        <w:rPr>
          <w:rFonts w:cs="Times New Roman"/>
          <w:szCs w:val="24"/>
        </w:rPr>
        <w:t>că</w:t>
      </w:r>
      <w:proofErr w:type="spellEnd"/>
      <w:r w:rsidRPr="00563B50">
        <w:rPr>
          <w:rFonts w:cs="Times New Roman"/>
          <w:szCs w:val="24"/>
        </w:rPr>
        <w:t xml:space="preserve"> </w:t>
      </w:r>
      <w:proofErr w:type="spellStart"/>
      <w:r w:rsidRPr="00563B50">
        <w:rPr>
          <w:rFonts w:cs="Times New Roman"/>
          <w:szCs w:val="24"/>
        </w:rPr>
        <w:t>sistemele</w:t>
      </w:r>
      <w:proofErr w:type="spellEnd"/>
      <w:r w:rsidRPr="00563B50">
        <w:rPr>
          <w:rFonts w:cs="Times New Roman"/>
          <w:szCs w:val="24"/>
        </w:rPr>
        <w:t xml:space="preserve"> hardware, software-urile antivirus </w:t>
      </w:r>
      <w:proofErr w:type="spellStart"/>
      <w:r w:rsidRPr="00563B50">
        <w:rPr>
          <w:rFonts w:cs="Times New Roman"/>
          <w:szCs w:val="24"/>
        </w:rPr>
        <w:t>și</w:t>
      </w:r>
      <w:proofErr w:type="spellEnd"/>
      <w:r w:rsidRPr="00563B50">
        <w:rPr>
          <w:rFonts w:cs="Times New Roman"/>
          <w:szCs w:val="24"/>
        </w:rPr>
        <w:t xml:space="preserve"> firewall-urile de </w:t>
      </w:r>
      <w:proofErr w:type="spellStart"/>
      <w:r w:rsidRPr="00563B50">
        <w:rPr>
          <w:rFonts w:cs="Times New Roman"/>
          <w:szCs w:val="24"/>
        </w:rPr>
        <w:t>securitate</w:t>
      </w:r>
      <w:proofErr w:type="spellEnd"/>
      <w:r w:rsidRPr="00563B50">
        <w:rPr>
          <w:rFonts w:cs="Times New Roman"/>
          <w:szCs w:val="24"/>
        </w:rPr>
        <w:t xml:space="preserve"> </w:t>
      </w:r>
      <w:proofErr w:type="spellStart"/>
      <w:r w:rsidRPr="00563B50">
        <w:rPr>
          <w:rFonts w:cs="Times New Roman"/>
          <w:szCs w:val="24"/>
        </w:rPr>
        <w:t>funcționează</w:t>
      </w:r>
      <w:proofErr w:type="spellEnd"/>
      <w:r w:rsidRPr="00563B50">
        <w:rPr>
          <w:rFonts w:cs="Times New Roman"/>
          <w:szCs w:val="24"/>
        </w:rPr>
        <w:t xml:space="preserve"> </w:t>
      </w:r>
      <w:proofErr w:type="spellStart"/>
      <w:r w:rsidRPr="00563B50">
        <w:rPr>
          <w:rFonts w:cs="Times New Roman"/>
          <w:szCs w:val="24"/>
        </w:rPr>
        <w:t>corect</w:t>
      </w:r>
      <w:proofErr w:type="spellEnd"/>
      <w:r w:rsidRPr="00563B50">
        <w:rPr>
          <w:rFonts w:cs="Times New Roman"/>
          <w:szCs w:val="24"/>
        </w:rPr>
        <w:t>;</w:t>
      </w:r>
    </w:p>
    <w:p w14:paraId="7D852819" w14:textId="77777777" w:rsidR="00EE7ED3" w:rsidRPr="00563B50" w:rsidRDefault="00000000">
      <w:pPr>
        <w:numPr>
          <w:ilvl w:val="0"/>
          <w:numId w:val="5"/>
        </w:numPr>
        <w:jc w:val="both"/>
        <w:rPr>
          <w:rFonts w:cs="Times New Roman"/>
          <w:szCs w:val="24"/>
        </w:rPr>
      </w:pPr>
      <w:proofErr w:type="spellStart"/>
      <w:r w:rsidRPr="00563B50">
        <w:rPr>
          <w:rFonts w:cs="Times New Roman"/>
          <w:b/>
          <w:bCs/>
          <w:szCs w:val="24"/>
        </w:rPr>
        <w:t>Evaluarea</w:t>
      </w:r>
      <w:proofErr w:type="spellEnd"/>
      <w:r w:rsidRPr="00563B50">
        <w:rPr>
          <w:rFonts w:cs="Times New Roman"/>
          <w:b/>
          <w:bCs/>
          <w:szCs w:val="24"/>
        </w:rPr>
        <w:t xml:space="preserve"> </w:t>
      </w:r>
      <w:proofErr w:type="spellStart"/>
      <w:r w:rsidRPr="00563B50">
        <w:rPr>
          <w:rFonts w:cs="Times New Roman"/>
          <w:b/>
          <w:bCs/>
          <w:szCs w:val="24"/>
        </w:rPr>
        <w:t>riscurilor</w:t>
      </w:r>
      <w:proofErr w:type="spellEnd"/>
      <w:r w:rsidRPr="00563B50">
        <w:rPr>
          <w:rFonts w:cs="Times New Roman"/>
          <w:b/>
          <w:bCs/>
          <w:szCs w:val="24"/>
        </w:rPr>
        <w:t xml:space="preserve"> IT:</w:t>
      </w:r>
      <w:r w:rsidRPr="00563B50">
        <w:rPr>
          <w:rFonts w:cs="Times New Roman"/>
          <w:szCs w:val="24"/>
        </w:rPr>
        <w:t xml:space="preserve"> </w:t>
      </w:r>
      <w:proofErr w:type="spellStart"/>
      <w:r w:rsidRPr="00563B50">
        <w:rPr>
          <w:rFonts w:cs="Times New Roman"/>
          <w:szCs w:val="24"/>
        </w:rPr>
        <w:t>Furnizează</w:t>
      </w:r>
      <w:proofErr w:type="spellEnd"/>
      <w:r w:rsidRPr="00563B50">
        <w:rPr>
          <w:rFonts w:cs="Times New Roman"/>
          <w:szCs w:val="24"/>
        </w:rPr>
        <w:t xml:space="preserve"> </w:t>
      </w:r>
      <w:proofErr w:type="spellStart"/>
      <w:r w:rsidRPr="00563B50">
        <w:rPr>
          <w:rFonts w:cs="Times New Roman"/>
          <w:szCs w:val="24"/>
        </w:rPr>
        <w:t>Primarului</w:t>
      </w:r>
      <w:proofErr w:type="spellEnd"/>
      <w:r w:rsidRPr="00563B50">
        <w:rPr>
          <w:rFonts w:cs="Times New Roman"/>
          <w:szCs w:val="24"/>
        </w:rPr>
        <w:t xml:space="preserve"> </w:t>
      </w:r>
      <w:proofErr w:type="spellStart"/>
      <w:r w:rsidRPr="00563B50">
        <w:rPr>
          <w:rFonts w:cs="Times New Roman"/>
          <w:szCs w:val="24"/>
        </w:rPr>
        <w:t>rezultatele</w:t>
      </w:r>
      <w:proofErr w:type="spellEnd"/>
      <w:r w:rsidRPr="00563B50">
        <w:rPr>
          <w:rFonts w:cs="Times New Roman"/>
          <w:szCs w:val="24"/>
        </w:rPr>
        <w:t xml:space="preserve"> </w:t>
      </w:r>
      <w:proofErr w:type="spellStart"/>
      <w:r w:rsidRPr="00563B50">
        <w:rPr>
          <w:rFonts w:cs="Times New Roman"/>
          <w:szCs w:val="24"/>
        </w:rPr>
        <w:t>oricăror</w:t>
      </w:r>
      <w:proofErr w:type="spellEnd"/>
      <w:r w:rsidRPr="00563B50">
        <w:rPr>
          <w:rFonts w:cs="Times New Roman"/>
          <w:szCs w:val="24"/>
        </w:rPr>
        <w:t xml:space="preserve"> </w:t>
      </w:r>
      <w:proofErr w:type="spellStart"/>
      <w:r w:rsidRPr="00563B50">
        <w:rPr>
          <w:rFonts w:cs="Times New Roman"/>
          <w:szCs w:val="24"/>
        </w:rPr>
        <w:t>evaluări</w:t>
      </w:r>
      <w:proofErr w:type="spellEnd"/>
      <w:r w:rsidRPr="00563B50">
        <w:rPr>
          <w:rFonts w:cs="Times New Roman"/>
          <w:szCs w:val="24"/>
        </w:rPr>
        <w:t xml:space="preserve"> ale </w:t>
      </w:r>
      <w:proofErr w:type="spellStart"/>
      <w:r w:rsidRPr="00563B50">
        <w:rPr>
          <w:rFonts w:cs="Times New Roman"/>
          <w:szCs w:val="24"/>
        </w:rPr>
        <w:t>riscurilor</w:t>
      </w:r>
      <w:proofErr w:type="spellEnd"/>
      <w:r w:rsidRPr="00563B50">
        <w:rPr>
          <w:rFonts w:cs="Times New Roman"/>
          <w:szCs w:val="24"/>
        </w:rPr>
        <w:t xml:space="preserve"> IT, </w:t>
      </w:r>
      <w:proofErr w:type="spellStart"/>
      <w:r w:rsidRPr="00563B50">
        <w:rPr>
          <w:rFonts w:cs="Times New Roman"/>
          <w:szCs w:val="24"/>
        </w:rPr>
        <w:t>pentru</w:t>
      </w:r>
      <w:proofErr w:type="spellEnd"/>
      <w:r w:rsidRPr="00563B50">
        <w:rPr>
          <w:rFonts w:cs="Times New Roman"/>
          <w:szCs w:val="24"/>
        </w:rPr>
        <w:t xml:space="preserve"> a </w:t>
      </w:r>
      <w:proofErr w:type="spellStart"/>
      <w:r w:rsidRPr="00563B50">
        <w:rPr>
          <w:rFonts w:cs="Times New Roman"/>
          <w:szCs w:val="24"/>
        </w:rPr>
        <w:t>controla</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contracara</w:t>
      </w:r>
      <w:proofErr w:type="spellEnd"/>
      <w:r w:rsidRPr="00563B50">
        <w:rPr>
          <w:rFonts w:cs="Times New Roman"/>
          <w:szCs w:val="24"/>
        </w:rPr>
        <w:t xml:space="preserve"> </w:t>
      </w:r>
      <w:proofErr w:type="spellStart"/>
      <w:r w:rsidRPr="00563B50">
        <w:rPr>
          <w:rFonts w:cs="Times New Roman"/>
          <w:szCs w:val="24"/>
        </w:rPr>
        <w:t>riscul</w:t>
      </w:r>
      <w:proofErr w:type="spellEnd"/>
      <w:r w:rsidRPr="00563B50">
        <w:rPr>
          <w:rFonts w:cs="Times New Roman"/>
          <w:szCs w:val="24"/>
        </w:rPr>
        <w:t xml:space="preserve"> </w:t>
      </w:r>
      <w:proofErr w:type="spellStart"/>
      <w:r w:rsidRPr="00563B50">
        <w:rPr>
          <w:rFonts w:cs="Times New Roman"/>
          <w:szCs w:val="24"/>
        </w:rPr>
        <w:t>dezvăluirii</w:t>
      </w:r>
      <w:proofErr w:type="spellEnd"/>
      <w:r w:rsidRPr="00563B50">
        <w:rPr>
          <w:rFonts w:cs="Times New Roman"/>
          <w:szCs w:val="24"/>
        </w:rPr>
        <w:t xml:space="preserve"> </w:t>
      </w:r>
      <w:proofErr w:type="spellStart"/>
      <w:r w:rsidRPr="00563B50">
        <w:rPr>
          <w:rFonts w:cs="Times New Roman"/>
          <w:szCs w:val="24"/>
        </w:rPr>
        <w:t>neautorizate</w:t>
      </w:r>
      <w:proofErr w:type="spellEnd"/>
      <w:r w:rsidRPr="00563B50">
        <w:rPr>
          <w:rFonts w:cs="Times New Roman"/>
          <w:szCs w:val="24"/>
        </w:rPr>
        <w:t xml:space="preserve">, </w:t>
      </w:r>
      <w:proofErr w:type="spellStart"/>
      <w:r w:rsidRPr="00563B50">
        <w:rPr>
          <w:rFonts w:cs="Times New Roman"/>
          <w:szCs w:val="24"/>
        </w:rPr>
        <w:t>utilizării</w:t>
      </w:r>
      <w:proofErr w:type="spellEnd"/>
      <w:r w:rsidRPr="00563B50">
        <w:rPr>
          <w:rFonts w:cs="Times New Roman"/>
          <w:szCs w:val="24"/>
        </w:rPr>
        <w:t xml:space="preserve"> </w:t>
      </w:r>
      <w:proofErr w:type="spellStart"/>
      <w:r w:rsidRPr="00563B50">
        <w:rPr>
          <w:rFonts w:cs="Times New Roman"/>
          <w:szCs w:val="24"/>
        </w:rPr>
        <w:t>necorespunzătoare</w:t>
      </w:r>
      <w:proofErr w:type="spellEnd"/>
      <w:r w:rsidRPr="00563B50">
        <w:rPr>
          <w:rFonts w:cs="Times New Roman"/>
          <w:szCs w:val="24"/>
        </w:rPr>
        <w:t xml:space="preserve">, </w:t>
      </w:r>
      <w:proofErr w:type="spellStart"/>
      <w:r w:rsidRPr="00563B50">
        <w:rPr>
          <w:rFonts w:cs="Times New Roman"/>
          <w:szCs w:val="24"/>
        </w:rPr>
        <w:t>modificării</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distrugerii</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conținute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sistemele</w:t>
      </w:r>
      <w:proofErr w:type="spellEnd"/>
      <w:r w:rsidRPr="00563B50">
        <w:rPr>
          <w:rFonts w:cs="Times New Roman"/>
          <w:szCs w:val="24"/>
        </w:rPr>
        <w:t xml:space="preserve"> IT, </w:t>
      </w:r>
      <w:proofErr w:type="spellStart"/>
      <w:r w:rsidRPr="00563B50">
        <w:rPr>
          <w:rFonts w:cs="Times New Roman"/>
          <w:szCs w:val="24"/>
        </w:rPr>
        <w:t>aplicații</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bazele</w:t>
      </w:r>
      <w:proofErr w:type="spellEnd"/>
      <w:r w:rsidRPr="00563B50">
        <w:rPr>
          <w:rFonts w:cs="Times New Roman"/>
          <w:szCs w:val="24"/>
        </w:rPr>
        <w:t xml:space="preserve"> de date ale </w:t>
      </w:r>
      <w:proofErr w:type="spellStart"/>
      <w:r w:rsidRPr="00563B50">
        <w:rPr>
          <w:rFonts w:cs="Times New Roman"/>
          <w:szCs w:val="24"/>
        </w:rPr>
        <w:t>instituției</w:t>
      </w:r>
      <w:proofErr w:type="spellEnd"/>
      <w:r w:rsidRPr="00563B50">
        <w:rPr>
          <w:rFonts w:cs="Times New Roman"/>
          <w:szCs w:val="24"/>
        </w:rPr>
        <w:t>.</w:t>
      </w:r>
    </w:p>
    <w:p w14:paraId="786040B0" w14:textId="77777777" w:rsidR="00EE7ED3" w:rsidRPr="00563B50" w:rsidRDefault="00000000" w:rsidP="00A33FF6">
      <w:pPr>
        <w:rPr>
          <w:rFonts w:cs="Times New Roman"/>
          <w:b/>
          <w:bCs/>
          <w:szCs w:val="24"/>
        </w:rPr>
      </w:pPr>
      <w:r w:rsidRPr="00563B50">
        <w:rPr>
          <w:rFonts w:cs="Times New Roman"/>
          <w:b/>
          <w:bCs/>
          <w:szCs w:val="24"/>
        </w:rPr>
        <w:t xml:space="preserve">5.4. </w:t>
      </w:r>
      <w:proofErr w:type="spellStart"/>
      <w:r w:rsidRPr="00563B50">
        <w:rPr>
          <w:rFonts w:cs="Times New Roman"/>
          <w:b/>
          <w:bCs/>
          <w:szCs w:val="24"/>
        </w:rPr>
        <w:t>Atribuțiile</w:t>
      </w:r>
      <w:proofErr w:type="spellEnd"/>
      <w:r w:rsidRPr="00563B50">
        <w:rPr>
          <w:rFonts w:cs="Times New Roman"/>
          <w:b/>
          <w:bCs/>
          <w:szCs w:val="24"/>
        </w:rPr>
        <w:t xml:space="preserve"> </w:t>
      </w:r>
      <w:proofErr w:type="spellStart"/>
      <w:r w:rsidRPr="00563B50">
        <w:rPr>
          <w:rFonts w:cs="Times New Roman"/>
          <w:b/>
          <w:bCs/>
          <w:szCs w:val="24"/>
        </w:rPr>
        <w:t>și</w:t>
      </w:r>
      <w:proofErr w:type="spellEnd"/>
      <w:r w:rsidRPr="00563B50">
        <w:rPr>
          <w:rFonts w:cs="Times New Roman"/>
          <w:b/>
          <w:bCs/>
          <w:szCs w:val="24"/>
        </w:rPr>
        <w:t xml:space="preserve"> </w:t>
      </w:r>
      <w:proofErr w:type="spellStart"/>
      <w:r w:rsidRPr="00563B50">
        <w:rPr>
          <w:rFonts w:cs="Times New Roman"/>
          <w:b/>
          <w:bCs/>
          <w:szCs w:val="24"/>
        </w:rPr>
        <w:t>Obligațiile</w:t>
      </w:r>
      <w:proofErr w:type="spellEnd"/>
      <w:r w:rsidRPr="00563B50">
        <w:rPr>
          <w:rFonts w:cs="Times New Roman"/>
          <w:b/>
          <w:bCs/>
          <w:szCs w:val="24"/>
        </w:rPr>
        <w:t xml:space="preserve"> Generale ale </w:t>
      </w:r>
      <w:proofErr w:type="spellStart"/>
      <w:r w:rsidRPr="00563B50">
        <w:rPr>
          <w:rFonts w:cs="Times New Roman"/>
          <w:b/>
          <w:bCs/>
          <w:szCs w:val="24"/>
        </w:rPr>
        <w:t>Angajaților</w:t>
      </w:r>
      <w:proofErr w:type="spellEnd"/>
      <w:r w:rsidRPr="00563B50">
        <w:rPr>
          <w:rFonts w:cs="Times New Roman"/>
          <w:b/>
          <w:bCs/>
          <w:szCs w:val="24"/>
        </w:rPr>
        <w:t xml:space="preserve"> </w:t>
      </w:r>
      <w:proofErr w:type="spellStart"/>
      <w:r w:rsidRPr="00563B50">
        <w:rPr>
          <w:rFonts w:cs="Times New Roman"/>
          <w:b/>
          <w:bCs/>
          <w:szCs w:val="24"/>
        </w:rPr>
        <w:t>și</w:t>
      </w:r>
      <w:proofErr w:type="spellEnd"/>
      <w:r w:rsidRPr="00563B50">
        <w:rPr>
          <w:rFonts w:cs="Times New Roman"/>
          <w:b/>
          <w:bCs/>
          <w:szCs w:val="24"/>
        </w:rPr>
        <w:t xml:space="preserve"> </w:t>
      </w:r>
      <w:proofErr w:type="spellStart"/>
      <w:r w:rsidRPr="00563B50">
        <w:rPr>
          <w:rFonts w:cs="Times New Roman"/>
          <w:b/>
          <w:bCs/>
          <w:szCs w:val="24"/>
        </w:rPr>
        <w:t>Prestatorilor</w:t>
      </w:r>
      <w:proofErr w:type="spellEnd"/>
      <w:r w:rsidRPr="00563B50">
        <w:rPr>
          <w:rFonts w:cs="Times New Roman"/>
          <w:b/>
          <w:bCs/>
          <w:szCs w:val="24"/>
        </w:rPr>
        <w:t xml:space="preserve"> de </w:t>
      </w:r>
      <w:proofErr w:type="spellStart"/>
      <w:r w:rsidRPr="00563B50">
        <w:rPr>
          <w:rFonts w:cs="Times New Roman"/>
          <w:b/>
          <w:bCs/>
          <w:szCs w:val="24"/>
        </w:rPr>
        <w:t>Servicii</w:t>
      </w:r>
      <w:proofErr w:type="spellEnd"/>
    </w:p>
    <w:p w14:paraId="1F9E98A6" w14:textId="77777777" w:rsidR="00EE7ED3" w:rsidRPr="00563B50" w:rsidRDefault="00000000" w:rsidP="00C87C7A">
      <w:pPr>
        <w:jc w:val="both"/>
        <w:rPr>
          <w:rFonts w:cs="Times New Roman"/>
          <w:szCs w:val="24"/>
        </w:rPr>
      </w:pPr>
      <w:proofErr w:type="spellStart"/>
      <w:r w:rsidRPr="00563B50">
        <w:rPr>
          <w:rFonts w:cs="Times New Roman"/>
          <w:szCs w:val="24"/>
        </w:rPr>
        <w:t>Toți</w:t>
      </w:r>
      <w:proofErr w:type="spellEnd"/>
      <w:r w:rsidRPr="00563B50">
        <w:rPr>
          <w:rFonts w:cs="Times New Roman"/>
          <w:szCs w:val="24"/>
        </w:rPr>
        <w:t xml:space="preserve"> </w:t>
      </w:r>
      <w:proofErr w:type="spellStart"/>
      <w:r w:rsidRPr="00563B50">
        <w:rPr>
          <w:rFonts w:cs="Times New Roman"/>
          <w:szCs w:val="24"/>
        </w:rPr>
        <w:t>angajații</w:t>
      </w:r>
      <w:proofErr w:type="spellEnd"/>
      <w:r w:rsidRPr="00563B50">
        <w:rPr>
          <w:rFonts w:cs="Times New Roman"/>
          <w:szCs w:val="24"/>
        </w:rPr>
        <w:t xml:space="preserve"> </w:t>
      </w:r>
      <w:proofErr w:type="spellStart"/>
      <w:r w:rsidRPr="00563B50">
        <w:rPr>
          <w:rFonts w:cs="Times New Roman"/>
          <w:szCs w:val="24"/>
        </w:rPr>
        <w:t>Aparatului</w:t>
      </w:r>
      <w:proofErr w:type="spellEnd"/>
      <w:r w:rsidRPr="00563B50">
        <w:rPr>
          <w:rFonts w:cs="Times New Roman"/>
          <w:szCs w:val="24"/>
        </w:rPr>
        <w:t xml:space="preserve"> </w:t>
      </w:r>
      <w:proofErr w:type="spellStart"/>
      <w:r w:rsidRPr="00563B50">
        <w:rPr>
          <w:rFonts w:cs="Times New Roman"/>
          <w:szCs w:val="24"/>
        </w:rPr>
        <w:t>Primăriei</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prestatorii</w:t>
      </w:r>
      <w:proofErr w:type="spellEnd"/>
      <w:r w:rsidRPr="00563B50">
        <w:rPr>
          <w:rFonts w:cs="Times New Roman"/>
          <w:szCs w:val="24"/>
        </w:rPr>
        <w:t xml:space="preserve"> de </w:t>
      </w:r>
      <w:proofErr w:type="spellStart"/>
      <w:r w:rsidRPr="00563B50">
        <w:rPr>
          <w:rFonts w:cs="Times New Roman"/>
          <w:szCs w:val="24"/>
        </w:rPr>
        <w:t>servicii</w:t>
      </w:r>
      <w:proofErr w:type="spellEnd"/>
      <w:r w:rsidRPr="00563B50">
        <w:rPr>
          <w:rFonts w:cs="Times New Roman"/>
          <w:szCs w:val="24"/>
        </w:rPr>
        <w:t xml:space="preserve"> </w:t>
      </w:r>
      <w:proofErr w:type="spellStart"/>
      <w:r w:rsidRPr="00563B50">
        <w:rPr>
          <w:rFonts w:cs="Times New Roman"/>
          <w:szCs w:val="24"/>
        </w:rPr>
        <w:t>externi</w:t>
      </w:r>
      <w:proofErr w:type="spellEnd"/>
      <w:r w:rsidRPr="00563B50">
        <w:rPr>
          <w:rFonts w:cs="Times New Roman"/>
          <w:szCs w:val="24"/>
        </w:rPr>
        <w:t xml:space="preserve"> (</w:t>
      </w:r>
      <w:proofErr w:type="spellStart"/>
      <w:r w:rsidRPr="00563B50">
        <w:rPr>
          <w:rFonts w:cs="Times New Roman"/>
          <w:szCs w:val="24"/>
        </w:rPr>
        <w:t>persoane</w:t>
      </w:r>
      <w:proofErr w:type="spellEnd"/>
      <w:r w:rsidRPr="00563B50">
        <w:rPr>
          <w:rFonts w:cs="Times New Roman"/>
          <w:szCs w:val="24"/>
        </w:rPr>
        <w:t xml:space="preserve"> </w:t>
      </w:r>
      <w:proofErr w:type="spellStart"/>
      <w:r w:rsidRPr="00563B50">
        <w:rPr>
          <w:rFonts w:cs="Times New Roman"/>
          <w:szCs w:val="24"/>
        </w:rPr>
        <w:t>împuternicite</w:t>
      </w:r>
      <w:proofErr w:type="spellEnd"/>
      <w:r w:rsidRPr="00563B50">
        <w:rPr>
          <w:rFonts w:cs="Times New Roman"/>
          <w:szCs w:val="24"/>
        </w:rPr>
        <w:t xml:space="preserve">) </w:t>
      </w:r>
      <w:proofErr w:type="spellStart"/>
      <w:r w:rsidRPr="00563B50">
        <w:rPr>
          <w:rFonts w:cs="Times New Roman"/>
          <w:szCs w:val="24"/>
        </w:rPr>
        <w:t>vor</w:t>
      </w:r>
      <w:proofErr w:type="spellEnd"/>
      <w:r w:rsidRPr="00563B50">
        <w:rPr>
          <w:rFonts w:cs="Times New Roman"/>
          <w:szCs w:val="24"/>
        </w:rPr>
        <w:t xml:space="preserve"> opera </w:t>
      </w:r>
      <w:proofErr w:type="spellStart"/>
      <w:r w:rsidRPr="00563B50">
        <w:rPr>
          <w:rFonts w:cs="Times New Roman"/>
          <w:szCs w:val="24"/>
        </w:rPr>
        <w:t>datele</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cu </w:t>
      </w:r>
      <w:proofErr w:type="spellStart"/>
      <w:r w:rsidRPr="00563B50">
        <w:rPr>
          <w:rFonts w:cs="Times New Roman"/>
          <w:szCs w:val="24"/>
        </w:rPr>
        <w:t>respectarea</w:t>
      </w:r>
      <w:proofErr w:type="spellEnd"/>
      <w:r w:rsidRPr="00563B50">
        <w:rPr>
          <w:rFonts w:cs="Times New Roman"/>
          <w:szCs w:val="24"/>
        </w:rPr>
        <w:t xml:space="preserve"> </w:t>
      </w:r>
      <w:proofErr w:type="spellStart"/>
      <w:r w:rsidRPr="00563B50">
        <w:rPr>
          <w:rFonts w:cs="Times New Roman"/>
          <w:szCs w:val="24"/>
        </w:rPr>
        <w:t>strictă</w:t>
      </w:r>
      <w:proofErr w:type="spellEnd"/>
      <w:r w:rsidRPr="00563B50">
        <w:rPr>
          <w:rFonts w:cs="Times New Roman"/>
          <w:szCs w:val="24"/>
        </w:rPr>
        <w:t xml:space="preserve"> a </w:t>
      </w:r>
      <w:proofErr w:type="spellStart"/>
      <w:r w:rsidRPr="00563B50">
        <w:rPr>
          <w:rFonts w:cs="Times New Roman"/>
          <w:szCs w:val="24"/>
        </w:rPr>
        <w:t>următoarelor</w:t>
      </w:r>
      <w:proofErr w:type="spellEnd"/>
      <w:r w:rsidRPr="00563B50">
        <w:rPr>
          <w:rFonts w:cs="Times New Roman"/>
          <w:szCs w:val="24"/>
        </w:rPr>
        <w:t xml:space="preserve"> reguli:</w:t>
      </w:r>
    </w:p>
    <w:p w14:paraId="2252E3C2" w14:textId="77777777" w:rsidR="00EE7ED3" w:rsidRPr="00563B50" w:rsidRDefault="00000000">
      <w:pPr>
        <w:numPr>
          <w:ilvl w:val="0"/>
          <w:numId w:val="6"/>
        </w:numPr>
        <w:jc w:val="both"/>
        <w:rPr>
          <w:rFonts w:cs="Times New Roman"/>
          <w:szCs w:val="24"/>
        </w:rPr>
      </w:pPr>
      <w:proofErr w:type="spellStart"/>
      <w:r w:rsidRPr="00563B50">
        <w:rPr>
          <w:rFonts w:cs="Times New Roman"/>
          <w:b/>
          <w:bCs/>
          <w:szCs w:val="24"/>
        </w:rPr>
        <w:t>Conformitatea</w:t>
      </w:r>
      <w:proofErr w:type="spellEnd"/>
      <w:r w:rsidRPr="00563B50">
        <w:rPr>
          <w:rFonts w:cs="Times New Roman"/>
          <w:b/>
          <w:bCs/>
          <w:szCs w:val="24"/>
        </w:rPr>
        <w:t xml:space="preserve"> </w:t>
      </w:r>
      <w:proofErr w:type="spellStart"/>
      <w:r w:rsidRPr="00563B50">
        <w:rPr>
          <w:rFonts w:cs="Times New Roman"/>
          <w:b/>
          <w:bCs/>
          <w:szCs w:val="24"/>
        </w:rPr>
        <w:t>legală</w:t>
      </w:r>
      <w:proofErr w:type="spellEnd"/>
      <w:r w:rsidRPr="00563B50">
        <w:rPr>
          <w:rFonts w:cs="Times New Roman"/>
          <w:b/>
          <w:bCs/>
          <w:szCs w:val="24"/>
        </w:rPr>
        <w:t>:</w:t>
      </w:r>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se </w:t>
      </w:r>
      <w:proofErr w:type="spellStart"/>
      <w:r w:rsidRPr="00563B50">
        <w:rPr>
          <w:rFonts w:cs="Times New Roman"/>
          <w:szCs w:val="24"/>
        </w:rPr>
        <w:t>prelucrează</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conformitate</w:t>
      </w:r>
      <w:proofErr w:type="spellEnd"/>
      <w:r w:rsidRPr="00563B50">
        <w:rPr>
          <w:rFonts w:cs="Times New Roman"/>
          <w:szCs w:val="24"/>
        </w:rPr>
        <w:t xml:space="preserve"> cu </w:t>
      </w:r>
      <w:proofErr w:type="spellStart"/>
      <w:r w:rsidRPr="00563B50">
        <w:rPr>
          <w:rFonts w:cs="Times New Roman"/>
          <w:szCs w:val="24"/>
        </w:rPr>
        <w:t>legile</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reglementările</w:t>
      </w:r>
      <w:proofErr w:type="spellEnd"/>
      <w:r w:rsidRPr="00563B50">
        <w:rPr>
          <w:rFonts w:cs="Times New Roman"/>
          <w:szCs w:val="24"/>
        </w:rPr>
        <w:t xml:space="preserve"> </w:t>
      </w:r>
      <w:proofErr w:type="spellStart"/>
      <w:r w:rsidRPr="00563B50">
        <w:rPr>
          <w:rFonts w:cs="Times New Roman"/>
          <w:szCs w:val="24"/>
        </w:rPr>
        <w:t>naționale</w:t>
      </w:r>
      <w:proofErr w:type="spellEnd"/>
      <w:r w:rsidRPr="00563B50">
        <w:rPr>
          <w:rFonts w:cs="Times New Roman"/>
          <w:szCs w:val="24"/>
        </w:rPr>
        <w:t xml:space="preserve"> </w:t>
      </w:r>
      <w:proofErr w:type="spellStart"/>
      <w:r w:rsidRPr="00563B50">
        <w:rPr>
          <w:rFonts w:cs="Times New Roman"/>
          <w:szCs w:val="24"/>
        </w:rPr>
        <w:t>aplicabile</w:t>
      </w:r>
      <w:proofErr w:type="spellEnd"/>
      <w:r w:rsidRPr="00563B50">
        <w:rPr>
          <w:rFonts w:cs="Times New Roman"/>
          <w:szCs w:val="24"/>
        </w:rPr>
        <w:t xml:space="preserve"> </w:t>
      </w:r>
      <w:proofErr w:type="spellStart"/>
      <w:r w:rsidRPr="00563B50">
        <w:rPr>
          <w:rFonts w:cs="Times New Roman"/>
          <w:szCs w:val="24"/>
        </w:rPr>
        <w:t>privind</w:t>
      </w:r>
      <w:proofErr w:type="spellEnd"/>
      <w:r w:rsidRPr="00563B50">
        <w:rPr>
          <w:rFonts w:cs="Times New Roman"/>
          <w:szCs w:val="24"/>
        </w:rPr>
        <w:t xml:space="preserve"> </w:t>
      </w:r>
      <w:proofErr w:type="spellStart"/>
      <w:r w:rsidRPr="00563B50">
        <w:rPr>
          <w:rFonts w:cs="Times New Roman"/>
          <w:szCs w:val="24"/>
        </w:rPr>
        <w:t>confidențialitatea</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protecția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Legea</w:t>
      </w:r>
      <w:proofErr w:type="spellEnd"/>
      <w:r w:rsidRPr="00563B50">
        <w:rPr>
          <w:rFonts w:cs="Times New Roman"/>
          <w:szCs w:val="24"/>
        </w:rPr>
        <w:t xml:space="preserve"> nr. 195/2024);</w:t>
      </w:r>
    </w:p>
    <w:p w14:paraId="60F85FF1" w14:textId="77777777" w:rsidR="00EE7ED3" w:rsidRPr="00563B50" w:rsidRDefault="00000000">
      <w:pPr>
        <w:numPr>
          <w:ilvl w:val="0"/>
          <w:numId w:val="6"/>
        </w:numPr>
        <w:jc w:val="both"/>
        <w:rPr>
          <w:rFonts w:cs="Times New Roman"/>
          <w:szCs w:val="24"/>
        </w:rPr>
      </w:pPr>
      <w:proofErr w:type="spellStart"/>
      <w:r w:rsidRPr="00563B50">
        <w:rPr>
          <w:rFonts w:cs="Times New Roman"/>
          <w:b/>
          <w:bCs/>
          <w:szCs w:val="24"/>
        </w:rPr>
        <w:t>Tratament</w:t>
      </w:r>
      <w:proofErr w:type="spellEnd"/>
      <w:r w:rsidRPr="00563B50">
        <w:rPr>
          <w:rFonts w:cs="Times New Roman"/>
          <w:b/>
          <w:bCs/>
          <w:szCs w:val="24"/>
        </w:rPr>
        <w:t xml:space="preserve"> </w:t>
      </w:r>
      <w:proofErr w:type="spellStart"/>
      <w:r w:rsidRPr="00563B50">
        <w:rPr>
          <w:rFonts w:cs="Times New Roman"/>
          <w:b/>
          <w:bCs/>
          <w:szCs w:val="24"/>
        </w:rPr>
        <w:t>confidențial</w:t>
      </w:r>
      <w:proofErr w:type="spellEnd"/>
      <w:r w:rsidRPr="00563B50">
        <w:rPr>
          <w:rFonts w:cs="Times New Roman"/>
          <w:b/>
          <w:bCs/>
          <w:szCs w:val="24"/>
        </w:rPr>
        <w:t>:</w:t>
      </w:r>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sunt </w:t>
      </w:r>
      <w:proofErr w:type="spellStart"/>
      <w:r w:rsidRPr="00563B50">
        <w:rPr>
          <w:rFonts w:cs="Times New Roman"/>
          <w:szCs w:val="24"/>
        </w:rPr>
        <w:t>tratate</w:t>
      </w:r>
      <w:proofErr w:type="spellEnd"/>
      <w:r w:rsidRPr="00563B50">
        <w:rPr>
          <w:rFonts w:cs="Times New Roman"/>
          <w:szCs w:val="24"/>
        </w:rPr>
        <w:t xml:space="preserve"> cu </w:t>
      </w:r>
      <w:proofErr w:type="spellStart"/>
      <w:r w:rsidRPr="00563B50">
        <w:rPr>
          <w:rFonts w:cs="Times New Roman"/>
          <w:szCs w:val="24"/>
        </w:rPr>
        <w:t>strictă</w:t>
      </w:r>
      <w:proofErr w:type="spellEnd"/>
      <w:r w:rsidRPr="00563B50">
        <w:rPr>
          <w:rFonts w:cs="Times New Roman"/>
          <w:szCs w:val="24"/>
        </w:rPr>
        <w:t xml:space="preserve"> </w:t>
      </w:r>
      <w:proofErr w:type="spellStart"/>
      <w:r w:rsidRPr="00563B50">
        <w:rPr>
          <w:rFonts w:cs="Times New Roman"/>
          <w:szCs w:val="24"/>
        </w:rPr>
        <w:t>confidențialitate</w:t>
      </w:r>
      <w:proofErr w:type="spellEnd"/>
      <w:r w:rsidRPr="00563B50">
        <w:rPr>
          <w:rFonts w:cs="Times New Roman"/>
          <w:szCs w:val="24"/>
        </w:rPr>
        <w:t xml:space="preserve">. </w:t>
      </w:r>
      <w:proofErr w:type="spellStart"/>
      <w:r w:rsidRPr="00563B50">
        <w:rPr>
          <w:rFonts w:cs="Times New Roman"/>
          <w:szCs w:val="24"/>
        </w:rPr>
        <w:t>Acestea</w:t>
      </w:r>
      <w:proofErr w:type="spellEnd"/>
      <w:r w:rsidRPr="00563B50">
        <w:rPr>
          <w:rFonts w:cs="Times New Roman"/>
          <w:szCs w:val="24"/>
        </w:rPr>
        <w:t xml:space="preserve"> pot fi divulgate </w:t>
      </w:r>
      <w:proofErr w:type="spellStart"/>
      <w:r w:rsidRPr="00563B50">
        <w:rPr>
          <w:rFonts w:cs="Times New Roman"/>
          <w:szCs w:val="24"/>
        </w:rPr>
        <w:t>către</w:t>
      </w:r>
      <w:proofErr w:type="spellEnd"/>
      <w:r w:rsidRPr="00563B50">
        <w:rPr>
          <w:rFonts w:cs="Times New Roman"/>
          <w:szCs w:val="24"/>
        </w:rPr>
        <w:t xml:space="preserve"> </w:t>
      </w:r>
      <w:proofErr w:type="spellStart"/>
      <w:r w:rsidRPr="00563B50">
        <w:rPr>
          <w:rFonts w:cs="Times New Roman"/>
          <w:szCs w:val="24"/>
        </w:rPr>
        <w:t>autorități</w:t>
      </w:r>
      <w:proofErr w:type="spellEnd"/>
      <w:r w:rsidRPr="00563B50">
        <w:rPr>
          <w:rFonts w:cs="Times New Roman"/>
          <w:szCs w:val="24"/>
        </w:rPr>
        <w:t xml:space="preserve"> </w:t>
      </w:r>
      <w:proofErr w:type="spellStart"/>
      <w:r w:rsidRPr="00563B50">
        <w:rPr>
          <w:rFonts w:cs="Times New Roman"/>
          <w:szCs w:val="24"/>
        </w:rPr>
        <w:t>terțe</w:t>
      </w:r>
      <w:proofErr w:type="spellEnd"/>
      <w:r w:rsidRPr="00563B50">
        <w:rPr>
          <w:rFonts w:cs="Times New Roman"/>
          <w:szCs w:val="24"/>
        </w:rPr>
        <w:t xml:space="preserve"> </w:t>
      </w:r>
      <w:proofErr w:type="spellStart"/>
      <w:r w:rsidRPr="00563B50">
        <w:rPr>
          <w:rFonts w:cs="Times New Roman"/>
          <w:szCs w:val="24"/>
        </w:rPr>
        <w:t>doar</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conformitate</w:t>
      </w:r>
      <w:proofErr w:type="spellEnd"/>
      <w:r w:rsidRPr="00563B50">
        <w:rPr>
          <w:rFonts w:cs="Times New Roman"/>
          <w:szCs w:val="24"/>
        </w:rPr>
        <w:t xml:space="preserve"> cu o </w:t>
      </w:r>
      <w:proofErr w:type="spellStart"/>
      <w:r w:rsidRPr="00563B50">
        <w:rPr>
          <w:rFonts w:cs="Times New Roman"/>
          <w:szCs w:val="24"/>
        </w:rPr>
        <w:t>obligație</w:t>
      </w:r>
      <w:proofErr w:type="spellEnd"/>
      <w:r w:rsidRPr="00563B50">
        <w:rPr>
          <w:rFonts w:cs="Times New Roman"/>
          <w:szCs w:val="24"/>
        </w:rPr>
        <w:t xml:space="preserve"> </w:t>
      </w:r>
      <w:proofErr w:type="spellStart"/>
      <w:r w:rsidRPr="00563B50">
        <w:rPr>
          <w:rFonts w:cs="Times New Roman"/>
          <w:szCs w:val="24"/>
        </w:rPr>
        <w:t>legală</w:t>
      </w:r>
      <w:proofErr w:type="spellEnd"/>
      <w:r w:rsidRPr="00563B50">
        <w:rPr>
          <w:rFonts w:cs="Times New Roman"/>
          <w:szCs w:val="24"/>
        </w:rPr>
        <w:t xml:space="preserve"> </w:t>
      </w:r>
      <w:proofErr w:type="spellStart"/>
      <w:r w:rsidRPr="00563B50">
        <w:rPr>
          <w:rFonts w:cs="Times New Roman"/>
          <w:szCs w:val="24"/>
        </w:rPr>
        <w:t>expresă</w:t>
      </w:r>
      <w:proofErr w:type="spellEnd"/>
      <w:r w:rsidRPr="00563B50">
        <w:rPr>
          <w:rFonts w:cs="Times New Roman"/>
          <w:szCs w:val="24"/>
        </w:rPr>
        <w:t xml:space="preserve">, un contract de </w:t>
      </w:r>
      <w:proofErr w:type="spellStart"/>
      <w:r w:rsidRPr="00563B50">
        <w:rPr>
          <w:rFonts w:cs="Times New Roman"/>
          <w:szCs w:val="24"/>
        </w:rPr>
        <w:t>prestări</w:t>
      </w:r>
      <w:proofErr w:type="spellEnd"/>
      <w:r w:rsidRPr="00563B50">
        <w:rPr>
          <w:rFonts w:cs="Times New Roman"/>
          <w:szCs w:val="24"/>
        </w:rPr>
        <w:t xml:space="preserve"> </w:t>
      </w:r>
      <w:proofErr w:type="spellStart"/>
      <w:r w:rsidRPr="00563B50">
        <w:rPr>
          <w:rFonts w:cs="Times New Roman"/>
          <w:szCs w:val="24"/>
        </w:rPr>
        <w:t>servicii</w:t>
      </w:r>
      <w:proofErr w:type="spellEnd"/>
      <w:r w:rsidRPr="00563B50">
        <w:rPr>
          <w:rFonts w:cs="Times New Roman"/>
          <w:szCs w:val="24"/>
        </w:rPr>
        <w:t xml:space="preserve"> </w:t>
      </w:r>
      <w:proofErr w:type="spellStart"/>
      <w:r w:rsidRPr="00563B50">
        <w:rPr>
          <w:rFonts w:cs="Times New Roman"/>
          <w:szCs w:val="24"/>
        </w:rPr>
        <w:t>aprobat</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o </w:t>
      </w:r>
      <w:proofErr w:type="spellStart"/>
      <w:r w:rsidRPr="00563B50">
        <w:rPr>
          <w:rFonts w:cs="Times New Roman"/>
          <w:szCs w:val="24"/>
        </w:rPr>
        <w:t>autorizație</w:t>
      </w:r>
      <w:proofErr w:type="spellEnd"/>
      <w:r w:rsidRPr="00563B50">
        <w:rPr>
          <w:rFonts w:cs="Times New Roman"/>
          <w:szCs w:val="24"/>
        </w:rPr>
        <w:t xml:space="preserve"> </w:t>
      </w:r>
      <w:proofErr w:type="spellStart"/>
      <w:r w:rsidRPr="00563B50">
        <w:rPr>
          <w:rFonts w:cs="Times New Roman"/>
          <w:szCs w:val="24"/>
        </w:rPr>
        <w:t>specială</w:t>
      </w:r>
      <w:proofErr w:type="spellEnd"/>
      <w:r w:rsidRPr="00563B50">
        <w:rPr>
          <w:rFonts w:cs="Times New Roman"/>
          <w:szCs w:val="24"/>
        </w:rPr>
        <w:t xml:space="preserve"> </w:t>
      </w:r>
      <w:proofErr w:type="spellStart"/>
      <w:r w:rsidRPr="00563B50">
        <w:rPr>
          <w:rFonts w:cs="Times New Roman"/>
          <w:szCs w:val="24"/>
        </w:rPr>
        <w:t>scrisă</w:t>
      </w:r>
      <w:proofErr w:type="spellEnd"/>
      <w:r w:rsidRPr="00563B50">
        <w:rPr>
          <w:rFonts w:cs="Times New Roman"/>
          <w:szCs w:val="24"/>
        </w:rPr>
        <w:t xml:space="preserve"> din </w:t>
      </w:r>
      <w:proofErr w:type="spellStart"/>
      <w:r w:rsidRPr="00563B50">
        <w:rPr>
          <w:rFonts w:cs="Times New Roman"/>
          <w:szCs w:val="24"/>
        </w:rPr>
        <w:t>partea</w:t>
      </w:r>
      <w:proofErr w:type="spellEnd"/>
      <w:r w:rsidRPr="00563B50">
        <w:rPr>
          <w:rFonts w:cs="Times New Roman"/>
          <w:szCs w:val="24"/>
        </w:rPr>
        <w:t xml:space="preserve"> </w:t>
      </w:r>
      <w:proofErr w:type="spellStart"/>
      <w:r w:rsidRPr="00563B50">
        <w:rPr>
          <w:rFonts w:cs="Times New Roman"/>
          <w:szCs w:val="24"/>
        </w:rPr>
        <w:t>conducerii</w:t>
      </w:r>
      <w:proofErr w:type="spellEnd"/>
      <w:r w:rsidRPr="00563B50">
        <w:rPr>
          <w:rFonts w:cs="Times New Roman"/>
          <w:szCs w:val="24"/>
        </w:rPr>
        <w:t>;</w:t>
      </w:r>
    </w:p>
    <w:p w14:paraId="338591EB" w14:textId="77777777" w:rsidR="00EE7ED3" w:rsidRPr="00563B50" w:rsidRDefault="00000000">
      <w:pPr>
        <w:numPr>
          <w:ilvl w:val="0"/>
          <w:numId w:val="6"/>
        </w:numPr>
        <w:jc w:val="both"/>
        <w:rPr>
          <w:rFonts w:cs="Times New Roman"/>
          <w:szCs w:val="24"/>
        </w:rPr>
      </w:pPr>
      <w:r w:rsidRPr="00563B50">
        <w:rPr>
          <w:rFonts w:cs="Times New Roman"/>
          <w:b/>
          <w:bCs/>
          <w:szCs w:val="24"/>
        </w:rPr>
        <w:t>Regula „</w:t>
      </w:r>
      <w:proofErr w:type="spellStart"/>
      <w:r w:rsidRPr="00563B50">
        <w:rPr>
          <w:rFonts w:cs="Times New Roman"/>
          <w:b/>
          <w:bCs/>
          <w:szCs w:val="24"/>
        </w:rPr>
        <w:t>necesității</w:t>
      </w:r>
      <w:proofErr w:type="spellEnd"/>
      <w:r w:rsidRPr="00563B50">
        <w:rPr>
          <w:rFonts w:cs="Times New Roman"/>
          <w:b/>
          <w:bCs/>
          <w:szCs w:val="24"/>
        </w:rPr>
        <w:t xml:space="preserve"> de a </w:t>
      </w:r>
      <w:proofErr w:type="spellStart"/>
      <w:r w:rsidRPr="00563B50">
        <w:rPr>
          <w:rFonts w:cs="Times New Roman"/>
          <w:b/>
          <w:bCs/>
          <w:szCs w:val="24"/>
        </w:rPr>
        <w:t>cunoaște</w:t>
      </w:r>
      <w:proofErr w:type="spellEnd"/>
      <w:r w:rsidRPr="00563B50">
        <w:rPr>
          <w:rFonts w:cs="Times New Roman"/>
          <w:b/>
          <w:bCs/>
          <w:szCs w:val="24"/>
        </w:rPr>
        <w:t>”:</w:t>
      </w:r>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sunt </w:t>
      </w:r>
      <w:proofErr w:type="spellStart"/>
      <w:r w:rsidRPr="00563B50">
        <w:rPr>
          <w:rFonts w:cs="Times New Roman"/>
          <w:szCs w:val="24"/>
        </w:rPr>
        <w:t>accesate</w:t>
      </w:r>
      <w:proofErr w:type="spellEnd"/>
      <w:r w:rsidRPr="00563B50">
        <w:rPr>
          <w:rFonts w:cs="Times New Roman"/>
          <w:szCs w:val="24"/>
        </w:rPr>
        <w:t xml:space="preserve">, </w:t>
      </w:r>
      <w:proofErr w:type="spellStart"/>
      <w:r w:rsidRPr="00563B50">
        <w:rPr>
          <w:rFonts w:cs="Times New Roman"/>
          <w:szCs w:val="24"/>
        </w:rPr>
        <w:t>utilizate</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dezvăluite</w:t>
      </w:r>
      <w:proofErr w:type="spellEnd"/>
      <w:r w:rsidRPr="00563B50">
        <w:rPr>
          <w:rFonts w:cs="Times New Roman"/>
          <w:szCs w:val="24"/>
        </w:rPr>
        <w:t xml:space="preserve"> de </w:t>
      </w:r>
      <w:proofErr w:type="spellStart"/>
      <w:r w:rsidRPr="00563B50">
        <w:rPr>
          <w:rFonts w:cs="Times New Roman"/>
          <w:szCs w:val="24"/>
        </w:rPr>
        <w:t>către</w:t>
      </w:r>
      <w:proofErr w:type="spellEnd"/>
      <w:r w:rsidRPr="00563B50">
        <w:rPr>
          <w:rFonts w:cs="Times New Roman"/>
          <w:szCs w:val="24"/>
        </w:rPr>
        <w:t xml:space="preserve"> </w:t>
      </w:r>
      <w:proofErr w:type="spellStart"/>
      <w:r w:rsidRPr="00563B50">
        <w:rPr>
          <w:rFonts w:cs="Times New Roman"/>
          <w:szCs w:val="24"/>
        </w:rPr>
        <w:t>angajați</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prestatori</w:t>
      </w:r>
      <w:proofErr w:type="spellEnd"/>
      <w:r w:rsidRPr="00563B50">
        <w:rPr>
          <w:rFonts w:cs="Times New Roman"/>
          <w:szCs w:val="24"/>
        </w:rPr>
        <w:t xml:space="preserve"> </w:t>
      </w:r>
      <w:proofErr w:type="spellStart"/>
      <w:r w:rsidRPr="00563B50">
        <w:rPr>
          <w:rFonts w:cs="Times New Roman"/>
          <w:szCs w:val="24"/>
        </w:rPr>
        <w:t>numai</w:t>
      </w:r>
      <w:proofErr w:type="spellEnd"/>
      <w:r w:rsidRPr="00563B50">
        <w:rPr>
          <w:rFonts w:cs="Times New Roman"/>
          <w:szCs w:val="24"/>
        </w:rPr>
        <w:t xml:space="preserve"> pe </w:t>
      </w:r>
      <w:proofErr w:type="spellStart"/>
      <w:r w:rsidRPr="00563B50">
        <w:rPr>
          <w:rFonts w:cs="Times New Roman"/>
          <w:szCs w:val="24"/>
        </w:rPr>
        <w:t>baza</w:t>
      </w:r>
      <w:proofErr w:type="spellEnd"/>
      <w:r w:rsidRPr="00563B50">
        <w:rPr>
          <w:rFonts w:cs="Times New Roman"/>
          <w:szCs w:val="24"/>
        </w:rPr>
        <w:t xml:space="preserve"> „</w:t>
      </w:r>
      <w:proofErr w:type="spellStart"/>
      <w:r w:rsidRPr="00563B50">
        <w:rPr>
          <w:rFonts w:cs="Times New Roman"/>
          <w:szCs w:val="24"/>
        </w:rPr>
        <w:t>necesității</w:t>
      </w:r>
      <w:proofErr w:type="spellEnd"/>
      <w:r w:rsidRPr="00563B50">
        <w:rPr>
          <w:rFonts w:cs="Times New Roman"/>
          <w:szCs w:val="24"/>
        </w:rPr>
        <w:t xml:space="preserve"> de a </w:t>
      </w:r>
      <w:proofErr w:type="spellStart"/>
      <w:r w:rsidRPr="00563B50">
        <w:rPr>
          <w:rFonts w:cs="Times New Roman"/>
          <w:szCs w:val="24"/>
        </w:rPr>
        <w:t>cunoaște</w:t>
      </w:r>
      <w:proofErr w:type="spellEnd"/>
      <w:r w:rsidRPr="00563B50">
        <w:rPr>
          <w:rFonts w:cs="Times New Roman"/>
          <w:szCs w:val="24"/>
        </w:rPr>
        <w:t xml:space="preserve">”, strict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îndeplinirea</w:t>
      </w:r>
      <w:proofErr w:type="spellEnd"/>
      <w:r w:rsidRPr="00563B50">
        <w:rPr>
          <w:rFonts w:cs="Times New Roman"/>
          <w:szCs w:val="24"/>
        </w:rPr>
        <w:t xml:space="preserve"> </w:t>
      </w:r>
      <w:proofErr w:type="spellStart"/>
      <w:r w:rsidRPr="00563B50">
        <w:rPr>
          <w:rFonts w:cs="Times New Roman"/>
          <w:szCs w:val="24"/>
        </w:rPr>
        <w:t>atribuțiilor</w:t>
      </w:r>
      <w:proofErr w:type="spellEnd"/>
      <w:r w:rsidRPr="00563B50">
        <w:rPr>
          <w:rFonts w:cs="Times New Roman"/>
          <w:szCs w:val="24"/>
        </w:rPr>
        <w:t xml:space="preserve"> de </w:t>
      </w:r>
      <w:proofErr w:type="spellStart"/>
      <w:r w:rsidRPr="00563B50">
        <w:rPr>
          <w:rFonts w:cs="Times New Roman"/>
          <w:szCs w:val="24"/>
        </w:rPr>
        <w:t>serviciu</w:t>
      </w:r>
      <w:proofErr w:type="spellEnd"/>
      <w:r w:rsidRPr="00563B50">
        <w:rPr>
          <w:rFonts w:cs="Times New Roman"/>
          <w:szCs w:val="24"/>
        </w:rPr>
        <w:t xml:space="preserve"> </w:t>
      </w:r>
      <w:proofErr w:type="spellStart"/>
      <w:r w:rsidRPr="00563B50">
        <w:rPr>
          <w:rFonts w:cs="Times New Roman"/>
          <w:szCs w:val="24"/>
        </w:rPr>
        <w:t>specifice</w:t>
      </w:r>
      <w:proofErr w:type="spellEnd"/>
      <w:r w:rsidRPr="00563B50">
        <w:rPr>
          <w:rFonts w:cs="Times New Roman"/>
          <w:szCs w:val="24"/>
        </w:rPr>
        <w:t xml:space="preserve"> </w:t>
      </w:r>
      <w:proofErr w:type="spellStart"/>
      <w:r w:rsidRPr="00563B50">
        <w:rPr>
          <w:rFonts w:cs="Times New Roman"/>
          <w:szCs w:val="24"/>
        </w:rPr>
        <w:t>postului</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doar</w:t>
      </w:r>
      <w:proofErr w:type="spellEnd"/>
      <w:r w:rsidRPr="00563B50">
        <w:rPr>
          <w:rFonts w:cs="Times New Roman"/>
          <w:szCs w:val="24"/>
        </w:rPr>
        <w:t xml:space="preserve"> </w:t>
      </w:r>
      <w:proofErr w:type="spellStart"/>
      <w:r w:rsidRPr="00563B50">
        <w:rPr>
          <w:rFonts w:cs="Times New Roman"/>
          <w:szCs w:val="24"/>
        </w:rPr>
        <w:t>după</w:t>
      </w:r>
      <w:proofErr w:type="spellEnd"/>
      <w:r w:rsidRPr="00563B50">
        <w:rPr>
          <w:rFonts w:cs="Times New Roman"/>
          <w:szCs w:val="24"/>
        </w:rPr>
        <w:t xml:space="preserve"> </w:t>
      </w:r>
      <w:proofErr w:type="spellStart"/>
      <w:r w:rsidRPr="00563B50">
        <w:rPr>
          <w:rFonts w:cs="Times New Roman"/>
          <w:szCs w:val="24"/>
        </w:rPr>
        <w:t>ce</w:t>
      </w:r>
      <w:proofErr w:type="spellEnd"/>
      <w:r w:rsidRPr="00563B50">
        <w:rPr>
          <w:rFonts w:cs="Times New Roman"/>
          <w:szCs w:val="24"/>
        </w:rPr>
        <w:t xml:space="preserve"> s-a </w:t>
      </w:r>
      <w:proofErr w:type="spellStart"/>
      <w:r w:rsidRPr="00563B50">
        <w:rPr>
          <w:rFonts w:cs="Times New Roman"/>
          <w:szCs w:val="24"/>
        </w:rPr>
        <w:t>asigurat</w:t>
      </w:r>
      <w:proofErr w:type="spellEnd"/>
      <w:r w:rsidRPr="00563B50">
        <w:rPr>
          <w:rFonts w:cs="Times New Roman"/>
          <w:szCs w:val="24"/>
        </w:rPr>
        <w:t xml:space="preserve"> o </w:t>
      </w:r>
      <w:proofErr w:type="spellStart"/>
      <w:r w:rsidRPr="00563B50">
        <w:rPr>
          <w:rFonts w:cs="Times New Roman"/>
          <w:szCs w:val="24"/>
        </w:rPr>
        <w:t>protecție</w:t>
      </w:r>
      <w:proofErr w:type="spellEnd"/>
      <w:r w:rsidRPr="00563B50">
        <w:rPr>
          <w:rFonts w:cs="Times New Roman"/>
          <w:szCs w:val="24"/>
        </w:rPr>
        <w:t xml:space="preserve"> </w:t>
      </w:r>
      <w:proofErr w:type="spellStart"/>
      <w:r w:rsidRPr="00563B50">
        <w:rPr>
          <w:rFonts w:cs="Times New Roman"/>
          <w:szCs w:val="24"/>
        </w:rPr>
        <w:t>adecvată</w:t>
      </w:r>
      <w:proofErr w:type="spellEnd"/>
      <w:r w:rsidRPr="00563B50">
        <w:rPr>
          <w:rFonts w:cs="Times New Roman"/>
          <w:szCs w:val="24"/>
        </w:rPr>
        <w:t xml:space="preserve"> a </w:t>
      </w:r>
      <w:proofErr w:type="spellStart"/>
      <w:r w:rsidRPr="00563B50">
        <w:rPr>
          <w:rFonts w:cs="Times New Roman"/>
          <w:szCs w:val="24"/>
        </w:rPr>
        <w:t>suportului</w:t>
      </w:r>
      <w:proofErr w:type="spellEnd"/>
      <w:r w:rsidRPr="00563B50">
        <w:rPr>
          <w:rFonts w:cs="Times New Roman"/>
          <w:szCs w:val="24"/>
        </w:rPr>
        <w:t>.</w:t>
      </w:r>
    </w:p>
    <w:p w14:paraId="263BB765" w14:textId="77777777" w:rsidR="00EE7ED3" w:rsidRPr="00563B50" w:rsidRDefault="00000000" w:rsidP="00C87C7A">
      <w:pPr>
        <w:jc w:val="both"/>
        <w:rPr>
          <w:rFonts w:cs="Times New Roman"/>
          <w:szCs w:val="24"/>
        </w:rPr>
      </w:pPr>
      <w:proofErr w:type="spellStart"/>
      <w:r w:rsidRPr="00563B50">
        <w:rPr>
          <w:rFonts w:cs="Times New Roman"/>
          <w:szCs w:val="24"/>
        </w:rPr>
        <w:t>În</w:t>
      </w:r>
      <w:proofErr w:type="spellEnd"/>
      <w:r w:rsidRPr="00563B50">
        <w:rPr>
          <w:rFonts w:cs="Times New Roman"/>
          <w:szCs w:val="24"/>
        </w:rPr>
        <w:t xml:space="preserve"> mod specific, </w:t>
      </w:r>
      <w:proofErr w:type="spellStart"/>
      <w:r w:rsidRPr="00563B50">
        <w:rPr>
          <w:rFonts w:cs="Times New Roman"/>
          <w:szCs w:val="24"/>
        </w:rPr>
        <w:t>angajații</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prestatorii</w:t>
      </w:r>
      <w:proofErr w:type="spellEnd"/>
      <w:r w:rsidRPr="00563B50">
        <w:rPr>
          <w:rFonts w:cs="Times New Roman"/>
          <w:szCs w:val="24"/>
        </w:rPr>
        <w:t xml:space="preserve"> se </w:t>
      </w:r>
      <w:proofErr w:type="spellStart"/>
      <w:r w:rsidRPr="00563B50">
        <w:rPr>
          <w:rFonts w:cs="Times New Roman"/>
          <w:szCs w:val="24"/>
        </w:rPr>
        <w:t>obligă</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se </w:t>
      </w:r>
      <w:proofErr w:type="spellStart"/>
      <w:r w:rsidRPr="00563B50">
        <w:rPr>
          <w:rFonts w:cs="Times New Roman"/>
          <w:szCs w:val="24"/>
        </w:rPr>
        <w:t>asigură</w:t>
      </w:r>
      <w:proofErr w:type="spellEnd"/>
      <w:r w:rsidRPr="00563B50">
        <w:rPr>
          <w:rFonts w:cs="Times New Roman"/>
          <w:szCs w:val="24"/>
        </w:rPr>
        <w:t xml:space="preserve"> </w:t>
      </w:r>
      <w:proofErr w:type="spellStart"/>
      <w:r w:rsidRPr="00563B50">
        <w:rPr>
          <w:rFonts w:cs="Times New Roman"/>
          <w:szCs w:val="24"/>
        </w:rPr>
        <w:t>că</w:t>
      </w:r>
      <w:proofErr w:type="spellEnd"/>
      <w:r w:rsidRPr="00563B50">
        <w:rPr>
          <w:rFonts w:cs="Times New Roman"/>
          <w:szCs w:val="24"/>
        </w:rPr>
        <w:t>:</w:t>
      </w:r>
    </w:p>
    <w:p w14:paraId="5BF75B0E" w14:textId="77777777" w:rsidR="00EE7ED3" w:rsidRPr="00563B50" w:rsidRDefault="00000000">
      <w:pPr>
        <w:numPr>
          <w:ilvl w:val="0"/>
          <w:numId w:val="7"/>
        </w:numPr>
        <w:jc w:val="both"/>
        <w:rPr>
          <w:rFonts w:cs="Times New Roman"/>
          <w:szCs w:val="24"/>
        </w:rPr>
      </w:pPr>
      <w:proofErr w:type="spellStart"/>
      <w:r w:rsidRPr="00563B50">
        <w:rPr>
          <w:rFonts w:cs="Times New Roman"/>
          <w:szCs w:val="24"/>
        </w:rPr>
        <w:t>Prelucrează</w:t>
      </w:r>
      <w:proofErr w:type="spellEnd"/>
      <w:r w:rsidRPr="00563B50">
        <w:rPr>
          <w:rFonts w:cs="Times New Roman"/>
          <w:szCs w:val="24"/>
        </w:rPr>
        <w:t xml:space="preserve"> date </w:t>
      </w:r>
      <w:proofErr w:type="spellStart"/>
      <w:r w:rsidRPr="00563B50">
        <w:rPr>
          <w:rFonts w:cs="Times New Roman"/>
          <w:szCs w:val="24"/>
        </w:rPr>
        <w:t>doar</w:t>
      </w:r>
      <w:proofErr w:type="spellEnd"/>
      <w:r w:rsidRPr="00563B50">
        <w:rPr>
          <w:rFonts w:cs="Times New Roman"/>
          <w:szCs w:val="24"/>
        </w:rPr>
        <w:t xml:space="preserve"> </w:t>
      </w:r>
      <w:proofErr w:type="spellStart"/>
      <w:r w:rsidRPr="00563B50">
        <w:rPr>
          <w:rFonts w:cs="Times New Roman"/>
          <w:szCs w:val="24"/>
        </w:rPr>
        <w:t>dacă</w:t>
      </w:r>
      <w:proofErr w:type="spellEnd"/>
      <w:r w:rsidRPr="00563B50">
        <w:rPr>
          <w:rFonts w:cs="Times New Roman"/>
          <w:szCs w:val="24"/>
        </w:rPr>
        <w:t xml:space="preserve"> </w:t>
      </w:r>
      <w:proofErr w:type="spellStart"/>
      <w:r w:rsidRPr="00563B50">
        <w:rPr>
          <w:rFonts w:cs="Times New Roman"/>
          <w:szCs w:val="24"/>
        </w:rPr>
        <w:t>aceste</w:t>
      </w:r>
      <w:proofErr w:type="spellEnd"/>
      <w:r w:rsidRPr="00563B50">
        <w:rPr>
          <w:rFonts w:cs="Times New Roman"/>
          <w:szCs w:val="24"/>
        </w:rPr>
        <w:t xml:space="preserve"> </w:t>
      </w:r>
      <w:proofErr w:type="spellStart"/>
      <w:r w:rsidRPr="00563B50">
        <w:rPr>
          <w:rFonts w:cs="Times New Roman"/>
          <w:szCs w:val="24"/>
        </w:rPr>
        <w:t>atribuții</w:t>
      </w:r>
      <w:proofErr w:type="spellEnd"/>
      <w:r w:rsidRPr="00563B50">
        <w:rPr>
          <w:rFonts w:cs="Times New Roman"/>
          <w:szCs w:val="24"/>
        </w:rPr>
        <w:t xml:space="preserve"> sunt </w:t>
      </w:r>
      <w:proofErr w:type="spellStart"/>
      <w:r w:rsidRPr="00563B50">
        <w:rPr>
          <w:rFonts w:cs="Times New Roman"/>
          <w:szCs w:val="24"/>
        </w:rPr>
        <w:t>înscrise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Fișa</w:t>
      </w:r>
      <w:proofErr w:type="spellEnd"/>
      <w:r w:rsidRPr="00563B50">
        <w:rPr>
          <w:rFonts w:cs="Times New Roman"/>
          <w:szCs w:val="24"/>
        </w:rPr>
        <w:t xml:space="preserve"> </w:t>
      </w:r>
      <w:proofErr w:type="spellStart"/>
      <w:r w:rsidRPr="00563B50">
        <w:rPr>
          <w:rFonts w:cs="Times New Roman"/>
          <w:szCs w:val="24"/>
        </w:rPr>
        <w:t>postului</w:t>
      </w:r>
      <w:proofErr w:type="spellEnd"/>
      <w:r w:rsidRPr="00563B50">
        <w:rPr>
          <w:rFonts w:cs="Times New Roman"/>
          <w:szCs w:val="24"/>
        </w:rPr>
        <w:t xml:space="preserve"> / </w:t>
      </w:r>
      <w:proofErr w:type="spellStart"/>
      <w:r w:rsidRPr="00563B50">
        <w:rPr>
          <w:rFonts w:cs="Times New Roman"/>
          <w:szCs w:val="24"/>
        </w:rPr>
        <w:t>obligațiilor</w:t>
      </w:r>
      <w:proofErr w:type="spellEnd"/>
      <w:r w:rsidRPr="00563B50">
        <w:rPr>
          <w:rFonts w:cs="Times New Roman"/>
          <w:szCs w:val="24"/>
        </w:rPr>
        <w:t xml:space="preserve"> </w:t>
      </w:r>
      <w:proofErr w:type="spellStart"/>
      <w:r w:rsidRPr="00563B50">
        <w:rPr>
          <w:rFonts w:cs="Times New Roman"/>
          <w:szCs w:val="24"/>
        </w:rPr>
        <w:t>contractuale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doar</w:t>
      </w:r>
      <w:proofErr w:type="spellEnd"/>
      <w:r w:rsidRPr="00563B50">
        <w:rPr>
          <w:rFonts w:cs="Times New Roman"/>
          <w:szCs w:val="24"/>
        </w:rPr>
        <w:t xml:space="preserve"> </w:t>
      </w:r>
      <w:proofErr w:type="spellStart"/>
      <w:r w:rsidRPr="00563B50">
        <w:rPr>
          <w:rFonts w:cs="Times New Roman"/>
          <w:szCs w:val="24"/>
        </w:rPr>
        <w:t>potrivit</w:t>
      </w:r>
      <w:proofErr w:type="spellEnd"/>
      <w:r w:rsidRPr="00563B50">
        <w:rPr>
          <w:rFonts w:cs="Times New Roman"/>
          <w:szCs w:val="24"/>
        </w:rPr>
        <w:t xml:space="preserve"> </w:t>
      </w:r>
      <w:proofErr w:type="spellStart"/>
      <w:r w:rsidRPr="00563B50">
        <w:rPr>
          <w:rFonts w:cs="Times New Roman"/>
          <w:szCs w:val="24"/>
        </w:rPr>
        <w:t>instrucțiunilor</w:t>
      </w:r>
      <w:proofErr w:type="spellEnd"/>
      <w:r w:rsidRPr="00563B50">
        <w:rPr>
          <w:rFonts w:cs="Times New Roman"/>
          <w:szCs w:val="24"/>
        </w:rPr>
        <w:t xml:space="preserve"> interne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vigoare</w:t>
      </w:r>
      <w:proofErr w:type="spellEnd"/>
      <w:r w:rsidRPr="00563B50">
        <w:rPr>
          <w:rFonts w:cs="Times New Roman"/>
          <w:szCs w:val="24"/>
        </w:rPr>
        <w:t>;</w:t>
      </w:r>
    </w:p>
    <w:p w14:paraId="3B6D1F39" w14:textId="77777777" w:rsidR="00EE7ED3" w:rsidRPr="00563B50" w:rsidRDefault="00000000">
      <w:pPr>
        <w:numPr>
          <w:ilvl w:val="0"/>
          <w:numId w:val="7"/>
        </w:numPr>
        <w:jc w:val="both"/>
        <w:rPr>
          <w:rFonts w:cs="Times New Roman"/>
          <w:szCs w:val="24"/>
        </w:rPr>
      </w:pPr>
      <w:proofErr w:type="spellStart"/>
      <w:r w:rsidRPr="00563B50">
        <w:rPr>
          <w:rFonts w:cs="Times New Roman"/>
          <w:szCs w:val="24"/>
        </w:rPr>
        <w:t>Respectă</w:t>
      </w:r>
      <w:proofErr w:type="spellEnd"/>
      <w:r w:rsidRPr="00563B50">
        <w:rPr>
          <w:rFonts w:cs="Times New Roman"/>
          <w:szCs w:val="24"/>
        </w:rPr>
        <w:t xml:space="preserve"> cu </w:t>
      </w:r>
      <w:proofErr w:type="spellStart"/>
      <w:r w:rsidRPr="00563B50">
        <w:rPr>
          <w:rFonts w:cs="Times New Roman"/>
          <w:szCs w:val="24"/>
        </w:rPr>
        <w:t>strictețe</w:t>
      </w:r>
      <w:proofErr w:type="spellEnd"/>
      <w:r w:rsidRPr="00563B50">
        <w:rPr>
          <w:rFonts w:cs="Times New Roman"/>
          <w:szCs w:val="24"/>
        </w:rPr>
        <w:t xml:space="preserve"> </w:t>
      </w:r>
      <w:proofErr w:type="spellStart"/>
      <w:r w:rsidRPr="00563B50">
        <w:rPr>
          <w:rFonts w:cs="Times New Roman"/>
          <w:szCs w:val="24"/>
        </w:rPr>
        <w:t>politicile</w:t>
      </w:r>
      <w:proofErr w:type="spellEnd"/>
      <w:r w:rsidRPr="00563B50">
        <w:rPr>
          <w:rFonts w:cs="Times New Roman"/>
          <w:szCs w:val="24"/>
        </w:rPr>
        <w:t xml:space="preserve">, </w:t>
      </w:r>
      <w:proofErr w:type="spellStart"/>
      <w:r w:rsidRPr="00563B50">
        <w:rPr>
          <w:rFonts w:cs="Times New Roman"/>
          <w:szCs w:val="24"/>
        </w:rPr>
        <w:t>regulamentele</w:t>
      </w:r>
      <w:proofErr w:type="spellEnd"/>
      <w:r w:rsidRPr="00563B50">
        <w:rPr>
          <w:rFonts w:cs="Times New Roman"/>
          <w:szCs w:val="24"/>
        </w:rPr>
        <w:t xml:space="preserve">, </w:t>
      </w:r>
      <w:proofErr w:type="spellStart"/>
      <w:r w:rsidRPr="00563B50">
        <w:rPr>
          <w:rFonts w:cs="Times New Roman"/>
          <w:szCs w:val="24"/>
        </w:rPr>
        <w:t>dispozițiile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instrucțiunile</w:t>
      </w:r>
      <w:proofErr w:type="spellEnd"/>
      <w:r w:rsidRPr="00563B50">
        <w:rPr>
          <w:rFonts w:cs="Times New Roman"/>
          <w:szCs w:val="24"/>
        </w:rPr>
        <w:t xml:space="preserve"> </w:t>
      </w:r>
      <w:proofErr w:type="spellStart"/>
      <w:r w:rsidRPr="00563B50">
        <w:rPr>
          <w:rFonts w:cs="Times New Roman"/>
          <w:szCs w:val="24"/>
        </w:rPr>
        <w:t>emise</w:t>
      </w:r>
      <w:proofErr w:type="spellEnd"/>
      <w:r w:rsidRPr="00563B50">
        <w:rPr>
          <w:rFonts w:cs="Times New Roman"/>
          <w:szCs w:val="24"/>
        </w:rPr>
        <w:t xml:space="preserve"> de Primar, </w:t>
      </w:r>
      <w:proofErr w:type="spellStart"/>
      <w:r w:rsidRPr="00563B50">
        <w:rPr>
          <w:rFonts w:cs="Times New Roman"/>
          <w:szCs w:val="24"/>
        </w:rPr>
        <w:t>inclusiv</w:t>
      </w:r>
      <w:proofErr w:type="spellEnd"/>
      <w:r w:rsidRPr="00563B50">
        <w:rPr>
          <w:rFonts w:cs="Times New Roman"/>
          <w:szCs w:val="24"/>
        </w:rPr>
        <w:t xml:space="preserve"> </w:t>
      </w:r>
      <w:proofErr w:type="spellStart"/>
      <w:r w:rsidRPr="00563B50">
        <w:rPr>
          <w:rFonts w:cs="Times New Roman"/>
          <w:szCs w:val="24"/>
        </w:rPr>
        <w:t>măsurile</w:t>
      </w:r>
      <w:proofErr w:type="spellEnd"/>
      <w:r w:rsidRPr="00563B50">
        <w:rPr>
          <w:rFonts w:cs="Times New Roman"/>
          <w:szCs w:val="24"/>
        </w:rPr>
        <w:t xml:space="preserve"> </w:t>
      </w:r>
      <w:proofErr w:type="spellStart"/>
      <w:r w:rsidRPr="00563B50">
        <w:rPr>
          <w:rFonts w:cs="Times New Roman"/>
          <w:szCs w:val="24"/>
        </w:rPr>
        <w:t>tehnice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organizatorice</w:t>
      </w:r>
      <w:proofErr w:type="spellEnd"/>
      <w:r w:rsidRPr="00563B50">
        <w:rPr>
          <w:rFonts w:cs="Times New Roman"/>
          <w:szCs w:val="24"/>
        </w:rPr>
        <w:t xml:space="preserve"> </w:t>
      </w:r>
      <w:proofErr w:type="spellStart"/>
      <w:r w:rsidRPr="00563B50">
        <w:rPr>
          <w:rFonts w:cs="Times New Roman"/>
          <w:szCs w:val="24"/>
        </w:rPr>
        <w:t>implementate</w:t>
      </w:r>
      <w:proofErr w:type="spellEnd"/>
      <w:r w:rsidRPr="00563B50">
        <w:rPr>
          <w:rFonts w:cs="Times New Roman"/>
          <w:szCs w:val="24"/>
        </w:rPr>
        <w:t xml:space="preserve">, din </w:t>
      </w:r>
      <w:proofErr w:type="spellStart"/>
      <w:r w:rsidRPr="00563B50">
        <w:rPr>
          <w:rFonts w:cs="Times New Roman"/>
          <w:szCs w:val="24"/>
        </w:rPr>
        <w:t>momentul</w:t>
      </w:r>
      <w:proofErr w:type="spellEnd"/>
      <w:r w:rsidRPr="00563B50">
        <w:rPr>
          <w:rFonts w:cs="Times New Roman"/>
          <w:szCs w:val="24"/>
        </w:rPr>
        <w:t xml:space="preserve"> </w:t>
      </w:r>
      <w:proofErr w:type="spellStart"/>
      <w:r w:rsidRPr="00563B50">
        <w:rPr>
          <w:rFonts w:cs="Times New Roman"/>
          <w:szCs w:val="24"/>
        </w:rPr>
        <w:t>înștiințării</w:t>
      </w:r>
      <w:proofErr w:type="spellEnd"/>
      <w:r w:rsidRPr="00563B50">
        <w:rPr>
          <w:rFonts w:cs="Times New Roman"/>
          <w:szCs w:val="24"/>
        </w:rPr>
        <w:t xml:space="preserve"> lor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orice</w:t>
      </w:r>
      <w:proofErr w:type="spellEnd"/>
      <w:r w:rsidRPr="00563B50">
        <w:rPr>
          <w:rFonts w:cs="Times New Roman"/>
          <w:szCs w:val="24"/>
        </w:rPr>
        <w:t xml:space="preserve"> </w:t>
      </w:r>
      <w:proofErr w:type="spellStart"/>
      <w:r w:rsidRPr="00563B50">
        <w:rPr>
          <w:rFonts w:cs="Times New Roman"/>
          <w:szCs w:val="24"/>
        </w:rPr>
        <w:t>mijloc</w:t>
      </w:r>
      <w:proofErr w:type="spellEnd"/>
      <w:r w:rsidRPr="00563B50">
        <w:rPr>
          <w:rFonts w:cs="Times New Roman"/>
          <w:szCs w:val="24"/>
        </w:rPr>
        <w:t xml:space="preserve"> de </w:t>
      </w:r>
      <w:proofErr w:type="spellStart"/>
      <w:r w:rsidRPr="00563B50">
        <w:rPr>
          <w:rFonts w:cs="Times New Roman"/>
          <w:szCs w:val="24"/>
        </w:rPr>
        <w:t>comunicare</w:t>
      </w:r>
      <w:proofErr w:type="spellEnd"/>
      <w:r w:rsidRPr="00563B50">
        <w:rPr>
          <w:rFonts w:cs="Times New Roman"/>
          <w:szCs w:val="24"/>
        </w:rPr>
        <w:t xml:space="preserve"> ales (</w:t>
      </w:r>
      <w:proofErr w:type="spellStart"/>
      <w:r w:rsidRPr="00563B50">
        <w:rPr>
          <w:rFonts w:cs="Times New Roman"/>
          <w:szCs w:val="24"/>
        </w:rPr>
        <w:t>afișare</w:t>
      </w:r>
      <w:proofErr w:type="spellEnd"/>
      <w:r w:rsidRPr="00563B50">
        <w:rPr>
          <w:rFonts w:cs="Times New Roman"/>
          <w:szCs w:val="24"/>
        </w:rPr>
        <w:t xml:space="preserve">, </w:t>
      </w:r>
      <w:proofErr w:type="spellStart"/>
      <w:r w:rsidRPr="00563B50">
        <w:rPr>
          <w:rFonts w:cs="Times New Roman"/>
          <w:szCs w:val="24"/>
        </w:rPr>
        <w:t>luarea</w:t>
      </w:r>
      <w:proofErr w:type="spellEnd"/>
      <w:r w:rsidRPr="00563B50">
        <w:rPr>
          <w:rFonts w:cs="Times New Roman"/>
          <w:szCs w:val="24"/>
        </w:rPr>
        <w:t xml:space="preserve"> la </w:t>
      </w:r>
      <w:proofErr w:type="spellStart"/>
      <w:r w:rsidRPr="00563B50">
        <w:rPr>
          <w:rFonts w:cs="Times New Roman"/>
          <w:szCs w:val="24"/>
        </w:rPr>
        <w:t>cunoștință</w:t>
      </w:r>
      <w:proofErr w:type="spellEnd"/>
      <w:r w:rsidRPr="00563B50">
        <w:rPr>
          <w:rFonts w:cs="Times New Roman"/>
          <w:szCs w:val="24"/>
        </w:rPr>
        <w:t xml:space="preserve"> pe </w:t>
      </w:r>
      <w:proofErr w:type="spellStart"/>
      <w:r w:rsidRPr="00563B50">
        <w:rPr>
          <w:rFonts w:cs="Times New Roman"/>
          <w:szCs w:val="24"/>
        </w:rPr>
        <w:t>bază</w:t>
      </w:r>
      <w:proofErr w:type="spellEnd"/>
      <w:r w:rsidRPr="00563B50">
        <w:rPr>
          <w:rFonts w:cs="Times New Roman"/>
          <w:szCs w:val="24"/>
        </w:rPr>
        <w:t xml:space="preserve"> de </w:t>
      </w:r>
      <w:proofErr w:type="spellStart"/>
      <w:r w:rsidRPr="00563B50">
        <w:rPr>
          <w:rFonts w:cs="Times New Roman"/>
          <w:szCs w:val="24"/>
        </w:rPr>
        <w:t>semnătură</w:t>
      </w:r>
      <w:proofErr w:type="spellEnd"/>
      <w:r w:rsidRPr="00563B50">
        <w:rPr>
          <w:rFonts w:cs="Times New Roman"/>
          <w:szCs w:val="24"/>
        </w:rPr>
        <w:t xml:space="preserve">, e-mail </w:t>
      </w:r>
      <w:proofErr w:type="spellStart"/>
      <w:r w:rsidRPr="00563B50">
        <w:rPr>
          <w:rFonts w:cs="Times New Roman"/>
          <w:szCs w:val="24"/>
        </w:rPr>
        <w:t>instituțional</w:t>
      </w:r>
      <w:proofErr w:type="spellEnd"/>
      <w:r w:rsidRPr="00563B50">
        <w:rPr>
          <w:rFonts w:cs="Times New Roman"/>
          <w:szCs w:val="24"/>
        </w:rPr>
        <w:t>);</w:t>
      </w:r>
    </w:p>
    <w:p w14:paraId="6453A034" w14:textId="77777777" w:rsidR="00EE7ED3" w:rsidRPr="00563B50" w:rsidRDefault="00000000">
      <w:pPr>
        <w:numPr>
          <w:ilvl w:val="0"/>
          <w:numId w:val="7"/>
        </w:numPr>
        <w:jc w:val="both"/>
        <w:rPr>
          <w:rFonts w:cs="Times New Roman"/>
          <w:szCs w:val="24"/>
        </w:rPr>
      </w:pPr>
      <w:proofErr w:type="spellStart"/>
      <w:r w:rsidRPr="00563B50">
        <w:rPr>
          <w:rFonts w:cs="Times New Roman"/>
          <w:szCs w:val="24"/>
        </w:rPr>
        <w:t>Respectă</w:t>
      </w:r>
      <w:proofErr w:type="spellEnd"/>
      <w:r w:rsidRPr="00563B50">
        <w:rPr>
          <w:rFonts w:cs="Times New Roman"/>
          <w:szCs w:val="24"/>
        </w:rPr>
        <w:t xml:space="preserve"> </w:t>
      </w:r>
      <w:proofErr w:type="spellStart"/>
      <w:r w:rsidRPr="00563B50">
        <w:rPr>
          <w:rFonts w:cs="Times New Roman"/>
          <w:szCs w:val="24"/>
        </w:rPr>
        <w:t>caracterul</w:t>
      </w:r>
      <w:proofErr w:type="spellEnd"/>
      <w:r w:rsidRPr="00563B50">
        <w:rPr>
          <w:rFonts w:cs="Times New Roman"/>
          <w:szCs w:val="24"/>
        </w:rPr>
        <w:t xml:space="preserve"> </w:t>
      </w:r>
      <w:proofErr w:type="spellStart"/>
      <w:r w:rsidRPr="00563B50">
        <w:rPr>
          <w:rFonts w:cs="Times New Roman"/>
          <w:szCs w:val="24"/>
        </w:rPr>
        <w:t>confidențial</w:t>
      </w:r>
      <w:proofErr w:type="spellEnd"/>
      <w:r w:rsidRPr="00563B50">
        <w:rPr>
          <w:rFonts w:cs="Times New Roman"/>
          <w:szCs w:val="24"/>
        </w:rPr>
        <w:t xml:space="preserve"> al </w:t>
      </w:r>
      <w:proofErr w:type="spellStart"/>
      <w:r w:rsidRPr="00563B50">
        <w:rPr>
          <w:rFonts w:cs="Times New Roman"/>
          <w:szCs w:val="24"/>
        </w:rPr>
        <w:t>datelor</w:t>
      </w:r>
      <w:proofErr w:type="spellEnd"/>
      <w:r w:rsidRPr="00563B50">
        <w:rPr>
          <w:rFonts w:cs="Times New Roman"/>
          <w:szCs w:val="24"/>
        </w:rPr>
        <w:t xml:space="preserve">; nu </w:t>
      </w:r>
      <w:proofErr w:type="spellStart"/>
      <w:r w:rsidRPr="00563B50">
        <w:rPr>
          <w:rFonts w:cs="Times New Roman"/>
          <w:szCs w:val="24"/>
        </w:rPr>
        <w:t>vor</w:t>
      </w:r>
      <w:proofErr w:type="spellEnd"/>
      <w:r w:rsidRPr="00563B50">
        <w:rPr>
          <w:rFonts w:cs="Times New Roman"/>
          <w:szCs w:val="24"/>
        </w:rPr>
        <w:t xml:space="preserve"> </w:t>
      </w:r>
      <w:proofErr w:type="spellStart"/>
      <w:r w:rsidRPr="00563B50">
        <w:rPr>
          <w:rFonts w:cs="Times New Roman"/>
          <w:szCs w:val="24"/>
        </w:rPr>
        <w:t>copia</w:t>
      </w:r>
      <w:proofErr w:type="spellEnd"/>
      <w:r w:rsidRPr="00563B50">
        <w:rPr>
          <w:rFonts w:cs="Times New Roman"/>
          <w:szCs w:val="24"/>
        </w:rPr>
        <w:t xml:space="preserve">, </w:t>
      </w:r>
      <w:proofErr w:type="spellStart"/>
      <w:r w:rsidRPr="00563B50">
        <w:rPr>
          <w:rFonts w:cs="Times New Roman"/>
          <w:szCs w:val="24"/>
        </w:rPr>
        <w:t>dezvălui</w:t>
      </w:r>
      <w:proofErr w:type="spellEnd"/>
      <w:r w:rsidRPr="00563B50">
        <w:rPr>
          <w:rFonts w:cs="Times New Roman"/>
          <w:szCs w:val="24"/>
        </w:rPr>
        <w:t xml:space="preserve">, </w:t>
      </w:r>
      <w:proofErr w:type="spellStart"/>
      <w:r w:rsidRPr="00563B50">
        <w:rPr>
          <w:rFonts w:cs="Times New Roman"/>
          <w:szCs w:val="24"/>
        </w:rPr>
        <w:t>fotografia</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transmite</w:t>
      </w:r>
      <w:proofErr w:type="spellEnd"/>
      <w:r w:rsidRPr="00563B50">
        <w:rPr>
          <w:rFonts w:cs="Times New Roman"/>
          <w:szCs w:val="24"/>
        </w:rPr>
        <w:t xml:space="preserve">, total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parțial</w:t>
      </w:r>
      <w:proofErr w:type="spellEnd"/>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către</w:t>
      </w:r>
      <w:proofErr w:type="spellEnd"/>
      <w:r w:rsidRPr="00563B50">
        <w:rPr>
          <w:rFonts w:cs="Times New Roman"/>
          <w:szCs w:val="24"/>
        </w:rPr>
        <w:t xml:space="preserve"> </w:t>
      </w:r>
      <w:proofErr w:type="spellStart"/>
      <w:r w:rsidRPr="00563B50">
        <w:rPr>
          <w:rFonts w:cs="Times New Roman"/>
          <w:szCs w:val="24"/>
        </w:rPr>
        <w:t>nicio</w:t>
      </w:r>
      <w:proofErr w:type="spellEnd"/>
      <w:r w:rsidRPr="00563B50">
        <w:rPr>
          <w:rFonts w:cs="Times New Roman"/>
          <w:szCs w:val="24"/>
        </w:rPr>
        <w:t xml:space="preserve"> </w:t>
      </w:r>
      <w:proofErr w:type="spellStart"/>
      <w:r w:rsidRPr="00563B50">
        <w:rPr>
          <w:rFonts w:cs="Times New Roman"/>
          <w:szCs w:val="24"/>
        </w:rPr>
        <w:t>persoană</w:t>
      </w:r>
      <w:proofErr w:type="spellEnd"/>
      <w:r w:rsidRPr="00563B50">
        <w:rPr>
          <w:rFonts w:cs="Times New Roman"/>
          <w:szCs w:val="24"/>
        </w:rPr>
        <w:t xml:space="preserve"> </w:t>
      </w:r>
      <w:proofErr w:type="spellStart"/>
      <w:r w:rsidRPr="00563B50">
        <w:rPr>
          <w:rFonts w:cs="Times New Roman"/>
          <w:szCs w:val="24"/>
        </w:rPr>
        <w:t>neautorizată</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nu </w:t>
      </w:r>
      <w:proofErr w:type="spellStart"/>
      <w:r w:rsidRPr="00563B50">
        <w:rPr>
          <w:rFonts w:cs="Times New Roman"/>
          <w:szCs w:val="24"/>
        </w:rPr>
        <w:t>vor</w:t>
      </w:r>
      <w:proofErr w:type="spellEnd"/>
      <w:r w:rsidRPr="00563B50">
        <w:rPr>
          <w:rFonts w:cs="Times New Roman"/>
          <w:szCs w:val="24"/>
        </w:rPr>
        <w:t xml:space="preserve"> </w:t>
      </w:r>
      <w:proofErr w:type="spellStart"/>
      <w:r w:rsidRPr="00563B50">
        <w:rPr>
          <w:rFonts w:cs="Times New Roman"/>
          <w:szCs w:val="24"/>
        </w:rPr>
        <w:t>utiliza</w:t>
      </w:r>
      <w:proofErr w:type="spellEnd"/>
      <w:r w:rsidRPr="00563B50">
        <w:rPr>
          <w:rFonts w:cs="Times New Roman"/>
          <w:szCs w:val="24"/>
        </w:rPr>
        <w:t xml:space="preserve"> </w:t>
      </w:r>
      <w:proofErr w:type="spellStart"/>
      <w:r w:rsidRPr="00563B50">
        <w:rPr>
          <w:rFonts w:cs="Times New Roman"/>
          <w:szCs w:val="24"/>
        </w:rPr>
        <w:t>aceste</w:t>
      </w:r>
      <w:proofErr w:type="spellEnd"/>
      <w:r w:rsidRPr="00563B50">
        <w:rPr>
          <w:rFonts w:cs="Times New Roman"/>
          <w:szCs w:val="24"/>
        </w:rPr>
        <w:t xml:space="preserve"> </w:t>
      </w:r>
      <w:proofErr w:type="spellStart"/>
      <w:r w:rsidRPr="00563B50">
        <w:rPr>
          <w:rFonts w:cs="Times New Roman"/>
          <w:szCs w:val="24"/>
        </w:rPr>
        <w:t>informații</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sine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interesele</w:t>
      </w:r>
      <w:proofErr w:type="spellEnd"/>
      <w:r w:rsidRPr="00563B50">
        <w:rPr>
          <w:rFonts w:cs="Times New Roman"/>
          <w:szCs w:val="24"/>
        </w:rPr>
        <w:t xml:space="preserve"> </w:t>
      </w:r>
      <w:proofErr w:type="spellStart"/>
      <w:r w:rsidRPr="00563B50">
        <w:rPr>
          <w:rFonts w:cs="Times New Roman"/>
          <w:szCs w:val="24"/>
        </w:rPr>
        <w:t>unor</w:t>
      </w:r>
      <w:proofErr w:type="spellEnd"/>
      <w:r w:rsidRPr="00563B50">
        <w:rPr>
          <w:rFonts w:cs="Times New Roman"/>
          <w:szCs w:val="24"/>
        </w:rPr>
        <w:t xml:space="preserve"> </w:t>
      </w:r>
      <w:proofErr w:type="spellStart"/>
      <w:r w:rsidRPr="00563B50">
        <w:rPr>
          <w:rFonts w:cs="Times New Roman"/>
          <w:szCs w:val="24"/>
        </w:rPr>
        <w:t>terțe</w:t>
      </w:r>
      <w:proofErr w:type="spellEnd"/>
      <w:r w:rsidRPr="00563B50">
        <w:rPr>
          <w:rFonts w:cs="Times New Roman"/>
          <w:szCs w:val="24"/>
        </w:rPr>
        <w:t xml:space="preserve"> </w:t>
      </w:r>
      <w:proofErr w:type="spellStart"/>
      <w:r w:rsidRPr="00563B50">
        <w:rPr>
          <w:rFonts w:cs="Times New Roman"/>
          <w:szCs w:val="24"/>
        </w:rPr>
        <w:t>persoane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afara </w:t>
      </w:r>
      <w:proofErr w:type="spellStart"/>
      <w:r w:rsidRPr="00563B50">
        <w:rPr>
          <w:rFonts w:cs="Times New Roman"/>
          <w:szCs w:val="24"/>
        </w:rPr>
        <w:t>instrucțiunilor</w:t>
      </w:r>
      <w:proofErr w:type="spellEnd"/>
      <w:r w:rsidRPr="00563B50">
        <w:rPr>
          <w:rFonts w:cs="Times New Roman"/>
          <w:szCs w:val="24"/>
        </w:rPr>
        <w:t xml:space="preserve"> </w:t>
      </w:r>
      <w:proofErr w:type="spellStart"/>
      <w:r w:rsidRPr="00563B50">
        <w:rPr>
          <w:rFonts w:cs="Times New Roman"/>
          <w:szCs w:val="24"/>
        </w:rPr>
        <w:t>oficiale</w:t>
      </w:r>
      <w:proofErr w:type="spellEnd"/>
      <w:r w:rsidRPr="00563B50">
        <w:rPr>
          <w:rFonts w:cs="Times New Roman"/>
          <w:szCs w:val="24"/>
        </w:rPr>
        <w:t xml:space="preserve"> </w:t>
      </w:r>
      <w:proofErr w:type="spellStart"/>
      <w:r w:rsidRPr="00563B50">
        <w:rPr>
          <w:rFonts w:cs="Times New Roman"/>
          <w:szCs w:val="24"/>
        </w:rPr>
        <w:t>primite</w:t>
      </w:r>
      <w:proofErr w:type="spellEnd"/>
      <w:r w:rsidRPr="00563B50">
        <w:rPr>
          <w:rFonts w:cs="Times New Roman"/>
          <w:szCs w:val="24"/>
        </w:rPr>
        <w:t>;</w:t>
      </w:r>
    </w:p>
    <w:p w14:paraId="7735C434" w14:textId="77777777" w:rsidR="00EE7ED3" w:rsidRPr="00563B50" w:rsidRDefault="00000000">
      <w:pPr>
        <w:numPr>
          <w:ilvl w:val="0"/>
          <w:numId w:val="7"/>
        </w:numPr>
        <w:jc w:val="both"/>
        <w:rPr>
          <w:rFonts w:cs="Times New Roman"/>
          <w:szCs w:val="24"/>
        </w:rPr>
      </w:pPr>
      <w:proofErr w:type="spellStart"/>
      <w:r w:rsidRPr="00563B50">
        <w:rPr>
          <w:rFonts w:cs="Times New Roman"/>
          <w:szCs w:val="24"/>
        </w:rPr>
        <w:t>Colectează</w:t>
      </w:r>
      <w:proofErr w:type="spellEnd"/>
      <w:r w:rsidRPr="00563B50">
        <w:rPr>
          <w:rFonts w:cs="Times New Roman"/>
          <w:szCs w:val="24"/>
        </w:rPr>
        <w:t xml:space="preserve">, </w:t>
      </w:r>
      <w:proofErr w:type="spellStart"/>
      <w:r w:rsidRPr="00563B50">
        <w:rPr>
          <w:rFonts w:cs="Times New Roman"/>
          <w:szCs w:val="24"/>
        </w:rPr>
        <w:t>actualizează</w:t>
      </w:r>
      <w:proofErr w:type="spellEnd"/>
      <w:r w:rsidRPr="00563B50">
        <w:rPr>
          <w:rFonts w:cs="Times New Roman"/>
          <w:szCs w:val="24"/>
        </w:rPr>
        <w:t xml:space="preserve">, </w:t>
      </w:r>
      <w:proofErr w:type="spellStart"/>
      <w:r w:rsidRPr="00563B50">
        <w:rPr>
          <w:rFonts w:cs="Times New Roman"/>
          <w:szCs w:val="24"/>
        </w:rPr>
        <w:t>revizuiesc</w:t>
      </w:r>
      <w:proofErr w:type="spellEnd"/>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operate, le </w:t>
      </w:r>
      <w:proofErr w:type="spellStart"/>
      <w:r w:rsidRPr="00563B50">
        <w:rPr>
          <w:rFonts w:cs="Times New Roman"/>
          <w:szCs w:val="24"/>
        </w:rPr>
        <w:t>arhivează</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dosare</w:t>
      </w:r>
      <w:proofErr w:type="spellEnd"/>
      <w:r w:rsidRPr="00563B50">
        <w:rPr>
          <w:rFonts w:cs="Times New Roman"/>
          <w:szCs w:val="24"/>
        </w:rPr>
        <w:t xml:space="preserve">, le </w:t>
      </w:r>
      <w:proofErr w:type="spellStart"/>
      <w:r w:rsidRPr="00563B50">
        <w:rPr>
          <w:rFonts w:cs="Times New Roman"/>
          <w:szCs w:val="24"/>
        </w:rPr>
        <w:t>șterg</w:t>
      </w:r>
      <w:proofErr w:type="spellEnd"/>
      <w:r w:rsidRPr="00563B50">
        <w:rPr>
          <w:rFonts w:cs="Times New Roman"/>
          <w:szCs w:val="24"/>
        </w:rPr>
        <w:t xml:space="preserve"> </w:t>
      </w:r>
      <w:proofErr w:type="spellStart"/>
      <w:r w:rsidRPr="00563B50">
        <w:rPr>
          <w:rFonts w:cs="Times New Roman"/>
          <w:szCs w:val="24"/>
        </w:rPr>
        <w:t>ori</w:t>
      </w:r>
      <w:proofErr w:type="spellEnd"/>
      <w:r w:rsidRPr="00563B50">
        <w:rPr>
          <w:rFonts w:cs="Times New Roman"/>
          <w:szCs w:val="24"/>
        </w:rPr>
        <w:t xml:space="preserve"> le </w:t>
      </w:r>
      <w:proofErr w:type="spellStart"/>
      <w:r w:rsidRPr="00563B50">
        <w:rPr>
          <w:rFonts w:cs="Times New Roman"/>
          <w:szCs w:val="24"/>
        </w:rPr>
        <w:t>prelucrează</w:t>
      </w:r>
      <w:proofErr w:type="spellEnd"/>
      <w:r w:rsidRPr="00563B50">
        <w:rPr>
          <w:rFonts w:cs="Times New Roman"/>
          <w:szCs w:val="24"/>
        </w:rPr>
        <w:t xml:space="preserve"> de </w:t>
      </w:r>
      <w:proofErr w:type="spellStart"/>
      <w:r w:rsidRPr="00563B50">
        <w:rPr>
          <w:rFonts w:cs="Times New Roman"/>
          <w:szCs w:val="24"/>
        </w:rPr>
        <w:t>orice</w:t>
      </w:r>
      <w:proofErr w:type="spellEnd"/>
      <w:r w:rsidRPr="00563B50">
        <w:rPr>
          <w:rFonts w:cs="Times New Roman"/>
          <w:szCs w:val="24"/>
        </w:rPr>
        <w:t xml:space="preserve"> </w:t>
      </w:r>
      <w:proofErr w:type="spellStart"/>
      <w:r w:rsidRPr="00563B50">
        <w:rPr>
          <w:rFonts w:cs="Times New Roman"/>
          <w:szCs w:val="24"/>
        </w:rPr>
        <w:t>manieră</w:t>
      </w:r>
      <w:proofErr w:type="spellEnd"/>
      <w:r w:rsidRPr="00563B50">
        <w:rPr>
          <w:rFonts w:cs="Times New Roman"/>
          <w:szCs w:val="24"/>
        </w:rPr>
        <w:t xml:space="preserve"> </w:t>
      </w:r>
      <w:proofErr w:type="spellStart"/>
      <w:r w:rsidRPr="00563B50">
        <w:rPr>
          <w:rFonts w:cs="Times New Roman"/>
          <w:szCs w:val="24"/>
        </w:rPr>
        <w:t>exclusiv</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baza</w:t>
      </w:r>
      <w:proofErr w:type="spellEnd"/>
      <w:r w:rsidRPr="00563B50">
        <w:rPr>
          <w:rFonts w:cs="Times New Roman"/>
          <w:szCs w:val="24"/>
        </w:rPr>
        <w:t xml:space="preserve"> </w:t>
      </w:r>
      <w:proofErr w:type="spellStart"/>
      <w:r w:rsidRPr="00563B50">
        <w:rPr>
          <w:rFonts w:cs="Times New Roman"/>
          <w:szCs w:val="24"/>
        </w:rPr>
        <w:t>instrucțiunilor</w:t>
      </w:r>
      <w:proofErr w:type="spellEnd"/>
      <w:r w:rsidRPr="00563B50">
        <w:rPr>
          <w:rFonts w:cs="Times New Roman"/>
          <w:szCs w:val="24"/>
        </w:rPr>
        <w:t xml:space="preserve"> </w:t>
      </w:r>
      <w:proofErr w:type="spellStart"/>
      <w:r w:rsidRPr="00563B50">
        <w:rPr>
          <w:rFonts w:cs="Times New Roman"/>
          <w:szCs w:val="24"/>
        </w:rPr>
        <w:t>stabilite</w:t>
      </w:r>
      <w:proofErr w:type="spellEnd"/>
      <w:r w:rsidRPr="00563B50">
        <w:rPr>
          <w:rFonts w:cs="Times New Roman"/>
          <w:szCs w:val="24"/>
        </w:rPr>
        <w:t xml:space="preserve"> la </w:t>
      </w:r>
      <w:proofErr w:type="spellStart"/>
      <w:r w:rsidRPr="00563B50">
        <w:rPr>
          <w:rFonts w:cs="Times New Roman"/>
          <w:szCs w:val="24"/>
        </w:rPr>
        <w:t>nivelul</w:t>
      </w:r>
      <w:proofErr w:type="spellEnd"/>
      <w:r w:rsidRPr="00563B50">
        <w:rPr>
          <w:rFonts w:cs="Times New Roman"/>
          <w:szCs w:val="24"/>
        </w:rPr>
        <w:t xml:space="preserve"> </w:t>
      </w:r>
      <w:proofErr w:type="spellStart"/>
      <w:r w:rsidRPr="00563B50">
        <w:rPr>
          <w:rFonts w:cs="Times New Roman"/>
          <w:szCs w:val="24"/>
        </w:rPr>
        <w:t>instituției</w:t>
      </w:r>
      <w:proofErr w:type="spellEnd"/>
      <w:r w:rsidRPr="00563B50">
        <w:rPr>
          <w:rFonts w:cs="Times New Roman"/>
          <w:szCs w:val="24"/>
        </w:rPr>
        <w:t>;</w:t>
      </w:r>
    </w:p>
    <w:p w14:paraId="64B4EC82" w14:textId="77777777" w:rsidR="00EE7ED3" w:rsidRPr="00563B50" w:rsidRDefault="00000000">
      <w:pPr>
        <w:numPr>
          <w:ilvl w:val="0"/>
          <w:numId w:val="7"/>
        </w:numPr>
        <w:jc w:val="both"/>
        <w:rPr>
          <w:rFonts w:cs="Times New Roman"/>
          <w:szCs w:val="24"/>
        </w:rPr>
      </w:pPr>
      <w:proofErr w:type="spellStart"/>
      <w:r w:rsidRPr="00563B50">
        <w:rPr>
          <w:rFonts w:cs="Times New Roman"/>
          <w:szCs w:val="24"/>
        </w:rPr>
        <w:lastRenderedPageBreak/>
        <w:t>Notifică</w:t>
      </w:r>
      <w:proofErr w:type="spellEnd"/>
      <w:r w:rsidRPr="00563B50">
        <w:rPr>
          <w:rFonts w:cs="Times New Roman"/>
          <w:szCs w:val="24"/>
        </w:rPr>
        <w:t xml:space="preserve"> </w:t>
      </w:r>
      <w:proofErr w:type="spellStart"/>
      <w:r w:rsidRPr="00563B50">
        <w:rPr>
          <w:rFonts w:cs="Times New Roman"/>
          <w:szCs w:val="24"/>
        </w:rPr>
        <w:t>toți</w:t>
      </w:r>
      <w:proofErr w:type="spellEnd"/>
      <w:r w:rsidRPr="00563B50">
        <w:rPr>
          <w:rFonts w:cs="Times New Roman"/>
          <w:szCs w:val="24"/>
        </w:rPr>
        <w:t xml:space="preserve"> </w:t>
      </w:r>
      <w:proofErr w:type="spellStart"/>
      <w:r w:rsidRPr="00563B50">
        <w:rPr>
          <w:rFonts w:cs="Times New Roman"/>
          <w:szCs w:val="24"/>
        </w:rPr>
        <w:t>terții</w:t>
      </w:r>
      <w:proofErr w:type="spellEnd"/>
      <w:r w:rsidRPr="00563B50">
        <w:rPr>
          <w:rFonts w:cs="Times New Roman"/>
          <w:szCs w:val="24"/>
        </w:rPr>
        <w:t>/</w:t>
      </w:r>
      <w:proofErr w:type="spellStart"/>
      <w:r w:rsidRPr="00563B50">
        <w:rPr>
          <w:rFonts w:cs="Times New Roman"/>
          <w:szCs w:val="24"/>
        </w:rPr>
        <w:t>cetățenii</w:t>
      </w:r>
      <w:proofErr w:type="spellEnd"/>
      <w:r w:rsidRPr="00563B50">
        <w:rPr>
          <w:rFonts w:cs="Times New Roman"/>
          <w:szCs w:val="24"/>
        </w:rPr>
        <w:t xml:space="preserve"> cu care </w:t>
      </w:r>
      <w:proofErr w:type="spellStart"/>
      <w:r w:rsidRPr="00563B50">
        <w:rPr>
          <w:rFonts w:cs="Times New Roman"/>
          <w:szCs w:val="24"/>
        </w:rPr>
        <w:t>intră</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contact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timpul</w:t>
      </w:r>
      <w:proofErr w:type="spellEnd"/>
      <w:r w:rsidRPr="00563B50">
        <w:rPr>
          <w:rFonts w:cs="Times New Roman"/>
          <w:szCs w:val="24"/>
        </w:rPr>
        <w:t xml:space="preserve"> </w:t>
      </w:r>
      <w:proofErr w:type="spellStart"/>
      <w:r w:rsidRPr="00563B50">
        <w:rPr>
          <w:rFonts w:cs="Times New Roman"/>
          <w:szCs w:val="24"/>
        </w:rPr>
        <w:t>exercitării</w:t>
      </w:r>
      <w:proofErr w:type="spellEnd"/>
      <w:r w:rsidRPr="00563B50">
        <w:rPr>
          <w:rFonts w:cs="Times New Roman"/>
          <w:szCs w:val="24"/>
        </w:rPr>
        <w:t xml:space="preserve"> </w:t>
      </w:r>
      <w:proofErr w:type="spellStart"/>
      <w:r w:rsidRPr="00563B50">
        <w:rPr>
          <w:rFonts w:cs="Times New Roman"/>
          <w:szCs w:val="24"/>
        </w:rPr>
        <w:t>atribuțiilor</w:t>
      </w:r>
      <w:proofErr w:type="spellEnd"/>
      <w:r w:rsidRPr="00563B50">
        <w:rPr>
          <w:rFonts w:cs="Times New Roman"/>
          <w:szCs w:val="24"/>
        </w:rPr>
        <w:t xml:space="preserve"> de </w:t>
      </w:r>
      <w:proofErr w:type="spellStart"/>
      <w:r w:rsidRPr="00563B50">
        <w:rPr>
          <w:rFonts w:cs="Times New Roman"/>
          <w:szCs w:val="24"/>
        </w:rPr>
        <w:t>serviciu</w:t>
      </w:r>
      <w:proofErr w:type="spellEnd"/>
      <w:r w:rsidRPr="00563B50">
        <w:rPr>
          <w:rFonts w:cs="Times New Roman"/>
          <w:szCs w:val="24"/>
        </w:rPr>
        <w:t xml:space="preserve">, </w:t>
      </w:r>
      <w:proofErr w:type="spellStart"/>
      <w:r w:rsidRPr="00563B50">
        <w:rPr>
          <w:rFonts w:cs="Times New Roman"/>
          <w:szCs w:val="24"/>
        </w:rPr>
        <w:t>informându-i</w:t>
      </w:r>
      <w:proofErr w:type="spellEnd"/>
      <w:r w:rsidRPr="00563B50">
        <w:rPr>
          <w:rFonts w:cs="Times New Roman"/>
          <w:szCs w:val="24"/>
        </w:rPr>
        <w:t xml:space="preserve"> </w:t>
      </w:r>
      <w:proofErr w:type="spellStart"/>
      <w:r w:rsidRPr="00563B50">
        <w:rPr>
          <w:rFonts w:cs="Times New Roman"/>
          <w:szCs w:val="24"/>
        </w:rPr>
        <w:t>că</w:t>
      </w:r>
      <w:proofErr w:type="spellEnd"/>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le sunt </w:t>
      </w:r>
      <w:proofErr w:type="spellStart"/>
      <w:r w:rsidRPr="00563B50">
        <w:rPr>
          <w:rFonts w:cs="Times New Roman"/>
          <w:szCs w:val="24"/>
        </w:rPr>
        <w:t>prelucrate</w:t>
      </w:r>
      <w:proofErr w:type="spellEnd"/>
      <w:r w:rsidRPr="00563B50">
        <w:rPr>
          <w:rFonts w:cs="Times New Roman"/>
          <w:szCs w:val="24"/>
        </w:rPr>
        <w:t xml:space="preserve">, </w:t>
      </w:r>
      <w:proofErr w:type="spellStart"/>
      <w:r w:rsidRPr="00563B50">
        <w:rPr>
          <w:rFonts w:cs="Times New Roman"/>
          <w:szCs w:val="24"/>
        </w:rPr>
        <w:t>scopul</w:t>
      </w:r>
      <w:proofErr w:type="spellEnd"/>
      <w:r w:rsidRPr="00563B50">
        <w:rPr>
          <w:rFonts w:cs="Times New Roman"/>
          <w:szCs w:val="24"/>
        </w:rPr>
        <w:t xml:space="preserve">, </w:t>
      </w:r>
      <w:proofErr w:type="spellStart"/>
      <w:r w:rsidRPr="00563B50">
        <w:rPr>
          <w:rFonts w:cs="Times New Roman"/>
          <w:szCs w:val="24"/>
        </w:rPr>
        <w:t>durata</w:t>
      </w:r>
      <w:proofErr w:type="spellEnd"/>
      <w:r w:rsidRPr="00563B50">
        <w:rPr>
          <w:rFonts w:cs="Times New Roman"/>
          <w:szCs w:val="24"/>
        </w:rPr>
        <w:t xml:space="preserve"> </w:t>
      </w:r>
      <w:proofErr w:type="spellStart"/>
      <w:r w:rsidRPr="00563B50">
        <w:rPr>
          <w:rFonts w:cs="Times New Roman"/>
          <w:szCs w:val="24"/>
        </w:rPr>
        <w:t>prelucrării</w:t>
      </w:r>
      <w:proofErr w:type="spellEnd"/>
      <w:r w:rsidRPr="00563B50">
        <w:rPr>
          <w:rFonts w:cs="Times New Roman"/>
          <w:szCs w:val="24"/>
        </w:rPr>
        <w:t xml:space="preserve">, precum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drepturile</w:t>
      </w:r>
      <w:proofErr w:type="spellEnd"/>
      <w:r w:rsidRPr="00563B50">
        <w:rPr>
          <w:rFonts w:cs="Times New Roman"/>
          <w:szCs w:val="24"/>
        </w:rPr>
        <w:t xml:space="preserve"> lor, </w:t>
      </w:r>
      <w:proofErr w:type="spellStart"/>
      <w:r w:rsidRPr="00563B50">
        <w:rPr>
          <w:rFonts w:cs="Times New Roman"/>
          <w:szCs w:val="24"/>
        </w:rPr>
        <w:t>utilizând</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acest</w:t>
      </w:r>
      <w:proofErr w:type="spellEnd"/>
      <w:r w:rsidRPr="00563B50">
        <w:rPr>
          <w:rFonts w:cs="Times New Roman"/>
          <w:szCs w:val="24"/>
        </w:rPr>
        <w:t xml:space="preserve"> </w:t>
      </w:r>
      <w:proofErr w:type="spellStart"/>
      <w:r w:rsidRPr="00563B50">
        <w:rPr>
          <w:rFonts w:cs="Times New Roman"/>
          <w:szCs w:val="24"/>
        </w:rPr>
        <w:t>sens</w:t>
      </w:r>
      <w:proofErr w:type="spellEnd"/>
      <w:r w:rsidRPr="00563B50">
        <w:rPr>
          <w:rFonts w:cs="Times New Roman"/>
          <w:szCs w:val="24"/>
        </w:rPr>
        <w:t xml:space="preserve"> </w:t>
      </w:r>
      <w:proofErr w:type="spellStart"/>
      <w:r w:rsidRPr="00563B50">
        <w:rPr>
          <w:rFonts w:cs="Times New Roman"/>
          <w:szCs w:val="24"/>
        </w:rPr>
        <w:t>notele</w:t>
      </w:r>
      <w:proofErr w:type="spellEnd"/>
      <w:r w:rsidRPr="00563B50">
        <w:rPr>
          <w:rFonts w:cs="Times New Roman"/>
          <w:szCs w:val="24"/>
        </w:rPr>
        <w:t xml:space="preserve"> de </w:t>
      </w:r>
      <w:proofErr w:type="spellStart"/>
      <w:r w:rsidRPr="00563B50">
        <w:rPr>
          <w:rFonts w:cs="Times New Roman"/>
          <w:szCs w:val="24"/>
        </w:rPr>
        <w:t>informare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formularele</w:t>
      </w:r>
      <w:proofErr w:type="spellEnd"/>
      <w:r w:rsidRPr="00563B50">
        <w:rPr>
          <w:rFonts w:cs="Times New Roman"/>
          <w:szCs w:val="24"/>
        </w:rPr>
        <w:t xml:space="preserve"> </w:t>
      </w:r>
      <w:proofErr w:type="spellStart"/>
      <w:r w:rsidRPr="00563B50">
        <w:rPr>
          <w:rFonts w:cs="Times New Roman"/>
          <w:szCs w:val="24"/>
        </w:rPr>
        <w:t>puse</w:t>
      </w:r>
      <w:proofErr w:type="spellEnd"/>
      <w:r w:rsidRPr="00563B50">
        <w:rPr>
          <w:rFonts w:cs="Times New Roman"/>
          <w:szCs w:val="24"/>
        </w:rPr>
        <w:t xml:space="preserve"> la </w:t>
      </w:r>
      <w:proofErr w:type="spellStart"/>
      <w:r w:rsidRPr="00563B50">
        <w:rPr>
          <w:rFonts w:cs="Times New Roman"/>
          <w:szCs w:val="24"/>
        </w:rPr>
        <w:t>dispoziție</w:t>
      </w:r>
      <w:proofErr w:type="spellEnd"/>
      <w:r w:rsidRPr="00563B50">
        <w:rPr>
          <w:rFonts w:cs="Times New Roman"/>
          <w:szCs w:val="24"/>
        </w:rPr>
        <w:t xml:space="preserve"> de </w:t>
      </w:r>
      <w:proofErr w:type="spellStart"/>
      <w:r w:rsidRPr="00563B50">
        <w:rPr>
          <w:rFonts w:cs="Times New Roman"/>
          <w:szCs w:val="24"/>
        </w:rPr>
        <w:t>Primărie</w:t>
      </w:r>
      <w:proofErr w:type="spellEnd"/>
      <w:r w:rsidRPr="00563B50">
        <w:rPr>
          <w:rFonts w:cs="Times New Roman"/>
          <w:szCs w:val="24"/>
        </w:rPr>
        <w:t>;</w:t>
      </w:r>
    </w:p>
    <w:p w14:paraId="0BE22D8B" w14:textId="77777777" w:rsidR="00EE7ED3" w:rsidRPr="00563B50" w:rsidRDefault="00000000">
      <w:pPr>
        <w:numPr>
          <w:ilvl w:val="0"/>
          <w:numId w:val="7"/>
        </w:numPr>
        <w:jc w:val="both"/>
        <w:rPr>
          <w:rFonts w:cs="Times New Roman"/>
          <w:szCs w:val="24"/>
        </w:rPr>
      </w:pPr>
      <w:proofErr w:type="spellStart"/>
      <w:r w:rsidRPr="00563B50">
        <w:rPr>
          <w:rFonts w:cs="Times New Roman"/>
          <w:szCs w:val="24"/>
        </w:rPr>
        <w:t>Solicită</w:t>
      </w:r>
      <w:proofErr w:type="spellEnd"/>
      <w:r w:rsidRPr="00563B50">
        <w:rPr>
          <w:rFonts w:cs="Times New Roman"/>
          <w:szCs w:val="24"/>
        </w:rPr>
        <w:t xml:space="preserve"> </w:t>
      </w:r>
      <w:proofErr w:type="spellStart"/>
      <w:r w:rsidRPr="00563B50">
        <w:rPr>
          <w:rFonts w:cs="Times New Roman"/>
          <w:szCs w:val="24"/>
        </w:rPr>
        <w:t>consimțământul</w:t>
      </w:r>
      <w:proofErr w:type="spellEnd"/>
      <w:r w:rsidRPr="00563B50">
        <w:rPr>
          <w:rFonts w:cs="Times New Roman"/>
          <w:szCs w:val="24"/>
        </w:rPr>
        <w:t xml:space="preserve"> </w:t>
      </w:r>
      <w:proofErr w:type="spellStart"/>
      <w:r w:rsidRPr="00563B50">
        <w:rPr>
          <w:rFonts w:cs="Times New Roman"/>
          <w:szCs w:val="24"/>
        </w:rPr>
        <w:t>cetățenilor</w:t>
      </w:r>
      <w:proofErr w:type="spellEnd"/>
      <w:r w:rsidRPr="00563B50">
        <w:rPr>
          <w:rFonts w:cs="Times New Roman"/>
          <w:szCs w:val="24"/>
        </w:rPr>
        <w:t xml:space="preserve">, </w:t>
      </w:r>
      <w:proofErr w:type="spellStart"/>
      <w:r w:rsidRPr="00563B50">
        <w:rPr>
          <w:rFonts w:cs="Times New Roman"/>
          <w:szCs w:val="24"/>
        </w:rPr>
        <w:t>exprimat</w:t>
      </w:r>
      <w:proofErr w:type="spellEnd"/>
      <w:r w:rsidRPr="00563B50">
        <w:rPr>
          <w:rFonts w:cs="Times New Roman"/>
          <w:szCs w:val="24"/>
        </w:rPr>
        <w:t xml:space="preserve"> </w:t>
      </w:r>
      <w:proofErr w:type="spellStart"/>
      <w:r w:rsidRPr="00563B50">
        <w:rPr>
          <w:rFonts w:cs="Times New Roman"/>
          <w:szCs w:val="24"/>
        </w:rPr>
        <w:t>într</w:t>
      </w:r>
      <w:proofErr w:type="spellEnd"/>
      <w:r w:rsidRPr="00563B50">
        <w:rPr>
          <w:rFonts w:cs="Times New Roman"/>
          <w:szCs w:val="24"/>
        </w:rPr>
        <w:t xml:space="preserve">-o </w:t>
      </w:r>
      <w:proofErr w:type="spellStart"/>
      <w:r w:rsidRPr="00563B50">
        <w:rPr>
          <w:rFonts w:cs="Times New Roman"/>
          <w:szCs w:val="24"/>
        </w:rPr>
        <w:t>formă</w:t>
      </w:r>
      <w:proofErr w:type="spellEnd"/>
      <w:r w:rsidRPr="00563B50">
        <w:rPr>
          <w:rFonts w:cs="Times New Roman"/>
          <w:szCs w:val="24"/>
        </w:rPr>
        <w:t xml:space="preserve"> </w:t>
      </w:r>
      <w:proofErr w:type="spellStart"/>
      <w:r w:rsidRPr="00563B50">
        <w:rPr>
          <w:rFonts w:cs="Times New Roman"/>
          <w:szCs w:val="24"/>
        </w:rPr>
        <w:t>concretă</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trasabilă</w:t>
      </w:r>
      <w:proofErr w:type="spellEnd"/>
      <w:r w:rsidRPr="00563B50">
        <w:rPr>
          <w:rFonts w:cs="Times New Roman"/>
          <w:szCs w:val="24"/>
        </w:rPr>
        <w:t xml:space="preserve"> (</w:t>
      </w:r>
      <w:proofErr w:type="spellStart"/>
      <w:r w:rsidRPr="00563B50">
        <w:rPr>
          <w:rFonts w:cs="Times New Roman"/>
          <w:szCs w:val="24"/>
        </w:rPr>
        <w:t>notificare</w:t>
      </w:r>
      <w:proofErr w:type="spellEnd"/>
      <w:r w:rsidRPr="00563B50">
        <w:rPr>
          <w:rFonts w:cs="Times New Roman"/>
          <w:szCs w:val="24"/>
        </w:rPr>
        <w:t xml:space="preserve"> </w:t>
      </w:r>
      <w:proofErr w:type="spellStart"/>
      <w:r w:rsidRPr="00563B50">
        <w:rPr>
          <w:rFonts w:cs="Times New Roman"/>
          <w:szCs w:val="24"/>
        </w:rPr>
        <w:t>scrisă</w:t>
      </w:r>
      <w:proofErr w:type="spellEnd"/>
      <w:r w:rsidRPr="00563B50">
        <w:rPr>
          <w:rFonts w:cs="Times New Roman"/>
          <w:szCs w:val="24"/>
        </w:rPr>
        <w:t xml:space="preserve"> </w:t>
      </w:r>
      <w:proofErr w:type="spellStart"/>
      <w:r w:rsidRPr="00563B50">
        <w:rPr>
          <w:rFonts w:cs="Times New Roman"/>
          <w:szCs w:val="24"/>
        </w:rPr>
        <w:t>semnată</w:t>
      </w:r>
      <w:proofErr w:type="spellEnd"/>
      <w:r w:rsidRPr="00563B50">
        <w:rPr>
          <w:rFonts w:cs="Times New Roman"/>
          <w:szCs w:val="24"/>
        </w:rPr>
        <w:t xml:space="preserve">, </w:t>
      </w:r>
      <w:proofErr w:type="spellStart"/>
      <w:r w:rsidRPr="00563B50">
        <w:rPr>
          <w:rFonts w:cs="Times New Roman"/>
          <w:szCs w:val="24"/>
        </w:rPr>
        <w:t>acord</w:t>
      </w:r>
      <w:proofErr w:type="spellEnd"/>
      <w:r w:rsidRPr="00563B50">
        <w:rPr>
          <w:rFonts w:cs="Times New Roman"/>
          <w:szCs w:val="24"/>
        </w:rPr>
        <w:t xml:space="preserve"> </w:t>
      </w:r>
      <w:proofErr w:type="spellStart"/>
      <w:r w:rsidRPr="00563B50">
        <w:rPr>
          <w:rFonts w:cs="Times New Roman"/>
          <w:szCs w:val="24"/>
        </w:rPr>
        <w:t>bifat</w:t>
      </w:r>
      <w:proofErr w:type="spellEnd"/>
      <w:r w:rsidRPr="00563B50">
        <w:rPr>
          <w:rFonts w:cs="Times New Roman"/>
          <w:szCs w:val="24"/>
        </w:rPr>
        <w:t xml:space="preserve"> digital),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vederea</w:t>
      </w:r>
      <w:proofErr w:type="spellEnd"/>
      <w:r w:rsidRPr="00563B50">
        <w:rPr>
          <w:rFonts w:cs="Times New Roman"/>
          <w:szCs w:val="24"/>
        </w:rPr>
        <w:t xml:space="preserve"> </w:t>
      </w:r>
      <w:proofErr w:type="spellStart"/>
      <w:r w:rsidRPr="00563B50">
        <w:rPr>
          <w:rFonts w:cs="Times New Roman"/>
          <w:szCs w:val="24"/>
        </w:rPr>
        <w:t>prelucrării</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măsura</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care se </w:t>
      </w:r>
      <w:proofErr w:type="spellStart"/>
      <w:r w:rsidRPr="00563B50">
        <w:rPr>
          <w:rFonts w:cs="Times New Roman"/>
          <w:szCs w:val="24"/>
        </w:rPr>
        <w:t>află</w:t>
      </w:r>
      <w:proofErr w:type="spellEnd"/>
      <w:r w:rsidRPr="00563B50">
        <w:rPr>
          <w:rFonts w:cs="Times New Roman"/>
          <w:szCs w:val="24"/>
        </w:rPr>
        <w:t xml:space="preserve"> </w:t>
      </w:r>
      <w:proofErr w:type="spellStart"/>
      <w:r w:rsidRPr="00563B50">
        <w:rPr>
          <w:rFonts w:cs="Times New Roman"/>
          <w:szCs w:val="24"/>
        </w:rPr>
        <w:t>într</w:t>
      </w:r>
      <w:proofErr w:type="spellEnd"/>
      <w:r w:rsidRPr="00563B50">
        <w:rPr>
          <w:rFonts w:cs="Times New Roman"/>
          <w:szCs w:val="24"/>
        </w:rPr>
        <w:t xml:space="preserve">-o </w:t>
      </w:r>
      <w:proofErr w:type="spellStart"/>
      <w:r w:rsidRPr="00563B50">
        <w:rPr>
          <w:rFonts w:cs="Times New Roman"/>
          <w:szCs w:val="24"/>
        </w:rPr>
        <w:t>situație</w:t>
      </w:r>
      <w:proofErr w:type="spellEnd"/>
      <w:r w:rsidRPr="00563B50">
        <w:rPr>
          <w:rFonts w:cs="Times New Roman"/>
          <w:szCs w:val="24"/>
        </w:rPr>
        <w:t xml:space="preserve"> </w:t>
      </w:r>
      <w:proofErr w:type="spellStart"/>
      <w:r w:rsidRPr="00563B50">
        <w:rPr>
          <w:rFonts w:cs="Times New Roman"/>
          <w:szCs w:val="24"/>
        </w:rPr>
        <w:t>publică</w:t>
      </w:r>
      <w:proofErr w:type="spellEnd"/>
      <w:r w:rsidRPr="00563B50">
        <w:rPr>
          <w:rFonts w:cs="Times New Roman"/>
          <w:szCs w:val="24"/>
        </w:rPr>
        <w:t xml:space="preserve"> </w:t>
      </w:r>
      <w:proofErr w:type="spellStart"/>
      <w:r w:rsidRPr="00563B50">
        <w:rPr>
          <w:rFonts w:cs="Times New Roman"/>
          <w:szCs w:val="24"/>
        </w:rPr>
        <w:t>facultativă</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care </w:t>
      </w:r>
      <w:proofErr w:type="spellStart"/>
      <w:r w:rsidRPr="00563B50">
        <w:rPr>
          <w:rFonts w:cs="Times New Roman"/>
          <w:szCs w:val="24"/>
        </w:rPr>
        <w:t>legile</w:t>
      </w:r>
      <w:proofErr w:type="spellEnd"/>
      <w:r w:rsidRPr="00563B50">
        <w:rPr>
          <w:rFonts w:cs="Times New Roman"/>
          <w:szCs w:val="24"/>
        </w:rPr>
        <w:t xml:space="preserve"> </w:t>
      </w:r>
      <w:proofErr w:type="spellStart"/>
      <w:r w:rsidRPr="00563B50">
        <w:rPr>
          <w:rFonts w:cs="Times New Roman"/>
          <w:szCs w:val="24"/>
        </w:rPr>
        <w:t>impun</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mod </w:t>
      </w:r>
      <w:proofErr w:type="spellStart"/>
      <w:r w:rsidRPr="00563B50">
        <w:rPr>
          <w:rFonts w:cs="Times New Roman"/>
          <w:szCs w:val="24"/>
        </w:rPr>
        <w:t>obligatoriu</w:t>
      </w:r>
      <w:proofErr w:type="spellEnd"/>
      <w:r w:rsidRPr="00563B50">
        <w:rPr>
          <w:rFonts w:cs="Times New Roman"/>
          <w:szCs w:val="24"/>
        </w:rPr>
        <w:t xml:space="preserve"> </w:t>
      </w:r>
      <w:proofErr w:type="spellStart"/>
      <w:r w:rsidRPr="00563B50">
        <w:rPr>
          <w:rFonts w:cs="Times New Roman"/>
          <w:szCs w:val="24"/>
        </w:rPr>
        <w:t>acordarea</w:t>
      </w:r>
      <w:proofErr w:type="spellEnd"/>
      <w:r w:rsidRPr="00563B50">
        <w:rPr>
          <w:rFonts w:cs="Times New Roman"/>
          <w:szCs w:val="24"/>
        </w:rPr>
        <w:t xml:space="preserve"> </w:t>
      </w:r>
      <w:proofErr w:type="spellStart"/>
      <w:r w:rsidRPr="00563B50">
        <w:rPr>
          <w:rFonts w:cs="Times New Roman"/>
          <w:szCs w:val="24"/>
        </w:rPr>
        <w:t>consimțământului</w:t>
      </w:r>
      <w:proofErr w:type="spellEnd"/>
      <w:r w:rsidRPr="00563B50">
        <w:rPr>
          <w:rFonts w:cs="Times New Roman"/>
          <w:szCs w:val="24"/>
        </w:rPr>
        <w:t>;</w:t>
      </w:r>
    </w:p>
    <w:p w14:paraId="7EF9D9B3" w14:textId="77777777" w:rsidR="00EE7ED3" w:rsidRPr="00563B50" w:rsidRDefault="00000000">
      <w:pPr>
        <w:numPr>
          <w:ilvl w:val="0"/>
          <w:numId w:val="7"/>
        </w:numPr>
        <w:jc w:val="both"/>
        <w:rPr>
          <w:rFonts w:cs="Times New Roman"/>
          <w:szCs w:val="24"/>
        </w:rPr>
      </w:pPr>
      <w:proofErr w:type="spellStart"/>
      <w:r w:rsidRPr="00563B50">
        <w:rPr>
          <w:rFonts w:cs="Times New Roman"/>
          <w:szCs w:val="24"/>
        </w:rPr>
        <w:t>Interzic</w:t>
      </w:r>
      <w:proofErr w:type="spellEnd"/>
      <w:r w:rsidRPr="00563B50">
        <w:rPr>
          <w:rFonts w:cs="Times New Roman"/>
          <w:szCs w:val="24"/>
        </w:rPr>
        <w:t xml:space="preserve"> </w:t>
      </w:r>
      <w:proofErr w:type="spellStart"/>
      <w:r w:rsidRPr="00563B50">
        <w:rPr>
          <w:rFonts w:cs="Times New Roman"/>
          <w:szCs w:val="24"/>
        </w:rPr>
        <w:t>accesul</w:t>
      </w:r>
      <w:proofErr w:type="spellEnd"/>
      <w:r w:rsidRPr="00563B50">
        <w:rPr>
          <w:rFonts w:cs="Times New Roman"/>
          <w:szCs w:val="24"/>
        </w:rPr>
        <w:t xml:space="preserve"> </w:t>
      </w:r>
      <w:proofErr w:type="spellStart"/>
      <w:r w:rsidRPr="00563B50">
        <w:rPr>
          <w:rFonts w:cs="Times New Roman"/>
          <w:szCs w:val="24"/>
        </w:rPr>
        <w:t>neautorizat</w:t>
      </w:r>
      <w:proofErr w:type="spellEnd"/>
      <w:r w:rsidRPr="00563B50">
        <w:rPr>
          <w:rFonts w:cs="Times New Roman"/>
          <w:szCs w:val="24"/>
        </w:rPr>
        <w:t xml:space="preserve"> la date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încuierea</w:t>
      </w:r>
      <w:proofErr w:type="spellEnd"/>
      <w:r w:rsidRPr="00563B50">
        <w:rPr>
          <w:rFonts w:cs="Times New Roman"/>
          <w:szCs w:val="24"/>
        </w:rPr>
        <w:t xml:space="preserve"> </w:t>
      </w:r>
      <w:proofErr w:type="spellStart"/>
      <w:r w:rsidRPr="00563B50">
        <w:rPr>
          <w:rFonts w:cs="Times New Roman"/>
          <w:szCs w:val="24"/>
        </w:rPr>
        <w:t>birourilor</w:t>
      </w:r>
      <w:proofErr w:type="spellEnd"/>
      <w:r w:rsidRPr="00563B50">
        <w:rPr>
          <w:rFonts w:cs="Times New Roman"/>
          <w:szCs w:val="24"/>
        </w:rPr>
        <w:t>/</w:t>
      </w:r>
      <w:proofErr w:type="spellStart"/>
      <w:r w:rsidRPr="00563B50">
        <w:rPr>
          <w:rFonts w:cs="Times New Roman"/>
          <w:szCs w:val="24"/>
        </w:rPr>
        <w:t>dulapurilor</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utilizarea</w:t>
      </w:r>
      <w:proofErr w:type="spellEnd"/>
      <w:r w:rsidRPr="00563B50">
        <w:rPr>
          <w:rFonts w:cs="Times New Roman"/>
          <w:szCs w:val="24"/>
        </w:rPr>
        <w:t xml:space="preserve"> </w:t>
      </w:r>
      <w:proofErr w:type="spellStart"/>
      <w:r w:rsidRPr="00563B50">
        <w:rPr>
          <w:rFonts w:cs="Times New Roman"/>
          <w:szCs w:val="24"/>
        </w:rPr>
        <w:t>regulii</w:t>
      </w:r>
      <w:proofErr w:type="spellEnd"/>
      <w:r w:rsidRPr="00563B50">
        <w:rPr>
          <w:rFonts w:cs="Times New Roman"/>
          <w:szCs w:val="24"/>
        </w:rPr>
        <w:t xml:space="preserve"> </w:t>
      </w:r>
      <w:proofErr w:type="spellStart"/>
      <w:r w:rsidRPr="00563B50">
        <w:rPr>
          <w:rFonts w:cs="Times New Roman"/>
          <w:szCs w:val="24"/>
        </w:rPr>
        <w:t>ecranului</w:t>
      </w:r>
      <w:proofErr w:type="spellEnd"/>
      <w:r w:rsidRPr="00563B50">
        <w:rPr>
          <w:rFonts w:cs="Times New Roman"/>
          <w:szCs w:val="24"/>
        </w:rPr>
        <w:t xml:space="preserve"> </w:t>
      </w:r>
      <w:proofErr w:type="spellStart"/>
      <w:r w:rsidRPr="00563B50">
        <w:rPr>
          <w:rFonts w:cs="Times New Roman"/>
          <w:szCs w:val="24"/>
        </w:rPr>
        <w:t>blocat</w:t>
      </w:r>
      <w:proofErr w:type="spellEnd"/>
      <w:r w:rsidRPr="00563B50">
        <w:rPr>
          <w:rFonts w:cs="Times New Roman"/>
          <w:szCs w:val="24"/>
        </w:rPr>
        <w:t xml:space="preserve"> (Windows + L);</w:t>
      </w:r>
    </w:p>
    <w:p w14:paraId="5221AEAC" w14:textId="77777777" w:rsidR="00EE7ED3" w:rsidRPr="00563B50" w:rsidRDefault="00000000">
      <w:pPr>
        <w:numPr>
          <w:ilvl w:val="0"/>
          <w:numId w:val="7"/>
        </w:numPr>
        <w:jc w:val="both"/>
        <w:rPr>
          <w:rFonts w:cs="Times New Roman"/>
          <w:szCs w:val="24"/>
        </w:rPr>
      </w:pPr>
      <w:proofErr w:type="spellStart"/>
      <w:r w:rsidRPr="00563B50">
        <w:rPr>
          <w:rFonts w:cs="Times New Roman"/>
          <w:szCs w:val="24"/>
        </w:rPr>
        <w:t>Informează</w:t>
      </w:r>
      <w:proofErr w:type="spellEnd"/>
      <w:r w:rsidRPr="00563B50">
        <w:rPr>
          <w:rFonts w:cs="Times New Roman"/>
          <w:szCs w:val="24"/>
        </w:rPr>
        <w:t xml:space="preserve"> </w:t>
      </w:r>
      <w:proofErr w:type="spellStart"/>
      <w:r w:rsidRPr="00563B50">
        <w:rPr>
          <w:rFonts w:cs="Times New Roman"/>
          <w:szCs w:val="24"/>
        </w:rPr>
        <w:t>organul</w:t>
      </w:r>
      <w:proofErr w:type="spellEnd"/>
      <w:r w:rsidRPr="00563B50">
        <w:rPr>
          <w:rFonts w:cs="Times New Roman"/>
          <w:szCs w:val="24"/>
        </w:rPr>
        <w:t xml:space="preserve"> de </w:t>
      </w:r>
      <w:proofErr w:type="spellStart"/>
      <w:r w:rsidRPr="00563B50">
        <w:rPr>
          <w:rFonts w:cs="Times New Roman"/>
          <w:szCs w:val="24"/>
        </w:rPr>
        <w:t>conducere</w:t>
      </w:r>
      <w:proofErr w:type="spellEnd"/>
      <w:r w:rsidRPr="00563B50">
        <w:rPr>
          <w:rFonts w:cs="Times New Roman"/>
          <w:szCs w:val="24"/>
        </w:rPr>
        <w:t xml:space="preserve"> (</w:t>
      </w:r>
      <w:proofErr w:type="spellStart"/>
      <w:r w:rsidRPr="00563B50">
        <w:rPr>
          <w:rFonts w:cs="Times New Roman"/>
          <w:szCs w:val="24"/>
        </w:rPr>
        <w:t>Primarul</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r>
        <w:rPr>
          <w:rFonts w:cs="Times New Roman"/>
          <w:szCs w:val="24"/>
          <w:lang w:val="ro-RO"/>
        </w:rPr>
        <w:t>Responsabilul cu Protecția Datelor</w:t>
      </w:r>
      <w:r w:rsidRPr="00563B50">
        <w:rPr>
          <w:rFonts w:cs="Times New Roman"/>
          <w:szCs w:val="24"/>
        </w:rPr>
        <w:t xml:space="preserve">) </w:t>
      </w:r>
      <w:proofErr w:type="spellStart"/>
      <w:r w:rsidRPr="00563B50">
        <w:rPr>
          <w:rFonts w:cs="Times New Roman"/>
          <w:szCs w:val="24"/>
        </w:rPr>
        <w:t>despre</w:t>
      </w:r>
      <w:proofErr w:type="spellEnd"/>
      <w:r w:rsidRPr="00563B50">
        <w:rPr>
          <w:rFonts w:cs="Times New Roman"/>
          <w:szCs w:val="24"/>
        </w:rPr>
        <w:t xml:space="preserve"> </w:t>
      </w:r>
      <w:proofErr w:type="spellStart"/>
      <w:r w:rsidRPr="00563B50">
        <w:rPr>
          <w:rFonts w:cs="Times New Roman"/>
          <w:szCs w:val="24"/>
        </w:rPr>
        <w:t>orice</w:t>
      </w:r>
      <w:proofErr w:type="spellEnd"/>
      <w:r w:rsidRPr="00563B50">
        <w:rPr>
          <w:rFonts w:cs="Times New Roman"/>
          <w:szCs w:val="24"/>
        </w:rPr>
        <w:t xml:space="preserve"> </w:t>
      </w:r>
      <w:proofErr w:type="spellStart"/>
      <w:r w:rsidRPr="00563B50">
        <w:rPr>
          <w:rFonts w:cs="Times New Roman"/>
          <w:szCs w:val="24"/>
        </w:rPr>
        <w:t>situație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care a </w:t>
      </w:r>
      <w:proofErr w:type="spellStart"/>
      <w:r w:rsidRPr="00563B50">
        <w:rPr>
          <w:rFonts w:cs="Times New Roman"/>
          <w:szCs w:val="24"/>
        </w:rPr>
        <w:t>avut</w:t>
      </w:r>
      <w:proofErr w:type="spellEnd"/>
      <w:r w:rsidRPr="00563B50">
        <w:rPr>
          <w:rFonts w:cs="Times New Roman"/>
          <w:szCs w:val="24"/>
        </w:rPr>
        <w:t xml:space="preserve"> loc o </w:t>
      </w:r>
      <w:proofErr w:type="spellStart"/>
      <w:r w:rsidRPr="00563B50">
        <w:rPr>
          <w:rFonts w:cs="Times New Roman"/>
          <w:szCs w:val="24"/>
        </w:rPr>
        <w:t>încălcare</w:t>
      </w:r>
      <w:proofErr w:type="spellEnd"/>
      <w:r w:rsidRPr="00563B50">
        <w:rPr>
          <w:rFonts w:cs="Times New Roman"/>
          <w:szCs w:val="24"/>
        </w:rPr>
        <w:t xml:space="preserve"> a </w:t>
      </w:r>
      <w:proofErr w:type="spellStart"/>
      <w:r w:rsidRPr="00563B50">
        <w:rPr>
          <w:rFonts w:cs="Times New Roman"/>
          <w:szCs w:val="24"/>
        </w:rPr>
        <w:t>securității</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distrugere</w:t>
      </w:r>
      <w:proofErr w:type="spellEnd"/>
      <w:r w:rsidRPr="00563B50">
        <w:rPr>
          <w:rFonts w:cs="Times New Roman"/>
          <w:szCs w:val="24"/>
        </w:rPr>
        <w:t xml:space="preserve">, </w:t>
      </w:r>
      <w:proofErr w:type="spellStart"/>
      <w:r w:rsidRPr="00563B50">
        <w:rPr>
          <w:rFonts w:cs="Times New Roman"/>
          <w:szCs w:val="24"/>
        </w:rPr>
        <w:t>pierdere</w:t>
      </w:r>
      <w:proofErr w:type="spellEnd"/>
      <w:r w:rsidRPr="00563B50">
        <w:rPr>
          <w:rFonts w:cs="Times New Roman"/>
          <w:szCs w:val="24"/>
        </w:rPr>
        <w:t xml:space="preserve">, </w:t>
      </w:r>
      <w:proofErr w:type="spellStart"/>
      <w:r w:rsidRPr="00563B50">
        <w:rPr>
          <w:rFonts w:cs="Times New Roman"/>
          <w:szCs w:val="24"/>
        </w:rPr>
        <w:t>acces</w:t>
      </w:r>
      <w:proofErr w:type="spellEnd"/>
      <w:r w:rsidRPr="00563B50">
        <w:rPr>
          <w:rFonts w:cs="Times New Roman"/>
          <w:szCs w:val="24"/>
        </w:rPr>
        <w:t xml:space="preserve"> </w:t>
      </w:r>
      <w:proofErr w:type="spellStart"/>
      <w:r w:rsidRPr="00563B50">
        <w:rPr>
          <w:rFonts w:cs="Times New Roman"/>
          <w:szCs w:val="24"/>
        </w:rPr>
        <w:t>neautorizat</w:t>
      </w:r>
      <w:proofErr w:type="spellEnd"/>
      <w:r w:rsidRPr="00563B50">
        <w:rPr>
          <w:rFonts w:cs="Times New Roman"/>
          <w:szCs w:val="24"/>
        </w:rPr>
        <w:t xml:space="preserve">, e-mail </w:t>
      </w:r>
      <w:proofErr w:type="spellStart"/>
      <w:r w:rsidRPr="00563B50">
        <w:rPr>
          <w:rFonts w:cs="Times New Roman"/>
          <w:szCs w:val="24"/>
        </w:rPr>
        <w:t>greșit</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despre</w:t>
      </w:r>
      <w:proofErr w:type="spellEnd"/>
      <w:r w:rsidRPr="00563B50">
        <w:rPr>
          <w:rFonts w:cs="Times New Roman"/>
          <w:szCs w:val="24"/>
        </w:rPr>
        <w:t xml:space="preserve"> </w:t>
      </w:r>
      <w:proofErr w:type="spellStart"/>
      <w:r w:rsidRPr="00563B50">
        <w:rPr>
          <w:rFonts w:cs="Times New Roman"/>
          <w:szCs w:val="24"/>
        </w:rPr>
        <w:t>existența</w:t>
      </w:r>
      <w:proofErr w:type="spellEnd"/>
      <w:r w:rsidRPr="00563B50">
        <w:rPr>
          <w:rFonts w:cs="Times New Roman"/>
          <w:szCs w:val="24"/>
        </w:rPr>
        <w:t xml:space="preserve"> </w:t>
      </w:r>
      <w:proofErr w:type="spellStart"/>
      <w:r w:rsidRPr="00563B50">
        <w:rPr>
          <w:rFonts w:cs="Times New Roman"/>
          <w:szCs w:val="24"/>
        </w:rPr>
        <w:t>unei</w:t>
      </w:r>
      <w:proofErr w:type="spellEnd"/>
      <w:r w:rsidRPr="00563B50">
        <w:rPr>
          <w:rFonts w:cs="Times New Roman"/>
          <w:szCs w:val="24"/>
        </w:rPr>
        <w:t xml:space="preserve"> </w:t>
      </w:r>
      <w:proofErr w:type="spellStart"/>
      <w:r w:rsidRPr="00563B50">
        <w:rPr>
          <w:rFonts w:cs="Times New Roman"/>
          <w:szCs w:val="24"/>
        </w:rPr>
        <w:t>suspiciuni</w:t>
      </w:r>
      <w:proofErr w:type="spellEnd"/>
      <w:r w:rsidRPr="00563B50">
        <w:rPr>
          <w:rFonts w:cs="Times New Roman"/>
          <w:szCs w:val="24"/>
        </w:rPr>
        <w:t xml:space="preserve"> </w:t>
      </w:r>
      <w:proofErr w:type="spellStart"/>
      <w:r w:rsidRPr="00563B50">
        <w:rPr>
          <w:rFonts w:cs="Times New Roman"/>
          <w:szCs w:val="24"/>
        </w:rPr>
        <w:t>rezonabile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termen de cel </w:t>
      </w:r>
      <w:proofErr w:type="spellStart"/>
      <w:r w:rsidRPr="00563B50">
        <w:rPr>
          <w:rFonts w:cs="Times New Roman"/>
          <w:szCs w:val="24"/>
        </w:rPr>
        <w:t>mult</w:t>
      </w:r>
      <w:proofErr w:type="spellEnd"/>
      <w:r w:rsidRPr="00563B50">
        <w:rPr>
          <w:rFonts w:cs="Times New Roman"/>
          <w:szCs w:val="24"/>
        </w:rPr>
        <w:t xml:space="preserve"> 2 ore de la </w:t>
      </w:r>
      <w:proofErr w:type="spellStart"/>
      <w:r w:rsidRPr="00563B50">
        <w:rPr>
          <w:rFonts w:cs="Times New Roman"/>
          <w:szCs w:val="24"/>
        </w:rPr>
        <w:t>constatare</w:t>
      </w:r>
      <w:proofErr w:type="spellEnd"/>
      <w:r w:rsidRPr="00563B50">
        <w:rPr>
          <w:rFonts w:cs="Times New Roman"/>
          <w:szCs w:val="24"/>
        </w:rPr>
        <w:t>;</w:t>
      </w:r>
    </w:p>
    <w:p w14:paraId="7136E60E" w14:textId="77777777" w:rsidR="00EE7ED3" w:rsidRPr="00563B50" w:rsidRDefault="00000000">
      <w:pPr>
        <w:numPr>
          <w:ilvl w:val="0"/>
          <w:numId w:val="7"/>
        </w:numPr>
        <w:jc w:val="both"/>
        <w:rPr>
          <w:rFonts w:cs="Times New Roman"/>
          <w:szCs w:val="24"/>
        </w:rPr>
      </w:pPr>
      <w:r w:rsidRPr="00563B50">
        <w:rPr>
          <w:rFonts w:cs="Times New Roman"/>
          <w:szCs w:val="24"/>
        </w:rPr>
        <w:t xml:space="preserve">Cel </w:t>
      </w:r>
      <w:proofErr w:type="spellStart"/>
      <w:r w:rsidRPr="00563B50">
        <w:rPr>
          <w:rFonts w:cs="Times New Roman"/>
          <w:szCs w:val="24"/>
        </w:rPr>
        <w:t>mai</w:t>
      </w:r>
      <w:proofErr w:type="spellEnd"/>
      <w:r w:rsidRPr="00563B50">
        <w:rPr>
          <w:rFonts w:cs="Times New Roman"/>
          <w:szCs w:val="24"/>
        </w:rPr>
        <w:t xml:space="preserve"> </w:t>
      </w:r>
      <w:proofErr w:type="spellStart"/>
      <w:r w:rsidRPr="00563B50">
        <w:rPr>
          <w:rFonts w:cs="Times New Roman"/>
          <w:szCs w:val="24"/>
        </w:rPr>
        <w:t>târziu</w:t>
      </w:r>
      <w:proofErr w:type="spellEnd"/>
      <w:r w:rsidRPr="00563B50">
        <w:rPr>
          <w:rFonts w:cs="Times New Roman"/>
          <w:szCs w:val="24"/>
        </w:rPr>
        <w:t xml:space="preserve"> la data </w:t>
      </w:r>
      <w:proofErr w:type="spellStart"/>
      <w:r w:rsidRPr="00563B50">
        <w:rPr>
          <w:rFonts w:cs="Times New Roman"/>
          <w:szCs w:val="24"/>
        </w:rPr>
        <w:t>încetării</w:t>
      </w:r>
      <w:proofErr w:type="spellEnd"/>
      <w:r w:rsidRPr="00563B50">
        <w:rPr>
          <w:rFonts w:cs="Times New Roman"/>
          <w:szCs w:val="24"/>
        </w:rPr>
        <w:t xml:space="preserve"> </w:t>
      </w:r>
      <w:proofErr w:type="spellStart"/>
      <w:r w:rsidRPr="00563B50">
        <w:rPr>
          <w:rFonts w:cs="Times New Roman"/>
          <w:szCs w:val="24"/>
        </w:rPr>
        <w:t>contractului</w:t>
      </w:r>
      <w:proofErr w:type="spellEnd"/>
      <w:r w:rsidRPr="00563B50">
        <w:rPr>
          <w:rFonts w:cs="Times New Roman"/>
          <w:szCs w:val="24"/>
        </w:rPr>
        <w:t xml:space="preserve"> individual de </w:t>
      </w:r>
      <w:proofErr w:type="spellStart"/>
      <w:r w:rsidRPr="00563B50">
        <w:rPr>
          <w:rFonts w:cs="Times New Roman"/>
          <w:szCs w:val="24"/>
        </w:rPr>
        <w:t>muncă</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a </w:t>
      </w:r>
      <w:proofErr w:type="spellStart"/>
      <w:r w:rsidRPr="00563B50">
        <w:rPr>
          <w:rFonts w:cs="Times New Roman"/>
          <w:szCs w:val="24"/>
        </w:rPr>
        <w:t>raportului</w:t>
      </w:r>
      <w:proofErr w:type="spellEnd"/>
      <w:r w:rsidRPr="00563B50">
        <w:rPr>
          <w:rFonts w:cs="Times New Roman"/>
          <w:szCs w:val="24"/>
        </w:rPr>
        <w:t xml:space="preserve"> de </w:t>
      </w:r>
      <w:proofErr w:type="spellStart"/>
      <w:r w:rsidRPr="00563B50">
        <w:rPr>
          <w:rFonts w:cs="Times New Roman"/>
          <w:szCs w:val="24"/>
        </w:rPr>
        <w:t>serviciu</w:t>
      </w:r>
      <w:proofErr w:type="spellEnd"/>
      <w:r w:rsidRPr="00563B50">
        <w:rPr>
          <w:rFonts w:cs="Times New Roman"/>
          <w:szCs w:val="24"/>
        </w:rPr>
        <w:t xml:space="preserve">, </w:t>
      </w:r>
      <w:proofErr w:type="spellStart"/>
      <w:r w:rsidRPr="00563B50">
        <w:rPr>
          <w:rFonts w:cs="Times New Roman"/>
          <w:szCs w:val="24"/>
        </w:rPr>
        <w:t>vor</w:t>
      </w:r>
      <w:proofErr w:type="spellEnd"/>
      <w:r w:rsidRPr="00563B50">
        <w:rPr>
          <w:rFonts w:cs="Times New Roman"/>
          <w:szCs w:val="24"/>
        </w:rPr>
        <w:t xml:space="preserve"> </w:t>
      </w:r>
      <w:proofErr w:type="spellStart"/>
      <w:r w:rsidRPr="00563B50">
        <w:rPr>
          <w:rFonts w:cs="Times New Roman"/>
          <w:szCs w:val="24"/>
        </w:rPr>
        <w:t>preda</w:t>
      </w:r>
      <w:proofErr w:type="spellEnd"/>
      <w:r w:rsidRPr="00563B50">
        <w:rPr>
          <w:rFonts w:cs="Times New Roman"/>
          <w:szCs w:val="24"/>
        </w:rPr>
        <w:t xml:space="preserve"> </w:t>
      </w:r>
      <w:proofErr w:type="spellStart"/>
      <w:r w:rsidRPr="00563B50">
        <w:rPr>
          <w:rFonts w:cs="Times New Roman"/>
          <w:szCs w:val="24"/>
        </w:rPr>
        <w:t>obligatoriu</w:t>
      </w:r>
      <w:proofErr w:type="spellEnd"/>
      <w:r w:rsidRPr="00563B50">
        <w:rPr>
          <w:rFonts w:cs="Times New Roman"/>
          <w:szCs w:val="24"/>
        </w:rPr>
        <w:t xml:space="preserve"> </w:t>
      </w:r>
      <w:proofErr w:type="spellStart"/>
      <w:r w:rsidRPr="00563B50">
        <w:rPr>
          <w:rFonts w:cs="Times New Roman"/>
          <w:szCs w:val="24"/>
        </w:rPr>
        <w:t>instituției</w:t>
      </w:r>
      <w:proofErr w:type="spellEnd"/>
      <w:r w:rsidRPr="00563B50">
        <w:rPr>
          <w:rFonts w:cs="Times New Roman"/>
          <w:szCs w:val="24"/>
        </w:rPr>
        <w:t xml:space="preserve"> </w:t>
      </w:r>
      <w:proofErr w:type="spellStart"/>
      <w:r w:rsidRPr="00563B50">
        <w:rPr>
          <w:rFonts w:cs="Times New Roman"/>
          <w:szCs w:val="24"/>
        </w:rPr>
        <w:t>toate</w:t>
      </w:r>
      <w:proofErr w:type="spellEnd"/>
      <w:r w:rsidRPr="00563B50">
        <w:rPr>
          <w:rFonts w:cs="Times New Roman"/>
          <w:szCs w:val="24"/>
        </w:rPr>
        <w:t xml:space="preserve"> </w:t>
      </w:r>
      <w:proofErr w:type="spellStart"/>
      <w:r w:rsidRPr="00563B50">
        <w:rPr>
          <w:rFonts w:cs="Times New Roman"/>
          <w:szCs w:val="24"/>
        </w:rPr>
        <w:t>bunurile</w:t>
      </w:r>
      <w:proofErr w:type="spellEnd"/>
      <w:r w:rsidRPr="00563B50">
        <w:rPr>
          <w:rFonts w:cs="Times New Roman"/>
          <w:szCs w:val="24"/>
        </w:rPr>
        <w:t xml:space="preserve">, </w:t>
      </w:r>
      <w:proofErr w:type="spellStart"/>
      <w:r w:rsidRPr="00563B50">
        <w:rPr>
          <w:rFonts w:cs="Times New Roman"/>
          <w:szCs w:val="24"/>
        </w:rPr>
        <w:t>documentele</w:t>
      </w:r>
      <w:proofErr w:type="spellEnd"/>
      <w:r w:rsidRPr="00563B50">
        <w:rPr>
          <w:rFonts w:cs="Times New Roman"/>
          <w:szCs w:val="24"/>
        </w:rPr>
        <w:t xml:space="preserve">, </w:t>
      </w:r>
      <w:proofErr w:type="spellStart"/>
      <w:r w:rsidRPr="00563B50">
        <w:rPr>
          <w:rFonts w:cs="Times New Roman"/>
          <w:szCs w:val="24"/>
        </w:rPr>
        <w:t>registrele</w:t>
      </w:r>
      <w:proofErr w:type="spellEnd"/>
      <w:r w:rsidRPr="00563B50">
        <w:rPr>
          <w:rFonts w:cs="Times New Roman"/>
          <w:szCs w:val="24"/>
        </w:rPr>
        <w:t xml:space="preserve">, </w:t>
      </w:r>
      <w:proofErr w:type="spellStart"/>
      <w:r w:rsidRPr="00563B50">
        <w:rPr>
          <w:rFonts w:cs="Times New Roman"/>
          <w:szCs w:val="24"/>
        </w:rPr>
        <w:t>cartelele</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suporturile</w:t>
      </w:r>
      <w:proofErr w:type="spellEnd"/>
      <w:r w:rsidRPr="00563B50">
        <w:rPr>
          <w:rFonts w:cs="Times New Roman"/>
          <w:szCs w:val="24"/>
        </w:rPr>
        <w:t xml:space="preserve"> IT </w:t>
      </w:r>
      <w:proofErr w:type="spellStart"/>
      <w:r w:rsidRPr="00563B50">
        <w:rPr>
          <w:rFonts w:cs="Times New Roman"/>
          <w:szCs w:val="24"/>
        </w:rPr>
        <w:t>utilizate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desfășurarea</w:t>
      </w:r>
      <w:proofErr w:type="spellEnd"/>
      <w:r w:rsidRPr="00563B50">
        <w:rPr>
          <w:rFonts w:cs="Times New Roman"/>
          <w:szCs w:val="24"/>
        </w:rPr>
        <w:t xml:space="preserve"> </w:t>
      </w:r>
      <w:proofErr w:type="spellStart"/>
      <w:r w:rsidRPr="00563B50">
        <w:rPr>
          <w:rFonts w:cs="Times New Roman"/>
          <w:szCs w:val="24"/>
        </w:rPr>
        <w:t>activității</w:t>
      </w:r>
      <w:proofErr w:type="spellEnd"/>
      <w:r w:rsidRPr="00563B50">
        <w:rPr>
          <w:rFonts w:cs="Times New Roman"/>
          <w:szCs w:val="24"/>
        </w:rPr>
        <w:t xml:space="preserve"> care </w:t>
      </w:r>
      <w:proofErr w:type="spellStart"/>
      <w:r w:rsidRPr="00563B50">
        <w:rPr>
          <w:rFonts w:cs="Times New Roman"/>
          <w:szCs w:val="24"/>
        </w:rPr>
        <w:t>conțin</w:t>
      </w:r>
      <w:proofErr w:type="spellEnd"/>
      <w:r w:rsidRPr="00563B50">
        <w:rPr>
          <w:rFonts w:cs="Times New Roman"/>
          <w:szCs w:val="24"/>
        </w:rPr>
        <w:t xml:space="preserve"> date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indiferent</w:t>
      </w:r>
      <w:proofErr w:type="spellEnd"/>
      <w:r w:rsidRPr="00563B50">
        <w:rPr>
          <w:rFonts w:cs="Times New Roman"/>
          <w:szCs w:val="24"/>
        </w:rPr>
        <w:t xml:space="preserve"> de </w:t>
      </w:r>
      <w:proofErr w:type="spellStart"/>
      <w:r w:rsidRPr="00563B50">
        <w:rPr>
          <w:rFonts w:cs="Times New Roman"/>
          <w:szCs w:val="24"/>
        </w:rPr>
        <w:t>modul</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care au </w:t>
      </w:r>
      <w:proofErr w:type="spellStart"/>
      <w:r w:rsidRPr="00563B50">
        <w:rPr>
          <w:rFonts w:cs="Times New Roman"/>
          <w:szCs w:val="24"/>
        </w:rPr>
        <w:t>intrat</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posesia</w:t>
      </w:r>
      <w:proofErr w:type="spellEnd"/>
      <w:r w:rsidRPr="00563B50">
        <w:rPr>
          <w:rFonts w:cs="Times New Roman"/>
          <w:szCs w:val="24"/>
        </w:rPr>
        <w:t xml:space="preserve"> lor. </w:t>
      </w:r>
      <w:proofErr w:type="spellStart"/>
      <w:r w:rsidRPr="00563B50">
        <w:rPr>
          <w:rFonts w:cs="Times New Roman"/>
          <w:szCs w:val="24"/>
        </w:rPr>
        <w:t>Semnarea</w:t>
      </w:r>
      <w:proofErr w:type="spellEnd"/>
      <w:r w:rsidRPr="00563B50">
        <w:rPr>
          <w:rFonts w:cs="Times New Roman"/>
          <w:szCs w:val="24"/>
        </w:rPr>
        <w:t xml:space="preserve"> de </w:t>
      </w:r>
      <w:proofErr w:type="spellStart"/>
      <w:r w:rsidRPr="00563B50">
        <w:rPr>
          <w:rFonts w:cs="Times New Roman"/>
          <w:szCs w:val="24"/>
        </w:rPr>
        <w:t>către</w:t>
      </w:r>
      <w:proofErr w:type="spellEnd"/>
      <w:r w:rsidRPr="00563B50">
        <w:rPr>
          <w:rFonts w:cs="Times New Roman"/>
          <w:szCs w:val="24"/>
        </w:rPr>
        <w:t xml:space="preserve"> </w:t>
      </w:r>
      <w:proofErr w:type="spellStart"/>
      <w:r w:rsidRPr="00563B50">
        <w:rPr>
          <w:rFonts w:cs="Times New Roman"/>
          <w:szCs w:val="24"/>
        </w:rPr>
        <w:t>ambele</w:t>
      </w:r>
      <w:proofErr w:type="spellEnd"/>
      <w:r w:rsidRPr="00563B50">
        <w:rPr>
          <w:rFonts w:cs="Times New Roman"/>
          <w:szCs w:val="24"/>
        </w:rPr>
        <w:t xml:space="preserve"> </w:t>
      </w:r>
      <w:proofErr w:type="spellStart"/>
      <w:r w:rsidRPr="00563B50">
        <w:rPr>
          <w:rFonts w:cs="Times New Roman"/>
          <w:szCs w:val="24"/>
        </w:rPr>
        <w:t>părți</w:t>
      </w:r>
      <w:proofErr w:type="spellEnd"/>
      <w:r w:rsidRPr="00563B50">
        <w:rPr>
          <w:rFonts w:cs="Times New Roman"/>
          <w:szCs w:val="24"/>
        </w:rPr>
        <w:t xml:space="preserve"> a </w:t>
      </w:r>
      <w:proofErr w:type="spellStart"/>
      <w:r w:rsidRPr="00563B50">
        <w:rPr>
          <w:rFonts w:cs="Times New Roman"/>
          <w:szCs w:val="24"/>
        </w:rPr>
        <w:t>fișei</w:t>
      </w:r>
      <w:proofErr w:type="spellEnd"/>
      <w:r w:rsidRPr="00563B50">
        <w:rPr>
          <w:rFonts w:cs="Times New Roman"/>
          <w:szCs w:val="24"/>
        </w:rPr>
        <w:t xml:space="preserve"> de </w:t>
      </w:r>
      <w:proofErr w:type="spellStart"/>
      <w:r w:rsidRPr="00563B50">
        <w:rPr>
          <w:rFonts w:cs="Times New Roman"/>
          <w:szCs w:val="24"/>
        </w:rPr>
        <w:t>lichidare</w:t>
      </w:r>
      <w:proofErr w:type="spellEnd"/>
      <w:r w:rsidRPr="00563B50">
        <w:rPr>
          <w:rFonts w:cs="Times New Roman"/>
          <w:szCs w:val="24"/>
        </w:rPr>
        <w:t xml:space="preserve"> nu </w:t>
      </w:r>
      <w:proofErr w:type="spellStart"/>
      <w:r w:rsidRPr="00563B50">
        <w:rPr>
          <w:rFonts w:cs="Times New Roman"/>
          <w:szCs w:val="24"/>
        </w:rPr>
        <w:t>instituie</w:t>
      </w:r>
      <w:proofErr w:type="spellEnd"/>
      <w:r w:rsidRPr="00563B50">
        <w:rPr>
          <w:rFonts w:cs="Times New Roman"/>
          <w:szCs w:val="24"/>
        </w:rPr>
        <w:t xml:space="preserve"> o </w:t>
      </w:r>
      <w:proofErr w:type="spellStart"/>
      <w:r w:rsidRPr="00563B50">
        <w:rPr>
          <w:rFonts w:cs="Times New Roman"/>
          <w:szCs w:val="24"/>
        </w:rPr>
        <w:t>prezumție</w:t>
      </w:r>
      <w:proofErr w:type="spellEnd"/>
      <w:r w:rsidRPr="00563B50">
        <w:rPr>
          <w:rFonts w:cs="Times New Roman"/>
          <w:szCs w:val="24"/>
        </w:rPr>
        <w:t xml:space="preserve"> </w:t>
      </w:r>
      <w:proofErr w:type="spellStart"/>
      <w:r w:rsidRPr="00563B50">
        <w:rPr>
          <w:rFonts w:cs="Times New Roman"/>
          <w:szCs w:val="24"/>
        </w:rPr>
        <w:t>absolută</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sensul</w:t>
      </w:r>
      <w:proofErr w:type="spellEnd"/>
      <w:r w:rsidRPr="00563B50">
        <w:rPr>
          <w:rFonts w:cs="Times New Roman"/>
          <w:szCs w:val="24"/>
        </w:rPr>
        <w:t xml:space="preserve"> </w:t>
      </w:r>
      <w:proofErr w:type="spellStart"/>
      <w:r w:rsidRPr="00563B50">
        <w:rPr>
          <w:rFonts w:cs="Times New Roman"/>
          <w:szCs w:val="24"/>
        </w:rPr>
        <w:t>îndeplinirii</w:t>
      </w:r>
      <w:proofErr w:type="spellEnd"/>
      <w:r w:rsidRPr="00563B50">
        <w:rPr>
          <w:rFonts w:cs="Times New Roman"/>
          <w:szCs w:val="24"/>
        </w:rPr>
        <w:t xml:space="preserve"> </w:t>
      </w:r>
      <w:proofErr w:type="spellStart"/>
      <w:r w:rsidRPr="00563B50">
        <w:rPr>
          <w:rFonts w:cs="Times New Roman"/>
          <w:szCs w:val="24"/>
        </w:rPr>
        <w:t>acestei</w:t>
      </w:r>
      <w:proofErr w:type="spellEnd"/>
      <w:r w:rsidRPr="00563B50">
        <w:rPr>
          <w:rFonts w:cs="Times New Roman"/>
          <w:szCs w:val="24"/>
        </w:rPr>
        <w:t xml:space="preserve"> </w:t>
      </w:r>
      <w:proofErr w:type="spellStart"/>
      <w:r w:rsidRPr="00563B50">
        <w:rPr>
          <w:rFonts w:cs="Times New Roman"/>
          <w:szCs w:val="24"/>
        </w:rPr>
        <w:t>obligații</w:t>
      </w:r>
      <w:proofErr w:type="spellEnd"/>
      <w:r w:rsidRPr="00563B50">
        <w:rPr>
          <w:rFonts w:cs="Times New Roman"/>
          <w:szCs w:val="24"/>
        </w:rPr>
        <w:t>;</w:t>
      </w:r>
    </w:p>
    <w:p w14:paraId="6224A4AA" w14:textId="77777777" w:rsidR="00EE7ED3" w:rsidRPr="00563B50" w:rsidRDefault="00000000">
      <w:pPr>
        <w:numPr>
          <w:ilvl w:val="0"/>
          <w:numId w:val="7"/>
        </w:numPr>
        <w:jc w:val="both"/>
        <w:rPr>
          <w:rFonts w:cs="Times New Roman"/>
          <w:szCs w:val="24"/>
        </w:rPr>
      </w:pPr>
      <w:proofErr w:type="spellStart"/>
      <w:r w:rsidRPr="00563B50">
        <w:rPr>
          <w:rFonts w:cs="Times New Roman"/>
          <w:szCs w:val="24"/>
        </w:rPr>
        <w:t>Respectă</w:t>
      </w:r>
      <w:proofErr w:type="spellEnd"/>
      <w:r w:rsidRPr="00563B50">
        <w:rPr>
          <w:rFonts w:cs="Times New Roman"/>
          <w:szCs w:val="24"/>
        </w:rPr>
        <w:t xml:space="preserve"> </w:t>
      </w:r>
      <w:proofErr w:type="spellStart"/>
      <w:r w:rsidRPr="00563B50">
        <w:rPr>
          <w:rFonts w:cs="Times New Roman"/>
          <w:szCs w:val="24"/>
        </w:rPr>
        <w:t>caracterul</w:t>
      </w:r>
      <w:proofErr w:type="spellEnd"/>
      <w:r w:rsidRPr="00563B50">
        <w:rPr>
          <w:rFonts w:cs="Times New Roman"/>
          <w:szCs w:val="24"/>
        </w:rPr>
        <w:t xml:space="preserve"> </w:t>
      </w:r>
      <w:proofErr w:type="spellStart"/>
      <w:r w:rsidRPr="00563B50">
        <w:rPr>
          <w:rFonts w:cs="Times New Roman"/>
          <w:szCs w:val="24"/>
        </w:rPr>
        <w:t>confidențial</w:t>
      </w:r>
      <w:proofErr w:type="spellEnd"/>
      <w:r w:rsidRPr="00563B50">
        <w:rPr>
          <w:rFonts w:cs="Times New Roman"/>
          <w:szCs w:val="24"/>
        </w:rPr>
        <w:t xml:space="preserve"> al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al </w:t>
      </w:r>
      <w:proofErr w:type="spellStart"/>
      <w:r w:rsidRPr="00563B50">
        <w:rPr>
          <w:rFonts w:cs="Times New Roman"/>
          <w:szCs w:val="24"/>
        </w:rPr>
        <w:t>măsurilor</w:t>
      </w:r>
      <w:proofErr w:type="spellEnd"/>
      <w:r w:rsidRPr="00563B50">
        <w:rPr>
          <w:rFonts w:cs="Times New Roman"/>
          <w:szCs w:val="24"/>
        </w:rPr>
        <w:t xml:space="preserve"> de </w:t>
      </w:r>
      <w:proofErr w:type="spellStart"/>
      <w:r w:rsidRPr="00563B50">
        <w:rPr>
          <w:rFonts w:cs="Times New Roman"/>
          <w:szCs w:val="24"/>
        </w:rPr>
        <w:t>securitate</w:t>
      </w:r>
      <w:proofErr w:type="spellEnd"/>
      <w:r w:rsidRPr="00563B50">
        <w:rPr>
          <w:rFonts w:cs="Times New Roman"/>
          <w:szCs w:val="24"/>
        </w:rPr>
        <w:t xml:space="preserve"> </w:t>
      </w:r>
      <w:proofErr w:type="spellStart"/>
      <w:r w:rsidRPr="00563B50">
        <w:rPr>
          <w:rFonts w:cs="Times New Roman"/>
          <w:szCs w:val="24"/>
        </w:rPr>
        <w:t>implementate</w:t>
      </w:r>
      <w:proofErr w:type="spellEnd"/>
      <w:r w:rsidRPr="00563B50">
        <w:rPr>
          <w:rFonts w:cs="Times New Roman"/>
          <w:szCs w:val="24"/>
        </w:rPr>
        <w:t xml:space="preserve"> pe </w:t>
      </w:r>
      <w:proofErr w:type="spellStart"/>
      <w:r w:rsidRPr="00563B50">
        <w:rPr>
          <w:rFonts w:cs="Times New Roman"/>
          <w:szCs w:val="24"/>
        </w:rPr>
        <w:t>întreaga</w:t>
      </w:r>
      <w:proofErr w:type="spellEnd"/>
      <w:r w:rsidRPr="00563B50">
        <w:rPr>
          <w:rFonts w:cs="Times New Roman"/>
          <w:szCs w:val="24"/>
        </w:rPr>
        <w:t xml:space="preserve"> </w:t>
      </w:r>
      <w:proofErr w:type="spellStart"/>
      <w:r w:rsidRPr="00563B50">
        <w:rPr>
          <w:rFonts w:cs="Times New Roman"/>
          <w:szCs w:val="24"/>
        </w:rPr>
        <w:t>durată</w:t>
      </w:r>
      <w:proofErr w:type="spellEnd"/>
      <w:r w:rsidRPr="00563B50">
        <w:rPr>
          <w:rFonts w:cs="Times New Roman"/>
          <w:szCs w:val="24"/>
        </w:rPr>
        <w:t xml:space="preserve"> a </w:t>
      </w:r>
      <w:proofErr w:type="spellStart"/>
      <w:r w:rsidRPr="00563B50">
        <w:rPr>
          <w:rFonts w:cs="Times New Roman"/>
          <w:szCs w:val="24"/>
        </w:rPr>
        <w:t>activității</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cadrul</w:t>
      </w:r>
      <w:proofErr w:type="spellEnd"/>
      <w:r w:rsidRPr="00563B50">
        <w:rPr>
          <w:rFonts w:cs="Times New Roman"/>
          <w:szCs w:val="24"/>
        </w:rPr>
        <w:t xml:space="preserve"> </w:t>
      </w:r>
      <w:proofErr w:type="spellStart"/>
      <w:r w:rsidRPr="00563B50">
        <w:rPr>
          <w:rFonts w:cs="Times New Roman"/>
          <w:szCs w:val="24"/>
        </w:rPr>
        <w:t>instituției</w:t>
      </w:r>
      <w:proofErr w:type="spellEnd"/>
      <w:r w:rsidRPr="00563B50">
        <w:rPr>
          <w:rFonts w:cs="Times New Roman"/>
          <w:szCs w:val="24"/>
        </w:rPr>
        <w:t xml:space="preserve">, precum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după</w:t>
      </w:r>
      <w:proofErr w:type="spellEnd"/>
      <w:r w:rsidRPr="00563B50">
        <w:rPr>
          <w:rFonts w:cs="Times New Roman"/>
          <w:szCs w:val="24"/>
        </w:rPr>
        <w:t xml:space="preserve"> </w:t>
      </w:r>
      <w:proofErr w:type="spellStart"/>
      <w:r w:rsidRPr="00563B50">
        <w:rPr>
          <w:rFonts w:cs="Times New Roman"/>
          <w:szCs w:val="24"/>
        </w:rPr>
        <w:t>încetarea</w:t>
      </w:r>
      <w:proofErr w:type="spellEnd"/>
      <w:r w:rsidRPr="00563B50">
        <w:rPr>
          <w:rFonts w:cs="Times New Roman"/>
          <w:szCs w:val="24"/>
        </w:rPr>
        <w:t xml:space="preserve"> </w:t>
      </w:r>
      <w:proofErr w:type="spellStart"/>
      <w:r w:rsidRPr="00563B50">
        <w:rPr>
          <w:rFonts w:cs="Times New Roman"/>
          <w:szCs w:val="24"/>
        </w:rPr>
        <w:t>raporturilor</w:t>
      </w:r>
      <w:proofErr w:type="spellEnd"/>
      <w:r w:rsidRPr="00563B50">
        <w:rPr>
          <w:rFonts w:cs="Times New Roman"/>
          <w:szCs w:val="24"/>
        </w:rPr>
        <w:t xml:space="preserve"> de </w:t>
      </w:r>
      <w:proofErr w:type="spellStart"/>
      <w:r w:rsidRPr="00563B50">
        <w:rPr>
          <w:rFonts w:cs="Times New Roman"/>
          <w:szCs w:val="24"/>
        </w:rPr>
        <w:t>muncă</w:t>
      </w:r>
      <w:proofErr w:type="spellEnd"/>
      <w:r w:rsidRPr="00563B50">
        <w:rPr>
          <w:rFonts w:cs="Times New Roman"/>
          <w:szCs w:val="24"/>
        </w:rPr>
        <w:t xml:space="preserve"> cu </w:t>
      </w:r>
      <w:proofErr w:type="spellStart"/>
      <w:r w:rsidRPr="00C87C7A">
        <w:rPr>
          <w:rFonts w:cs="Times New Roman"/>
          <w:b/>
          <w:bCs/>
          <w:szCs w:val="24"/>
        </w:rPr>
        <w:t>Primăria</w:t>
      </w:r>
      <w:proofErr w:type="spellEnd"/>
      <w:r w:rsidRPr="00C87C7A">
        <w:rPr>
          <w:rFonts w:cs="Times New Roman"/>
          <w:b/>
          <w:bCs/>
          <w:szCs w:val="24"/>
        </w:rPr>
        <w:t xml:space="preserve"> </w:t>
      </w:r>
      <w:proofErr w:type="spellStart"/>
      <w:r w:rsidRPr="00C87C7A">
        <w:rPr>
          <w:rFonts w:cs="Times New Roman"/>
          <w:b/>
          <w:bCs/>
          <w:szCs w:val="24"/>
        </w:rPr>
        <w:t>Satului</w:t>
      </w:r>
      <w:proofErr w:type="spellEnd"/>
      <w:r w:rsidRPr="00C87C7A">
        <w:rPr>
          <w:rFonts w:cs="Times New Roman"/>
          <w:b/>
          <w:bCs/>
          <w:szCs w:val="24"/>
        </w:rPr>
        <w:t xml:space="preserve"> </w:t>
      </w:r>
      <w:proofErr w:type="spellStart"/>
      <w:r w:rsidRPr="00C87C7A">
        <w:rPr>
          <w:rFonts w:cs="Times New Roman"/>
          <w:b/>
          <w:bCs/>
          <w:szCs w:val="24"/>
        </w:rPr>
        <w:t>Mereni</w:t>
      </w:r>
      <w:proofErr w:type="spellEnd"/>
      <w:r w:rsidRPr="00563B50">
        <w:rPr>
          <w:rFonts w:cs="Times New Roman"/>
          <w:szCs w:val="24"/>
        </w:rPr>
        <w:t>;</w:t>
      </w:r>
    </w:p>
    <w:p w14:paraId="32CDF815" w14:textId="77777777" w:rsidR="00EE7ED3" w:rsidRPr="00563B50" w:rsidRDefault="00000000">
      <w:pPr>
        <w:numPr>
          <w:ilvl w:val="0"/>
          <w:numId w:val="7"/>
        </w:numPr>
        <w:jc w:val="both"/>
        <w:rPr>
          <w:rFonts w:cs="Times New Roman"/>
          <w:szCs w:val="24"/>
        </w:rPr>
      </w:pPr>
      <w:proofErr w:type="spellStart"/>
      <w:r w:rsidRPr="00563B50">
        <w:rPr>
          <w:rFonts w:cs="Times New Roman"/>
          <w:szCs w:val="24"/>
        </w:rPr>
        <w:t>Atunci</w:t>
      </w:r>
      <w:proofErr w:type="spellEnd"/>
      <w:r w:rsidRPr="00563B50">
        <w:rPr>
          <w:rFonts w:cs="Times New Roman"/>
          <w:szCs w:val="24"/>
        </w:rPr>
        <w:t xml:space="preserve"> </w:t>
      </w:r>
      <w:proofErr w:type="spellStart"/>
      <w:r w:rsidRPr="00563B50">
        <w:rPr>
          <w:rFonts w:cs="Times New Roman"/>
          <w:szCs w:val="24"/>
        </w:rPr>
        <w:t>când</w:t>
      </w:r>
      <w:proofErr w:type="spellEnd"/>
      <w:r w:rsidRPr="00563B50">
        <w:rPr>
          <w:rFonts w:cs="Times New Roman"/>
          <w:szCs w:val="24"/>
        </w:rPr>
        <w:t xml:space="preserve"> </w:t>
      </w:r>
      <w:proofErr w:type="spellStart"/>
      <w:r w:rsidRPr="00563B50">
        <w:rPr>
          <w:rFonts w:cs="Times New Roman"/>
          <w:szCs w:val="24"/>
        </w:rPr>
        <w:t>colectează</w:t>
      </w:r>
      <w:proofErr w:type="spellEnd"/>
      <w:r w:rsidRPr="00563B50">
        <w:rPr>
          <w:rFonts w:cs="Times New Roman"/>
          <w:szCs w:val="24"/>
        </w:rPr>
        <w:t xml:space="preserve"> date de la </w:t>
      </w:r>
      <w:proofErr w:type="spellStart"/>
      <w:r w:rsidRPr="00563B50">
        <w:rPr>
          <w:rFonts w:cs="Times New Roman"/>
          <w:szCs w:val="24"/>
        </w:rPr>
        <w:t>cetățeni</w:t>
      </w:r>
      <w:proofErr w:type="spellEnd"/>
      <w:r w:rsidRPr="00563B50">
        <w:rPr>
          <w:rFonts w:cs="Times New Roman"/>
          <w:szCs w:val="24"/>
        </w:rPr>
        <w:t xml:space="preserve">, se </w:t>
      </w:r>
      <w:proofErr w:type="spellStart"/>
      <w:r w:rsidRPr="00563B50">
        <w:rPr>
          <w:rFonts w:cs="Times New Roman"/>
          <w:szCs w:val="24"/>
        </w:rPr>
        <w:t>asigură</w:t>
      </w:r>
      <w:proofErr w:type="spellEnd"/>
      <w:r w:rsidRPr="00563B50">
        <w:rPr>
          <w:rFonts w:cs="Times New Roman"/>
          <w:szCs w:val="24"/>
        </w:rPr>
        <w:t xml:space="preserve"> </w:t>
      </w:r>
      <w:proofErr w:type="spellStart"/>
      <w:r w:rsidRPr="00563B50">
        <w:rPr>
          <w:rFonts w:cs="Times New Roman"/>
          <w:szCs w:val="24"/>
        </w:rPr>
        <w:t>că</w:t>
      </w:r>
      <w:proofErr w:type="spellEnd"/>
      <w:r w:rsidRPr="00563B50">
        <w:rPr>
          <w:rFonts w:cs="Times New Roman"/>
          <w:szCs w:val="24"/>
        </w:rPr>
        <w:t xml:space="preserve"> </w:t>
      </w:r>
      <w:proofErr w:type="spellStart"/>
      <w:r w:rsidRPr="00563B50">
        <w:rPr>
          <w:rFonts w:cs="Times New Roman"/>
          <w:szCs w:val="24"/>
        </w:rPr>
        <w:t>Primăria</w:t>
      </w:r>
      <w:proofErr w:type="spellEnd"/>
      <w:r w:rsidRPr="00563B50">
        <w:rPr>
          <w:rFonts w:cs="Times New Roman"/>
          <w:szCs w:val="24"/>
        </w:rPr>
        <w:t xml:space="preserve"> are </w:t>
      </w:r>
      <w:proofErr w:type="spellStart"/>
      <w:r w:rsidRPr="00563B50">
        <w:rPr>
          <w:rFonts w:cs="Times New Roman"/>
          <w:szCs w:val="24"/>
        </w:rPr>
        <w:t>dreptul</w:t>
      </w:r>
      <w:proofErr w:type="spellEnd"/>
      <w:r w:rsidRPr="00563B50">
        <w:rPr>
          <w:rFonts w:cs="Times New Roman"/>
          <w:szCs w:val="24"/>
        </w:rPr>
        <w:t xml:space="preserve"> legal de a </w:t>
      </w:r>
      <w:proofErr w:type="spellStart"/>
      <w:r w:rsidRPr="00563B50">
        <w:rPr>
          <w:rFonts w:cs="Times New Roman"/>
          <w:szCs w:val="24"/>
        </w:rPr>
        <w:t>colecta</w:t>
      </w:r>
      <w:proofErr w:type="spellEnd"/>
      <w:r w:rsidRPr="00563B50">
        <w:rPr>
          <w:rFonts w:cs="Times New Roman"/>
          <w:szCs w:val="24"/>
        </w:rPr>
        <w:t xml:space="preserve"> </w:t>
      </w:r>
      <w:proofErr w:type="spellStart"/>
      <w:r w:rsidRPr="00563B50">
        <w:rPr>
          <w:rFonts w:cs="Times New Roman"/>
          <w:szCs w:val="24"/>
        </w:rPr>
        <w:t>acele</w:t>
      </w:r>
      <w:proofErr w:type="spellEnd"/>
      <w:r w:rsidRPr="00563B50">
        <w:rPr>
          <w:rFonts w:cs="Times New Roman"/>
          <w:szCs w:val="24"/>
        </w:rPr>
        <w:t xml:space="preserve"> date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că</w:t>
      </w:r>
      <w:proofErr w:type="spellEnd"/>
      <w:r w:rsidRPr="00563B50">
        <w:rPr>
          <w:rFonts w:cs="Times New Roman"/>
          <w:szCs w:val="24"/>
        </w:rPr>
        <w:t xml:space="preserve"> </w:t>
      </w:r>
      <w:proofErr w:type="spellStart"/>
      <w:r w:rsidRPr="00563B50">
        <w:rPr>
          <w:rFonts w:cs="Times New Roman"/>
          <w:szCs w:val="24"/>
        </w:rPr>
        <w:t>persoanele</w:t>
      </w:r>
      <w:proofErr w:type="spellEnd"/>
      <w:r w:rsidRPr="00563B50">
        <w:rPr>
          <w:rFonts w:cs="Times New Roman"/>
          <w:szCs w:val="24"/>
        </w:rPr>
        <w:t xml:space="preserve"> au </w:t>
      </w:r>
      <w:proofErr w:type="spellStart"/>
      <w:r w:rsidRPr="00563B50">
        <w:rPr>
          <w:rFonts w:cs="Times New Roman"/>
          <w:szCs w:val="24"/>
        </w:rPr>
        <w:t>primit</w:t>
      </w:r>
      <w:proofErr w:type="spellEnd"/>
      <w:r w:rsidRPr="00563B50">
        <w:rPr>
          <w:rFonts w:cs="Times New Roman"/>
          <w:szCs w:val="24"/>
        </w:rPr>
        <w:t xml:space="preserve"> </w:t>
      </w:r>
      <w:proofErr w:type="spellStart"/>
      <w:r w:rsidRPr="00563B50">
        <w:rPr>
          <w:rFonts w:cs="Times New Roman"/>
          <w:szCs w:val="24"/>
        </w:rPr>
        <w:t>notificarea</w:t>
      </w:r>
      <w:proofErr w:type="spellEnd"/>
      <w:r w:rsidRPr="00563B50">
        <w:rPr>
          <w:rFonts w:cs="Times New Roman"/>
          <w:szCs w:val="24"/>
        </w:rPr>
        <w:t xml:space="preserve"> </w:t>
      </w:r>
      <w:proofErr w:type="spellStart"/>
      <w:r w:rsidRPr="00563B50">
        <w:rPr>
          <w:rFonts w:cs="Times New Roman"/>
          <w:szCs w:val="24"/>
        </w:rPr>
        <w:t>necesară</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au </w:t>
      </w:r>
      <w:proofErr w:type="spellStart"/>
      <w:r w:rsidRPr="00563B50">
        <w:rPr>
          <w:rFonts w:cs="Times New Roman"/>
          <w:szCs w:val="24"/>
        </w:rPr>
        <w:t>fost</w:t>
      </w:r>
      <w:proofErr w:type="spellEnd"/>
      <w:r w:rsidRPr="00563B50">
        <w:rPr>
          <w:rFonts w:cs="Times New Roman"/>
          <w:szCs w:val="24"/>
        </w:rPr>
        <w:t xml:space="preserve"> </w:t>
      </w:r>
      <w:proofErr w:type="spellStart"/>
      <w:r w:rsidRPr="00563B50">
        <w:rPr>
          <w:rFonts w:cs="Times New Roman"/>
          <w:szCs w:val="24"/>
        </w:rPr>
        <w:t>informate</w:t>
      </w:r>
      <w:proofErr w:type="spellEnd"/>
      <w:r w:rsidRPr="00563B50">
        <w:rPr>
          <w:rFonts w:cs="Times New Roman"/>
          <w:szCs w:val="24"/>
        </w:rPr>
        <w:t xml:space="preserve"> </w:t>
      </w:r>
      <w:proofErr w:type="spellStart"/>
      <w:r w:rsidRPr="00563B50">
        <w:rPr>
          <w:rFonts w:cs="Times New Roman"/>
          <w:szCs w:val="24"/>
        </w:rPr>
        <w:t>corect</w:t>
      </w:r>
      <w:proofErr w:type="spellEnd"/>
      <w:r w:rsidRPr="00563B50">
        <w:rPr>
          <w:rFonts w:cs="Times New Roman"/>
          <w:szCs w:val="24"/>
        </w:rPr>
        <w:t xml:space="preserve"> cu </w:t>
      </w:r>
      <w:proofErr w:type="spellStart"/>
      <w:r w:rsidRPr="00563B50">
        <w:rPr>
          <w:rFonts w:cs="Times New Roman"/>
          <w:szCs w:val="24"/>
        </w:rPr>
        <w:t>privind</w:t>
      </w:r>
      <w:proofErr w:type="spellEnd"/>
      <w:r w:rsidRPr="00563B50">
        <w:rPr>
          <w:rFonts w:cs="Times New Roman"/>
          <w:szCs w:val="24"/>
        </w:rPr>
        <w:t xml:space="preserve"> </w:t>
      </w:r>
      <w:proofErr w:type="spellStart"/>
      <w:r w:rsidRPr="00563B50">
        <w:rPr>
          <w:rFonts w:cs="Times New Roman"/>
          <w:szCs w:val="24"/>
        </w:rPr>
        <w:t>drepturile</w:t>
      </w:r>
      <w:proofErr w:type="spellEnd"/>
      <w:r w:rsidRPr="00563B50">
        <w:rPr>
          <w:rFonts w:cs="Times New Roman"/>
          <w:szCs w:val="24"/>
        </w:rPr>
        <w:t xml:space="preserve"> lor;</w:t>
      </w:r>
    </w:p>
    <w:p w14:paraId="4A2558F3" w14:textId="48ADEA2D" w:rsidR="00EE7ED3" w:rsidRPr="008B04D4" w:rsidRDefault="00000000" w:rsidP="008B04D4">
      <w:pPr>
        <w:numPr>
          <w:ilvl w:val="0"/>
          <w:numId w:val="7"/>
        </w:numPr>
        <w:jc w:val="both"/>
        <w:rPr>
          <w:rFonts w:cs="Times New Roman"/>
          <w:szCs w:val="24"/>
        </w:rPr>
      </w:pPr>
      <w:proofErr w:type="spellStart"/>
      <w:r w:rsidRPr="00563B50">
        <w:rPr>
          <w:rFonts w:cs="Times New Roman"/>
          <w:szCs w:val="24"/>
        </w:rPr>
        <w:t>Colectează</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folosesc</w:t>
      </w:r>
      <w:proofErr w:type="spellEnd"/>
      <w:r w:rsidRPr="00563B50">
        <w:rPr>
          <w:rFonts w:cs="Times New Roman"/>
          <w:szCs w:val="24"/>
        </w:rPr>
        <w:t xml:space="preserve"> </w:t>
      </w:r>
      <w:proofErr w:type="spellStart"/>
      <w:r w:rsidRPr="00563B50">
        <w:rPr>
          <w:rFonts w:cs="Times New Roman"/>
          <w:szCs w:val="24"/>
        </w:rPr>
        <w:t>doar</w:t>
      </w:r>
      <w:proofErr w:type="spellEnd"/>
      <w:r w:rsidRPr="00563B50">
        <w:rPr>
          <w:rFonts w:cs="Times New Roman"/>
          <w:szCs w:val="24"/>
        </w:rPr>
        <w:t xml:space="preserve"> </w:t>
      </w:r>
      <w:proofErr w:type="spellStart"/>
      <w:r w:rsidRPr="00563B50">
        <w:rPr>
          <w:rFonts w:cs="Times New Roman"/>
          <w:szCs w:val="24"/>
        </w:rPr>
        <w:t>acele</w:t>
      </w:r>
      <w:proofErr w:type="spellEnd"/>
      <w:r w:rsidRPr="00563B50">
        <w:rPr>
          <w:rFonts w:cs="Times New Roman"/>
          <w:szCs w:val="24"/>
        </w:rPr>
        <w:t xml:space="preserve"> date cu </w:t>
      </w:r>
      <w:proofErr w:type="spellStart"/>
      <w:r w:rsidRPr="00563B50">
        <w:rPr>
          <w:rFonts w:cs="Times New Roman"/>
          <w:szCs w:val="24"/>
        </w:rPr>
        <w:t>caracter</w:t>
      </w:r>
      <w:proofErr w:type="spellEnd"/>
      <w:r w:rsidRPr="00563B50">
        <w:rPr>
          <w:rFonts w:cs="Times New Roman"/>
          <w:szCs w:val="24"/>
        </w:rPr>
        <w:t xml:space="preserve"> personal strict </w:t>
      </w:r>
      <w:proofErr w:type="spellStart"/>
      <w:r w:rsidRPr="00563B50">
        <w:rPr>
          <w:rFonts w:cs="Times New Roman"/>
          <w:szCs w:val="24"/>
        </w:rPr>
        <w:t>necesare</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realizarea</w:t>
      </w:r>
      <w:proofErr w:type="spellEnd"/>
      <w:r w:rsidRPr="00563B50">
        <w:rPr>
          <w:rFonts w:cs="Times New Roman"/>
          <w:szCs w:val="24"/>
        </w:rPr>
        <w:t xml:space="preserve"> </w:t>
      </w:r>
      <w:proofErr w:type="spellStart"/>
      <w:r w:rsidRPr="00563B50">
        <w:rPr>
          <w:rFonts w:cs="Times New Roman"/>
          <w:szCs w:val="24"/>
        </w:rPr>
        <w:t>activităților</w:t>
      </w:r>
      <w:proofErr w:type="spellEnd"/>
      <w:r w:rsidRPr="00563B50">
        <w:rPr>
          <w:rFonts w:cs="Times New Roman"/>
          <w:szCs w:val="24"/>
        </w:rPr>
        <w:t xml:space="preserve"> </w:t>
      </w:r>
      <w:proofErr w:type="spellStart"/>
      <w:r w:rsidRPr="00563B50">
        <w:rPr>
          <w:rFonts w:cs="Times New Roman"/>
          <w:szCs w:val="24"/>
        </w:rPr>
        <w:t>specifice</w:t>
      </w:r>
      <w:proofErr w:type="spellEnd"/>
      <w:r w:rsidRPr="00563B50">
        <w:rPr>
          <w:rFonts w:cs="Times New Roman"/>
          <w:szCs w:val="24"/>
        </w:rPr>
        <w:t xml:space="preserve"> </w:t>
      </w:r>
      <w:proofErr w:type="spellStart"/>
      <w:r w:rsidRPr="00563B50">
        <w:rPr>
          <w:rFonts w:cs="Times New Roman"/>
          <w:szCs w:val="24"/>
        </w:rPr>
        <w:t>postului</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nu le </w:t>
      </w:r>
      <w:proofErr w:type="spellStart"/>
      <w:r w:rsidRPr="00563B50">
        <w:rPr>
          <w:rFonts w:cs="Times New Roman"/>
          <w:szCs w:val="24"/>
        </w:rPr>
        <w:t>utilizează</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alte</w:t>
      </w:r>
      <w:proofErr w:type="spellEnd"/>
      <w:r w:rsidRPr="00563B50">
        <w:rPr>
          <w:rFonts w:cs="Times New Roman"/>
          <w:szCs w:val="24"/>
        </w:rPr>
        <w:t xml:space="preserve"> </w:t>
      </w:r>
      <w:proofErr w:type="spellStart"/>
      <w:r w:rsidRPr="00563B50">
        <w:rPr>
          <w:rFonts w:cs="Times New Roman"/>
          <w:szCs w:val="24"/>
        </w:rPr>
        <w:t>scopuri</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proiecte</w:t>
      </w:r>
      <w:proofErr w:type="spellEnd"/>
      <w:r w:rsidRPr="00563B50">
        <w:rPr>
          <w:rFonts w:cs="Times New Roman"/>
          <w:szCs w:val="24"/>
        </w:rPr>
        <w:t xml:space="preserve"> </w:t>
      </w:r>
      <w:proofErr w:type="spellStart"/>
      <w:r w:rsidRPr="00563B50">
        <w:rPr>
          <w:rFonts w:cs="Times New Roman"/>
          <w:szCs w:val="24"/>
        </w:rPr>
        <w:t>incompatibile</w:t>
      </w:r>
      <w:proofErr w:type="spellEnd"/>
      <w:r w:rsidRPr="00563B50">
        <w:rPr>
          <w:rFonts w:cs="Times New Roman"/>
          <w:szCs w:val="24"/>
        </w:rPr>
        <w:t xml:space="preserve"> cu </w:t>
      </w:r>
      <w:proofErr w:type="spellStart"/>
      <w:r w:rsidRPr="00563B50">
        <w:rPr>
          <w:rFonts w:cs="Times New Roman"/>
          <w:szCs w:val="24"/>
        </w:rPr>
        <w:t>misiunea</w:t>
      </w:r>
      <w:proofErr w:type="spellEnd"/>
      <w:r w:rsidRPr="00563B50">
        <w:rPr>
          <w:rFonts w:cs="Times New Roman"/>
          <w:szCs w:val="24"/>
        </w:rPr>
        <w:t xml:space="preserve"> </w:t>
      </w:r>
      <w:proofErr w:type="spellStart"/>
      <w:r w:rsidRPr="00563B50">
        <w:rPr>
          <w:rFonts w:cs="Times New Roman"/>
          <w:szCs w:val="24"/>
        </w:rPr>
        <w:t>administrativă</w:t>
      </w:r>
      <w:proofErr w:type="spellEnd"/>
      <w:r w:rsidRPr="00563B50">
        <w:rPr>
          <w:rFonts w:cs="Times New Roman"/>
          <w:szCs w:val="24"/>
        </w:rPr>
        <w:t xml:space="preserve"> </w:t>
      </w:r>
      <w:proofErr w:type="spellStart"/>
      <w:r w:rsidRPr="00563B50">
        <w:rPr>
          <w:rFonts w:cs="Times New Roman"/>
          <w:szCs w:val="24"/>
        </w:rPr>
        <w:t>inițială</w:t>
      </w:r>
      <w:proofErr w:type="spellEnd"/>
      <w:r w:rsidRPr="00563B50">
        <w:rPr>
          <w:rFonts w:cs="Times New Roman"/>
          <w:szCs w:val="24"/>
        </w:rPr>
        <w:t>.</w:t>
      </w:r>
    </w:p>
    <w:p w14:paraId="15D23633" w14:textId="77777777" w:rsidR="00EE7ED3" w:rsidRPr="00563B50" w:rsidRDefault="00000000" w:rsidP="00A33FF6">
      <w:pPr>
        <w:rPr>
          <w:rFonts w:cs="Times New Roman"/>
          <w:b/>
          <w:bCs/>
          <w:szCs w:val="24"/>
        </w:rPr>
      </w:pPr>
      <w:r w:rsidRPr="00563B50">
        <w:rPr>
          <w:rFonts w:cs="Times New Roman"/>
          <w:b/>
          <w:bCs/>
          <w:szCs w:val="24"/>
        </w:rPr>
        <w:t xml:space="preserve">5.5. </w:t>
      </w:r>
      <w:proofErr w:type="spellStart"/>
      <w:r w:rsidRPr="00563B50">
        <w:rPr>
          <w:rFonts w:cs="Times New Roman"/>
          <w:b/>
          <w:bCs/>
          <w:szCs w:val="24"/>
        </w:rPr>
        <w:t>Statutul</w:t>
      </w:r>
      <w:proofErr w:type="spellEnd"/>
      <w:r w:rsidRPr="00563B50">
        <w:rPr>
          <w:rFonts w:cs="Times New Roman"/>
          <w:b/>
          <w:bCs/>
          <w:szCs w:val="24"/>
        </w:rPr>
        <w:t xml:space="preserve">, </w:t>
      </w:r>
      <w:proofErr w:type="spellStart"/>
      <w:r w:rsidRPr="00563B50">
        <w:rPr>
          <w:rFonts w:cs="Times New Roman"/>
          <w:b/>
          <w:bCs/>
          <w:szCs w:val="24"/>
        </w:rPr>
        <w:t>Ierarhia</w:t>
      </w:r>
      <w:proofErr w:type="spellEnd"/>
      <w:r w:rsidRPr="00563B50">
        <w:rPr>
          <w:rFonts w:cs="Times New Roman"/>
          <w:b/>
          <w:bCs/>
          <w:szCs w:val="24"/>
        </w:rPr>
        <w:t xml:space="preserve"> </w:t>
      </w:r>
      <w:proofErr w:type="spellStart"/>
      <w:r w:rsidRPr="00563B50">
        <w:rPr>
          <w:rFonts w:cs="Times New Roman"/>
          <w:b/>
          <w:bCs/>
          <w:szCs w:val="24"/>
        </w:rPr>
        <w:t>și</w:t>
      </w:r>
      <w:proofErr w:type="spellEnd"/>
      <w:r w:rsidRPr="00563B50">
        <w:rPr>
          <w:rFonts w:cs="Times New Roman"/>
          <w:b/>
          <w:bCs/>
          <w:szCs w:val="24"/>
        </w:rPr>
        <w:t xml:space="preserve"> </w:t>
      </w:r>
      <w:proofErr w:type="spellStart"/>
      <w:r w:rsidRPr="00563B50">
        <w:rPr>
          <w:rFonts w:cs="Times New Roman"/>
          <w:b/>
          <w:bCs/>
          <w:szCs w:val="24"/>
        </w:rPr>
        <w:t>Resursele</w:t>
      </w:r>
      <w:proofErr w:type="spellEnd"/>
      <w:r w:rsidRPr="00563B50">
        <w:rPr>
          <w:rFonts w:cs="Times New Roman"/>
          <w:b/>
          <w:bCs/>
          <w:szCs w:val="24"/>
        </w:rPr>
        <w:t xml:space="preserve"> </w:t>
      </w:r>
      <w:proofErr w:type="spellStart"/>
      <w:r w:rsidRPr="00563B50">
        <w:rPr>
          <w:rFonts w:cs="Times New Roman"/>
          <w:b/>
          <w:bCs/>
          <w:szCs w:val="24"/>
        </w:rPr>
        <w:t>Responsabilului</w:t>
      </w:r>
      <w:proofErr w:type="spellEnd"/>
      <w:r w:rsidRPr="00563B50">
        <w:rPr>
          <w:rFonts w:cs="Times New Roman"/>
          <w:b/>
          <w:bCs/>
          <w:szCs w:val="24"/>
        </w:rPr>
        <w:t xml:space="preserve"> cu </w:t>
      </w:r>
      <w:proofErr w:type="spellStart"/>
      <w:r w:rsidRPr="00563B50">
        <w:rPr>
          <w:rFonts w:cs="Times New Roman"/>
          <w:b/>
          <w:bCs/>
          <w:szCs w:val="24"/>
        </w:rPr>
        <w:t>Protecția</w:t>
      </w:r>
      <w:proofErr w:type="spellEnd"/>
      <w:r w:rsidRPr="00563B50">
        <w:rPr>
          <w:rFonts w:cs="Times New Roman"/>
          <w:b/>
          <w:bCs/>
          <w:szCs w:val="24"/>
        </w:rPr>
        <w:t xml:space="preserve"> </w:t>
      </w:r>
      <w:proofErr w:type="spellStart"/>
      <w:r w:rsidRPr="00563B50">
        <w:rPr>
          <w:rFonts w:cs="Times New Roman"/>
          <w:b/>
          <w:bCs/>
          <w:szCs w:val="24"/>
        </w:rPr>
        <w:t>Datelor</w:t>
      </w:r>
      <w:proofErr w:type="spellEnd"/>
    </w:p>
    <w:p w14:paraId="3C7606CA" w14:textId="77777777" w:rsidR="00EE7ED3" w:rsidRPr="00563B50" w:rsidRDefault="00000000" w:rsidP="00C87C7A">
      <w:pPr>
        <w:jc w:val="both"/>
        <w:rPr>
          <w:rFonts w:cs="Times New Roman"/>
          <w:szCs w:val="24"/>
        </w:rPr>
      </w:pPr>
      <w:proofErr w:type="spellStart"/>
      <w:r w:rsidRPr="00C87C7A">
        <w:rPr>
          <w:rFonts w:cs="Times New Roman"/>
          <w:b/>
          <w:bCs/>
          <w:szCs w:val="24"/>
        </w:rPr>
        <w:t>Primăria</w:t>
      </w:r>
      <w:proofErr w:type="spellEnd"/>
      <w:r w:rsidRPr="00C87C7A">
        <w:rPr>
          <w:rFonts w:cs="Times New Roman"/>
          <w:b/>
          <w:bCs/>
          <w:szCs w:val="24"/>
        </w:rPr>
        <w:t xml:space="preserve"> </w:t>
      </w:r>
      <w:proofErr w:type="spellStart"/>
      <w:r w:rsidRPr="00C87C7A">
        <w:rPr>
          <w:rFonts w:cs="Times New Roman"/>
          <w:b/>
          <w:bCs/>
          <w:szCs w:val="24"/>
        </w:rPr>
        <w:t>Satului</w:t>
      </w:r>
      <w:proofErr w:type="spellEnd"/>
      <w:r w:rsidRPr="00C87C7A">
        <w:rPr>
          <w:rFonts w:cs="Times New Roman"/>
          <w:b/>
          <w:bCs/>
          <w:szCs w:val="24"/>
        </w:rPr>
        <w:t xml:space="preserve"> </w:t>
      </w:r>
      <w:proofErr w:type="spellStart"/>
      <w:r w:rsidRPr="00C87C7A">
        <w:rPr>
          <w:rFonts w:cs="Times New Roman"/>
          <w:b/>
          <w:bCs/>
          <w:szCs w:val="24"/>
        </w:rPr>
        <w:t>Mereni</w:t>
      </w:r>
      <w:proofErr w:type="spellEnd"/>
      <w:r w:rsidRPr="00563B50">
        <w:rPr>
          <w:rFonts w:cs="Times New Roman"/>
          <w:szCs w:val="24"/>
        </w:rPr>
        <w:t xml:space="preserve">, </w:t>
      </w:r>
      <w:proofErr w:type="spellStart"/>
      <w:r w:rsidRPr="00563B50">
        <w:rPr>
          <w:rFonts w:cs="Times New Roman"/>
          <w:szCs w:val="24"/>
        </w:rPr>
        <w:t>reieșind</w:t>
      </w:r>
      <w:proofErr w:type="spellEnd"/>
      <w:r w:rsidRPr="00563B50">
        <w:rPr>
          <w:rFonts w:cs="Times New Roman"/>
          <w:szCs w:val="24"/>
        </w:rPr>
        <w:t xml:space="preserve"> din </w:t>
      </w:r>
      <w:proofErr w:type="spellStart"/>
      <w:r w:rsidRPr="00563B50">
        <w:rPr>
          <w:rFonts w:cs="Times New Roman"/>
          <w:szCs w:val="24"/>
        </w:rPr>
        <w:t>specificul</w:t>
      </w:r>
      <w:proofErr w:type="spellEnd"/>
      <w:r w:rsidRPr="00563B50">
        <w:rPr>
          <w:rFonts w:cs="Times New Roman"/>
          <w:szCs w:val="24"/>
        </w:rPr>
        <w:t xml:space="preserve"> </w:t>
      </w:r>
      <w:proofErr w:type="spellStart"/>
      <w:r w:rsidRPr="00563B50">
        <w:rPr>
          <w:rFonts w:cs="Times New Roman"/>
          <w:szCs w:val="24"/>
        </w:rPr>
        <w:t>activității</w:t>
      </w:r>
      <w:proofErr w:type="spellEnd"/>
      <w:r w:rsidRPr="00563B50">
        <w:rPr>
          <w:rFonts w:cs="Times New Roman"/>
          <w:szCs w:val="24"/>
        </w:rPr>
        <w:t xml:space="preserve"> sale </w:t>
      </w:r>
      <w:proofErr w:type="spellStart"/>
      <w:r w:rsidRPr="00563B50">
        <w:rPr>
          <w:rFonts w:cs="Times New Roman"/>
          <w:szCs w:val="24"/>
        </w:rPr>
        <w:t>publice</w:t>
      </w:r>
      <w:proofErr w:type="spellEnd"/>
      <w:r w:rsidRPr="00563B50">
        <w:rPr>
          <w:rFonts w:cs="Times New Roman"/>
          <w:szCs w:val="24"/>
        </w:rPr>
        <w:t xml:space="preserve">, </w:t>
      </w:r>
      <w:proofErr w:type="spellStart"/>
      <w:r w:rsidRPr="00563B50">
        <w:rPr>
          <w:rFonts w:cs="Times New Roman"/>
          <w:szCs w:val="24"/>
        </w:rPr>
        <w:t>transpune</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prezent</w:t>
      </w:r>
      <w:r>
        <w:rPr>
          <w:rFonts w:cs="Times New Roman"/>
          <w:szCs w:val="24"/>
          <w:lang w:val="ro-RO"/>
        </w:rPr>
        <w:t>ul</w:t>
      </w:r>
      <w:proofErr w:type="spellEnd"/>
      <w:r w:rsidRPr="00563B50">
        <w:rPr>
          <w:rFonts w:cs="Times New Roman"/>
          <w:szCs w:val="24"/>
        </w:rPr>
        <w:t xml:space="preserve"> </w:t>
      </w:r>
      <w:r>
        <w:rPr>
          <w:rFonts w:cs="Times New Roman"/>
          <w:szCs w:val="24"/>
          <w:lang w:val="ro-RO"/>
        </w:rPr>
        <w:t>Regulament</w:t>
      </w:r>
      <w:r w:rsidRPr="00563B50">
        <w:rPr>
          <w:rFonts w:cs="Times New Roman"/>
          <w:szCs w:val="24"/>
        </w:rPr>
        <w:t xml:space="preserve"> </w:t>
      </w:r>
      <w:proofErr w:type="spellStart"/>
      <w:r w:rsidRPr="00563B50">
        <w:rPr>
          <w:rFonts w:cs="Times New Roman"/>
          <w:szCs w:val="24"/>
        </w:rPr>
        <w:t>procedurile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măsurile</w:t>
      </w:r>
      <w:proofErr w:type="spellEnd"/>
      <w:r w:rsidRPr="00563B50">
        <w:rPr>
          <w:rFonts w:cs="Times New Roman"/>
          <w:szCs w:val="24"/>
        </w:rPr>
        <w:t xml:space="preserve"> </w:t>
      </w:r>
      <w:proofErr w:type="spellStart"/>
      <w:r w:rsidRPr="00563B50">
        <w:rPr>
          <w:rFonts w:cs="Times New Roman"/>
          <w:szCs w:val="24"/>
        </w:rPr>
        <w:t>necesare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vederea</w:t>
      </w:r>
      <w:proofErr w:type="spellEnd"/>
      <w:r w:rsidRPr="00563B50">
        <w:rPr>
          <w:rFonts w:cs="Times New Roman"/>
          <w:szCs w:val="24"/>
        </w:rPr>
        <w:t xml:space="preserve"> </w:t>
      </w:r>
      <w:proofErr w:type="spellStart"/>
      <w:r w:rsidRPr="00563B50">
        <w:rPr>
          <w:rFonts w:cs="Times New Roman"/>
          <w:szCs w:val="24"/>
        </w:rPr>
        <w:t>asigurării</w:t>
      </w:r>
      <w:proofErr w:type="spellEnd"/>
      <w:r w:rsidRPr="00563B50">
        <w:rPr>
          <w:rFonts w:cs="Times New Roman"/>
          <w:szCs w:val="24"/>
        </w:rPr>
        <w:t xml:space="preserve"> </w:t>
      </w:r>
      <w:proofErr w:type="spellStart"/>
      <w:r w:rsidRPr="00563B50">
        <w:rPr>
          <w:rFonts w:cs="Times New Roman"/>
          <w:szCs w:val="24"/>
        </w:rPr>
        <w:t>nivelului</w:t>
      </w:r>
      <w:proofErr w:type="spellEnd"/>
      <w:r w:rsidRPr="00563B50">
        <w:rPr>
          <w:rFonts w:cs="Times New Roman"/>
          <w:szCs w:val="24"/>
        </w:rPr>
        <w:t xml:space="preserve"> </w:t>
      </w:r>
      <w:proofErr w:type="spellStart"/>
      <w:r w:rsidRPr="00563B50">
        <w:rPr>
          <w:rFonts w:cs="Times New Roman"/>
          <w:szCs w:val="24"/>
        </w:rPr>
        <w:t>adecvat</w:t>
      </w:r>
      <w:proofErr w:type="spellEnd"/>
      <w:r w:rsidRPr="00563B50">
        <w:rPr>
          <w:rFonts w:cs="Times New Roman"/>
          <w:szCs w:val="24"/>
        </w:rPr>
        <w:t xml:space="preserve"> de </w:t>
      </w:r>
      <w:proofErr w:type="spellStart"/>
      <w:r w:rsidRPr="00563B50">
        <w:rPr>
          <w:rFonts w:cs="Times New Roman"/>
          <w:szCs w:val="24"/>
        </w:rPr>
        <w:t>protecție</w:t>
      </w:r>
      <w:proofErr w:type="spellEnd"/>
      <w:r w:rsidRPr="00563B50">
        <w:rPr>
          <w:rFonts w:cs="Times New Roman"/>
          <w:szCs w:val="24"/>
        </w:rPr>
        <w:t xml:space="preserve"> a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cadrul</w:t>
      </w:r>
      <w:proofErr w:type="spellEnd"/>
      <w:r w:rsidRPr="00563B50">
        <w:rPr>
          <w:rFonts w:cs="Times New Roman"/>
          <w:szCs w:val="24"/>
        </w:rPr>
        <w:t xml:space="preserve"> </w:t>
      </w:r>
      <w:proofErr w:type="spellStart"/>
      <w:r w:rsidRPr="00563B50">
        <w:rPr>
          <w:rFonts w:cs="Times New Roman"/>
          <w:szCs w:val="24"/>
        </w:rPr>
        <w:t>tuturor</w:t>
      </w:r>
      <w:proofErr w:type="spellEnd"/>
      <w:r w:rsidRPr="00563B50">
        <w:rPr>
          <w:rFonts w:cs="Times New Roman"/>
          <w:szCs w:val="24"/>
        </w:rPr>
        <w:t xml:space="preserve"> </w:t>
      </w:r>
      <w:proofErr w:type="spellStart"/>
      <w:r w:rsidRPr="00563B50">
        <w:rPr>
          <w:rFonts w:cs="Times New Roman"/>
          <w:szCs w:val="24"/>
        </w:rPr>
        <w:t>sistemelor</w:t>
      </w:r>
      <w:proofErr w:type="spellEnd"/>
      <w:r w:rsidRPr="00563B50">
        <w:rPr>
          <w:rFonts w:cs="Times New Roman"/>
          <w:szCs w:val="24"/>
        </w:rPr>
        <w:t xml:space="preserve"> de </w:t>
      </w:r>
      <w:proofErr w:type="spellStart"/>
      <w:r w:rsidRPr="00563B50">
        <w:rPr>
          <w:rFonts w:cs="Times New Roman"/>
          <w:szCs w:val="24"/>
        </w:rPr>
        <w:t>evidență</w:t>
      </w:r>
      <w:proofErr w:type="spellEnd"/>
      <w:r w:rsidRPr="00563B50">
        <w:rPr>
          <w:rFonts w:cs="Times New Roman"/>
          <w:szCs w:val="24"/>
        </w:rPr>
        <w:t xml:space="preserve"> </w:t>
      </w:r>
      <w:proofErr w:type="spellStart"/>
      <w:r w:rsidRPr="00563B50">
        <w:rPr>
          <w:rFonts w:cs="Times New Roman"/>
          <w:szCs w:val="24"/>
        </w:rPr>
        <w:t>gestionate</w:t>
      </w:r>
      <w:proofErr w:type="spellEnd"/>
      <w:r w:rsidRPr="00563B50">
        <w:rPr>
          <w:rFonts w:cs="Times New Roman"/>
          <w:szCs w:val="24"/>
        </w:rPr>
        <w:t>:</w:t>
      </w:r>
    </w:p>
    <w:p w14:paraId="16EF3912" w14:textId="77777777" w:rsidR="00EE7ED3" w:rsidRPr="00563B50" w:rsidRDefault="00000000" w:rsidP="00C87C7A">
      <w:pPr>
        <w:jc w:val="both"/>
        <w:rPr>
          <w:rFonts w:cs="Times New Roman"/>
          <w:szCs w:val="24"/>
        </w:rPr>
      </w:pPr>
      <w:proofErr w:type="spellStart"/>
      <w:r w:rsidRPr="00563B50">
        <w:rPr>
          <w:rFonts w:cs="Times New Roman"/>
          <w:b/>
          <w:bCs/>
          <w:szCs w:val="24"/>
        </w:rPr>
        <w:t>Periodicitatea</w:t>
      </w:r>
      <w:proofErr w:type="spellEnd"/>
      <w:r w:rsidRPr="00563B50">
        <w:rPr>
          <w:rFonts w:cs="Times New Roman"/>
          <w:b/>
          <w:bCs/>
          <w:szCs w:val="24"/>
        </w:rPr>
        <w:t xml:space="preserve"> </w:t>
      </w:r>
      <w:proofErr w:type="spellStart"/>
      <w:r w:rsidRPr="00563B50">
        <w:rPr>
          <w:rFonts w:cs="Times New Roman"/>
          <w:b/>
          <w:bCs/>
          <w:szCs w:val="24"/>
        </w:rPr>
        <w:t>revizuirii</w:t>
      </w:r>
      <w:proofErr w:type="spellEnd"/>
      <w:r w:rsidRPr="00563B50">
        <w:rPr>
          <w:rFonts w:cs="Times New Roman"/>
          <w:b/>
          <w:bCs/>
          <w:szCs w:val="24"/>
        </w:rPr>
        <w:t>:</w:t>
      </w:r>
      <w:r w:rsidRPr="00563B50">
        <w:rPr>
          <w:rFonts w:cs="Times New Roman"/>
          <w:szCs w:val="24"/>
        </w:rPr>
        <w:t xml:space="preserve"> </w:t>
      </w:r>
      <w:proofErr w:type="spellStart"/>
      <w:r w:rsidRPr="00563B50">
        <w:rPr>
          <w:rFonts w:cs="Times New Roman"/>
          <w:szCs w:val="24"/>
        </w:rPr>
        <w:t>Prezent</w:t>
      </w:r>
      <w:r>
        <w:rPr>
          <w:rFonts w:cs="Times New Roman"/>
          <w:szCs w:val="24"/>
          <w:lang w:val="ro-RO"/>
        </w:rPr>
        <w:t>ul</w:t>
      </w:r>
      <w:proofErr w:type="spellEnd"/>
      <w:r w:rsidRPr="00563B50">
        <w:rPr>
          <w:rFonts w:cs="Times New Roman"/>
          <w:szCs w:val="24"/>
        </w:rPr>
        <w:t xml:space="preserve"> </w:t>
      </w:r>
      <w:r>
        <w:rPr>
          <w:rFonts w:cs="Times New Roman"/>
          <w:szCs w:val="24"/>
          <w:lang w:val="ro-RO"/>
        </w:rPr>
        <w:t>Regulament</w:t>
      </w:r>
      <w:r w:rsidRPr="00563B50">
        <w:rPr>
          <w:rFonts w:cs="Times New Roman"/>
          <w:szCs w:val="24"/>
        </w:rPr>
        <w:t xml:space="preserve"> se </w:t>
      </w:r>
      <w:proofErr w:type="spellStart"/>
      <w:r w:rsidRPr="00563B50">
        <w:rPr>
          <w:rFonts w:cs="Times New Roman"/>
          <w:szCs w:val="24"/>
        </w:rPr>
        <w:t>va</w:t>
      </w:r>
      <w:proofErr w:type="spellEnd"/>
      <w:r w:rsidRPr="00563B50">
        <w:rPr>
          <w:rFonts w:cs="Times New Roman"/>
          <w:szCs w:val="24"/>
        </w:rPr>
        <w:t xml:space="preserve"> </w:t>
      </w:r>
      <w:proofErr w:type="spellStart"/>
      <w:r w:rsidRPr="00563B50">
        <w:rPr>
          <w:rFonts w:cs="Times New Roman"/>
          <w:szCs w:val="24"/>
        </w:rPr>
        <w:t>revizui</w:t>
      </w:r>
      <w:proofErr w:type="spellEnd"/>
      <w:r w:rsidRPr="00563B50">
        <w:rPr>
          <w:rFonts w:cs="Times New Roman"/>
          <w:szCs w:val="24"/>
        </w:rPr>
        <w:t xml:space="preserve"> </w:t>
      </w:r>
      <w:proofErr w:type="spellStart"/>
      <w:r w:rsidRPr="00563B50">
        <w:rPr>
          <w:rFonts w:cs="Times New Roman"/>
          <w:szCs w:val="24"/>
        </w:rPr>
        <w:t>obligatoriu</w:t>
      </w:r>
      <w:proofErr w:type="spellEnd"/>
      <w:r w:rsidRPr="00563B50">
        <w:rPr>
          <w:rFonts w:cs="Times New Roman"/>
          <w:szCs w:val="24"/>
        </w:rPr>
        <w:t xml:space="preserve"> cel </w:t>
      </w:r>
      <w:proofErr w:type="spellStart"/>
      <w:r w:rsidRPr="00563B50">
        <w:rPr>
          <w:rFonts w:cs="Times New Roman"/>
          <w:szCs w:val="24"/>
        </w:rPr>
        <w:t>puțin</w:t>
      </w:r>
      <w:proofErr w:type="spellEnd"/>
      <w:r w:rsidRPr="00563B50">
        <w:rPr>
          <w:rFonts w:cs="Times New Roman"/>
          <w:szCs w:val="24"/>
        </w:rPr>
        <w:t xml:space="preserve"> o </w:t>
      </w:r>
      <w:proofErr w:type="spellStart"/>
      <w:r w:rsidRPr="00563B50">
        <w:rPr>
          <w:rFonts w:cs="Times New Roman"/>
          <w:szCs w:val="24"/>
        </w:rPr>
        <w:t>dată</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an ca </w:t>
      </w:r>
      <w:proofErr w:type="spellStart"/>
      <w:r w:rsidRPr="00563B50">
        <w:rPr>
          <w:rFonts w:cs="Times New Roman"/>
          <w:szCs w:val="24"/>
        </w:rPr>
        <w:t>rezultat</w:t>
      </w:r>
      <w:proofErr w:type="spellEnd"/>
      <w:r w:rsidRPr="00563B50">
        <w:rPr>
          <w:rFonts w:cs="Times New Roman"/>
          <w:szCs w:val="24"/>
        </w:rPr>
        <w:t xml:space="preserve"> al </w:t>
      </w:r>
      <w:proofErr w:type="spellStart"/>
      <w:r w:rsidRPr="00563B50">
        <w:rPr>
          <w:rFonts w:cs="Times New Roman"/>
          <w:szCs w:val="24"/>
        </w:rPr>
        <w:t>modificărilor</w:t>
      </w:r>
      <w:proofErr w:type="spellEnd"/>
      <w:r w:rsidRPr="00563B50">
        <w:rPr>
          <w:rFonts w:cs="Times New Roman"/>
          <w:szCs w:val="24"/>
        </w:rPr>
        <w:t xml:space="preserve"> legislative </w:t>
      </w:r>
      <w:proofErr w:type="spellStart"/>
      <w:r w:rsidRPr="00563B50">
        <w:rPr>
          <w:rFonts w:cs="Times New Roman"/>
          <w:szCs w:val="24"/>
        </w:rPr>
        <w:t>sau</w:t>
      </w:r>
      <w:proofErr w:type="spellEnd"/>
      <w:r w:rsidRPr="00563B50">
        <w:rPr>
          <w:rFonts w:cs="Times New Roman"/>
          <w:szCs w:val="24"/>
        </w:rPr>
        <w:t xml:space="preserve"> al </w:t>
      </w:r>
      <w:proofErr w:type="spellStart"/>
      <w:r w:rsidRPr="00563B50">
        <w:rPr>
          <w:rFonts w:cs="Times New Roman"/>
          <w:szCs w:val="24"/>
        </w:rPr>
        <w:t>reevaluării</w:t>
      </w:r>
      <w:proofErr w:type="spellEnd"/>
      <w:r w:rsidRPr="00563B50">
        <w:rPr>
          <w:rFonts w:cs="Times New Roman"/>
          <w:szCs w:val="24"/>
        </w:rPr>
        <w:t xml:space="preserve"> </w:t>
      </w:r>
      <w:proofErr w:type="spellStart"/>
      <w:r w:rsidRPr="00563B50">
        <w:rPr>
          <w:rFonts w:cs="Times New Roman"/>
          <w:szCs w:val="24"/>
        </w:rPr>
        <w:t>competențelor</w:t>
      </w:r>
      <w:proofErr w:type="spellEnd"/>
      <w:r w:rsidRPr="00563B50">
        <w:rPr>
          <w:rFonts w:cs="Times New Roman"/>
          <w:szCs w:val="24"/>
        </w:rPr>
        <w:t xml:space="preserve"> </w:t>
      </w:r>
      <w:proofErr w:type="spellStart"/>
      <w:r w:rsidRPr="00563B50">
        <w:rPr>
          <w:rFonts w:cs="Times New Roman"/>
          <w:szCs w:val="24"/>
        </w:rPr>
        <w:t>instituționale</w:t>
      </w:r>
      <w:proofErr w:type="spellEnd"/>
      <w:r w:rsidRPr="00563B50">
        <w:rPr>
          <w:rFonts w:cs="Times New Roman"/>
          <w:szCs w:val="24"/>
        </w:rPr>
        <w:t xml:space="preserve"> ale </w:t>
      </w:r>
      <w:proofErr w:type="spellStart"/>
      <w:r w:rsidRPr="00563B50">
        <w:rPr>
          <w:rFonts w:cs="Times New Roman"/>
          <w:szCs w:val="24"/>
        </w:rPr>
        <w:t>entității</w:t>
      </w:r>
      <w:proofErr w:type="spellEnd"/>
      <w:r w:rsidRPr="00563B50">
        <w:rPr>
          <w:rFonts w:cs="Times New Roman"/>
          <w:szCs w:val="24"/>
        </w:rPr>
        <w:t xml:space="preserve">, </w:t>
      </w:r>
      <w:proofErr w:type="spellStart"/>
      <w:r w:rsidRPr="00563B50">
        <w:rPr>
          <w:rFonts w:cs="Times New Roman"/>
          <w:szCs w:val="24"/>
        </w:rPr>
        <w:t>fiind</w:t>
      </w:r>
      <w:proofErr w:type="spellEnd"/>
      <w:r w:rsidRPr="00563B50">
        <w:rPr>
          <w:rFonts w:cs="Times New Roman"/>
          <w:szCs w:val="24"/>
        </w:rPr>
        <w:t xml:space="preserve"> </w:t>
      </w:r>
      <w:proofErr w:type="spellStart"/>
      <w:r w:rsidRPr="00563B50">
        <w:rPr>
          <w:rFonts w:cs="Times New Roman"/>
          <w:szCs w:val="24"/>
        </w:rPr>
        <w:t>pusă</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sarcina </w:t>
      </w:r>
      <w:proofErr w:type="spellStart"/>
      <w:r w:rsidRPr="00563B50">
        <w:rPr>
          <w:rFonts w:cs="Times New Roman"/>
          <w:szCs w:val="24"/>
        </w:rPr>
        <w:t>Primarului</w:t>
      </w:r>
      <w:proofErr w:type="spellEnd"/>
      <w:r w:rsidRPr="00563B50">
        <w:rPr>
          <w:rFonts w:cs="Times New Roman"/>
          <w:szCs w:val="24"/>
        </w:rPr>
        <w:t xml:space="preserve"> de a </w:t>
      </w:r>
      <w:proofErr w:type="spellStart"/>
      <w:r w:rsidRPr="00563B50">
        <w:rPr>
          <w:rFonts w:cs="Times New Roman"/>
          <w:szCs w:val="24"/>
        </w:rPr>
        <w:t>desemna</w:t>
      </w:r>
      <w:proofErr w:type="spellEnd"/>
      <w:r w:rsidRPr="00563B50">
        <w:rPr>
          <w:rFonts w:cs="Times New Roman"/>
          <w:szCs w:val="24"/>
        </w:rPr>
        <w:t xml:space="preserve"> </w:t>
      </w:r>
      <w:proofErr w:type="spellStart"/>
      <w:r w:rsidRPr="00563B50">
        <w:rPr>
          <w:rFonts w:cs="Times New Roman"/>
          <w:szCs w:val="24"/>
        </w:rPr>
        <w:t>persoana</w:t>
      </w:r>
      <w:proofErr w:type="spellEnd"/>
      <w:r w:rsidRPr="00563B50">
        <w:rPr>
          <w:rFonts w:cs="Times New Roman"/>
          <w:szCs w:val="24"/>
        </w:rPr>
        <w:t>/</w:t>
      </w:r>
      <w:proofErr w:type="spellStart"/>
      <w:r w:rsidRPr="00563B50">
        <w:rPr>
          <w:rFonts w:cs="Times New Roman"/>
          <w:szCs w:val="24"/>
        </w:rPr>
        <w:t>ele</w:t>
      </w:r>
      <w:proofErr w:type="spellEnd"/>
      <w:r w:rsidRPr="00563B50">
        <w:rPr>
          <w:rFonts w:cs="Times New Roman"/>
          <w:szCs w:val="24"/>
        </w:rPr>
        <w:t xml:space="preserve"> care </w:t>
      </w:r>
      <w:proofErr w:type="spellStart"/>
      <w:r w:rsidRPr="00563B50">
        <w:rPr>
          <w:rFonts w:cs="Times New Roman"/>
          <w:szCs w:val="24"/>
        </w:rPr>
        <w:t>vor</w:t>
      </w:r>
      <w:proofErr w:type="spellEnd"/>
      <w:r w:rsidRPr="00563B50">
        <w:rPr>
          <w:rFonts w:cs="Times New Roman"/>
          <w:szCs w:val="24"/>
        </w:rPr>
        <w:t xml:space="preserve"> </w:t>
      </w:r>
      <w:proofErr w:type="spellStart"/>
      <w:r w:rsidRPr="00563B50">
        <w:rPr>
          <w:rFonts w:cs="Times New Roman"/>
          <w:szCs w:val="24"/>
        </w:rPr>
        <w:t>purcede</w:t>
      </w:r>
      <w:proofErr w:type="spellEnd"/>
      <w:r w:rsidRPr="00563B50">
        <w:rPr>
          <w:rFonts w:cs="Times New Roman"/>
          <w:szCs w:val="24"/>
        </w:rPr>
        <w:t xml:space="preserve"> </w:t>
      </w:r>
      <w:proofErr w:type="spellStart"/>
      <w:r w:rsidRPr="00563B50">
        <w:rPr>
          <w:rFonts w:cs="Times New Roman"/>
          <w:szCs w:val="24"/>
        </w:rPr>
        <w:t>nemijlocit</w:t>
      </w:r>
      <w:proofErr w:type="spellEnd"/>
      <w:r w:rsidRPr="00563B50">
        <w:rPr>
          <w:rFonts w:cs="Times New Roman"/>
          <w:szCs w:val="24"/>
        </w:rPr>
        <w:t xml:space="preserve"> la </w:t>
      </w:r>
      <w:proofErr w:type="spellStart"/>
      <w:r w:rsidRPr="00563B50">
        <w:rPr>
          <w:rFonts w:cs="Times New Roman"/>
          <w:szCs w:val="24"/>
        </w:rPr>
        <w:t>ajustarea</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actualizarea</w:t>
      </w:r>
      <w:proofErr w:type="spellEnd"/>
      <w:r w:rsidRPr="00563B50">
        <w:rPr>
          <w:rFonts w:cs="Times New Roman"/>
          <w:szCs w:val="24"/>
        </w:rPr>
        <w:t xml:space="preserve"> </w:t>
      </w:r>
      <w:proofErr w:type="spellStart"/>
      <w:r w:rsidRPr="00563B50">
        <w:rPr>
          <w:rFonts w:cs="Times New Roman"/>
          <w:szCs w:val="24"/>
        </w:rPr>
        <w:t>prevederilor</w:t>
      </w:r>
      <w:proofErr w:type="spellEnd"/>
      <w:r w:rsidRPr="00563B50">
        <w:rPr>
          <w:rFonts w:cs="Times New Roman"/>
          <w:szCs w:val="24"/>
        </w:rPr>
        <w:t xml:space="preserve"> </w:t>
      </w:r>
      <w:proofErr w:type="spellStart"/>
      <w:r w:rsidRPr="00563B50">
        <w:rPr>
          <w:rFonts w:cs="Times New Roman"/>
          <w:szCs w:val="24"/>
        </w:rPr>
        <w:t>prezentului</w:t>
      </w:r>
      <w:proofErr w:type="spellEnd"/>
      <w:r w:rsidRPr="00563B50">
        <w:rPr>
          <w:rFonts w:cs="Times New Roman"/>
          <w:szCs w:val="24"/>
        </w:rPr>
        <w:t xml:space="preserve"> act;</w:t>
      </w:r>
    </w:p>
    <w:p w14:paraId="726D182A" w14:textId="77777777" w:rsidR="00EE7ED3" w:rsidRPr="00563B50" w:rsidRDefault="00000000" w:rsidP="00C87C7A">
      <w:pPr>
        <w:jc w:val="both"/>
        <w:rPr>
          <w:rFonts w:cs="Times New Roman"/>
          <w:szCs w:val="24"/>
        </w:rPr>
      </w:pPr>
      <w:proofErr w:type="spellStart"/>
      <w:r w:rsidRPr="00563B50">
        <w:rPr>
          <w:rFonts w:cs="Times New Roman"/>
          <w:b/>
          <w:bCs/>
          <w:szCs w:val="24"/>
        </w:rPr>
        <w:t>Instruirea</w:t>
      </w:r>
      <w:proofErr w:type="spellEnd"/>
      <w:r w:rsidRPr="00563B50">
        <w:rPr>
          <w:rFonts w:cs="Times New Roman"/>
          <w:b/>
          <w:bCs/>
          <w:szCs w:val="24"/>
        </w:rPr>
        <w:t xml:space="preserve"> </w:t>
      </w:r>
      <w:proofErr w:type="spellStart"/>
      <w:r w:rsidRPr="00563B50">
        <w:rPr>
          <w:rFonts w:cs="Times New Roman"/>
          <w:b/>
          <w:bCs/>
          <w:szCs w:val="24"/>
        </w:rPr>
        <w:t>obligatorie</w:t>
      </w:r>
      <w:proofErr w:type="spellEnd"/>
      <w:r w:rsidRPr="00563B50">
        <w:rPr>
          <w:rFonts w:cs="Times New Roman"/>
          <w:b/>
          <w:bCs/>
          <w:szCs w:val="24"/>
        </w:rPr>
        <w:t xml:space="preserve"> </w:t>
      </w:r>
      <w:proofErr w:type="spellStart"/>
      <w:r w:rsidRPr="00563B50">
        <w:rPr>
          <w:rFonts w:cs="Times New Roman"/>
          <w:b/>
          <w:bCs/>
          <w:szCs w:val="24"/>
        </w:rPr>
        <w:t>prealabilă</w:t>
      </w:r>
      <w:proofErr w:type="spellEnd"/>
      <w:r w:rsidRPr="00563B50">
        <w:rPr>
          <w:rFonts w:cs="Times New Roman"/>
          <w:b/>
          <w:bCs/>
          <w:szCs w:val="24"/>
        </w:rPr>
        <w:t>:</w:t>
      </w:r>
      <w:r w:rsidRPr="00563B50">
        <w:rPr>
          <w:rFonts w:cs="Times New Roman"/>
          <w:szCs w:val="24"/>
        </w:rPr>
        <w:t xml:space="preserve"> </w:t>
      </w:r>
      <w:r>
        <w:rPr>
          <w:rFonts w:cs="Times New Roman"/>
          <w:szCs w:val="24"/>
          <w:lang w:val="ro-RO"/>
        </w:rPr>
        <w:t>Regulamentul</w:t>
      </w:r>
      <w:r w:rsidRPr="00563B50">
        <w:rPr>
          <w:rFonts w:cs="Times New Roman"/>
          <w:szCs w:val="24"/>
        </w:rPr>
        <w:t xml:space="preserve"> </w:t>
      </w:r>
      <w:proofErr w:type="spellStart"/>
      <w:r w:rsidRPr="00563B50">
        <w:rPr>
          <w:rFonts w:cs="Times New Roman"/>
          <w:szCs w:val="24"/>
        </w:rPr>
        <w:t>va</w:t>
      </w:r>
      <w:proofErr w:type="spellEnd"/>
      <w:r w:rsidRPr="00563B50">
        <w:rPr>
          <w:rFonts w:cs="Times New Roman"/>
          <w:szCs w:val="24"/>
        </w:rPr>
        <w:t xml:space="preserve"> fi </w:t>
      </w:r>
      <w:proofErr w:type="spellStart"/>
      <w:r w:rsidRPr="00563B50">
        <w:rPr>
          <w:rFonts w:cs="Times New Roman"/>
          <w:szCs w:val="24"/>
        </w:rPr>
        <w:t>adus</w:t>
      </w:r>
      <w:proofErr w:type="spellEnd"/>
      <w:r w:rsidRPr="00563B50">
        <w:rPr>
          <w:rFonts w:cs="Times New Roman"/>
          <w:szCs w:val="24"/>
        </w:rPr>
        <w:t xml:space="preserve"> la </w:t>
      </w:r>
      <w:proofErr w:type="spellStart"/>
      <w:r w:rsidRPr="00563B50">
        <w:rPr>
          <w:rFonts w:cs="Times New Roman"/>
          <w:szCs w:val="24"/>
        </w:rPr>
        <w:t>cunoștință</w:t>
      </w:r>
      <w:proofErr w:type="spellEnd"/>
      <w:r w:rsidRPr="00563B50">
        <w:rPr>
          <w:rFonts w:cs="Times New Roman"/>
          <w:szCs w:val="24"/>
        </w:rPr>
        <w:t xml:space="preserve">, sub </w:t>
      </w:r>
      <w:proofErr w:type="spellStart"/>
      <w:r w:rsidRPr="00563B50">
        <w:rPr>
          <w:rFonts w:cs="Times New Roman"/>
          <w:szCs w:val="24"/>
        </w:rPr>
        <w:t>semnătură</w:t>
      </w:r>
      <w:proofErr w:type="spellEnd"/>
      <w:r w:rsidRPr="00563B50">
        <w:rPr>
          <w:rFonts w:cs="Times New Roman"/>
          <w:szCs w:val="24"/>
        </w:rPr>
        <w:t xml:space="preserve">, </w:t>
      </w:r>
      <w:proofErr w:type="spellStart"/>
      <w:r w:rsidRPr="00563B50">
        <w:rPr>
          <w:rFonts w:cs="Times New Roman"/>
          <w:szCs w:val="24"/>
        </w:rPr>
        <w:t>tuturor</w:t>
      </w:r>
      <w:proofErr w:type="spellEnd"/>
      <w:r w:rsidRPr="00563B50">
        <w:rPr>
          <w:rFonts w:cs="Times New Roman"/>
          <w:szCs w:val="24"/>
        </w:rPr>
        <w:t xml:space="preserve"> </w:t>
      </w:r>
      <w:proofErr w:type="spellStart"/>
      <w:r w:rsidRPr="00563B50">
        <w:rPr>
          <w:rFonts w:cs="Times New Roman"/>
          <w:szCs w:val="24"/>
        </w:rPr>
        <w:t>angajaților</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prestatorilor</w:t>
      </w:r>
      <w:proofErr w:type="spellEnd"/>
      <w:r w:rsidRPr="00563B50">
        <w:rPr>
          <w:rFonts w:cs="Times New Roman"/>
          <w:szCs w:val="24"/>
        </w:rPr>
        <w:t xml:space="preserve"> de </w:t>
      </w:r>
      <w:proofErr w:type="spellStart"/>
      <w:r w:rsidRPr="00563B50">
        <w:rPr>
          <w:rFonts w:cs="Times New Roman"/>
          <w:szCs w:val="24"/>
        </w:rPr>
        <w:t>servicii</w:t>
      </w:r>
      <w:proofErr w:type="spellEnd"/>
      <w:r w:rsidRPr="00563B50">
        <w:rPr>
          <w:rFonts w:cs="Times New Roman"/>
          <w:szCs w:val="24"/>
        </w:rPr>
        <w:t xml:space="preserve"> </w:t>
      </w:r>
      <w:proofErr w:type="spellStart"/>
      <w:r w:rsidRPr="00563B50">
        <w:rPr>
          <w:rFonts w:cs="Times New Roman"/>
          <w:szCs w:val="24"/>
        </w:rPr>
        <w:t>responsabili</w:t>
      </w:r>
      <w:proofErr w:type="spellEnd"/>
      <w:r w:rsidRPr="00563B50">
        <w:rPr>
          <w:rFonts w:cs="Times New Roman"/>
          <w:szCs w:val="24"/>
        </w:rPr>
        <w:t xml:space="preserve"> de </w:t>
      </w:r>
      <w:proofErr w:type="spellStart"/>
      <w:r w:rsidRPr="00563B50">
        <w:rPr>
          <w:rFonts w:cs="Times New Roman"/>
          <w:szCs w:val="24"/>
        </w:rPr>
        <w:t>prelucrarea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înaintea</w:t>
      </w:r>
      <w:proofErr w:type="spellEnd"/>
      <w:r w:rsidRPr="00563B50">
        <w:rPr>
          <w:rFonts w:cs="Times New Roman"/>
          <w:szCs w:val="24"/>
        </w:rPr>
        <w:t xml:space="preserve"> </w:t>
      </w:r>
      <w:proofErr w:type="spellStart"/>
      <w:r w:rsidRPr="00563B50">
        <w:rPr>
          <w:rFonts w:cs="Times New Roman"/>
          <w:szCs w:val="24"/>
        </w:rPr>
        <w:lastRenderedPageBreak/>
        <w:t>acordării</w:t>
      </w:r>
      <w:proofErr w:type="spellEnd"/>
      <w:r w:rsidRPr="00563B50">
        <w:rPr>
          <w:rFonts w:cs="Times New Roman"/>
          <w:szCs w:val="24"/>
        </w:rPr>
        <w:t xml:space="preserve"> </w:t>
      </w:r>
      <w:proofErr w:type="spellStart"/>
      <w:r w:rsidRPr="00563B50">
        <w:rPr>
          <w:rFonts w:cs="Times New Roman"/>
          <w:szCs w:val="24"/>
        </w:rPr>
        <w:t>dreptului</w:t>
      </w:r>
      <w:proofErr w:type="spellEnd"/>
      <w:r w:rsidRPr="00563B50">
        <w:rPr>
          <w:rFonts w:cs="Times New Roman"/>
          <w:szCs w:val="24"/>
        </w:rPr>
        <w:t xml:space="preserve"> de </w:t>
      </w:r>
      <w:proofErr w:type="spellStart"/>
      <w:r w:rsidRPr="00563B50">
        <w:rPr>
          <w:rFonts w:cs="Times New Roman"/>
          <w:szCs w:val="24"/>
        </w:rPr>
        <w:t>acces</w:t>
      </w:r>
      <w:proofErr w:type="spellEnd"/>
      <w:r w:rsidRPr="00563B50">
        <w:rPr>
          <w:rFonts w:cs="Times New Roman"/>
          <w:szCs w:val="24"/>
        </w:rPr>
        <w:t xml:space="preserve"> la </w:t>
      </w:r>
      <w:proofErr w:type="spellStart"/>
      <w:r w:rsidRPr="00563B50">
        <w:rPr>
          <w:rFonts w:cs="Times New Roman"/>
          <w:szCs w:val="24"/>
        </w:rPr>
        <w:t>sistemele</w:t>
      </w:r>
      <w:proofErr w:type="spellEnd"/>
      <w:r w:rsidRPr="00563B50">
        <w:rPr>
          <w:rFonts w:cs="Times New Roman"/>
          <w:szCs w:val="24"/>
        </w:rPr>
        <w:t xml:space="preserve"> de </w:t>
      </w:r>
      <w:proofErr w:type="spellStart"/>
      <w:r w:rsidRPr="00563B50">
        <w:rPr>
          <w:rFonts w:cs="Times New Roman"/>
          <w:szCs w:val="24"/>
        </w:rPr>
        <w:t>evidență</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la </w:t>
      </w:r>
      <w:proofErr w:type="spellStart"/>
      <w:r w:rsidRPr="00563B50">
        <w:rPr>
          <w:rFonts w:cs="Times New Roman"/>
          <w:szCs w:val="24"/>
        </w:rPr>
        <w:t>operarea</w:t>
      </w:r>
      <w:proofErr w:type="spellEnd"/>
      <w:r w:rsidRPr="00563B50">
        <w:rPr>
          <w:rFonts w:cs="Times New Roman"/>
          <w:szCs w:val="24"/>
        </w:rPr>
        <w:t xml:space="preserve"> </w:t>
      </w:r>
      <w:proofErr w:type="spellStart"/>
      <w:r w:rsidRPr="00563B50">
        <w:rPr>
          <w:rFonts w:cs="Times New Roman"/>
          <w:szCs w:val="24"/>
        </w:rPr>
        <w:t>modificărilor</w:t>
      </w:r>
      <w:proofErr w:type="spellEnd"/>
      <w:r w:rsidRPr="00563B50">
        <w:rPr>
          <w:rFonts w:cs="Times New Roman"/>
          <w:szCs w:val="24"/>
        </w:rPr>
        <w:t xml:space="preserve">, </w:t>
      </w:r>
      <w:proofErr w:type="spellStart"/>
      <w:r w:rsidRPr="00563B50">
        <w:rPr>
          <w:rFonts w:cs="Times New Roman"/>
          <w:szCs w:val="24"/>
        </w:rPr>
        <w:t>odată</w:t>
      </w:r>
      <w:proofErr w:type="spellEnd"/>
      <w:r w:rsidRPr="00563B50">
        <w:rPr>
          <w:rFonts w:cs="Times New Roman"/>
          <w:szCs w:val="24"/>
        </w:rPr>
        <w:t xml:space="preserve"> cu </w:t>
      </w:r>
      <w:proofErr w:type="spellStart"/>
      <w:r w:rsidRPr="00563B50">
        <w:rPr>
          <w:rFonts w:cs="Times New Roman"/>
          <w:szCs w:val="24"/>
        </w:rPr>
        <w:t>necesitatea</w:t>
      </w:r>
      <w:proofErr w:type="spellEnd"/>
      <w:r w:rsidRPr="00563B50">
        <w:rPr>
          <w:rFonts w:cs="Times New Roman"/>
          <w:szCs w:val="24"/>
        </w:rPr>
        <w:t xml:space="preserve"> </w:t>
      </w:r>
      <w:proofErr w:type="spellStart"/>
      <w:r w:rsidRPr="00563B50">
        <w:rPr>
          <w:rFonts w:cs="Times New Roman"/>
          <w:szCs w:val="24"/>
        </w:rPr>
        <w:t>asigurării</w:t>
      </w:r>
      <w:proofErr w:type="spellEnd"/>
      <w:r w:rsidRPr="00563B50">
        <w:rPr>
          <w:rFonts w:cs="Times New Roman"/>
          <w:szCs w:val="24"/>
        </w:rPr>
        <w:t xml:space="preserve"> </w:t>
      </w:r>
      <w:proofErr w:type="spellStart"/>
      <w:r w:rsidRPr="00563B50">
        <w:rPr>
          <w:rFonts w:cs="Times New Roman"/>
          <w:szCs w:val="24"/>
        </w:rPr>
        <w:t>nivelului</w:t>
      </w:r>
      <w:proofErr w:type="spellEnd"/>
      <w:r w:rsidRPr="00563B50">
        <w:rPr>
          <w:rFonts w:cs="Times New Roman"/>
          <w:szCs w:val="24"/>
        </w:rPr>
        <w:t xml:space="preserve"> </w:t>
      </w:r>
      <w:proofErr w:type="spellStart"/>
      <w:r w:rsidRPr="00563B50">
        <w:rPr>
          <w:rFonts w:cs="Times New Roman"/>
          <w:szCs w:val="24"/>
        </w:rPr>
        <w:t>adecvat</w:t>
      </w:r>
      <w:proofErr w:type="spellEnd"/>
      <w:r w:rsidRPr="00563B50">
        <w:rPr>
          <w:rFonts w:cs="Times New Roman"/>
          <w:szCs w:val="24"/>
        </w:rPr>
        <w:t xml:space="preserve"> de </w:t>
      </w:r>
      <w:proofErr w:type="spellStart"/>
      <w:r w:rsidRPr="00563B50">
        <w:rPr>
          <w:rFonts w:cs="Times New Roman"/>
          <w:szCs w:val="24"/>
        </w:rPr>
        <w:t>protecție</w:t>
      </w:r>
      <w:proofErr w:type="spellEnd"/>
      <w:r w:rsidRPr="00563B50">
        <w:rPr>
          <w:rFonts w:cs="Times New Roman"/>
          <w:szCs w:val="24"/>
        </w:rPr>
        <w:t>;</w:t>
      </w:r>
    </w:p>
    <w:p w14:paraId="5E44FF0A" w14:textId="77777777" w:rsidR="00EE7ED3" w:rsidRPr="00563B50" w:rsidRDefault="00000000" w:rsidP="00C87C7A">
      <w:pPr>
        <w:jc w:val="both"/>
        <w:rPr>
          <w:rFonts w:cs="Times New Roman"/>
          <w:szCs w:val="24"/>
        </w:rPr>
      </w:pPr>
      <w:proofErr w:type="spellStart"/>
      <w:r w:rsidRPr="00563B50">
        <w:rPr>
          <w:rFonts w:cs="Times New Roman"/>
          <w:b/>
          <w:bCs/>
          <w:szCs w:val="24"/>
        </w:rPr>
        <w:t>Asigurarea</w:t>
      </w:r>
      <w:proofErr w:type="spellEnd"/>
      <w:r w:rsidRPr="00563B50">
        <w:rPr>
          <w:rFonts w:cs="Times New Roman"/>
          <w:b/>
          <w:bCs/>
          <w:szCs w:val="24"/>
        </w:rPr>
        <w:t xml:space="preserve"> </w:t>
      </w:r>
      <w:proofErr w:type="spellStart"/>
      <w:r w:rsidRPr="00563B50">
        <w:rPr>
          <w:rFonts w:cs="Times New Roman"/>
          <w:b/>
          <w:bCs/>
          <w:szCs w:val="24"/>
        </w:rPr>
        <w:t>resurselor</w:t>
      </w:r>
      <w:proofErr w:type="spellEnd"/>
      <w:r w:rsidRPr="00563B50">
        <w:rPr>
          <w:rFonts w:cs="Times New Roman"/>
          <w:b/>
          <w:bCs/>
          <w:szCs w:val="24"/>
        </w:rPr>
        <w:t xml:space="preserve"> </w:t>
      </w:r>
      <w:proofErr w:type="spellStart"/>
      <w:r w:rsidRPr="00563B50">
        <w:rPr>
          <w:rFonts w:cs="Times New Roman"/>
          <w:b/>
          <w:bCs/>
          <w:szCs w:val="24"/>
        </w:rPr>
        <w:t>pentru</w:t>
      </w:r>
      <w:proofErr w:type="spellEnd"/>
      <w:r w:rsidRPr="00563B50">
        <w:rPr>
          <w:rFonts w:cs="Times New Roman"/>
          <w:b/>
          <w:bCs/>
          <w:szCs w:val="24"/>
        </w:rPr>
        <w:t xml:space="preserve"> </w:t>
      </w:r>
      <w:proofErr w:type="spellStart"/>
      <w:r w:rsidRPr="00563B50">
        <w:rPr>
          <w:rFonts w:cs="Times New Roman"/>
          <w:b/>
          <w:bCs/>
          <w:szCs w:val="24"/>
        </w:rPr>
        <w:t>Responsabilul</w:t>
      </w:r>
      <w:proofErr w:type="spellEnd"/>
      <w:r w:rsidRPr="00563B50">
        <w:rPr>
          <w:rFonts w:cs="Times New Roman"/>
          <w:b/>
          <w:bCs/>
          <w:szCs w:val="24"/>
        </w:rPr>
        <w:t xml:space="preserve"> cu </w:t>
      </w:r>
      <w:proofErr w:type="spellStart"/>
      <w:r w:rsidRPr="00563B50">
        <w:rPr>
          <w:rFonts w:cs="Times New Roman"/>
          <w:b/>
          <w:bCs/>
          <w:szCs w:val="24"/>
        </w:rPr>
        <w:t>Protecția</w:t>
      </w:r>
      <w:proofErr w:type="spellEnd"/>
      <w:r w:rsidRPr="00563B50">
        <w:rPr>
          <w:rFonts w:cs="Times New Roman"/>
          <w:b/>
          <w:bCs/>
          <w:szCs w:val="24"/>
        </w:rPr>
        <w:t xml:space="preserve"> </w:t>
      </w:r>
      <w:proofErr w:type="spellStart"/>
      <w:r w:rsidRPr="00563B50">
        <w:rPr>
          <w:rFonts w:cs="Times New Roman"/>
          <w:b/>
          <w:bCs/>
          <w:szCs w:val="24"/>
        </w:rPr>
        <w:t>Datelor</w:t>
      </w:r>
      <w:proofErr w:type="spellEnd"/>
      <w:r w:rsidRPr="00563B50">
        <w:rPr>
          <w:rFonts w:cs="Times New Roman"/>
          <w:b/>
          <w:bCs/>
          <w:szCs w:val="24"/>
        </w:rPr>
        <w:t>:</w:t>
      </w:r>
      <w:r w:rsidRPr="00563B50">
        <w:rPr>
          <w:rFonts w:cs="Times New Roman"/>
          <w:szCs w:val="24"/>
        </w:rPr>
        <w:t xml:space="preserve"> </w:t>
      </w:r>
      <w:proofErr w:type="spellStart"/>
      <w:r w:rsidRPr="00563B50">
        <w:rPr>
          <w:rFonts w:cs="Times New Roman"/>
          <w:szCs w:val="24"/>
        </w:rPr>
        <w:t>Responsabil</w:t>
      </w:r>
      <w:proofErr w:type="spellEnd"/>
      <w:r w:rsidRPr="00563B50">
        <w:rPr>
          <w:rFonts w:cs="Times New Roman"/>
          <w:szCs w:val="24"/>
        </w:rPr>
        <w:t xml:space="preserve"> de </w:t>
      </w:r>
      <w:proofErr w:type="spellStart"/>
      <w:r w:rsidRPr="00563B50">
        <w:rPr>
          <w:rFonts w:cs="Times New Roman"/>
          <w:szCs w:val="24"/>
        </w:rPr>
        <w:t>implementarea</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monitorizarea</w:t>
      </w:r>
      <w:proofErr w:type="spellEnd"/>
      <w:r w:rsidRPr="00563B50">
        <w:rPr>
          <w:rFonts w:cs="Times New Roman"/>
          <w:szCs w:val="24"/>
        </w:rPr>
        <w:t xml:space="preserve"> </w:t>
      </w:r>
      <w:proofErr w:type="spellStart"/>
      <w:r w:rsidRPr="00563B50">
        <w:rPr>
          <w:rFonts w:cs="Times New Roman"/>
          <w:szCs w:val="24"/>
        </w:rPr>
        <w:t>respectării</w:t>
      </w:r>
      <w:proofErr w:type="spellEnd"/>
      <w:r w:rsidRPr="00563B50">
        <w:rPr>
          <w:rFonts w:cs="Times New Roman"/>
          <w:szCs w:val="24"/>
        </w:rPr>
        <w:t xml:space="preserve"> </w:t>
      </w:r>
      <w:proofErr w:type="spellStart"/>
      <w:r w:rsidRPr="00563B50">
        <w:rPr>
          <w:rFonts w:cs="Times New Roman"/>
          <w:szCs w:val="24"/>
        </w:rPr>
        <w:t>prevederilor</w:t>
      </w:r>
      <w:proofErr w:type="spellEnd"/>
      <w:r w:rsidRPr="00563B50">
        <w:rPr>
          <w:rFonts w:cs="Times New Roman"/>
          <w:szCs w:val="24"/>
        </w:rPr>
        <w:t xml:space="preserve"> </w:t>
      </w:r>
      <w:proofErr w:type="spellStart"/>
      <w:r w:rsidRPr="00563B50">
        <w:rPr>
          <w:rFonts w:cs="Times New Roman"/>
          <w:szCs w:val="24"/>
        </w:rPr>
        <w:t>prezent</w:t>
      </w:r>
      <w:proofErr w:type="spellEnd"/>
      <w:r>
        <w:rPr>
          <w:rFonts w:cs="Times New Roman"/>
          <w:szCs w:val="24"/>
          <w:lang w:val="ro-RO"/>
        </w:rPr>
        <w:t>ului</w:t>
      </w:r>
      <w:r w:rsidRPr="00563B50">
        <w:rPr>
          <w:rFonts w:cs="Times New Roman"/>
          <w:szCs w:val="24"/>
        </w:rPr>
        <w:t xml:space="preserve"> </w:t>
      </w:r>
      <w:r>
        <w:rPr>
          <w:rFonts w:cs="Times New Roman"/>
          <w:szCs w:val="24"/>
          <w:lang w:val="ro-RO"/>
        </w:rPr>
        <w:t>regulament</w:t>
      </w:r>
      <w:r w:rsidRPr="00563B50">
        <w:rPr>
          <w:rFonts w:cs="Times New Roman"/>
          <w:szCs w:val="24"/>
        </w:rPr>
        <w:t xml:space="preserve"> </w:t>
      </w:r>
      <w:proofErr w:type="spellStart"/>
      <w:r w:rsidRPr="00563B50">
        <w:rPr>
          <w:rFonts w:cs="Times New Roman"/>
          <w:szCs w:val="24"/>
        </w:rPr>
        <w:t>va</w:t>
      </w:r>
      <w:proofErr w:type="spellEnd"/>
      <w:r w:rsidRPr="00563B50">
        <w:rPr>
          <w:rFonts w:cs="Times New Roman"/>
          <w:szCs w:val="24"/>
        </w:rPr>
        <w:t xml:space="preserve"> fi </w:t>
      </w:r>
      <w:proofErr w:type="spellStart"/>
      <w:r w:rsidRPr="00563B50">
        <w:rPr>
          <w:rFonts w:cs="Times New Roman"/>
          <w:szCs w:val="24"/>
        </w:rPr>
        <w:t>desemnat</w:t>
      </w:r>
      <w:proofErr w:type="spellEnd"/>
      <w:r w:rsidRPr="00563B50">
        <w:rPr>
          <w:rFonts w:cs="Times New Roman"/>
          <w:szCs w:val="24"/>
        </w:rPr>
        <w:t xml:space="preserve"> </w:t>
      </w:r>
      <w:proofErr w:type="spellStart"/>
      <w:r w:rsidRPr="00563B50">
        <w:rPr>
          <w:rFonts w:cs="Times New Roman"/>
          <w:szCs w:val="24"/>
        </w:rPr>
        <w:t>Responsabilul</w:t>
      </w:r>
      <w:proofErr w:type="spellEnd"/>
      <w:r w:rsidRPr="00563B50">
        <w:rPr>
          <w:rFonts w:cs="Times New Roman"/>
          <w:szCs w:val="24"/>
        </w:rPr>
        <w:t xml:space="preserve"> cu </w:t>
      </w:r>
      <w:proofErr w:type="spellStart"/>
      <w:r w:rsidRPr="00563B50">
        <w:rPr>
          <w:rFonts w:cs="Times New Roman"/>
          <w:szCs w:val="24"/>
        </w:rPr>
        <w:t>Protecția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care, conform </w:t>
      </w:r>
      <w:proofErr w:type="spellStart"/>
      <w:r w:rsidRPr="00563B50">
        <w:rPr>
          <w:rFonts w:cs="Times New Roman"/>
          <w:szCs w:val="24"/>
        </w:rPr>
        <w:t>fișei</w:t>
      </w:r>
      <w:proofErr w:type="spellEnd"/>
      <w:r w:rsidRPr="00563B50">
        <w:rPr>
          <w:rFonts w:cs="Times New Roman"/>
          <w:szCs w:val="24"/>
        </w:rPr>
        <w:t xml:space="preserve"> </w:t>
      </w:r>
      <w:proofErr w:type="spellStart"/>
      <w:r w:rsidRPr="00563B50">
        <w:rPr>
          <w:rFonts w:cs="Times New Roman"/>
          <w:szCs w:val="24"/>
        </w:rPr>
        <w:t>postului</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dispoziției</w:t>
      </w:r>
      <w:proofErr w:type="spellEnd"/>
      <w:r w:rsidRPr="00563B50">
        <w:rPr>
          <w:rFonts w:cs="Times New Roman"/>
          <w:szCs w:val="24"/>
        </w:rPr>
        <w:t xml:space="preserve"> interne, </w:t>
      </w:r>
      <w:proofErr w:type="spellStart"/>
      <w:r w:rsidRPr="00563B50">
        <w:rPr>
          <w:rFonts w:cs="Times New Roman"/>
          <w:szCs w:val="24"/>
        </w:rPr>
        <w:t>va</w:t>
      </w:r>
      <w:proofErr w:type="spellEnd"/>
      <w:r w:rsidRPr="00563B50">
        <w:rPr>
          <w:rFonts w:cs="Times New Roman"/>
          <w:szCs w:val="24"/>
        </w:rPr>
        <w:t xml:space="preserve"> </w:t>
      </w:r>
      <w:proofErr w:type="spellStart"/>
      <w:r w:rsidRPr="00563B50">
        <w:rPr>
          <w:rFonts w:cs="Times New Roman"/>
          <w:szCs w:val="24"/>
        </w:rPr>
        <w:t>dispune</w:t>
      </w:r>
      <w:proofErr w:type="spellEnd"/>
      <w:r w:rsidRPr="00563B50">
        <w:rPr>
          <w:rFonts w:cs="Times New Roman"/>
          <w:szCs w:val="24"/>
        </w:rPr>
        <w:t xml:space="preserve"> de </w:t>
      </w:r>
      <w:proofErr w:type="spellStart"/>
      <w:r w:rsidRPr="00563B50">
        <w:rPr>
          <w:rFonts w:cs="Times New Roman"/>
          <w:szCs w:val="24"/>
        </w:rPr>
        <w:t>resurse</w:t>
      </w:r>
      <w:proofErr w:type="spellEnd"/>
      <w:r w:rsidRPr="00563B50">
        <w:rPr>
          <w:rFonts w:cs="Times New Roman"/>
          <w:szCs w:val="24"/>
        </w:rPr>
        <w:t xml:space="preserve"> </w:t>
      </w:r>
      <w:proofErr w:type="spellStart"/>
      <w:r w:rsidRPr="00563B50">
        <w:rPr>
          <w:rFonts w:cs="Times New Roman"/>
          <w:szCs w:val="24"/>
        </w:rPr>
        <w:t>suficiente</w:t>
      </w:r>
      <w:proofErr w:type="spellEnd"/>
      <w:r w:rsidRPr="00563B50">
        <w:rPr>
          <w:rFonts w:cs="Times New Roman"/>
          <w:szCs w:val="24"/>
        </w:rPr>
        <w:t xml:space="preserve"> (</w:t>
      </w:r>
      <w:proofErr w:type="spellStart"/>
      <w:r w:rsidRPr="00563B50">
        <w:rPr>
          <w:rFonts w:cs="Times New Roman"/>
          <w:szCs w:val="24"/>
        </w:rPr>
        <w:t>timp</w:t>
      </w:r>
      <w:proofErr w:type="spellEnd"/>
      <w:r w:rsidRPr="00563B50">
        <w:rPr>
          <w:rFonts w:cs="Times New Roman"/>
          <w:szCs w:val="24"/>
        </w:rPr>
        <w:t xml:space="preserve"> </w:t>
      </w:r>
      <w:proofErr w:type="spellStart"/>
      <w:r w:rsidRPr="00563B50">
        <w:rPr>
          <w:rFonts w:cs="Times New Roman"/>
          <w:szCs w:val="24"/>
        </w:rPr>
        <w:t>afectat</w:t>
      </w:r>
      <w:proofErr w:type="spellEnd"/>
      <w:r w:rsidRPr="00563B50">
        <w:rPr>
          <w:rFonts w:cs="Times New Roman"/>
          <w:szCs w:val="24"/>
        </w:rPr>
        <w:t xml:space="preserve"> </w:t>
      </w:r>
      <w:proofErr w:type="spellStart"/>
      <w:r w:rsidRPr="00563B50">
        <w:rPr>
          <w:rFonts w:cs="Times New Roman"/>
          <w:szCs w:val="24"/>
        </w:rPr>
        <w:t>exclusiv</w:t>
      </w:r>
      <w:proofErr w:type="spellEnd"/>
      <w:r w:rsidRPr="00563B50">
        <w:rPr>
          <w:rFonts w:cs="Times New Roman"/>
          <w:szCs w:val="24"/>
        </w:rPr>
        <w:t xml:space="preserve">, </w:t>
      </w:r>
      <w:proofErr w:type="spellStart"/>
      <w:r w:rsidRPr="00563B50">
        <w:rPr>
          <w:rFonts w:cs="Times New Roman"/>
          <w:szCs w:val="24"/>
        </w:rPr>
        <w:t>suport</w:t>
      </w:r>
      <w:proofErr w:type="spellEnd"/>
      <w:r w:rsidRPr="00563B50">
        <w:rPr>
          <w:rFonts w:cs="Times New Roman"/>
          <w:szCs w:val="24"/>
        </w:rPr>
        <w:t xml:space="preserve"> din </w:t>
      </w:r>
      <w:proofErr w:type="spellStart"/>
      <w:r w:rsidRPr="00563B50">
        <w:rPr>
          <w:rFonts w:cs="Times New Roman"/>
          <w:szCs w:val="24"/>
        </w:rPr>
        <w:t>partea</w:t>
      </w:r>
      <w:proofErr w:type="spellEnd"/>
      <w:r w:rsidRPr="00563B50">
        <w:rPr>
          <w:rFonts w:cs="Times New Roman"/>
          <w:szCs w:val="24"/>
        </w:rPr>
        <w:t xml:space="preserve"> </w:t>
      </w:r>
      <w:proofErr w:type="spellStart"/>
      <w:r w:rsidRPr="00563B50">
        <w:rPr>
          <w:rFonts w:cs="Times New Roman"/>
          <w:szCs w:val="24"/>
        </w:rPr>
        <w:t>resurselor</w:t>
      </w:r>
      <w:proofErr w:type="spellEnd"/>
      <w:r w:rsidRPr="00563B50">
        <w:rPr>
          <w:rFonts w:cs="Times New Roman"/>
          <w:szCs w:val="24"/>
        </w:rPr>
        <w:t xml:space="preserve"> </w:t>
      </w:r>
      <w:proofErr w:type="spellStart"/>
      <w:r w:rsidRPr="00563B50">
        <w:rPr>
          <w:rFonts w:cs="Times New Roman"/>
          <w:szCs w:val="24"/>
        </w:rPr>
        <w:t>umane</w:t>
      </w:r>
      <w:proofErr w:type="spellEnd"/>
      <w:r w:rsidRPr="00563B50">
        <w:rPr>
          <w:rFonts w:cs="Times New Roman"/>
          <w:szCs w:val="24"/>
        </w:rPr>
        <w:t xml:space="preserve">, </w:t>
      </w:r>
      <w:proofErr w:type="spellStart"/>
      <w:r w:rsidRPr="00563B50">
        <w:rPr>
          <w:rFonts w:cs="Times New Roman"/>
          <w:szCs w:val="24"/>
        </w:rPr>
        <w:t>echipament</w:t>
      </w:r>
      <w:proofErr w:type="spellEnd"/>
      <w:r w:rsidRPr="00563B50">
        <w:rPr>
          <w:rFonts w:cs="Times New Roman"/>
          <w:szCs w:val="24"/>
        </w:rPr>
        <w:t xml:space="preserve"> </w:t>
      </w:r>
      <w:proofErr w:type="spellStart"/>
      <w:r w:rsidRPr="00563B50">
        <w:rPr>
          <w:rFonts w:cs="Times New Roman"/>
          <w:szCs w:val="24"/>
        </w:rPr>
        <w:t>securizat</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buget</w:t>
      </w:r>
      <w:proofErr w:type="spellEnd"/>
      <w:r w:rsidRPr="00563B50">
        <w:rPr>
          <w:rFonts w:cs="Times New Roman"/>
          <w:szCs w:val="24"/>
        </w:rPr>
        <w:t xml:space="preserve"> </w:t>
      </w:r>
      <w:proofErr w:type="spellStart"/>
      <w:r w:rsidRPr="00563B50">
        <w:rPr>
          <w:rFonts w:cs="Times New Roman"/>
          <w:szCs w:val="24"/>
        </w:rPr>
        <w:t>dedicat</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va</w:t>
      </w:r>
      <w:proofErr w:type="spellEnd"/>
      <w:r w:rsidRPr="00563B50">
        <w:rPr>
          <w:rFonts w:cs="Times New Roman"/>
          <w:szCs w:val="24"/>
        </w:rPr>
        <w:t xml:space="preserve"> </w:t>
      </w:r>
      <w:proofErr w:type="spellStart"/>
      <w:r w:rsidRPr="00563B50">
        <w:rPr>
          <w:rFonts w:cs="Times New Roman"/>
          <w:szCs w:val="24"/>
        </w:rPr>
        <w:t>avea</w:t>
      </w:r>
      <w:proofErr w:type="spellEnd"/>
      <w:r w:rsidRPr="00563B50">
        <w:rPr>
          <w:rFonts w:cs="Times New Roman"/>
          <w:szCs w:val="24"/>
        </w:rPr>
        <w:t xml:space="preserve"> </w:t>
      </w:r>
      <w:proofErr w:type="spellStart"/>
      <w:r w:rsidRPr="00563B50">
        <w:rPr>
          <w:rFonts w:cs="Times New Roman"/>
          <w:szCs w:val="24"/>
        </w:rPr>
        <w:t>acces</w:t>
      </w:r>
      <w:proofErr w:type="spellEnd"/>
      <w:r w:rsidRPr="00563B50">
        <w:rPr>
          <w:rFonts w:cs="Times New Roman"/>
          <w:szCs w:val="24"/>
        </w:rPr>
        <w:t xml:space="preserve"> liber la </w:t>
      </w:r>
      <w:proofErr w:type="spellStart"/>
      <w:r w:rsidRPr="00563B50">
        <w:rPr>
          <w:rFonts w:cs="Times New Roman"/>
          <w:szCs w:val="24"/>
        </w:rPr>
        <w:t>orice</w:t>
      </w:r>
      <w:proofErr w:type="spellEnd"/>
      <w:r w:rsidRPr="00563B50">
        <w:rPr>
          <w:rFonts w:cs="Times New Roman"/>
          <w:szCs w:val="24"/>
        </w:rPr>
        <w:t xml:space="preserve"> </w:t>
      </w:r>
      <w:proofErr w:type="spellStart"/>
      <w:r w:rsidRPr="00563B50">
        <w:rPr>
          <w:rFonts w:cs="Times New Roman"/>
          <w:szCs w:val="24"/>
        </w:rPr>
        <w:t>informație</w:t>
      </w:r>
      <w:proofErr w:type="spellEnd"/>
      <w:r w:rsidRPr="00563B50">
        <w:rPr>
          <w:rFonts w:cs="Times New Roman"/>
          <w:szCs w:val="24"/>
        </w:rPr>
        <w:t xml:space="preserve">, </w:t>
      </w:r>
      <w:proofErr w:type="spellStart"/>
      <w:r w:rsidRPr="00563B50">
        <w:rPr>
          <w:rFonts w:cs="Times New Roman"/>
          <w:szCs w:val="24"/>
        </w:rPr>
        <w:t>birou</w:t>
      </w:r>
      <w:proofErr w:type="spellEnd"/>
      <w:r w:rsidRPr="00563B50">
        <w:rPr>
          <w:rFonts w:cs="Times New Roman"/>
          <w:szCs w:val="24"/>
        </w:rPr>
        <w:t xml:space="preserve">, </w:t>
      </w:r>
      <w:proofErr w:type="spellStart"/>
      <w:r w:rsidRPr="00563B50">
        <w:rPr>
          <w:rFonts w:cs="Times New Roman"/>
          <w:szCs w:val="24"/>
        </w:rPr>
        <w:t>registru</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bază</w:t>
      </w:r>
      <w:proofErr w:type="spellEnd"/>
      <w:r w:rsidRPr="00563B50">
        <w:rPr>
          <w:rFonts w:cs="Times New Roman"/>
          <w:szCs w:val="24"/>
        </w:rPr>
        <w:t xml:space="preserve"> de date </w:t>
      </w:r>
      <w:proofErr w:type="spellStart"/>
      <w:r w:rsidRPr="00563B50">
        <w:rPr>
          <w:rFonts w:cs="Times New Roman"/>
          <w:szCs w:val="24"/>
        </w:rPr>
        <w:t>necesară</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îndeplinirea</w:t>
      </w:r>
      <w:proofErr w:type="spellEnd"/>
      <w:r w:rsidRPr="00563B50">
        <w:rPr>
          <w:rFonts w:cs="Times New Roman"/>
          <w:szCs w:val="24"/>
        </w:rPr>
        <w:t xml:space="preserve"> </w:t>
      </w:r>
      <w:proofErr w:type="spellStart"/>
      <w:r w:rsidRPr="00563B50">
        <w:rPr>
          <w:rFonts w:cs="Times New Roman"/>
          <w:szCs w:val="24"/>
        </w:rPr>
        <w:t>funcțiilor</w:t>
      </w:r>
      <w:proofErr w:type="spellEnd"/>
      <w:r w:rsidRPr="00563B50">
        <w:rPr>
          <w:rFonts w:cs="Times New Roman"/>
          <w:szCs w:val="24"/>
        </w:rPr>
        <w:t xml:space="preserve"> sale de control;</w:t>
      </w:r>
    </w:p>
    <w:p w14:paraId="17F8FF2C" w14:textId="77777777" w:rsidR="00EE7ED3" w:rsidRPr="00563B50" w:rsidRDefault="00000000" w:rsidP="00C87C7A">
      <w:pPr>
        <w:jc w:val="both"/>
        <w:rPr>
          <w:rFonts w:cs="Times New Roman"/>
          <w:szCs w:val="24"/>
        </w:rPr>
      </w:pPr>
      <w:proofErr w:type="spellStart"/>
      <w:r w:rsidRPr="00563B50">
        <w:rPr>
          <w:rFonts w:cs="Times New Roman"/>
          <w:b/>
          <w:bCs/>
          <w:szCs w:val="24"/>
        </w:rPr>
        <w:t>Subordonarea</w:t>
      </w:r>
      <w:proofErr w:type="spellEnd"/>
      <w:r w:rsidRPr="00563B50">
        <w:rPr>
          <w:rFonts w:cs="Times New Roman"/>
          <w:b/>
          <w:bCs/>
          <w:szCs w:val="24"/>
        </w:rPr>
        <w:t xml:space="preserve"> </w:t>
      </w:r>
      <w:proofErr w:type="spellStart"/>
      <w:r w:rsidRPr="00563B50">
        <w:rPr>
          <w:rFonts w:cs="Times New Roman"/>
          <w:b/>
          <w:bCs/>
          <w:szCs w:val="24"/>
        </w:rPr>
        <w:t>directă</w:t>
      </w:r>
      <w:proofErr w:type="spellEnd"/>
      <w:r w:rsidRPr="00563B50">
        <w:rPr>
          <w:rFonts w:cs="Times New Roman"/>
          <w:b/>
          <w:bCs/>
          <w:szCs w:val="24"/>
        </w:rPr>
        <w:t>:</w:t>
      </w:r>
      <w:r w:rsidRPr="00563B50">
        <w:rPr>
          <w:rFonts w:cs="Times New Roman"/>
          <w:szCs w:val="24"/>
        </w:rPr>
        <w:t xml:space="preserve"> </w:t>
      </w:r>
      <w:proofErr w:type="spellStart"/>
      <w:r w:rsidRPr="00563B50">
        <w:rPr>
          <w:rFonts w:cs="Times New Roman"/>
          <w:szCs w:val="24"/>
        </w:rPr>
        <w:t>Persoana</w:t>
      </w:r>
      <w:proofErr w:type="spellEnd"/>
      <w:r w:rsidRPr="00563B50">
        <w:rPr>
          <w:rFonts w:cs="Times New Roman"/>
          <w:szCs w:val="24"/>
        </w:rPr>
        <w:t xml:space="preserve"> </w:t>
      </w:r>
      <w:proofErr w:type="spellStart"/>
      <w:r w:rsidRPr="00563B50">
        <w:rPr>
          <w:rFonts w:cs="Times New Roman"/>
          <w:szCs w:val="24"/>
        </w:rPr>
        <w:t>responsabilă</w:t>
      </w:r>
      <w:proofErr w:type="spellEnd"/>
      <w:r w:rsidRPr="00563B50">
        <w:rPr>
          <w:rFonts w:cs="Times New Roman"/>
          <w:szCs w:val="24"/>
        </w:rPr>
        <w:t xml:space="preserve"> </w:t>
      </w:r>
      <w:proofErr w:type="spellStart"/>
      <w:r w:rsidRPr="00563B50">
        <w:rPr>
          <w:rFonts w:cs="Times New Roman"/>
          <w:szCs w:val="24"/>
        </w:rPr>
        <w:t>desemnată</w:t>
      </w:r>
      <w:proofErr w:type="spellEnd"/>
      <w:r w:rsidRPr="00563B50">
        <w:rPr>
          <w:rFonts w:cs="Times New Roman"/>
          <w:szCs w:val="24"/>
        </w:rPr>
        <w:t xml:space="preserve">, </w:t>
      </w:r>
      <w:proofErr w:type="spellStart"/>
      <w:r w:rsidRPr="00563B50">
        <w:rPr>
          <w:rFonts w:cs="Times New Roman"/>
          <w:szCs w:val="24"/>
        </w:rPr>
        <w:t>indiferent</w:t>
      </w:r>
      <w:proofErr w:type="spellEnd"/>
      <w:r w:rsidRPr="00563B50">
        <w:rPr>
          <w:rFonts w:cs="Times New Roman"/>
          <w:szCs w:val="24"/>
        </w:rPr>
        <w:t xml:space="preserve"> de </w:t>
      </w:r>
      <w:proofErr w:type="spellStart"/>
      <w:r w:rsidRPr="00563B50">
        <w:rPr>
          <w:rFonts w:cs="Times New Roman"/>
          <w:szCs w:val="24"/>
        </w:rPr>
        <w:t>alte</w:t>
      </w:r>
      <w:proofErr w:type="spellEnd"/>
      <w:r w:rsidRPr="00563B50">
        <w:rPr>
          <w:rFonts w:cs="Times New Roman"/>
          <w:szCs w:val="24"/>
        </w:rPr>
        <w:t xml:space="preserve"> </w:t>
      </w:r>
      <w:proofErr w:type="spellStart"/>
      <w:r w:rsidRPr="00563B50">
        <w:rPr>
          <w:rFonts w:cs="Times New Roman"/>
          <w:szCs w:val="24"/>
        </w:rPr>
        <w:t>funcții</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atribuții</w:t>
      </w:r>
      <w:proofErr w:type="spellEnd"/>
      <w:r w:rsidRPr="00563B50">
        <w:rPr>
          <w:rFonts w:cs="Times New Roman"/>
          <w:szCs w:val="24"/>
        </w:rPr>
        <w:t xml:space="preserve"> </w:t>
      </w:r>
      <w:proofErr w:type="spellStart"/>
      <w:r w:rsidRPr="00563B50">
        <w:rPr>
          <w:rFonts w:cs="Times New Roman"/>
          <w:szCs w:val="24"/>
        </w:rPr>
        <w:t>exercitate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cadrul</w:t>
      </w:r>
      <w:proofErr w:type="spellEnd"/>
      <w:r w:rsidRPr="00563B50">
        <w:rPr>
          <w:rFonts w:cs="Times New Roman"/>
          <w:szCs w:val="24"/>
        </w:rPr>
        <w:t xml:space="preserve"> </w:t>
      </w:r>
      <w:proofErr w:type="spellStart"/>
      <w:r w:rsidRPr="00563B50">
        <w:rPr>
          <w:rFonts w:cs="Times New Roman"/>
          <w:szCs w:val="24"/>
        </w:rPr>
        <w:t>instituției</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procesul</w:t>
      </w:r>
      <w:proofErr w:type="spellEnd"/>
      <w:r w:rsidRPr="00563B50">
        <w:rPr>
          <w:rFonts w:cs="Times New Roman"/>
          <w:szCs w:val="24"/>
        </w:rPr>
        <w:t xml:space="preserve"> de </w:t>
      </w:r>
      <w:proofErr w:type="spellStart"/>
      <w:r w:rsidRPr="00563B50">
        <w:rPr>
          <w:rFonts w:cs="Times New Roman"/>
          <w:szCs w:val="24"/>
        </w:rPr>
        <w:t>monitorizare</w:t>
      </w:r>
      <w:proofErr w:type="spellEnd"/>
      <w:r w:rsidRPr="00563B50">
        <w:rPr>
          <w:rFonts w:cs="Times New Roman"/>
          <w:szCs w:val="24"/>
        </w:rPr>
        <w:t xml:space="preserve"> a </w:t>
      </w:r>
      <w:proofErr w:type="spellStart"/>
      <w:r w:rsidRPr="00563B50">
        <w:rPr>
          <w:rFonts w:cs="Times New Roman"/>
          <w:szCs w:val="24"/>
        </w:rPr>
        <w:t>implementării</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respectării</w:t>
      </w:r>
      <w:proofErr w:type="spellEnd"/>
      <w:r w:rsidRPr="00563B50">
        <w:rPr>
          <w:rFonts w:cs="Times New Roman"/>
          <w:szCs w:val="24"/>
        </w:rPr>
        <w:t xml:space="preserve"> </w:t>
      </w:r>
      <w:proofErr w:type="spellStart"/>
      <w:r w:rsidRPr="00563B50">
        <w:rPr>
          <w:rFonts w:cs="Times New Roman"/>
          <w:szCs w:val="24"/>
        </w:rPr>
        <w:t>prezent</w:t>
      </w:r>
      <w:proofErr w:type="spellEnd"/>
      <w:r>
        <w:rPr>
          <w:rFonts w:cs="Times New Roman"/>
          <w:szCs w:val="24"/>
          <w:lang w:val="ro-RO"/>
        </w:rPr>
        <w:t>ului regulament</w:t>
      </w:r>
      <w:r w:rsidRPr="00563B50">
        <w:rPr>
          <w:rFonts w:cs="Times New Roman"/>
          <w:szCs w:val="24"/>
        </w:rPr>
        <w:t xml:space="preserve"> se </w:t>
      </w:r>
      <w:proofErr w:type="spellStart"/>
      <w:r w:rsidRPr="00563B50">
        <w:rPr>
          <w:rFonts w:cs="Times New Roman"/>
          <w:szCs w:val="24"/>
        </w:rPr>
        <w:t>va</w:t>
      </w:r>
      <w:proofErr w:type="spellEnd"/>
      <w:r w:rsidRPr="00563B50">
        <w:rPr>
          <w:rFonts w:cs="Times New Roman"/>
          <w:szCs w:val="24"/>
        </w:rPr>
        <w:t xml:space="preserve"> </w:t>
      </w:r>
      <w:proofErr w:type="spellStart"/>
      <w:r w:rsidRPr="00563B50">
        <w:rPr>
          <w:rFonts w:cs="Times New Roman"/>
          <w:szCs w:val="24"/>
        </w:rPr>
        <w:t>subordona</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mod direct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nemijlocit</w:t>
      </w:r>
      <w:proofErr w:type="spellEnd"/>
      <w:r w:rsidRPr="00563B50">
        <w:rPr>
          <w:rFonts w:cs="Times New Roman"/>
          <w:szCs w:val="24"/>
        </w:rPr>
        <w:t xml:space="preserve"> </w:t>
      </w:r>
      <w:proofErr w:type="spellStart"/>
      <w:r w:rsidRPr="00563B50">
        <w:rPr>
          <w:rFonts w:cs="Times New Roman"/>
          <w:szCs w:val="24"/>
        </w:rPr>
        <w:t>Primarului</w:t>
      </w:r>
      <w:proofErr w:type="spellEnd"/>
      <w:r w:rsidRPr="00563B50">
        <w:rPr>
          <w:rFonts w:cs="Times New Roman"/>
          <w:szCs w:val="24"/>
        </w:rPr>
        <w:t xml:space="preserve"> </w:t>
      </w:r>
      <w:proofErr w:type="spellStart"/>
      <w:r w:rsidRPr="00563B50">
        <w:rPr>
          <w:rFonts w:cs="Times New Roman"/>
          <w:szCs w:val="24"/>
        </w:rPr>
        <w:t>Satului</w:t>
      </w:r>
      <w:proofErr w:type="spellEnd"/>
      <w:r w:rsidRPr="00563B50">
        <w:rPr>
          <w:rFonts w:cs="Times New Roman"/>
          <w:szCs w:val="24"/>
        </w:rPr>
        <w:t xml:space="preserve"> </w:t>
      </w:r>
      <w:proofErr w:type="spellStart"/>
      <w:r w:rsidRPr="00563B50">
        <w:rPr>
          <w:rFonts w:cs="Times New Roman"/>
          <w:szCs w:val="24"/>
        </w:rPr>
        <w:t>Mereni</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persoanei</w:t>
      </w:r>
      <w:proofErr w:type="spellEnd"/>
      <w:r w:rsidRPr="00563B50">
        <w:rPr>
          <w:rFonts w:cs="Times New Roman"/>
          <w:szCs w:val="24"/>
        </w:rPr>
        <w:t xml:space="preserve"> care </w:t>
      </w:r>
      <w:proofErr w:type="spellStart"/>
      <w:r w:rsidRPr="00563B50">
        <w:rPr>
          <w:rFonts w:cs="Times New Roman"/>
          <w:szCs w:val="24"/>
        </w:rPr>
        <w:t>îndeplinește</w:t>
      </w:r>
      <w:proofErr w:type="spellEnd"/>
      <w:r w:rsidRPr="00563B50">
        <w:rPr>
          <w:rFonts w:cs="Times New Roman"/>
          <w:szCs w:val="24"/>
        </w:rPr>
        <w:t xml:space="preserve"> </w:t>
      </w:r>
      <w:proofErr w:type="spellStart"/>
      <w:r w:rsidRPr="00563B50">
        <w:rPr>
          <w:rFonts w:cs="Times New Roman"/>
          <w:szCs w:val="24"/>
        </w:rPr>
        <w:t>interimatul</w:t>
      </w:r>
      <w:proofErr w:type="spellEnd"/>
      <w:r w:rsidRPr="00563B50">
        <w:rPr>
          <w:rFonts w:cs="Times New Roman"/>
          <w:szCs w:val="24"/>
        </w:rPr>
        <w:t xml:space="preserve"> </w:t>
      </w:r>
      <w:proofErr w:type="spellStart"/>
      <w:r w:rsidRPr="00563B50">
        <w:rPr>
          <w:rFonts w:cs="Times New Roman"/>
          <w:szCs w:val="24"/>
        </w:rPr>
        <w:t>funcției</w:t>
      </w:r>
      <w:proofErr w:type="spellEnd"/>
      <w:r w:rsidRPr="00563B50">
        <w:rPr>
          <w:rFonts w:cs="Times New Roman"/>
          <w:szCs w:val="24"/>
        </w:rPr>
        <w:t xml:space="preserve">, </w:t>
      </w:r>
      <w:proofErr w:type="spellStart"/>
      <w:r w:rsidRPr="00563B50">
        <w:rPr>
          <w:rFonts w:cs="Times New Roman"/>
          <w:szCs w:val="24"/>
        </w:rPr>
        <w:t>fiindu-i</w:t>
      </w:r>
      <w:proofErr w:type="spellEnd"/>
      <w:r w:rsidRPr="00563B50">
        <w:rPr>
          <w:rFonts w:cs="Times New Roman"/>
          <w:szCs w:val="24"/>
        </w:rPr>
        <w:t xml:space="preserve"> </w:t>
      </w:r>
      <w:proofErr w:type="spellStart"/>
      <w:r w:rsidRPr="00563B50">
        <w:rPr>
          <w:rFonts w:cs="Times New Roman"/>
          <w:szCs w:val="24"/>
        </w:rPr>
        <w:t>garantată</w:t>
      </w:r>
      <w:proofErr w:type="spellEnd"/>
      <w:r w:rsidRPr="00563B50">
        <w:rPr>
          <w:rFonts w:cs="Times New Roman"/>
          <w:szCs w:val="24"/>
        </w:rPr>
        <w:t xml:space="preserve"> </w:t>
      </w:r>
      <w:proofErr w:type="spellStart"/>
      <w:r w:rsidRPr="00563B50">
        <w:rPr>
          <w:rFonts w:cs="Times New Roman"/>
          <w:szCs w:val="24"/>
        </w:rPr>
        <w:t>independența</w:t>
      </w:r>
      <w:proofErr w:type="spellEnd"/>
      <w:r w:rsidRPr="00563B50">
        <w:rPr>
          <w:rFonts w:cs="Times New Roman"/>
          <w:szCs w:val="24"/>
        </w:rPr>
        <w:t xml:space="preserve"> </w:t>
      </w:r>
      <w:proofErr w:type="spellStart"/>
      <w:r w:rsidRPr="00563B50">
        <w:rPr>
          <w:rFonts w:cs="Times New Roman"/>
          <w:szCs w:val="24"/>
        </w:rPr>
        <w:t>operațională</w:t>
      </w:r>
      <w:proofErr w:type="spellEnd"/>
      <w:r w:rsidRPr="00563B50">
        <w:rPr>
          <w:rFonts w:cs="Times New Roman"/>
          <w:szCs w:val="24"/>
        </w:rPr>
        <w:t>;</w:t>
      </w:r>
    </w:p>
    <w:p w14:paraId="4661FAF9" w14:textId="77777777" w:rsidR="00EE7ED3" w:rsidRPr="00563B50" w:rsidRDefault="00000000" w:rsidP="00C87C7A">
      <w:pPr>
        <w:jc w:val="both"/>
        <w:rPr>
          <w:rFonts w:cs="Times New Roman"/>
          <w:szCs w:val="24"/>
        </w:rPr>
      </w:pPr>
      <w:proofErr w:type="spellStart"/>
      <w:r w:rsidRPr="00563B50">
        <w:rPr>
          <w:rFonts w:cs="Times New Roman"/>
          <w:b/>
          <w:bCs/>
          <w:szCs w:val="24"/>
        </w:rPr>
        <w:t>Diferențierea</w:t>
      </w:r>
      <w:proofErr w:type="spellEnd"/>
      <w:r w:rsidRPr="00563B50">
        <w:rPr>
          <w:rFonts w:cs="Times New Roman"/>
          <w:b/>
          <w:bCs/>
          <w:szCs w:val="24"/>
        </w:rPr>
        <w:t xml:space="preserve"> </w:t>
      </w:r>
      <w:proofErr w:type="spellStart"/>
      <w:r w:rsidRPr="00563B50">
        <w:rPr>
          <w:rFonts w:cs="Times New Roman"/>
          <w:b/>
          <w:bCs/>
          <w:szCs w:val="24"/>
        </w:rPr>
        <w:t>responsabilităților</w:t>
      </w:r>
      <w:proofErr w:type="spellEnd"/>
      <w:r w:rsidRPr="00563B50">
        <w:rPr>
          <w:rFonts w:cs="Times New Roman"/>
          <w:b/>
          <w:bCs/>
          <w:szCs w:val="24"/>
        </w:rPr>
        <w:t xml:space="preserve"> </w:t>
      </w:r>
      <w:proofErr w:type="spellStart"/>
      <w:r w:rsidRPr="00563B50">
        <w:rPr>
          <w:rFonts w:cs="Times New Roman"/>
          <w:b/>
          <w:bCs/>
          <w:szCs w:val="24"/>
        </w:rPr>
        <w:t>și</w:t>
      </w:r>
      <w:proofErr w:type="spellEnd"/>
      <w:r w:rsidRPr="00563B50">
        <w:rPr>
          <w:rFonts w:cs="Times New Roman"/>
          <w:b/>
          <w:bCs/>
          <w:szCs w:val="24"/>
        </w:rPr>
        <w:t xml:space="preserve"> </w:t>
      </w:r>
      <w:proofErr w:type="spellStart"/>
      <w:r w:rsidRPr="00563B50">
        <w:rPr>
          <w:rFonts w:cs="Times New Roman"/>
          <w:b/>
          <w:bCs/>
          <w:szCs w:val="24"/>
        </w:rPr>
        <w:t>independența</w:t>
      </w:r>
      <w:proofErr w:type="spellEnd"/>
      <w:r w:rsidRPr="00563B50">
        <w:rPr>
          <w:rFonts w:cs="Times New Roman"/>
          <w:b/>
          <w:bCs/>
          <w:szCs w:val="24"/>
        </w:rPr>
        <w:t>:</w:t>
      </w:r>
      <w:r w:rsidRPr="00563B50">
        <w:rPr>
          <w:rFonts w:cs="Times New Roman"/>
          <w:szCs w:val="24"/>
        </w:rPr>
        <w:t xml:space="preserve"> </w:t>
      </w:r>
      <w:proofErr w:type="spellStart"/>
      <w:r w:rsidRPr="00563B50">
        <w:rPr>
          <w:rFonts w:cs="Times New Roman"/>
          <w:szCs w:val="24"/>
        </w:rPr>
        <w:t>Responsabilul</w:t>
      </w:r>
      <w:proofErr w:type="spellEnd"/>
      <w:r w:rsidRPr="00563B50">
        <w:rPr>
          <w:rFonts w:cs="Times New Roman"/>
          <w:szCs w:val="24"/>
        </w:rPr>
        <w:t xml:space="preserve"> cu </w:t>
      </w:r>
      <w:proofErr w:type="spellStart"/>
      <w:r w:rsidRPr="00563B50">
        <w:rPr>
          <w:rFonts w:cs="Times New Roman"/>
          <w:szCs w:val="24"/>
        </w:rPr>
        <w:t>Protecția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asigură</w:t>
      </w:r>
      <w:proofErr w:type="spellEnd"/>
      <w:r w:rsidRPr="00563B50">
        <w:rPr>
          <w:rFonts w:cs="Times New Roman"/>
          <w:szCs w:val="24"/>
        </w:rPr>
        <w:t xml:space="preserve"> </w:t>
      </w:r>
      <w:proofErr w:type="spellStart"/>
      <w:r w:rsidRPr="00563B50">
        <w:rPr>
          <w:rFonts w:cs="Times New Roman"/>
          <w:szCs w:val="24"/>
        </w:rPr>
        <w:t>definirea</w:t>
      </w:r>
      <w:proofErr w:type="spellEnd"/>
      <w:r w:rsidRPr="00563B50">
        <w:rPr>
          <w:rFonts w:cs="Times New Roman"/>
          <w:szCs w:val="24"/>
        </w:rPr>
        <w:t xml:space="preserve"> </w:t>
      </w:r>
      <w:proofErr w:type="spellStart"/>
      <w:r w:rsidRPr="00563B50">
        <w:rPr>
          <w:rFonts w:cs="Times New Roman"/>
          <w:szCs w:val="24"/>
        </w:rPr>
        <w:t>clară</w:t>
      </w:r>
      <w:proofErr w:type="spellEnd"/>
      <w:r w:rsidRPr="00563B50">
        <w:rPr>
          <w:rFonts w:cs="Times New Roman"/>
          <w:szCs w:val="24"/>
        </w:rPr>
        <w:t xml:space="preserve"> a </w:t>
      </w:r>
      <w:proofErr w:type="spellStart"/>
      <w:r w:rsidRPr="00563B50">
        <w:rPr>
          <w:rFonts w:cs="Times New Roman"/>
          <w:szCs w:val="24"/>
        </w:rPr>
        <w:t>diferitelor</w:t>
      </w:r>
      <w:proofErr w:type="spellEnd"/>
      <w:r w:rsidRPr="00563B50">
        <w:rPr>
          <w:rFonts w:cs="Times New Roman"/>
          <w:szCs w:val="24"/>
        </w:rPr>
        <w:t xml:space="preserve"> </w:t>
      </w:r>
      <w:proofErr w:type="spellStart"/>
      <w:r w:rsidRPr="00563B50">
        <w:rPr>
          <w:rFonts w:cs="Times New Roman"/>
          <w:szCs w:val="24"/>
        </w:rPr>
        <w:t>responsabilități</w:t>
      </w:r>
      <w:proofErr w:type="spellEnd"/>
      <w:r w:rsidRPr="00563B50">
        <w:rPr>
          <w:rFonts w:cs="Times New Roman"/>
          <w:szCs w:val="24"/>
        </w:rPr>
        <w:t xml:space="preserve"> cu </w:t>
      </w:r>
      <w:proofErr w:type="spellStart"/>
      <w:r w:rsidRPr="00563B50">
        <w:rPr>
          <w:rFonts w:cs="Times New Roman"/>
          <w:szCs w:val="24"/>
        </w:rPr>
        <w:t>privire</w:t>
      </w:r>
      <w:proofErr w:type="spellEnd"/>
      <w:r w:rsidRPr="00563B50">
        <w:rPr>
          <w:rFonts w:cs="Times New Roman"/>
          <w:szCs w:val="24"/>
        </w:rPr>
        <w:t xml:space="preserve"> la </w:t>
      </w:r>
      <w:proofErr w:type="spellStart"/>
      <w:r w:rsidRPr="00563B50">
        <w:rPr>
          <w:rFonts w:cs="Times New Roman"/>
          <w:szCs w:val="24"/>
        </w:rPr>
        <w:t>securitatea</w:t>
      </w:r>
      <w:proofErr w:type="spellEnd"/>
      <w:r w:rsidRPr="00563B50">
        <w:rPr>
          <w:rFonts w:cs="Times New Roman"/>
          <w:szCs w:val="24"/>
        </w:rPr>
        <w:t xml:space="preserve"> </w:t>
      </w:r>
      <w:proofErr w:type="spellStart"/>
      <w:r w:rsidRPr="00563B50">
        <w:rPr>
          <w:rFonts w:cs="Times New Roman"/>
          <w:szCs w:val="24"/>
        </w:rPr>
        <w:t>prelucrării</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prevenire</w:t>
      </w:r>
      <w:proofErr w:type="spellEnd"/>
      <w:r w:rsidRPr="00563B50">
        <w:rPr>
          <w:rFonts w:cs="Times New Roman"/>
          <w:szCs w:val="24"/>
        </w:rPr>
        <w:t xml:space="preserve">, </w:t>
      </w:r>
      <w:proofErr w:type="spellStart"/>
      <w:r w:rsidRPr="00563B50">
        <w:rPr>
          <w:rFonts w:cs="Times New Roman"/>
          <w:szCs w:val="24"/>
        </w:rPr>
        <w:t>supraveghere</w:t>
      </w:r>
      <w:proofErr w:type="spellEnd"/>
      <w:r w:rsidRPr="00563B50">
        <w:rPr>
          <w:rFonts w:cs="Times New Roman"/>
          <w:szCs w:val="24"/>
        </w:rPr>
        <w:t xml:space="preserve">, </w:t>
      </w:r>
      <w:proofErr w:type="spellStart"/>
      <w:r w:rsidRPr="00563B50">
        <w:rPr>
          <w:rFonts w:cs="Times New Roman"/>
          <w:szCs w:val="24"/>
        </w:rPr>
        <w:t>detectare</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tratarea</w:t>
      </w:r>
      <w:proofErr w:type="spellEnd"/>
      <w:r w:rsidRPr="00563B50">
        <w:rPr>
          <w:rFonts w:cs="Times New Roman"/>
          <w:szCs w:val="24"/>
        </w:rPr>
        <w:t xml:space="preserve"> </w:t>
      </w:r>
      <w:proofErr w:type="spellStart"/>
      <w:r w:rsidRPr="00563B50">
        <w:rPr>
          <w:rFonts w:cs="Times New Roman"/>
          <w:szCs w:val="24"/>
        </w:rPr>
        <w:t>incidentelor</w:t>
      </w:r>
      <w:proofErr w:type="spellEnd"/>
      <w:r w:rsidRPr="00563B50">
        <w:rPr>
          <w:rFonts w:cs="Times New Roman"/>
          <w:szCs w:val="24"/>
        </w:rPr>
        <w:t xml:space="preserve">), precum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operarea</w:t>
      </w:r>
      <w:proofErr w:type="spellEnd"/>
      <w:r w:rsidRPr="00563B50">
        <w:rPr>
          <w:rFonts w:cs="Times New Roman"/>
          <w:szCs w:val="24"/>
        </w:rPr>
        <w:t xml:space="preserve"> cu </w:t>
      </w:r>
      <w:proofErr w:type="spellStart"/>
      <w:r w:rsidRPr="00563B50">
        <w:rPr>
          <w:rFonts w:cs="Times New Roman"/>
          <w:szCs w:val="24"/>
        </w:rPr>
        <w:t>ele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mod </w:t>
      </w:r>
      <w:proofErr w:type="spellStart"/>
      <w:r w:rsidRPr="00563B50">
        <w:rPr>
          <w:rFonts w:cs="Times New Roman"/>
          <w:szCs w:val="24"/>
        </w:rPr>
        <w:t>obiectiv</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afara </w:t>
      </w:r>
      <w:proofErr w:type="spellStart"/>
      <w:r w:rsidRPr="00563B50">
        <w:rPr>
          <w:rFonts w:cs="Times New Roman"/>
          <w:szCs w:val="24"/>
        </w:rPr>
        <w:t>oricăror</w:t>
      </w:r>
      <w:proofErr w:type="spellEnd"/>
      <w:r w:rsidRPr="00563B50">
        <w:rPr>
          <w:rFonts w:cs="Times New Roman"/>
          <w:szCs w:val="24"/>
        </w:rPr>
        <w:t xml:space="preserve"> </w:t>
      </w:r>
      <w:proofErr w:type="spellStart"/>
      <w:r w:rsidRPr="00563B50">
        <w:rPr>
          <w:rFonts w:cs="Times New Roman"/>
          <w:szCs w:val="24"/>
        </w:rPr>
        <w:t>presiuni</w:t>
      </w:r>
      <w:proofErr w:type="spellEnd"/>
      <w:r w:rsidRPr="00563B50">
        <w:rPr>
          <w:rFonts w:cs="Times New Roman"/>
          <w:szCs w:val="24"/>
        </w:rPr>
        <w:t xml:space="preserve"> administrative </w:t>
      </w:r>
      <w:proofErr w:type="spellStart"/>
      <w:r w:rsidRPr="00563B50">
        <w:rPr>
          <w:rFonts w:cs="Times New Roman"/>
          <w:szCs w:val="24"/>
        </w:rPr>
        <w:t>sau</w:t>
      </w:r>
      <w:proofErr w:type="spellEnd"/>
      <w:r w:rsidRPr="00563B50">
        <w:rPr>
          <w:rFonts w:cs="Times New Roman"/>
          <w:szCs w:val="24"/>
        </w:rPr>
        <w:t xml:space="preserve"> a </w:t>
      </w:r>
      <w:proofErr w:type="spellStart"/>
      <w:r w:rsidRPr="00563B50">
        <w:rPr>
          <w:rFonts w:cs="Times New Roman"/>
          <w:szCs w:val="24"/>
        </w:rPr>
        <w:t>conflictelor</w:t>
      </w:r>
      <w:proofErr w:type="spellEnd"/>
      <w:r w:rsidRPr="00563B50">
        <w:rPr>
          <w:rFonts w:cs="Times New Roman"/>
          <w:szCs w:val="24"/>
        </w:rPr>
        <w:t xml:space="preserve"> de </w:t>
      </w:r>
      <w:proofErr w:type="spellStart"/>
      <w:r w:rsidRPr="00563B50">
        <w:rPr>
          <w:rFonts w:cs="Times New Roman"/>
          <w:szCs w:val="24"/>
        </w:rPr>
        <w:t>interese</w:t>
      </w:r>
      <w:proofErr w:type="spellEnd"/>
      <w:r w:rsidRPr="00563B50">
        <w:rPr>
          <w:rFonts w:cs="Times New Roman"/>
          <w:szCs w:val="24"/>
        </w:rPr>
        <w:t xml:space="preserve"> </w:t>
      </w:r>
      <w:proofErr w:type="spellStart"/>
      <w:r w:rsidRPr="00563B50">
        <w:rPr>
          <w:rFonts w:cs="Times New Roman"/>
          <w:szCs w:val="24"/>
        </w:rPr>
        <w:t>rezultate</w:t>
      </w:r>
      <w:proofErr w:type="spellEnd"/>
      <w:r w:rsidRPr="00563B50">
        <w:rPr>
          <w:rFonts w:cs="Times New Roman"/>
          <w:szCs w:val="24"/>
        </w:rPr>
        <w:t xml:space="preserve"> din </w:t>
      </w:r>
      <w:proofErr w:type="spellStart"/>
      <w:r w:rsidRPr="00563B50">
        <w:rPr>
          <w:rFonts w:cs="Times New Roman"/>
          <w:szCs w:val="24"/>
        </w:rPr>
        <w:t>relații</w:t>
      </w:r>
      <w:proofErr w:type="spellEnd"/>
      <w:r w:rsidRPr="00563B50">
        <w:rPr>
          <w:rFonts w:cs="Times New Roman"/>
          <w:szCs w:val="24"/>
        </w:rPr>
        <w:t xml:space="preserve"> </w:t>
      </w:r>
      <w:proofErr w:type="spellStart"/>
      <w:r w:rsidRPr="00563B50">
        <w:rPr>
          <w:rFonts w:cs="Times New Roman"/>
          <w:szCs w:val="24"/>
        </w:rPr>
        <w:t>personale</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alte</w:t>
      </w:r>
      <w:proofErr w:type="spellEnd"/>
      <w:r w:rsidRPr="00563B50">
        <w:rPr>
          <w:rFonts w:cs="Times New Roman"/>
          <w:szCs w:val="24"/>
        </w:rPr>
        <w:t xml:space="preserve"> </w:t>
      </w:r>
      <w:proofErr w:type="spellStart"/>
      <w:r w:rsidRPr="00563B50">
        <w:rPr>
          <w:rFonts w:cs="Times New Roman"/>
          <w:szCs w:val="24"/>
        </w:rPr>
        <w:t>împrejurări</w:t>
      </w:r>
      <w:proofErr w:type="spellEnd"/>
      <w:r w:rsidRPr="00563B50">
        <w:rPr>
          <w:rFonts w:cs="Times New Roman"/>
          <w:szCs w:val="24"/>
        </w:rPr>
        <w:t>;</w:t>
      </w:r>
    </w:p>
    <w:p w14:paraId="37E600F1" w14:textId="77777777" w:rsidR="00EE7ED3" w:rsidRPr="00563B50" w:rsidRDefault="00000000" w:rsidP="00C87C7A">
      <w:pPr>
        <w:jc w:val="both"/>
        <w:rPr>
          <w:rFonts w:cs="Times New Roman"/>
          <w:szCs w:val="24"/>
        </w:rPr>
      </w:pPr>
      <w:proofErr w:type="spellStart"/>
      <w:r w:rsidRPr="00563B50">
        <w:rPr>
          <w:rFonts w:cs="Times New Roman"/>
          <w:b/>
          <w:bCs/>
          <w:szCs w:val="24"/>
        </w:rPr>
        <w:t>Managementul</w:t>
      </w:r>
      <w:proofErr w:type="spellEnd"/>
      <w:r w:rsidRPr="00563B50">
        <w:rPr>
          <w:rFonts w:cs="Times New Roman"/>
          <w:b/>
          <w:bCs/>
          <w:szCs w:val="24"/>
        </w:rPr>
        <w:t xml:space="preserve"> </w:t>
      </w:r>
      <w:proofErr w:type="spellStart"/>
      <w:r w:rsidRPr="00563B50">
        <w:rPr>
          <w:rFonts w:cs="Times New Roman"/>
          <w:b/>
          <w:bCs/>
          <w:szCs w:val="24"/>
        </w:rPr>
        <w:t>integrat</w:t>
      </w:r>
      <w:proofErr w:type="spellEnd"/>
      <w:r w:rsidRPr="00563B50">
        <w:rPr>
          <w:rFonts w:cs="Times New Roman"/>
          <w:b/>
          <w:bCs/>
          <w:szCs w:val="24"/>
        </w:rPr>
        <w:t xml:space="preserve"> </w:t>
      </w:r>
      <w:proofErr w:type="spellStart"/>
      <w:r w:rsidRPr="00563B50">
        <w:rPr>
          <w:rFonts w:cs="Times New Roman"/>
          <w:b/>
          <w:bCs/>
          <w:szCs w:val="24"/>
        </w:rPr>
        <w:t>și</w:t>
      </w:r>
      <w:proofErr w:type="spellEnd"/>
      <w:r w:rsidRPr="00563B50">
        <w:rPr>
          <w:rFonts w:cs="Times New Roman"/>
          <w:b/>
          <w:bCs/>
          <w:szCs w:val="24"/>
        </w:rPr>
        <w:t xml:space="preserve"> </w:t>
      </w:r>
      <w:proofErr w:type="spellStart"/>
      <w:r w:rsidRPr="00563B50">
        <w:rPr>
          <w:rFonts w:cs="Times New Roman"/>
          <w:b/>
          <w:bCs/>
          <w:szCs w:val="24"/>
        </w:rPr>
        <w:t>Clasificarea</w:t>
      </w:r>
      <w:proofErr w:type="spellEnd"/>
      <w:r w:rsidRPr="00563B50">
        <w:rPr>
          <w:rFonts w:cs="Times New Roman"/>
          <w:b/>
          <w:bCs/>
          <w:szCs w:val="24"/>
        </w:rPr>
        <w:t xml:space="preserve"> </w:t>
      </w:r>
      <w:proofErr w:type="spellStart"/>
      <w:r w:rsidRPr="00563B50">
        <w:rPr>
          <w:rFonts w:cs="Times New Roman"/>
          <w:b/>
          <w:bCs/>
          <w:szCs w:val="24"/>
        </w:rPr>
        <w:t>informației</w:t>
      </w:r>
      <w:proofErr w:type="spellEnd"/>
      <w:r w:rsidRPr="00563B50">
        <w:rPr>
          <w:rFonts w:cs="Times New Roman"/>
          <w:b/>
          <w:bCs/>
          <w:szCs w:val="24"/>
        </w:rPr>
        <w:t>:</w:t>
      </w:r>
      <w:r w:rsidRPr="00563B50">
        <w:rPr>
          <w:rFonts w:cs="Times New Roman"/>
          <w:szCs w:val="24"/>
        </w:rPr>
        <w:t xml:space="preserve"> </w:t>
      </w:r>
      <w:proofErr w:type="spellStart"/>
      <w:r w:rsidRPr="00563B50">
        <w:rPr>
          <w:rFonts w:cs="Times New Roman"/>
          <w:szCs w:val="24"/>
        </w:rPr>
        <w:t>Responsabilul</w:t>
      </w:r>
      <w:proofErr w:type="spellEnd"/>
      <w:r w:rsidRPr="00563B50">
        <w:rPr>
          <w:rFonts w:cs="Times New Roman"/>
          <w:szCs w:val="24"/>
        </w:rPr>
        <w:t xml:space="preserve"> cu </w:t>
      </w:r>
      <w:proofErr w:type="spellStart"/>
      <w:r w:rsidRPr="00563B50">
        <w:rPr>
          <w:rFonts w:cs="Times New Roman"/>
          <w:szCs w:val="24"/>
        </w:rPr>
        <w:t>Protecția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va</w:t>
      </w:r>
      <w:proofErr w:type="spellEnd"/>
      <w:r w:rsidRPr="00563B50">
        <w:rPr>
          <w:rFonts w:cs="Times New Roman"/>
          <w:szCs w:val="24"/>
        </w:rPr>
        <w:t xml:space="preserve"> </w:t>
      </w:r>
      <w:proofErr w:type="spellStart"/>
      <w:r w:rsidRPr="00563B50">
        <w:rPr>
          <w:rFonts w:cs="Times New Roman"/>
          <w:szCs w:val="24"/>
        </w:rPr>
        <w:t>defini</w:t>
      </w:r>
      <w:proofErr w:type="spellEnd"/>
      <w:r w:rsidRPr="00563B50">
        <w:rPr>
          <w:rFonts w:cs="Times New Roman"/>
          <w:szCs w:val="24"/>
        </w:rPr>
        <w:t xml:space="preserve"> </w:t>
      </w:r>
      <w:proofErr w:type="spellStart"/>
      <w:r w:rsidRPr="00563B50">
        <w:rPr>
          <w:rFonts w:cs="Times New Roman"/>
          <w:szCs w:val="24"/>
        </w:rPr>
        <w:t>clar</w:t>
      </w:r>
      <w:proofErr w:type="spellEnd"/>
      <w:r w:rsidRPr="00563B50">
        <w:rPr>
          <w:rFonts w:cs="Times New Roman"/>
          <w:szCs w:val="24"/>
        </w:rPr>
        <w:t xml:space="preserve"> </w:t>
      </w:r>
      <w:proofErr w:type="spellStart"/>
      <w:r w:rsidRPr="00563B50">
        <w:rPr>
          <w:rFonts w:cs="Times New Roman"/>
          <w:szCs w:val="24"/>
        </w:rPr>
        <w:t>procesele</w:t>
      </w:r>
      <w:proofErr w:type="spellEnd"/>
      <w:r w:rsidRPr="00563B50">
        <w:rPr>
          <w:rFonts w:cs="Times New Roman"/>
          <w:szCs w:val="24"/>
        </w:rPr>
        <w:t xml:space="preserve"> de management al </w:t>
      </w:r>
      <w:proofErr w:type="spellStart"/>
      <w:r w:rsidRPr="00563B50">
        <w:rPr>
          <w:rFonts w:cs="Times New Roman"/>
          <w:szCs w:val="24"/>
        </w:rPr>
        <w:t>securității</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asigurând</w:t>
      </w:r>
      <w:proofErr w:type="spellEnd"/>
      <w:r w:rsidRPr="00563B50">
        <w:rPr>
          <w:rFonts w:cs="Times New Roman"/>
          <w:szCs w:val="24"/>
        </w:rPr>
        <w:t xml:space="preserve"> </w:t>
      </w:r>
      <w:proofErr w:type="spellStart"/>
      <w:r w:rsidRPr="00563B50">
        <w:rPr>
          <w:rFonts w:cs="Times New Roman"/>
          <w:szCs w:val="24"/>
        </w:rPr>
        <w:t>integrarea</w:t>
      </w:r>
      <w:proofErr w:type="spellEnd"/>
      <w:r w:rsidRPr="00563B50">
        <w:rPr>
          <w:rFonts w:cs="Times New Roman"/>
          <w:szCs w:val="24"/>
        </w:rPr>
        <w:t xml:space="preserve"> lor </w:t>
      </w:r>
      <w:proofErr w:type="spellStart"/>
      <w:r w:rsidRPr="00563B50">
        <w:rPr>
          <w:rFonts w:cs="Times New Roman"/>
          <w:szCs w:val="24"/>
        </w:rPr>
        <w:t>corespunzătoare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structura</w:t>
      </w:r>
      <w:proofErr w:type="spellEnd"/>
      <w:r w:rsidRPr="00563B50">
        <w:rPr>
          <w:rFonts w:cs="Times New Roman"/>
          <w:szCs w:val="24"/>
        </w:rPr>
        <w:t xml:space="preserve"> </w:t>
      </w:r>
      <w:proofErr w:type="spellStart"/>
      <w:r w:rsidRPr="00563B50">
        <w:rPr>
          <w:rFonts w:cs="Times New Roman"/>
          <w:szCs w:val="24"/>
        </w:rPr>
        <w:t>organizațională</w:t>
      </w:r>
      <w:proofErr w:type="spellEnd"/>
      <w:r w:rsidRPr="00563B50">
        <w:rPr>
          <w:rFonts w:cs="Times New Roman"/>
          <w:szCs w:val="24"/>
        </w:rPr>
        <w:t xml:space="preserve"> de </w:t>
      </w:r>
      <w:proofErr w:type="spellStart"/>
      <w:r w:rsidRPr="00563B50">
        <w:rPr>
          <w:rFonts w:cs="Times New Roman"/>
          <w:szCs w:val="24"/>
        </w:rPr>
        <w:t>funcționare</w:t>
      </w:r>
      <w:proofErr w:type="spellEnd"/>
      <w:r w:rsidRPr="00563B50">
        <w:rPr>
          <w:rFonts w:cs="Times New Roman"/>
          <w:szCs w:val="24"/>
        </w:rPr>
        <w:t xml:space="preserve"> </w:t>
      </w:r>
      <w:proofErr w:type="spellStart"/>
      <w:r w:rsidRPr="00563B50">
        <w:rPr>
          <w:rFonts w:cs="Times New Roman"/>
          <w:szCs w:val="24"/>
        </w:rPr>
        <w:t>generală</w:t>
      </w:r>
      <w:proofErr w:type="spellEnd"/>
      <w:r w:rsidRPr="00563B50">
        <w:rPr>
          <w:rFonts w:cs="Times New Roman"/>
          <w:szCs w:val="24"/>
        </w:rPr>
        <w:t xml:space="preserve"> a </w:t>
      </w:r>
      <w:proofErr w:type="spellStart"/>
      <w:r w:rsidRPr="00563B50">
        <w:rPr>
          <w:rFonts w:cs="Times New Roman"/>
          <w:szCs w:val="24"/>
        </w:rPr>
        <w:t>Primăriei</w:t>
      </w:r>
      <w:proofErr w:type="spellEnd"/>
      <w:r w:rsidRPr="00563B50">
        <w:rPr>
          <w:rFonts w:cs="Times New Roman"/>
          <w:szCs w:val="24"/>
        </w:rPr>
        <w:t xml:space="preserve"> </w:t>
      </w:r>
      <w:proofErr w:type="spellStart"/>
      <w:r w:rsidRPr="00563B50">
        <w:rPr>
          <w:rFonts w:cs="Times New Roman"/>
          <w:szCs w:val="24"/>
        </w:rPr>
        <w:t>Mereni</w:t>
      </w:r>
      <w:proofErr w:type="spellEnd"/>
      <w:r w:rsidRPr="00563B50">
        <w:rPr>
          <w:rFonts w:cs="Times New Roman"/>
          <w:szCs w:val="24"/>
        </w:rPr>
        <w:t xml:space="preserve">. </w:t>
      </w:r>
      <w:proofErr w:type="spellStart"/>
      <w:r w:rsidRPr="00563B50">
        <w:rPr>
          <w:rFonts w:cs="Times New Roman"/>
          <w:szCs w:val="24"/>
        </w:rPr>
        <w:t>Acesta</w:t>
      </w:r>
      <w:proofErr w:type="spellEnd"/>
      <w:r w:rsidRPr="00563B50">
        <w:rPr>
          <w:rFonts w:cs="Times New Roman"/>
          <w:szCs w:val="24"/>
        </w:rPr>
        <w:t xml:space="preserve"> </w:t>
      </w:r>
      <w:proofErr w:type="spellStart"/>
      <w:r w:rsidRPr="00563B50">
        <w:rPr>
          <w:rFonts w:cs="Times New Roman"/>
          <w:szCs w:val="24"/>
        </w:rPr>
        <w:t>va</w:t>
      </w:r>
      <w:proofErr w:type="spellEnd"/>
      <w:r w:rsidRPr="00563B50">
        <w:rPr>
          <w:rFonts w:cs="Times New Roman"/>
          <w:szCs w:val="24"/>
        </w:rPr>
        <w:t xml:space="preserve"> </w:t>
      </w:r>
      <w:proofErr w:type="spellStart"/>
      <w:r w:rsidRPr="00563B50">
        <w:rPr>
          <w:rFonts w:cs="Times New Roman"/>
          <w:szCs w:val="24"/>
        </w:rPr>
        <w:t>elabora</w:t>
      </w:r>
      <w:proofErr w:type="spellEnd"/>
      <w:r w:rsidRPr="00563B50">
        <w:rPr>
          <w:rFonts w:cs="Times New Roman"/>
          <w:szCs w:val="24"/>
        </w:rPr>
        <w:t xml:space="preserve"> </w:t>
      </w:r>
      <w:proofErr w:type="spellStart"/>
      <w:r w:rsidRPr="00563B50">
        <w:rPr>
          <w:rFonts w:cs="Times New Roman"/>
          <w:szCs w:val="24"/>
        </w:rPr>
        <w:t>procedurile</w:t>
      </w:r>
      <w:proofErr w:type="spellEnd"/>
      <w:r w:rsidRPr="00563B50">
        <w:rPr>
          <w:rFonts w:cs="Times New Roman"/>
          <w:szCs w:val="24"/>
        </w:rPr>
        <w:t xml:space="preserve"> de </w:t>
      </w:r>
      <w:proofErr w:type="spellStart"/>
      <w:r w:rsidRPr="00563B50">
        <w:rPr>
          <w:rFonts w:cs="Times New Roman"/>
          <w:szCs w:val="24"/>
        </w:rPr>
        <w:t>clasificare</w:t>
      </w:r>
      <w:proofErr w:type="spellEnd"/>
      <w:r w:rsidRPr="00563B50">
        <w:rPr>
          <w:rFonts w:cs="Times New Roman"/>
          <w:szCs w:val="24"/>
        </w:rPr>
        <w:t xml:space="preserve"> a </w:t>
      </w:r>
      <w:proofErr w:type="spellStart"/>
      <w:r w:rsidRPr="00563B50">
        <w:rPr>
          <w:rFonts w:cs="Times New Roman"/>
          <w:szCs w:val="24"/>
        </w:rPr>
        <w:t>informației</w:t>
      </w:r>
      <w:proofErr w:type="spellEnd"/>
      <w:r w:rsidRPr="00563B50">
        <w:rPr>
          <w:rFonts w:cs="Times New Roman"/>
          <w:szCs w:val="24"/>
        </w:rPr>
        <w:t xml:space="preserve"> care </w:t>
      </w:r>
      <w:proofErr w:type="spellStart"/>
      <w:r w:rsidRPr="00563B50">
        <w:rPr>
          <w:rFonts w:cs="Times New Roman"/>
          <w:szCs w:val="24"/>
        </w:rPr>
        <w:t>conține</w:t>
      </w:r>
      <w:proofErr w:type="spellEnd"/>
      <w:r w:rsidRPr="00563B50">
        <w:rPr>
          <w:rFonts w:cs="Times New Roman"/>
          <w:szCs w:val="24"/>
        </w:rPr>
        <w:t xml:space="preserve"> date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astfel</w:t>
      </w:r>
      <w:proofErr w:type="spellEnd"/>
      <w:r w:rsidRPr="00563B50">
        <w:rPr>
          <w:rFonts w:cs="Times New Roman"/>
          <w:szCs w:val="24"/>
        </w:rPr>
        <w:t xml:space="preserve"> </w:t>
      </w:r>
      <w:proofErr w:type="spellStart"/>
      <w:r w:rsidRPr="00563B50">
        <w:rPr>
          <w:rFonts w:cs="Times New Roman"/>
          <w:szCs w:val="24"/>
        </w:rPr>
        <w:t>încât</w:t>
      </w:r>
      <w:proofErr w:type="spellEnd"/>
      <w:r w:rsidRPr="00563B50">
        <w:rPr>
          <w:rFonts w:cs="Times New Roman"/>
          <w:szCs w:val="24"/>
        </w:rPr>
        <w:t xml:space="preserve"> </w:t>
      </w:r>
      <w:proofErr w:type="spellStart"/>
      <w:r w:rsidRPr="00563B50">
        <w:rPr>
          <w:rFonts w:cs="Times New Roman"/>
          <w:szCs w:val="24"/>
        </w:rPr>
        <w:t>să</w:t>
      </w:r>
      <w:proofErr w:type="spellEnd"/>
      <w:r w:rsidRPr="00563B50">
        <w:rPr>
          <w:rFonts w:cs="Times New Roman"/>
          <w:szCs w:val="24"/>
        </w:rPr>
        <w:t xml:space="preserve"> fie </w:t>
      </w:r>
      <w:proofErr w:type="spellStart"/>
      <w:r w:rsidRPr="00563B50">
        <w:rPr>
          <w:rFonts w:cs="Times New Roman"/>
          <w:szCs w:val="24"/>
        </w:rPr>
        <w:t>posibil</w:t>
      </w:r>
      <w:proofErr w:type="spellEnd"/>
      <w:r w:rsidRPr="00563B50">
        <w:rPr>
          <w:rFonts w:cs="Times New Roman"/>
          <w:szCs w:val="24"/>
        </w:rPr>
        <w:t xml:space="preserve"> de </w:t>
      </w:r>
      <w:proofErr w:type="spellStart"/>
      <w:r w:rsidRPr="00563B50">
        <w:rPr>
          <w:rFonts w:cs="Times New Roman"/>
          <w:szCs w:val="24"/>
        </w:rPr>
        <w:t>întocmit</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menținut</w:t>
      </w:r>
      <w:proofErr w:type="spellEnd"/>
      <w:r w:rsidRPr="00563B50">
        <w:rPr>
          <w:rFonts w:cs="Times New Roman"/>
          <w:szCs w:val="24"/>
        </w:rPr>
        <w:t xml:space="preserve"> un nomenclator </w:t>
      </w:r>
      <w:proofErr w:type="spellStart"/>
      <w:r w:rsidRPr="00563B50">
        <w:rPr>
          <w:rFonts w:cs="Times New Roman"/>
          <w:szCs w:val="24"/>
        </w:rPr>
        <w:t>generalizat</w:t>
      </w:r>
      <w:proofErr w:type="spellEnd"/>
      <w:r w:rsidRPr="00563B50">
        <w:rPr>
          <w:rFonts w:cs="Times New Roman"/>
          <w:szCs w:val="24"/>
        </w:rPr>
        <w:t xml:space="preserve">, </w:t>
      </w:r>
      <w:proofErr w:type="spellStart"/>
      <w:r w:rsidRPr="00563B50">
        <w:rPr>
          <w:rFonts w:cs="Times New Roman"/>
          <w:szCs w:val="24"/>
        </w:rPr>
        <w:t>iar</w:t>
      </w:r>
      <w:proofErr w:type="spellEnd"/>
      <w:r w:rsidRPr="00563B50">
        <w:rPr>
          <w:rFonts w:cs="Times New Roman"/>
          <w:szCs w:val="24"/>
        </w:rPr>
        <w:t xml:space="preserve"> </w:t>
      </w:r>
      <w:proofErr w:type="spellStart"/>
      <w:r w:rsidRPr="00563B50">
        <w:rPr>
          <w:rFonts w:cs="Times New Roman"/>
          <w:szCs w:val="24"/>
        </w:rPr>
        <w:t>toate</w:t>
      </w:r>
      <w:proofErr w:type="spellEnd"/>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care sunt </w:t>
      </w:r>
      <w:proofErr w:type="spellStart"/>
      <w:r w:rsidRPr="00563B50">
        <w:rPr>
          <w:rFonts w:cs="Times New Roman"/>
          <w:szCs w:val="24"/>
        </w:rPr>
        <w:t>prelucrate</w:t>
      </w:r>
      <w:proofErr w:type="spellEnd"/>
      <w:r w:rsidRPr="00563B50">
        <w:rPr>
          <w:rFonts w:cs="Times New Roman"/>
          <w:szCs w:val="24"/>
        </w:rPr>
        <w:t xml:space="preserve"> </w:t>
      </w:r>
      <w:proofErr w:type="spellStart"/>
      <w:r w:rsidRPr="00563B50">
        <w:rPr>
          <w:rFonts w:cs="Times New Roman"/>
          <w:szCs w:val="24"/>
        </w:rPr>
        <w:t>să</w:t>
      </w:r>
      <w:proofErr w:type="spellEnd"/>
      <w:r w:rsidRPr="00563B50">
        <w:rPr>
          <w:rFonts w:cs="Times New Roman"/>
          <w:szCs w:val="24"/>
        </w:rPr>
        <w:t xml:space="preserve"> fie </w:t>
      </w:r>
      <w:proofErr w:type="spellStart"/>
      <w:r w:rsidRPr="00563B50">
        <w:rPr>
          <w:rFonts w:cs="Times New Roman"/>
          <w:szCs w:val="24"/>
        </w:rPr>
        <w:t>localizate</w:t>
      </w:r>
      <w:proofErr w:type="spellEnd"/>
      <w:r w:rsidRPr="00563B50">
        <w:rPr>
          <w:rFonts w:cs="Times New Roman"/>
          <w:szCs w:val="24"/>
        </w:rPr>
        <w:t xml:space="preserve"> precis, </w:t>
      </w:r>
      <w:proofErr w:type="spellStart"/>
      <w:r w:rsidRPr="00563B50">
        <w:rPr>
          <w:rFonts w:cs="Times New Roman"/>
          <w:szCs w:val="24"/>
        </w:rPr>
        <w:t>indiferent</w:t>
      </w:r>
      <w:proofErr w:type="spellEnd"/>
      <w:r w:rsidRPr="00563B50">
        <w:rPr>
          <w:rFonts w:cs="Times New Roman"/>
          <w:szCs w:val="24"/>
        </w:rPr>
        <w:t xml:space="preserve"> de </w:t>
      </w:r>
      <w:proofErr w:type="spellStart"/>
      <w:r w:rsidRPr="00563B50">
        <w:rPr>
          <w:rFonts w:cs="Times New Roman"/>
          <w:szCs w:val="24"/>
        </w:rPr>
        <w:t>tipul</w:t>
      </w:r>
      <w:proofErr w:type="spellEnd"/>
      <w:r w:rsidRPr="00563B50">
        <w:rPr>
          <w:rFonts w:cs="Times New Roman"/>
          <w:szCs w:val="24"/>
        </w:rPr>
        <w:t xml:space="preserve"> </w:t>
      </w:r>
      <w:proofErr w:type="spellStart"/>
      <w:r w:rsidRPr="00563B50">
        <w:rPr>
          <w:rFonts w:cs="Times New Roman"/>
          <w:szCs w:val="24"/>
        </w:rPr>
        <w:t>purtătorului</w:t>
      </w:r>
      <w:proofErr w:type="spellEnd"/>
      <w:r w:rsidRPr="00563B50">
        <w:rPr>
          <w:rFonts w:cs="Times New Roman"/>
          <w:szCs w:val="24"/>
        </w:rPr>
        <w:t xml:space="preserve"> de date (</w:t>
      </w:r>
      <w:proofErr w:type="spellStart"/>
      <w:r w:rsidRPr="00563B50">
        <w:rPr>
          <w:rFonts w:cs="Times New Roman"/>
          <w:szCs w:val="24"/>
        </w:rPr>
        <w:t>fizic</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digital), </w:t>
      </w:r>
      <w:proofErr w:type="spellStart"/>
      <w:r w:rsidRPr="00563B50">
        <w:rPr>
          <w:rFonts w:cs="Times New Roman"/>
          <w:szCs w:val="24"/>
        </w:rPr>
        <w:t>asigurând</w:t>
      </w:r>
      <w:proofErr w:type="spellEnd"/>
      <w:r w:rsidRPr="00563B50">
        <w:rPr>
          <w:rFonts w:cs="Times New Roman"/>
          <w:szCs w:val="24"/>
        </w:rPr>
        <w:t xml:space="preserve"> </w:t>
      </w:r>
      <w:proofErr w:type="spellStart"/>
      <w:r w:rsidRPr="00563B50">
        <w:rPr>
          <w:rFonts w:cs="Times New Roman"/>
          <w:szCs w:val="24"/>
        </w:rPr>
        <w:t>totodată</w:t>
      </w:r>
      <w:proofErr w:type="spellEnd"/>
      <w:r w:rsidRPr="00563B50">
        <w:rPr>
          <w:rFonts w:cs="Times New Roman"/>
          <w:szCs w:val="24"/>
        </w:rPr>
        <w:t xml:space="preserve"> </w:t>
      </w:r>
      <w:proofErr w:type="spellStart"/>
      <w:r w:rsidRPr="00563B50">
        <w:rPr>
          <w:rFonts w:cs="Times New Roman"/>
          <w:szCs w:val="24"/>
        </w:rPr>
        <w:t>instruirea</w:t>
      </w:r>
      <w:proofErr w:type="spellEnd"/>
      <w:r w:rsidRPr="00563B50">
        <w:rPr>
          <w:rFonts w:cs="Times New Roman"/>
          <w:szCs w:val="24"/>
        </w:rPr>
        <w:t xml:space="preserve"> </w:t>
      </w:r>
      <w:proofErr w:type="spellStart"/>
      <w:r w:rsidRPr="00563B50">
        <w:rPr>
          <w:rFonts w:cs="Times New Roman"/>
          <w:szCs w:val="24"/>
        </w:rPr>
        <w:t>continuă</w:t>
      </w:r>
      <w:proofErr w:type="spellEnd"/>
      <w:r w:rsidRPr="00563B50">
        <w:rPr>
          <w:rFonts w:cs="Times New Roman"/>
          <w:szCs w:val="24"/>
        </w:rPr>
        <w:t xml:space="preserve"> a </w:t>
      </w:r>
      <w:proofErr w:type="spellStart"/>
      <w:r w:rsidRPr="00563B50">
        <w:rPr>
          <w:rFonts w:cs="Times New Roman"/>
          <w:szCs w:val="24"/>
        </w:rPr>
        <w:t>persoanelor</w:t>
      </w:r>
      <w:proofErr w:type="spellEnd"/>
      <w:r w:rsidRPr="00563B50">
        <w:rPr>
          <w:rFonts w:cs="Times New Roman"/>
          <w:szCs w:val="24"/>
        </w:rPr>
        <w:t xml:space="preserve"> implicate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procesul</w:t>
      </w:r>
      <w:proofErr w:type="spellEnd"/>
      <w:r w:rsidRPr="00563B50">
        <w:rPr>
          <w:rFonts w:cs="Times New Roman"/>
          <w:szCs w:val="24"/>
        </w:rPr>
        <w:t xml:space="preserve"> de </w:t>
      </w:r>
      <w:proofErr w:type="spellStart"/>
      <w:r w:rsidRPr="00563B50">
        <w:rPr>
          <w:rFonts w:cs="Times New Roman"/>
          <w:szCs w:val="24"/>
        </w:rPr>
        <w:t>prelucrare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vederea</w:t>
      </w:r>
      <w:proofErr w:type="spellEnd"/>
      <w:r w:rsidRPr="00563B50">
        <w:rPr>
          <w:rFonts w:cs="Times New Roman"/>
          <w:szCs w:val="24"/>
        </w:rPr>
        <w:t xml:space="preserve"> </w:t>
      </w:r>
      <w:proofErr w:type="spellStart"/>
      <w:r w:rsidRPr="00563B50">
        <w:rPr>
          <w:rFonts w:cs="Times New Roman"/>
          <w:szCs w:val="24"/>
        </w:rPr>
        <w:t>asumării</w:t>
      </w:r>
      <w:proofErr w:type="spellEnd"/>
      <w:r w:rsidRPr="00563B50">
        <w:rPr>
          <w:rFonts w:cs="Times New Roman"/>
          <w:szCs w:val="24"/>
        </w:rPr>
        <w:t xml:space="preserve"> </w:t>
      </w:r>
      <w:proofErr w:type="spellStart"/>
      <w:r w:rsidRPr="00563B50">
        <w:rPr>
          <w:rFonts w:cs="Times New Roman"/>
          <w:szCs w:val="24"/>
        </w:rPr>
        <w:t>depline</w:t>
      </w:r>
      <w:proofErr w:type="spellEnd"/>
      <w:r w:rsidRPr="00563B50">
        <w:rPr>
          <w:rFonts w:cs="Times New Roman"/>
          <w:szCs w:val="24"/>
        </w:rPr>
        <w:t xml:space="preserve"> a </w:t>
      </w:r>
      <w:proofErr w:type="spellStart"/>
      <w:r w:rsidRPr="00563B50">
        <w:rPr>
          <w:rFonts w:cs="Times New Roman"/>
          <w:szCs w:val="24"/>
        </w:rPr>
        <w:t>responsabilităților</w:t>
      </w:r>
      <w:proofErr w:type="spellEnd"/>
      <w:r w:rsidRPr="00563B50">
        <w:rPr>
          <w:rFonts w:cs="Times New Roman"/>
          <w:szCs w:val="24"/>
        </w:rPr>
        <w:t xml:space="preserve"> de </w:t>
      </w:r>
      <w:proofErr w:type="spellStart"/>
      <w:r w:rsidRPr="00563B50">
        <w:rPr>
          <w:rFonts w:cs="Times New Roman"/>
          <w:szCs w:val="24"/>
        </w:rPr>
        <w:t>securitate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confidențialitate</w:t>
      </w:r>
      <w:proofErr w:type="spellEnd"/>
      <w:r w:rsidRPr="00563B50">
        <w:rPr>
          <w:rFonts w:cs="Times New Roman"/>
          <w:szCs w:val="24"/>
        </w:rPr>
        <w:t>.</w:t>
      </w:r>
    </w:p>
    <w:p w14:paraId="0DBEF944" w14:textId="77777777" w:rsidR="00EE7ED3" w:rsidRPr="00563B50" w:rsidRDefault="00000000" w:rsidP="00A1426E">
      <w:pPr>
        <w:jc w:val="both"/>
        <w:rPr>
          <w:rFonts w:cs="Times New Roman"/>
          <w:b/>
          <w:bCs/>
          <w:szCs w:val="24"/>
        </w:rPr>
      </w:pPr>
      <w:r w:rsidRPr="00563B50">
        <w:rPr>
          <w:rFonts w:cs="Times New Roman"/>
          <w:b/>
          <w:bCs/>
          <w:szCs w:val="24"/>
        </w:rPr>
        <w:t xml:space="preserve">5.6. </w:t>
      </w:r>
      <w:proofErr w:type="spellStart"/>
      <w:r w:rsidRPr="00563B50">
        <w:rPr>
          <w:rFonts w:cs="Times New Roman"/>
          <w:b/>
          <w:bCs/>
          <w:szCs w:val="24"/>
        </w:rPr>
        <w:t>Regimul</w:t>
      </w:r>
      <w:proofErr w:type="spellEnd"/>
      <w:r w:rsidRPr="00563B50">
        <w:rPr>
          <w:rFonts w:cs="Times New Roman"/>
          <w:b/>
          <w:bCs/>
          <w:szCs w:val="24"/>
        </w:rPr>
        <w:t xml:space="preserve"> </w:t>
      </w:r>
      <w:proofErr w:type="spellStart"/>
      <w:r w:rsidRPr="00563B50">
        <w:rPr>
          <w:rFonts w:cs="Times New Roman"/>
          <w:b/>
          <w:bCs/>
          <w:szCs w:val="24"/>
        </w:rPr>
        <w:t>aplicabil</w:t>
      </w:r>
      <w:proofErr w:type="spellEnd"/>
      <w:r w:rsidRPr="00563B50">
        <w:rPr>
          <w:rFonts w:cs="Times New Roman"/>
          <w:b/>
          <w:bCs/>
          <w:szCs w:val="24"/>
        </w:rPr>
        <w:t xml:space="preserve"> </w:t>
      </w:r>
      <w:proofErr w:type="spellStart"/>
      <w:r w:rsidRPr="00563B50">
        <w:rPr>
          <w:rFonts w:cs="Times New Roman"/>
          <w:b/>
          <w:bCs/>
          <w:szCs w:val="24"/>
        </w:rPr>
        <w:t>instituțiilor</w:t>
      </w:r>
      <w:proofErr w:type="spellEnd"/>
      <w:r w:rsidRPr="00563B50">
        <w:rPr>
          <w:rFonts w:cs="Times New Roman"/>
          <w:b/>
          <w:bCs/>
          <w:szCs w:val="24"/>
        </w:rPr>
        <w:t xml:space="preserve"> din </w:t>
      </w:r>
      <w:proofErr w:type="spellStart"/>
      <w:r w:rsidRPr="00563B50">
        <w:rPr>
          <w:rFonts w:cs="Times New Roman"/>
          <w:b/>
          <w:bCs/>
          <w:szCs w:val="24"/>
        </w:rPr>
        <w:t>subordine</w:t>
      </w:r>
      <w:proofErr w:type="spellEnd"/>
      <w:r w:rsidRPr="00563B50">
        <w:rPr>
          <w:rFonts w:cs="Times New Roman"/>
          <w:b/>
          <w:bCs/>
          <w:szCs w:val="24"/>
        </w:rPr>
        <w:t xml:space="preserve"> </w:t>
      </w:r>
      <w:proofErr w:type="spellStart"/>
      <w:r w:rsidRPr="00563B50">
        <w:rPr>
          <w:rFonts w:cs="Times New Roman"/>
          <w:b/>
          <w:bCs/>
          <w:szCs w:val="24"/>
        </w:rPr>
        <w:t>și</w:t>
      </w:r>
      <w:proofErr w:type="spellEnd"/>
      <w:r w:rsidRPr="00563B50">
        <w:rPr>
          <w:rFonts w:cs="Times New Roman"/>
          <w:b/>
          <w:bCs/>
          <w:szCs w:val="24"/>
        </w:rPr>
        <w:t xml:space="preserve"> </w:t>
      </w:r>
      <w:proofErr w:type="spellStart"/>
      <w:r w:rsidRPr="00563B50">
        <w:rPr>
          <w:rFonts w:cs="Times New Roman"/>
          <w:b/>
          <w:bCs/>
          <w:szCs w:val="24"/>
        </w:rPr>
        <w:t>entităților</w:t>
      </w:r>
      <w:proofErr w:type="spellEnd"/>
      <w:r w:rsidRPr="00563B50">
        <w:rPr>
          <w:rFonts w:cs="Times New Roman"/>
          <w:b/>
          <w:bCs/>
          <w:szCs w:val="24"/>
        </w:rPr>
        <w:t xml:space="preserve"> cu management extern (</w:t>
      </w:r>
      <w:proofErr w:type="spellStart"/>
      <w:r w:rsidRPr="00563B50">
        <w:rPr>
          <w:rFonts w:cs="Times New Roman"/>
          <w:b/>
          <w:bCs/>
          <w:szCs w:val="24"/>
        </w:rPr>
        <w:t>Specificat</w:t>
      </w:r>
      <w:proofErr w:type="spellEnd"/>
      <w:r w:rsidRPr="00563B50">
        <w:rPr>
          <w:rFonts w:cs="Times New Roman"/>
          <w:b/>
          <w:bCs/>
          <w:szCs w:val="24"/>
        </w:rPr>
        <w:t xml:space="preserve"> </w:t>
      </w:r>
      <w:proofErr w:type="spellStart"/>
      <w:r w:rsidRPr="00563B50">
        <w:rPr>
          <w:rFonts w:cs="Times New Roman"/>
          <w:b/>
          <w:bCs/>
          <w:szCs w:val="24"/>
        </w:rPr>
        <w:t>pentru</w:t>
      </w:r>
      <w:proofErr w:type="spellEnd"/>
      <w:r w:rsidRPr="00563B50">
        <w:rPr>
          <w:rFonts w:cs="Times New Roman"/>
          <w:b/>
          <w:bCs/>
          <w:szCs w:val="24"/>
        </w:rPr>
        <w:t xml:space="preserve"> </w:t>
      </w:r>
      <w:proofErr w:type="spellStart"/>
      <w:r w:rsidRPr="00563B50">
        <w:rPr>
          <w:rFonts w:cs="Times New Roman"/>
          <w:b/>
          <w:bCs/>
          <w:szCs w:val="24"/>
        </w:rPr>
        <w:t>efectivul</w:t>
      </w:r>
      <w:proofErr w:type="spellEnd"/>
      <w:r w:rsidRPr="00563B50">
        <w:rPr>
          <w:rFonts w:cs="Times New Roman"/>
          <w:b/>
          <w:bCs/>
          <w:szCs w:val="24"/>
        </w:rPr>
        <w:t xml:space="preserve"> </w:t>
      </w:r>
      <w:proofErr w:type="spellStart"/>
      <w:r w:rsidRPr="00563B50">
        <w:rPr>
          <w:rFonts w:cs="Times New Roman"/>
          <w:b/>
          <w:bCs/>
          <w:szCs w:val="24"/>
        </w:rPr>
        <w:t>Mereni</w:t>
      </w:r>
      <w:proofErr w:type="spellEnd"/>
      <w:r w:rsidRPr="00563B50">
        <w:rPr>
          <w:rFonts w:cs="Times New Roman"/>
          <w:b/>
          <w:bCs/>
          <w:szCs w:val="24"/>
        </w:rPr>
        <w:t>)</w:t>
      </w:r>
    </w:p>
    <w:p w14:paraId="726D65C4" w14:textId="77777777" w:rsidR="00EE7ED3" w:rsidRPr="00563B50" w:rsidRDefault="00000000" w:rsidP="00A1426E">
      <w:pPr>
        <w:jc w:val="both"/>
        <w:rPr>
          <w:rFonts w:cs="Times New Roman"/>
          <w:szCs w:val="24"/>
        </w:rPr>
      </w:pPr>
      <w:r w:rsidRPr="00563B50">
        <w:rPr>
          <w:rFonts w:cs="Times New Roman"/>
          <w:szCs w:val="24"/>
        </w:rPr>
        <w:t xml:space="preserve">(1) </w:t>
      </w:r>
      <w:proofErr w:type="spellStart"/>
      <w:r w:rsidRPr="00563B50">
        <w:rPr>
          <w:rFonts w:cs="Times New Roman"/>
          <w:szCs w:val="24"/>
        </w:rPr>
        <w:t>Conducătorii</w:t>
      </w:r>
      <w:proofErr w:type="spellEnd"/>
      <w:r w:rsidRPr="00563B50">
        <w:rPr>
          <w:rFonts w:cs="Times New Roman"/>
          <w:szCs w:val="24"/>
        </w:rPr>
        <w:t xml:space="preserve"> </w:t>
      </w:r>
      <w:proofErr w:type="spellStart"/>
      <w:r w:rsidRPr="00563B50">
        <w:rPr>
          <w:rFonts w:cs="Times New Roman"/>
          <w:szCs w:val="24"/>
        </w:rPr>
        <w:t>instituțiilor</w:t>
      </w:r>
      <w:proofErr w:type="spellEnd"/>
      <w:r w:rsidRPr="00563B50">
        <w:rPr>
          <w:rFonts w:cs="Times New Roman"/>
          <w:szCs w:val="24"/>
        </w:rPr>
        <w:t xml:space="preserve"> din </w:t>
      </w:r>
      <w:proofErr w:type="spellStart"/>
      <w:r w:rsidRPr="00563B50">
        <w:rPr>
          <w:rFonts w:cs="Times New Roman"/>
          <w:szCs w:val="24"/>
        </w:rPr>
        <w:t>subordinea</w:t>
      </w:r>
      <w:proofErr w:type="spellEnd"/>
      <w:r w:rsidRPr="00563B50">
        <w:rPr>
          <w:rFonts w:cs="Times New Roman"/>
          <w:szCs w:val="24"/>
        </w:rPr>
        <w:t xml:space="preserve"> </w:t>
      </w:r>
      <w:proofErr w:type="spellStart"/>
      <w:r w:rsidRPr="00563B50">
        <w:rPr>
          <w:rFonts w:cs="Times New Roman"/>
          <w:szCs w:val="24"/>
        </w:rPr>
        <w:t>directă</w:t>
      </w:r>
      <w:proofErr w:type="spellEnd"/>
      <w:r w:rsidRPr="00563B50">
        <w:rPr>
          <w:rFonts w:cs="Times New Roman"/>
          <w:szCs w:val="24"/>
        </w:rPr>
        <w:t xml:space="preserve"> a </w:t>
      </w:r>
      <w:proofErr w:type="spellStart"/>
      <w:r w:rsidRPr="00563B50">
        <w:rPr>
          <w:rFonts w:cs="Times New Roman"/>
          <w:szCs w:val="24"/>
        </w:rPr>
        <w:t>Aparatului</w:t>
      </w:r>
      <w:proofErr w:type="spellEnd"/>
      <w:r w:rsidRPr="00563B50">
        <w:rPr>
          <w:rFonts w:cs="Times New Roman"/>
          <w:szCs w:val="24"/>
        </w:rPr>
        <w:t xml:space="preserve"> </w:t>
      </w:r>
      <w:proofErr w:type="spellStart"/>
      <w:r w:rsidRPr="00563B50">
        <w:rPr>
          <w:rFonts w:cs="Times New Roman"/>
          <w:szCs w:val="24"/>
        </w:rPr>
        <w:t>Primăriei</w:t>
      </w:r>
      <w:proofErr w:type="spellEnd"/>
      <w:r w:rsidRPr="00563B50">
        <w:rPr>
          <w:rFonts w:cs="Times New Roman"/>
          <w:szCs w:val="24"/>
        </w:rPr>
        <w:t xml:space="preserve">, </w:t>
      </w:r>
      <w:proofErr w:type="spellStart"/>
      <w:r w:rsidRPr="00563B50">
        <w:rPr>
          <w:rFonts w:cs="Times New Roman"/>
          <w:szCs w:val="24"/>
        </w:rPr>
        <w:t>lipsite</w:t>
      </w:r>
      <w:proofErr w:type="spellEnd"/>
      <w:r w:rsidRPr="00563B50">
        <w:rPr>
          <w:rFonts w:cs="Times New Roman"/>
          <w:szCs w:val="24"/>
        </w:rPr>
        <w:t xml:space="preserve"> de </w:t>
      </w:r>
      <w:proofErr w:type="spellStart"/>
      <w:r w:rsidRPr="00563B50">
        <w:rPr>
          <w:rFonts w:cs="Times New Roman"/>
          <w:szCs w:val="24"/>
        </w:rPr>
        <w:t>personalitate</w:t>
      </w:r>
      <w:proofErr w:type="spellEnd"/>
      <w:r w:rsidRPr="00563B50">
        <w:rPr>
          <w:rFonts w:cs="Times New Roman"/>
          <w:szCs w:val="24"/>
        </w:rPr>
        <w:t xml:space="preserve"> </w:t>
      </w:r>
      <w:proofErr w:type="spellStart"/>
      <w:r w:rsidRPr="00563B50">
        <w:rPr>
          <w:rFonts w:cs="Times New Roman"/>
          <w:szCs w:val="24"/>
        </w:rPr>
        <w:t>juridică</w:t>
      </w:r>
      <w:proofErr w:type="spellEnd"/>
      <w:r w:rsidRPr="00563B50">
        <w:rPr>
          <w:rFonts w:cs="Times New Roman"/>
          <w:szCs w:val="24"/>
        </w:rPr>
        <w:t xml:space="preserve"> </w:t>
      </w:r>
      <w:proofErr w:type="spellStart"/>
      <w:r w:rsidRPr="00563B50">
        <w:rPr>
          <w:rFonts w:cs="Times New Roman"/>
          <w:szCs w:val="24"/>
        </w:rPr>
        <w:t>proprie</w:t>
      </w:r>
      <w:proofErr w:type="spellEnd"/>
      <w:r w:rsidRPr="00563B50">
        <w:rPr>
          <w:rFonts w:cs="Times New Roman"/>
          <w:szCs w:val="24"/>
        </w:rPr>
        <w:t xml:space="preserve">, enumerate </w:t>
      </w:r>
      <w:proofErr w:type="spellStart"/>
      <w:r w:rsidRPr="00563B50">
        <w:rPr>
          <w:rFonts w:cs="Times New Roman"/>
          <w:szCs w:val="24"/>
        </w:rPr>
        <w:t>mai</w:t>
      </w:r>
      <w:proofErr w:type="spellEnd"/>
      <w:r w:rsidRPr="00563B50">
        <w:rPr>
          <w:rFonts w:cs="Times New Roman"/>
          <w:szCs w:val="24"/>
        </w:rPr>
        <w:t xml:space="preserve"> </w:t>
      </w:r>
      <w:proofErr w:type="spellStart"/>
      <w:r w:rsidRPr="00563B50">
        <w:rPr>
          <w:rFonts w:cs="Times New Roman"/>
          <w:szCs w:val="24"/>
        </w:rPr>
        <w:t>jos</w:t>
      </w:r>
      <w:proofErr w:type="spellEnd"/>
      <w:r w:rsidRPr="00563B50">
        <w:rPr>
          <w:rFonts w:cs="Times New Roman"/>
          <w:szCs w:val="24"/>
        </w:rPr>
        <w:t xml:space="preserve">, </w:t>
      </w:r>
      <w:proofErr w:type="spellStart"/>
      <w:r w:rsidRPr="00563B50">
        <w:rPr>
          <w:rFonts w:cs="Times New Roman"/>
          <w:szCs w:val="24"/>
        </w:rPr>
        <w:t>asigură</w:t>
      </w:r>
      <w:proofErr w:type="spellEnd"/>
      <w:r w:rsidRPr="00563B50">
        <w:rPr>
          <w:rFonts w:cs="Times New Roman"/>
          <w:szCs w:val="24"/>
        </w:rPr>
        <w:t xml:space="preserve"> </w:t>
      </w:r>
      <w:proofErr w:type="spellStart"/>
      <w:r w:rsidRPr="00563B50">
        <w:rPr>
          <w:rFonts w:cs="Times New Roman"/>
          <w:szCs w:val="24"/>
        </w:rPr>
        <w:t>implementarea</w:t>
      </w:r>
      <w:proofErr w:type="spellEnd"/>
      <w:r w:rsidRPr="00563B50">
        <w:rPr>
          <w:rFonts w:cs="Times New Roman"/>
          <w:szCs w:val="24"/>
        </w:rPr>
        <w:t xml:space="preserve"> </w:t>
      </w:r>
      <w:proofErr w:type="spellStart"/>
      <w:r w:rsidRPr="00563B50">
        <w:rPr>
          <w:rFonts w:cs="Times New Roman"/>
          <w:szCs w:val="24"/>
        </w:rPr>
        <w:t>prezent</w:t>
      </w:r>
      <w:proofErr w:type="spellEnd"/>
      <w:r>
        <w:rPr>
          <w:rFonts w:cs="Times New Roman"/>
          <w:szCs w:val="24"/>
          <w:lang w:val="ro-RO"/>
        </w:rPr>
        <w:t>ului</w:t>
      </w:r>
      <w:r w:rsidRPr="00563B50">
        <w:rPr>
          <w:rFonts w:cs="Times New Roman"/>
          <w:szCs w:val="24"/>
        </w:rPr>
        <w:t xml:space="preserve"> </w:t>
      </w:r>
      <w:r>
        <w:rPr>
          <w:rFonts w:cs="Times New Roman"/>
          <w:szCs w:val="24"/>
          <w:lang w:val="ro-RO"/>
        </w:rPr>
        <w:t>Regulament</w:t>
      </w:r>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interiorul</w:t>
      </w:r>
      <w:proofErr w:type="spellEnd"/>
      <w:r w:rsidRPr="00563B50">
        <w:rPr>
          <w:rFonts w:cs="Times New Roman"/>
          <w:szCs w:val="24"/>
        </w:rPr>
        <w:t xml:space="preserve"> </w:t>
      </w:r>
      <w:proofErr w:type="spellStart"/>
      <w:r w:rsidRPr="00563B50">
        <w:rPr>
          <w:rFonts w:cs="Times New Roman"/>
          <w:szCs w:val="24"/>
        </w:rPr>
        <w:t>unității</w:t>
      </w:r>
      <w:proofErr w:type="spellEnd"/>
      <w:r w:rsidRPr="00563B50">
        <w:rPr>
          <w:rFonts w:cs="Times New Roman"/>
          <w:szCs w:val="24"/>
        </w:rPr>
        <w:t xml:space="preserve"> administrate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răspund</w:t>
      </w:r>
      <w:proofErr w:type="spellEnd"/>
      <w:r w:rsidRPr="00563B50">
        <w:rPr>
          <w:rFonts w:cs="Times New Roman"/>
          <w:szCs w:val="24"/>
        </w:rPr>
        <w:t xml:space="preserve"> personal de </w:t>
      </w:r>
      <w:proofErr w:type="spellStart"/>
      <w:r w:rsidRPr="00563B50">
        <w:rPr>
          <w:rFonts w:cs="Times New Roman"/>
          <w:szCs w:val="24"/>
        </w:rPr>
        <w:t>instruirea</w:t>
      </w:r>
      <w:proofErr w:type="spellEnd"/>
      <w:r w:rsidRPr="00563B50">
        <w:rPr>
          <w:rFonts w:cs="Times New Roman"/>
          <w:szCs w:val="24"/>
        </w:rPr>
        <w:t xml:space="preserve"> </w:t>
      </w:r>
      <w:proofErr w:type="spellStart"/>
      <w:r w:rsidRPr="00563B50">
        <w:rPr>
          <w:rFonts w:cs="Times New Roman"/>
          <w:szCs w:val="24"/>
        </w:rPr>
        <w:t>angajaților</w:t>
      </w:r>
      <w:proofErr w:type="spellEnd"/>
      <w:r w:rsidRPr="00563B50">
        <w:rPr>
          <w:rFonts w:cs="Times New Roman"/>
          <w:szCs w:val="24"/>
        </w:rPr>
        <w:t xml:space="preserve"> </w:t>
      </w:r>
      <w:proofErr w:type="spellStart"/>
      <w:r w:rsidRPr="00563B50">
        <w:rPr>
          <w:rFonts w:cs="Times New Roman"/>
          <w:szCs w:val="24"/>
        </w:rPr>
        <w:t>proprii</w:t>
      </w:r>
      <w:proofErr w:type="spellEnd"/>
      <w:r w:rsidRPr="00563B50">
        <w:rPr>
          <w:rFonts w:cs="Times New Roman"/>
          <w:szCs w:val="24"/>
        </w:rPr>
        <w:t>:</w:t>
      </w:r>
    </w:p>
    <w:p w14:paraId="69E5F5A7" w14:textId="77777777" w:rsidR="00EE7ED3" w:rsidRPr="00563B50" w:rsidRDefault="00000000">
      <w:pPr>
        <w:numPr>
          <w:ilvl w:val="0"/>
          <w:numId w:val="8"/>
        </w:numPr>
        <w:rPr>
          <w:rFonts w:cs="Times New Roman"/>
          <w:szCs w:val="24"/>
        </w:rPr>
      </w:pPr>
      <w:proofErr w:type="spellStart"/>
      <w:r w:rsidRPr="00563B50">
        <w:rPr>
          <w:rFonts w:cs="Times New Roman"/>
          <w:b/>
          <w:bCs/>
          <w:szCs w:val="24"/>
        </w:rPr>
        <w:t>Centrul</w:t>
      </w:r>
      <w:proofErr w:type="spellEnd"/>
      <w:r w:rsidRPr="00563B50">
        <w:rPr>
          <w:rFonts w:cs="Times New Roman"/>
          <w:b/>
          <w:bCs/>
          <w:szCs w:val="24"/>
        </w:rPr>
        <w:t xml:space="preserve"> Cultural </w:t>
      </w:r>
      <w:proofErr w:type="spellStart"/>
      <w:r w:rsidRPr="00563B50">
        <w:rPr>
          <w:rFonts w:cs="Times New Roman"/>
          <w:b/>
          <w:bCs/>
          <w:szCs w:val="24"/>
        </w:rPr>
        <w:t>Mereni</w:t>
      </w:r>
      <w:proofErr w:type="spellEnd"/>
      <w:r w:rsidRPr="00563B50">
        <w:rPr>
          <w:rFonts w:cs="Times New Roman"/>
          <w:szCs w:val="24"/>
        </w:rPr>
        <w:t>;</w:t>
      </w:r>
    </w:p>
    <w:p w14:paraId="360E05C6" w14:textId="77777777" w:rsidR="00EE7ED3" w:rsidRPr="00563B50" w:rsidRDefault="00000000">
      <w:pPr>
        <w:numPr>
          <w:ilvl w:val="0"/>
          <w:numId w:val="8"/>
        </w:numPr>
        <w:rPr>
          <w:rFonts w:cs="Times New Roman"/>
          <w:szCs w:val="24"/>
        </w:rPr>
      </w:pPr>
      <w:proofErr w:type="spellStart"/>
      <w:r w:rsidRPr="00563B50">
        <w:rPr>
          <w:rFonts w:cs="Times New Roman"/>
          <w:b/>
          <w:bCs/>
          <w:szCs w:val="24"/>
        </w:rPr>
        <w:t>Muzeul</w:t>
      </w:r>
      <w:proofErr w:type="spellEnd"/>
      <w:r w:rsidRPr="00563B50">
        <w:rPr>
          <w:rFonts w:cs="Times New Roman"/>
          <w:b/>
          <w:bCs/>
          <w:szCs w:val="24"/>
        </w:rPr>
        <w:t xml:space="preserve"> </w:t>
      </w:r>
      <w:proofErr w:type="spellStart"/>
      <w:r w:rsidRPr="00563B50">
        <w:rPr>
          <w:rFonts w:cs="Times New Roman"/>
          <w:b/>
          <w:bCs/>
          <w:szCs w:val="24"/>
        </w:rPr>
        <w:t>Mereni</w:t>
      </w:r>
      <w:proofErr w:type="spellEnd"/>
      <w:r w:rsidRPr="00563B50">
        <w:rPr>
          <w:rFonts w:cs="Times New Roman"/>
          <w:szCs w:val="24"/>
        </w:rPr>
        <w:t>;</w:t>
      </w:r>
    </w:p>
    <w:p w14:paraId="53004B4E" w14:textId="77777777" w:rsidR="00EE7ED3" w:rsidRPr="00563B50" w:rsidRDefault="00000000">
      <w:pPr>
        <w:numPr>
          <w:ilvl w:val="0"/>
          <w:numId w:val="8"/>
        </w:numPr>
        <w:rPr>
          <w:rFonts w:cs="Times New Roman"/>
          <w:szCs w:val="24"/>
        </w:rPr>
      </w:pPr>
      <w:proofErr w:type="spellStart"/>
      <w:r w:rsidRPr="00563B50">
        <w:rPr>
          <w:rFonts w:cs="Times New Roman"/>
          <w:b/>
          <w:bCs/>
          <w:szCs w:val="24"/>
        </w:rPr>
        <w:t>Biblioteca</w:t>
      </w:r>
      <w:proofErr w:type="spellEnd"/>
      <w:r w:rsidRPr="00563B50">
        <w:rPr>
          <w:rFonts w:cs="Times New Roman"/>
          <w:b/>
          <w:bCs/>
          <w:szCs w:val="24"/>
        </w:rPr>
        <w:t xml:space="preserve"> </w:t>
      </w:r>
      <w:proofErr w:type="spellStart"/>
      <w:r w:rsidRPr="00563B50">
        <w:rPr>
          <w:rFonts w:cs="Times New Roman"/>
          <w:b/>
          <w:bCs/>
          <w:szCs w:val="24"/>
        </w:rPr>
        <w:t>Mereni</w:t>
      </w:r>
      <w:proofErr w:type="spellEnd"/>
      <w:r w:rsidRPr="00563B50">
        <w:rPr>
          <w:rFonts w:cs="Times New Roman"/>
          <w:szCs w:val="24"/>
        </w:rPr>
        <w:t>.</w:t>
      </w:r>
    </w:p>
    <w:p w14:paraId="4D55C906" w14:textId="77777777" w:rsidR="00EE7ED3" w:rsidRPr="009F7DD4" w:rsidRDefault="00000000" w:rsidP="009F7DD4">
      <w:pPr>
        <w:jc w:val="both"/>
        <w:rPr>
          <w:rFonts w:cs="Times New Roman"/>
          <w:szCs w:val="24"/>
        </w:rPr>
      </w:pPr>
      <w:r w:rsidRPr="00563B50">
        <w:rPr>
          <w:rFonts w:cs="Times New Roman"/>
          <w:szCs w:val="24"/>
        </w:rPr>
        <w:t xml:space="preserve">(2) </w:t>
      </w:r>
      <w:proofErr w:type="spellStart"/>
      <w:r w:rsidRPr="00563B50">
        <w:rPr>
          <w:rFonts w:cs="Times New Roman"/>
          <w:szCs w:val="24"/>
        </w:rPr>
        <w:t>Relațiile</w:t>
      </w:r>
      <w:proofErr w:type="spellEnd"/>
      <w:r w:rsidRPr="00563B50">
        <w:rPr>
          <w:rFonts w:cs="Times New Roman"/>
          <w:szCs w:val="24"/>
        </w:rPr>
        <w:t xml:space="preserve"> de </w:t>
      </w:r>
      <w:proofErr w:type="spellStart"/>
      <w:r w:rsidRPr="00563B50">
        <w:rPr>
          <w:rFonts w:cs="Times New Roman"/>
          <w:szCs w:val="24"/>
        </w:rPr>
        <w:t>schimb</w:t>
      </w:r>
      <w:proofErr w:type="spellEnd"/>
      <w:r w:rsidRPr="00563B50">
        <w:rPr>
          <w:rFonts w:cs="Times New Roman"/>
          <w:szCs w:val="24"/>
        </w:rPr>
        <w:t xml:space="preserve"> de date cu </w:t>
      </w:r>
      <w:proofErr w:type="spellStart"/>
      <w:r w:rsidRPr="00563B50">
        <w:rPr>
          <w:rFonts w:cs="Times New Roman"/>
          <w:szCs w:val="24"/>
        </w:rPr>
        <w:t>instituția</w:t>
      </w:r>
      <w:proofErr w:type="spellEnd"/>
      <w:r w:rsidRPr="00563B50">
        <w:rPr>
          <w:rFonts w:cs="Times New Roman"/>
          <w:szCs w:val="24"/>
        </w:rPr>
        <w:t xml:space="preserve"> de </w:t>
      </w:r>
      <w:proofErr w:type="spellStart"/>
      <w:r w:rsidRPr="00563B50">
        <w:rPr>
          <w:rFonts w:cs="Times New Roman"/>
          <w:szCs w:val="24"/>
        </w:rPr>
        <w:t>învățământ</w:t>
      </w:r>
      <w:proofErr w:type="spellEnd"/>
      <w:r w:rsidRPr="00563B50">
        <w:rPr>
          <w:rFonts w:cs="Times New Roman"/>
          <w:szCs w:val="24"/>
        </w:rPr>
        <w:t xml:space="preserve"> </w:t>
      </w:r>
      <w:proofErr w:type="spellStart"/>
      <w:r w:rsidRPr="00563B50">
        <w:rPr>
          <w:rFonts w:cs="Times New Roman"/>
          <w:szCs w:val="24"/>
        </w:rPr>
        <w:t>timpurie</w:t>
      </w:r>
      <w:proofErr w:type="spellEnd"/>
      <w:r w:rsidRPr="00563B50">
        <w:rPr>
          <w:rFonts w:cs="Times New Roman"/>
          <w:szCs w:val="24"/>
        </w:rPr>
        <w:t xml:space="preserve"> </w:t>
      </w:r>
      <w:proofErr w:type="spellStart"/>
      <w:r w:rsidRPr="00563B50">
        <w:rPr>
          <w:rFonts w:cs="Times New Roman"/>
          <w:b/>
          <w:bCs/>
          <w:szCs w:val="24"/>
        </w:rPr>
        <w:t>Grădinița</w:t>
      </w:r>
      <w:proofErr w:type="spellEnd"/>
      <w:r w:rsidRPr="00563B50">
        <w:rPr>
          <w:rFonts w:cs="Times New Roman"/>
          <w:b/>
          <w:bCs/>
          <w:szCs w:val="24"/>
        </w:rPr>
        <w:t xml:space="preserve"> „</w:t>
      </w:r>
      <w:proofErr w:type="spellStart"/>
      <w:r w:rsidRPr="00563B50">
        <w:rPr>
          <w:rFonts w:cs="Times New Roman"/>
          <w:b/>
          <w:bCs/>
          <w:szCs w:val="24"/>
        </w:rPr>
        <w:t>Andrieș</w:t>
      </w:r>
      <w:proofErr w:type="spellEnd"/>
      <w:r w:rsidRPr="00563B50">
        <w:rPr>
          <w:rFonts w:cs="Times New Roman"/>
          <w:b/>
          <w:bCs/>
          <w:szCs w:val="24"/>
        </w:rPr>
        <w:t xml:space="preserve">” </w:t>
      </w:r>
      <w:proofErr w:type="spellStart"/>
      <w:r w:rsidRPr="00563B50">
        <w:rPr>
          <w:rFonts w:cs="Times New Roman"/>
          <w:b/>
          <w:bCs/>
          <w:szCs w:val="24"/>
        </w:rPr>
        <w:t>Mereni</w:t>
      </w:r>
      <w:proofErr w:type="spellEnd"/>
      <w:r w:rsidRPr="00563B50">
        <w:rPr>
          <w:rFonts w:cs="Times New Roman"/>
          <w:szCs w:val="24"/>
        </w:rPr>
        <w:t xml:space="preserve"> </w:t>
      </w:r>
      <w:r>
        <w:rPr>
          <w:rFonts w:cs="Times New Roman"/>
          <w:szCs w:val="24"/>
          <w:lang w:val="ro-RO"/>
        </w:rPr>
        <w:t xml:space="preserve"> și cu </w:t>
      </w:r>
      <w:proofErr w:type="spellStart"/>
      <w:r w:rsidRPr="00563B50">
        <w:rPr>
          <w:rFonts w:cs="Times New Roman"/>
          <w:b/>
          <w:bCs/>
          <w:szCs w:val="24"/>
        </w:rPr>
        <w:t>Școala</w:t>
      </w:r>
      <w:proofErr w:type="spellEnd"/>
      <w:r w:rsidRPr="00563B50">
        <w:rPr>
          <w:rFonts w:cs="Times New Roman"/>
          <w:b/>
          <w:bCs/>
          <w:szCs w:val="24"/>
        </w:rPr>
        <w:t xml:space="preserve"> de Arte </w:t>
      </w:r>
      <w:proofErr w:type="spellStart"/>
      <w:r w:rsidRPr="00563B50">
        <w:rPr>
          <w:rFonts w:cs="Times New Roman"/>
          <w:b/>
          <w:bCs/>
          <w:szCs w:val="24"/>
        </w:rPr>
        <w:t>Mereni</w:t>
      </w:r>
      <w:proofErr w:type="spellEnd"/>
      <w:r>
        <w:rPr>
          <w:rFonts w:cs="Times New Roman"/>
          <w:szCs w:val="24"/>
          <w:lang w:val="ro-RO"/>
        </w:rPr>
        <w:t xml:space="preserve">, </w:t>
      </w:r>
      <w:r w:rsidRPr="009F7DD4">
        <w:rPr>
          <w:rFonts w:cs="Times New Roman"/>
          <w:szCs w:val="24"/>
        </w:rPr>
        <w:t xml:space="preserve">se </w:t>
      </w:r>
      <w:proofErr w:type="spellStart"/>
      <w:r w:rsidRPr="009F7DD4">
        <w:rPr>
          <w:rFonts w:cs="Times New Roman"/>
          <w:szCs w:val="24"/>
        </w:rPr>
        <w:t>bazează</w:t>
      </w:r>
      <w:proofErr w:type="spellEnd"/>
      <w:r w:rsidRPr="009F7DD4">
        <w:rPr>
          <w:rFonts w:cs="Times New Roman"/>
          <w:szCs w:val="24"/>
        </w:rPr>
        <w:t xml:space="preserve"> pe </w:t>
      </w:r>
      <w:proofErr w:type="spellStart"/>
      <w:r w:rsidRPr="009F7DD4">
        <w:rPr>
          <w:rFonts w:cs="Times New Roman"/>
          <w:szCs w:val="24"/>
        </w:rPr>
        <w:t>principiul</w:t>
      </w:r>
      <w:proofErr w:type="spellEnd"/>
      <w:r w:rsidRPr="009F7DD4">
        <w:rPr>
          <w:rFonts w:cs="Times New Roman"/>
          <w:szCs w:val="24"/>
        </w:rPr>
        <w:t xml:space="preserve"> </w:t>
      </w:r>
      <w:proofErr w:type="spellStart"/>
      <w:r w:rsidRPr="009F7DD4">
        <w:rPr>
          <w:rFonts w:cs="Times New Roman"/>
          <w:szCs w:val="24"/>
        </w:rPr>
        <w:t>independenței</w:t>
      </w:r>
      <w:proofErr w:type="spellEnd"/>
      <w:r w:rsidRPr="009F7DD4">
        <w:rPr>
          <w:rFonts w:cs="Times New Roman"/>
          <w:szCs w:val="24"/>
        </w:rPr>
        <w:t xml:space="preserve"> de operator. </w:t>
      </w:r>
      <w:proofErr w:type="spellStart"/>
      <w:r w:rsidRPr="009F7DD4">
        <w:rPr>
          <w:rFonts w:cs="Times New Roman"/>
          <w:szCs w:val="24"/>
        </w:rPr>
        <w:t>Transmiterea</w:t>
      </w:r>
      <w:proofErr w:type="spellEnd"/>
      <w:r w:rsidRPr="009F7DD4">
        <w:rPr>
          <w:rFonts w:cs="Times New Roman"/>
          <w:szCs w:val="24"/>
        </w:rPr>
        <w:t xml:space="preserve"> </w:t>
      </w:r>
      <w:proofErr w:type="spellStart"/>
      <w:r w:rsidRPr="009F7DD4">
        <w:rPr>
          <w:rFonts w:cs="Times New Roman"/>
          <w:szCs w:val="24"/>
        </w:rPr>
        <w:t>datelor</w:t>
      </w:r>
      <w:proofErr w:type="spellEnd"/>
      <w:r w:rsidRPr="009F7DD4">
        <w:rPr>
          <w:rFonts w:cs="Times New Roman"/>
          <w:szCs w:val="24"/>
        </w:rPr>
        <w:t xml:space="preserve"> cu </w:t>
      </w:r>
      <w:proofErr w:type="spellStart"/>
      <w:r w:rsidRPr="009F7DD4">
        <w:rPr>
          <w:rFonts w:cs="Times New Roman"/>
          <w:szCs w:val="24"/>
        </w:rPr>
        <w:t>caracter</w:t>
      </w:r>
      <w:proofErr w:type="spellEnd"/>
      <w:r w:rsidRPr="009F7DD4">
        <w:rPr>
          <w:rFonts w:cs="Times New Roman"/>
          <w:szCs w:val="24"/>
        </w:rPr>
        <w:t xml:space="preserve"> personal </w:t>
      </w:r>
      <w:proofErr w:type="spellStart"/>
      <w:r w:rsidRPr="009F7DD4">
        <w:rPr>
          <w:rFonts w:cs="Times New Roman"/>
          <w:szCs w:val="24"/>
        </w:rPr>
        <w:t>către</w:t>
      </w:r>
      <w:proofErr w:type="spellEnd"/>
      <w:r w:rsidRPr="009F7DD4">
        <w:rPr>
          <w:rFonts w:cs="Times New Roman"/>
          <w:szCs w:val="24"/>
        </w:rPr>
        <w:t xml:space="preserve"> </w:t>
      </w:r>
      <w:proofErr w:type="spellStart"/>
      <w:r w:rsidRPr="009F7DD4">
        <w:rPr>
          <w:rFonts w:cs="Times New Roman"/>
          <w:szCs w:val="24"/>
        </w:rPr>
        <w:t>această</w:t>
      </w:r>
      <w:proofErr w:type="spellEnd"/>
      <w:r w:rsidRPr="009F7DD4">
        <w:rPr>
          <w:rFonts w:cs="Times New Roman"/>
          <w:szCs w:val="24"/>
        </w:rPr>
        <w:t xml:space="preserve"> </w:t>
      </w:r>
      <w:proofErr w:type="spellStart"/>
      <w:r w:rsidRPr="009F7DD4">
        <w:rPr>
          <w:rFonts w:cs="Times New Roman"/>
          <w:szCs w:val="24"/>
        </w:rPr>
        <w:t>entitate</w:t>
      </w:r>
      <w:proofErr w:type="spellEnd"/>
      <w:r w:rsidRPr="009F7DD4">
        <w:rPr>
          <w:rFonts w:cs="Times New Roman"/>
          <w:szCs w:val="24"/>
        </w:rPr>
        <w:t xml:space="preserve"> se </w:t>
      </w:r>
      <w:proofErr w:type="spellStart"/>
      <w:r w:rsidRPr="009F7DD4">
        <w:rPr>
          <w:rFonts w:cs="Times New Roman"/>
          <w:szCs w:val="24"/>
        </w:rPr>
        <w:t>realizează</w:t>
      </w:r>
      <w:proofErr w:type="spellEnd"/>
      <w:r w:rsidRPr="009F7DD4">
        <w:rPr>
          <w:rFonts w:cs="Times New Roman"/>
          <w:szCs w:val="24"/>
        </w:rPr>
        <w:t xml:space="preserve"> </w:t>
      </w:r>
      <w:proofErr w:type="spellStart"/>
      <w:r w:rsidRPr="009F7DD4">
        <w:rPr>
          <w:rFonts w:cs="Times New Roman"/>
          <w:szCs w:val="24"/>
        </w:rPr>
        <w:t>exclusiv</w:t>
      </w:r>
      <w:proofErr w:type="spellEnd"/>
      <w:r w:rsidRPr="009F7DD4">
        <w:rPr>
          <w:rFonts w:cs="Times New Roman"/>
          <w:szCs w:val="24"/>
        </w:rPr>
        <w:t xml:space="preserve"> </w:t>
      </w:r>
      <w:proofErr w:type="spellStart"/>
      <w:r w:rsidRPr="009F7DD4">
        <w:rPr>
          <w:rFonts w:cs="Times New Roman"/>
          <w:szCs w:val="24"/>
        </w:rPr>
        <w:t>în</w:t>
      </w:r>
      <w:proofErr w:type="spellEnd"/>
      <w:r w:rsidRPr="009F7DD4">
        <w:rPr>
          <w:rFonts w:cs="Times New Roman"/>
          <w:szCs w:val="24"/>
        </w:rPr>
        <w:t xml:space="preserve"> </w:t>
      </w:r>
      <w:proofErr w:type="spellStart"/>
      <w:r w:rsidRPr="009F7DD4">
        <w:rPr>
          <w:rFonts w:cs="Times New Roman"/>
          <w:szCs w:val="24"/>
        </w:rPr>
        <w:t>baza</w:t>
      </w:r>
      <w:proofErr w:type="spellEnd"/>
      <w:r w:rsidRPr="009F7DD4">
        <w:rPr>
          <w:rFonts w:cs="Times New Roman"/>
          <w:szCs w:val="24"/>
        </w:rPr>
        <w:t xml:space="preserve"> </w:t>
      </w:r>
      <w:proofErr w:type="spellStart"/>
      <w:r w:rsidRPr="009F7DD4">
        <w:rPr>
          <w:rFonts w:cs="Times New Roman"/>
          <w:szCs w:val="24"/>
        </w:rPr>
        <w:t>unor</w:t>
      </w:r>
      <w:proofErr w:type="spellEnd"/>
      <w:r w:rsidRPr="009F7DD4">
        <w:rPr>
          <w:rFonts w:cs="Times New Roman"/>
          <w:szCs w:val="24"/>
        </w:rPr>
        <w:t xml:space="preserve"> </w:t>
      </w:r>
      <w:proofErr w:type="spellStart"/>
      <w:r w:rsidRPr="009F7DD4">
        <w:rPr>
          <w:rFonts w:cs="Times New Roman"/>
          <w:szCs w:val="24"/>
        </w:rPr>
        <w:t>Acorduri</w:t>
      </w:r>
      <w:proofErr w:type="spellEnd"/>
      <w:r w:rsidRPr="009F7DD4">
        <w:rPr>
          <w:rFonts w:cs="Times New Roman"/>
          <w:szCs w:val="24"/>
        </w:rPr>
        <w:t xml:space="preserve"> </w:t>
      </w:r>
      <w:proofErr w:type="spellStart"/>
      <w:r w:rsidRPr="009F7DD4">
        <w:rPr>
          <w:rFonts w:cs="Times New Roman"/>
          <w:szCs w:val="24"/>
        </w:rPr>
        <w:t>bilaterale</w:t>
      </w:r>
      <w:proofErr w:type="spellEnd"/>
      <w:r w:rsidRPr="009F7DD4">
        <w:rPr>
          <w:rFonts w:cs="Times New Roman"/>
          <w:szCs w:val="24"/>
        </w:rPr>
        <w:t xml:space="preserve"> de </w:t>
      </w:r>
      <w:proofErr w:type="spellStart"/>
      <w:r w:rsidRPr="009F7DD4">
        <w:rPr>
          <w:rFonts w:cs="Times New Roman"/>
          <w:szCs w:val="24"/>
        </w:rPr>
        <w:t>Operatori</w:t>
      </w:r>
      <w:proofErr w:type="spellEnd"/>
      <w:r w:rsidRPr="009F7DD4">
        <w:rPr>
          <w:rFonts w:cs="Times New Roman"/>
          <w:szCs w:val="24"/>
        </w:rPr>
        <w:t xml:space="preserve"> </w:t>
      </w:r>
      <w:proofErr w:type="spellStart"/>
      <w:r w:rsidRPr="009F7DD4">
        <w:rPr>
          <w:rFonts w:cs="Times New Roman"/>
          <w:szCs w:val="24"/>
        </w:rPr>
        <w:t>Asociați</w:t>
      </w:r>
      <w:proofErr w:type="spellEnd"/>
      <w:r w:rsidRPr="009F7DD4">
        <w:rPr>
          <w:rFonts w:cs="Times New Roman"/>
          <w:szCs w:val="24"/>
        </w:rPr>
        <w:t xml:space="preserve"> </w:t>
      </w:r>
      <w:proofErr w:type="spellStart"/>
      <w:r w:rsidRPr="009F7DD4">
        <w:rPr>
          <w:rFonts w:cs="Times New Roman"/>
          <w:szCs w:val="24"/>
        </w:rPr>
        <w:t>sau</w:t>
      </w:r>
      <w:proofErr w:type="spellEnd"/>
      <w:r w:rsidRPr="009F7DD4">
        <w:rPr>
          <w:rFonts w:cs="Times New Roman"/>
          <w:szCs w:val="24"/>
        </w:rPr>
        <w:t xml:space="preserve"> </w:t>
      </w:r>
      <w:proofErr w:type="spellStart"/>
      <w:r w:rsidRPr="009F7DD4">
        <w:rPr>
          <w:rFonts w:cs="Times New Roman"/>
          <w:szCs w:val="24"/>
        </w:rPr>
        <w:t>clauze</w:t>
      </w:r>
      <w:proofErr w:type="spellEnd"/>
      <w:r w:rsidRPr="009F7DD4">
        <w:rPr>
          <w:rFonts w:cs="Times New Roman"/>
          <w:szCs w:val="24"/>
        </w:rPr>
        <w:t xml:space="preserve"> </w:t>
      </w:r>
      <w:proofErr w:type="spellStart"/>
      <w:r w:rsidRPr="009F7DD4">
        <w:rPr>
          <w:rFonts w:cs="Times New Roman"/>
          <w:szCs w:val="24"/>
        </w:rPr>
        <w:t>contractuale</w:t>
      </w:r>
      <w:proofErr w:type="spellEnd"/>
      <w:r w:rsidRPr="009F7DD4">
        <w:rPr>
          <w:rFonts w:cs="Times New Roman"/>
          <w:szCs w:val="24"/>
        </w:rPr>
        <w:t xml:space="preserve"> standard integrate </w:t>
      </w:r>
      <w:proofErr w:type="spellStart"/>
      <w:r w:rsidRPr="009F7DD4">
        <w:rPr>
          <w:rFonts w:cs="Times New Roman"/>
          <w:szCs w:val="24"/>
        </w:rPr>
        <w:t>în</w:t>
      </w:r>
      <w:proofErr w:type="spellEnd"/>
      <w:r w:rsidRPr="009F7DD4">
        <w:rPr>
          <w:rFonts w:cs="Times New Roman"/>
          <w:szCs w:val="24"/>
        </w:rPr>
        <w:t xml:space="preserve"> </w:t>
      </w:r>
      <w:proofErr w:type="spellStart"/>
      <w:r w:rsidRPr="009F7DD4">
        <w:rPr>
          <w:rFonts w:cs="Times New Roman"/>
          <w:szCs w:val="24"/>
        </w:rPr>
        <w:t>acordurile</w:t>
      </w:r>
      <w:proofErr w:type="spellEnd"/>
      <w:r w:rsidRPr="009F7DD4">
        <w:rPr>
          <w:rFonts w:cs="Times New Roman"/>
          <w:szCs w:val="24"/>
        </w:rPr>
        <w:t xml:space="preserve"> de </w:t>
      </w:r>
      <w:proofErr w:type="spellStart"/>
      <w:r w:rsidRPr="009F7DD4">
        <w:rPr>
          <w:rFonts w:cs="Times New Roman"/>
          <w:szCs w:val="24"/>
        </w:rPr>
        <w:t>finanțare</w:t>
      </w:r>
      <w:proofErr w:type="spellEnd"/>
      <w:r w:rsidRPr="009F7DD4">
        <w:rPr>
          <w:rFonts w:cs="Times New Roman"/>
          <w:szCs w:val="24"/>
        </w:rPr>
        <w:t>/</w:t>
      </w:r>
      <w:proofErr w:type="spellStart"/>
      <w:r w:rsidRPr="009F7DD4">
        <w:rPr>
          <w:rFonts w:cs="Times New Roman"/>
          <w:szCs w:val="24"/>
        </w:rPr>
        <w:t>parteneriat</w:t>
      </w:r>
      <w:proofErr w:type="spellEnd"/>
      <w:r w:rsidRPr="009F7DD4">
        <w:rPr>
          <w:rFonts w:cs="Times New Roman"/>
          <w:szCs w:val="24"/>
        </w:rPr>
        <w:t xml:space="preserve">, </w:t>
      </w:r>
      <w:proofErr w:type="spellStart"/>
      <w:r w:rsidRPr="009F7DD4">
        <w:rPr>
          <w:rFonts w:cs="Times New Roman"/>
          <w:szCs w:val="24"/>
        </w:rPr>
        <w:t>în</w:t>
      </w:r>
      <w:proofErr w:type="spellEnd"/>
      <w:r w:rsidRPr="009F7DD4">
        <w:rPr>
          <w:rFonts w:cs="Times New Roman"/>
          <w:szCs w:val="24"/>
        </w:rPr>
        <w:t xml:space="preserve"> </w:t>
      </w:r>
      <w:proofErr w:type="spellStart"/>
      <w:r w:rsidRPr="009F7DD4">
        <w:rPr>
          <w:rFonts w:cs="Times New Roman"/>
          <w:szCs w:val="24"/>
        </w:rPr>
        <w:t>conformitate</w:t>
      </w:r>
      <w:proofErr w:type="spellEnd"/>
      <w:r w:rsidRPr="009F7DD4">
        <w:rPr>
          <w:rFonts w:cs="Times New Roman"/>
          <w:szCs w:val="24"/>
        </w:rPr>
        <w:t xml:space="preserve"> cu </w:t>
      </w:r>
      <w:proofErr w:type="spellStart"/>
      <w:r w:rsidRPr="009F7DD4">
        <w:rPr>
          <w:rFonts w:cs="Times New Roman"/>
          <w:szCs w:val="24"/>
        </w:rPr>
        <w:t>prevederile</w:t>
      </w:r>
      <w:proofErr w:type="spellEnd"/>
      <w:r w:rsidRPr="009F7DD4">
        <w:rPr>
          <w:rFonts w:cs="Times New Roman"/>
          <w:szCs w:val="24"/>
        </w:rPr>
        <w:t xml:space="preserve"> </w:t>
      </w:r>
      <w:proofErr w:type="spellStart"/>
      <w:r w:rsidRPr="009F7DD4">
        <w:rPr>
          <w:rFonts w:cs="Times New Roman"/>
          <w:szCs w:val="24"/>
        </w:rPr>
        <w:t>Legii</w:t>
      </w:r>
      <w:proofErr w:type="spellEnd"/>
      <w:r w:rsidRPr="009F7DD4">
        <w:rPr>
          <w:rFonts w:cs="Times New Roman"/>
          <w:szCs w:val="24"/>
        </w:rPr>
        <w:t xml:space="preserve"> nr. 195/2024.</w:t>
      </w:r>
    </w:p>
    <w:p w14:paraId="6F0DD547" w14:textId="77777777" w:rsidR="00EE7ED3" w:rsidRPr="00563B50" w:rsidRDefault="00000000" w:rsidP="00F47714">
      <w:pPr>
        <w:jc w:val="both"/>
        <w:rPr>
          <w:rFonts w:cs="Times New Roman"/>
          <w:szCs w:val="24"/>
        </w:rPr>
      </w:pPr>
      <w:r w:rsidRPr="00563B50">
        <w:rPr>
          <w:rFonts w:cs="Times New Roman"/>
          <w:szCs w:val="24"/>
        </w:rPr>
        <w:lastRenderedPageBreak/>
        <w:t xml:space="preserve">(3) </w:t>
      </w:r>
      <w:proofErr w:type="spellStart"/>
      <w:r w:rsidRPr="00563B50">
        <w:rPr>
          <w:rFonts w:cs="Times New Roman"/>
          <w:szCs w:val="24"/>
        </w:rPr>
        <w:t>Transmiterea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către</w:t>
      </w:r>
      <w:proofErr w:type="spellEnd"/>
      <w:r w:rsidRPr="00563B50">
        <w:rPr>
          <w:rFonts w:cs="Times New Roman"/>
          <w:szCs w:val="24"/>
        </w:rPr>
        <w:t xml:space="preserve"> </w:t>
      </w:r>
      <w:proofErr w:type="spellStart"/>
      <w:r w:rsidRPr="00563B50">
        <w:rPr>
          <w:rFonts w:cs="Times New Roman"/>
          <w:szCs w:val="24"/>
        </w:rPr>
        <w:t>Postul</w:t>
      </w:r>
      <w:proofErr w:type="spellEnd"/>
      <w:r w:rsidRPr="00563B50">
        <w:rPr>
          <w:rFonts w:cs="Times New Roman"/>
          <w:szCs w:val="24"/>
        </w:rPr>
        <w:t xml:space="preserve"> de </w:t>
      </w:r>
      <w:proofErr w:type="spellStart"/>
      <w:r w:rsidRPr="00563B50">
        <w:rPr>
          <w:rFonts w:cs="Times New Roman"/>
          <w:szCs w:val="24"/>
        </w:rPr>
        <w:t>Poliție</w:t>
      </w:r>
      <w:proofErr w:type="spellEnd"/>
      <w:r w:rsidRPr="00563B50">
        <w:rPr>
          <w:rFonts w:cs="Times New Roman"/>
          <w:szCs w:val="24"/>
        </w:rPr>
        <w:t xml:space="preserve"> local se </w:t>
      </w:r>
      <w:proofErr w:type="spellStart"/>
      <w:r w:rsidRPr="00563B50">
        <w:rPr>
          <w:rFonts w:cs="Times New Roman"/>
          <w:szCs w:val="24"/>
        </w:rPr>
        <w:t>efectuează</w:t>
      </w:r>
      <w:proofErr w:type="spellEnd"/>
      <w:r w:rsidRPr="00563B50">
        <w:rPr>
          <w:rFonts w:cs="Times New Roman"/>
          <w:szCs w:val="24"/>
        </w:rPr>
        <w:t xml:space="preserve"> strict cu </w:t>
      </w:r>
      <w:proofErr w:type="spellStart"/>
      <w:r w:rsidRPr="00563B50">
        <w:rPr>
          <w:rFonts w:cs="Times New Roman"/>
          <w:szCs w:val="24"/>
        </w:rPr>
        <w:t>respectarea</w:t>
      </w:r>
      <w:proofErr w:type="spellEnd"/>
      <w:r w:rsidRPr="00563B50">
        <w:rPr>
          <w:rFonts w:cs="Times New Roman"/>
          <w:szCs w:val="24"/>
        </w:rPr>
        <w:t xml:space="preserve"> </w:t>
      </w:r>
      <w:proofErr w:type="spellStart"/>
      <w:r w:rsidRPr="00563B50">
        <w:rPr>
          <w:rFonts w:cs="Times New Roman"/>
          <w:szCs w:val="24"/>
        </w:rPr>
        <w:t>procedurii</w:t>
      </w:r>
      <w:proofErr w:type="spellEnd"/>
      <w:r w:rsidRPr="00563B50">
        <w:rPr>
          <w:rFonts w:cs="Times New Roman"/>
          <w:szCs w:val="24"/>
        </w:rPr>
        <w:t xml:space="preserve"> de transfer extern, </w:t>
      </w:r>
      <w:proofErr w:type="spellStart"/>
      <w:r w:rsidRPr="00563B50">
        <w:rPr>
          <w:rFonts w:cs="Times New Roman"/>
          <w:szCs w:val="24"/>
        </w:rPr>
        <w:t>fiind</w:t>
      </w:r>
      <w:proofErr w:type="spellEnd"/>
      <w:r w:rsidRPr="00563B50">
        <w:rPr>
          <w:rFonts w:cs="Times New Roman"/>
          <w:szCs w:val="24"/>
        </w:rPr>
        <w:t xml:space="preserve"> </w:t>
      </w:r>
      <w:proofErr w:type="spellStart"/>
      <w:r w:rsidRPr="00563B50">
        <w:rPr>
          <w:rFonts w:cs="Times New Roman"/>
          <w:szCs w:val="24"/>
        </w:rPr>
        <w:t>condiționată</w:t>
      </w:r>
      <w:proofErr w:type="spellEnd"/>
      <w:r w:rsidRPr="00563B50">
        <w:rPr>
          <w:rFonts w:cs="Times New Roman"/>
          <w:szCs w:val="24"/>
        </w:rPr>
        <w:t xml:space="preserve"> de </w:t>
      </w:r>
      <w:proofErr w:type="spellStart"/>
      <w:r w:rsidRPr="00563B50">
        <w:rPr>
          <w:rFonts w:cs="Times New Roman"/>
          <w:szCs w:val="24"/>
        </w:rPr>
        <w:t>existența</w:t>
      </w:r>
      <w:proofErr w:type="spellEnd"/>
      <w:r w:rsidRPr="00563B50">
        <w:rPr>
          <w:rFonts w:cs="Times New Roman"/>
          <w:szCs w:val="24"/>
        </w:rPr>
        <w:t xml:space="preserve"> </w:t>
      </w:r>
      <w:proofErr w:type="spellStart"/>
      <w:r w:rsidRPr="00563B50">
        <w:rPr>
          <w:rFonts w:cs="Times New Roman"/>
          <w:szCs w:val="24"/>
        </w:rPr>
        <w:t>unei</w:t>
      </w:r>
      <w:proofErr w:type="spellEnd"/>
      <w:r w:rsidRPr="00563B50">
        <w:rPr>
          <w:rFonts w:cs="Times New Roman"/>
          <w:szCs w:val="24"/>
        </w:rPr>
        <w:t xml:space="preserve"> </w:t>
      </w:r>
      <w:proofErr w:type="spellStart"/>
      <w:r w:rsidRPr="00563B50">
        <w:rPr>
          <w:rFonts w:cs="Times New Roman"/>
          <w:szCs w:val="24"/>
        </w:rPr>
        <w:t>solicitări</w:t>
      </w:r>
      <w:proofErr w:type="spellEnd"/>
      <w:r w:rsidRPr="00563B50">
        <w:rPr>
          <w:rFonts w:cs="Times New Roman"/>
          <w:szCs w:val="24"/>
        </w:rPr>
        <w:t xml:space="preserve"> </w:t>
      </w:r>
      <w:proofErr w:type="spellStart"/>
      <w:r w:rsidRPr="00563B50">
        <w:rPr>
          <w:rFonts w:cs="Times New Roman"/>
          <w:szCs w:val="24"/>
        </w:rPr>
        <w:t>oficiale</w:t>
      </w:r>
      <w:proofErr w:type="spellEnd"/>
      <w:r w:rsidRPr="00563B50">
        <w:rPr>
          <w:rFonts w:cs="Times New Roman"/>
          <w:szCs w:val="24"/>
        </w:rPr>
        <w:t xml:space="preserve"> </w:t>
      </w:r>
      <w:proofErr w:type="spellStart"/>
      <w:r w:rsidRPr="00563B50">
        <w:rPr>
          <w:rFonts w:cs="Times New Roman"/>
          <w:szCs w:val="24"/>
        </w:rPr>
        <w:t>scrise</w:t>
      </w:r>
      <w:proofErr w:type="spellEnd"/>
      <w:r w:rsidRPr="00563B50">
        <w:rPr>
          <w:rFonts w:cs="Times New Roman"/>
          <w:szCs w:val="24"/>
        </w:rPr>
        <w:t xml:space="preserve"> care </w:t>
      </w:r>
      <w:proofErr w:type="spellStart"/>
      <w:r w:rsidRPr="00563B50">
        <w:rPr>
          <w:rFonts w:cs="Times New Roman"/>
          <w:szCs w:val="24"/>
        </w:rPr>
        <w:t>să</w:t>
      </w:r>
      <w:proofErr w:type="spellEnd"/>
      <w:r w:rsidRPr="00563B50">
        <w:rPr>
          <w:rFonts w:cs="Times New Roman"/>
          <w:szCs w:val="24"/>
        </w:rPr>
        <w:t xml:space="preserve"> </w:t>
      </w:r>
      <w:proofErr w:type="spellStart"/>
      <w:r w:rsidRPr="00563B50">
        <w:rPr>
          <w:rFonts w:cs="Times New Roman"/>
          <w:szCs w:val="24"/>
        </w:rPr>
        <w:t>justifice</w:t>
      </w:r>
      <w:proofErr w:type="spellEnd"/>
      <w:r w:rsidRPr="00563B50">
        <w:rPr>
          <w:rFonts w:cs="Times New Roman"/>
          <w:szCs w:val="24"/>
        </w:rPr>
        <w:t xml:space="preserve"> </w:t>
      </w:r>
      <w:proofErr w:type="spellStart"/>
      <w:r w:rsidRPr="00563B50">
        <w:rPr>
          <w:rFonts w:cs="Times New Roman"/>
          <w:szCs w:val="24"/>
        </w:rPr>
        <w:t>temeiul</w:t>
      </w:r>
      <w:proofErr w:type="spellEnd"/>
      <w:r w:rsidRPr="00563B50">
        <w:rPr>
          <w:rFonts w:cs="Times New Roman"/>
          <w:szCs w:val="24"/>
        </w:rPr>
        <w:t xml:space="preserve"> legal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necesitatea</w:t>
      </w:r>
      <w:proofErr w:type="spellEnd"/>
      <w:r w:rsidRPr="00563B50">
        <w:rPr>
          <w:rFonts w:cs="Times New Roman"/>
          <w:szCs w:val="24"/>
        </w:rPr>
        <w:t xml:space="preserve"> </w:t>
      </w:r>
      <w:proofErr w:type="spellStart"/>
      <w:r w:rsidRPr="00563B50">
        <w:rPr>
          <w:rFonts w:cs="Times New Roman"/>
          <w:szCs w:val="24"/>
        </w:rPr>
        <w:t>prelucrării</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scopul</w:t>
      </w:r>
      <w:proofErr w:type="spellEnd"/>
      <w:r w:rsidRPr="00563B50">
        <w:rPr>
          <w:rFonts w:cs="Times New Roman"/>
          <w:szCs w:val="24"/>
        </w:rPr>
        <w:t xml:space="preserve"> </w:t>
      </w:r>
      <w:proofErr w:type="spellStart"/>
      <w:r w:rsidRPr="00563B50">
        <w:rPr>
          <w:rFonts w:cs="Times New Roman"/>
          <w:szCs w:val="24"/>
        </w:rPr>
        <w:t>prevenirii</w:t>
      </w:r>
      <w:proofErr w:type="spellEnd"/>
      <w:r w:rsidRPr="00563B50">
        <w:rPr>
          <w:rFonts w:cs="Times New Roman"/>
          <w:szCs w:val="24"/>
        </w:rPr>
        <w:t xml:space="preserve">, </w:t>
      </w:r>
      <w:proofErr w:type="spellStart"/>
      <w:r w:rsidRPr="00563B50">
        <w:rPr>
          <w:rFonts w:cs="Times New Roman"/>
          <w:szCs w:val="24"/>
        </w:rPr>
        <w:t>investigării</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urmăririi</w:t>
      </w:r>
      <w:proofErr w:type="spellEnd"/>
      <w:r w:rsidRPr="00563B50">
        <w:rPr>
          <w:rFonts w:cs="Times New Roman"/>
          <w:szCs w:val="24"/>
        </w:rPr>
        <w:t xml:space="preserve"> </w:t>
      </w:r>
      <w:proofErr w:type="spellStart"/>
      <w:r w:rsidRPr="00563B50">
        <w:rPr>
          <w:rFonts w:cs="Times New Roman"/>
          <w:szCs w:val="24"/>
        </w:rPr>
        <w:t>infracțiunilor</w:t>
      </w:r>
      <w:proofErr w:type="spellEnd"/>
      <w:r w:rsidRPr="00563B50">
        <w:rPr>
          <w:rFonts w:cs="Times New Roman"/>
          <w:szCs w:val="24"/>
        </w:rPr>
        <w:t>.</w:t>
      </w:r>
    </w:p>
    <w:p w14:paraId="00BBE66E" w14:textId="77777777" w:rsidR="00EE7ED3" w:rsidRPr="00563B50" w:rsidRDefault="00000000" w:rsidP="00A33FF6">
      <w:pPr>
        <w:rPr>
          <w:rFonts w:cs="Times New Roman"/>
          <w:b/>
          <w:bCs/>
          <w:szCs w:val="24"/>
        </w:rPr>
      </w:pPr>
      <w:r w:rsidRPr="00563B50">
        <w:rPr>
          <w:rFonts w:cs="Times New Roman"/>
          <w:b/>
          <w:bCs/>
          <w:szCs w:val="24"/>
        </w:rPr>
        <w:t>VI. REGULI „CLEAN DESK”</w:t>
      </w:r>
    </w:p>
    <w:p w14:paraId="4383B126" w14:textId="77777777" w:rsidR="00EE7ED3" w:rsidRPr="00563B50" w:rsidRDefault="00000000" w:rsidP="009F7DD4">
      <w:pPr>
        <w:jc w:val="both"/>
        <w:rPr>
          <w:rFonts w:cs="Times New Roman"/>
          <w:szCs w:val="24"/>
        </w:rPr>
      </w:pPr>
      <w:proofErr w:type="spellStart"/>
      <w:r w:rsidRPr="00563B50">
        <w:rPr>
          <w:rFonts w:cs="Times New Roman"/>
          <w:szCs w:val="24"/>
        </w:rPr>
        <w:t>Pentru</w:t>
      </w:r>
      <w:proofErr w:type="spellEnd"/>
      <w:r w:rsidRPr="00563B50">
        <w:rPr>
          <w:rFonts w:cs="Times New Roman"/>
          <w:szCs w:val="24"/>
        </w:rPr>
        <w:t xml:space="preserve"> a </w:t>
      </w:r>
      <w:proofErr w:type="spellStart"/>
      <w:r w:rsidRPr="00563B50">
        <w:rPr>
          <w:rFonts w:cs="Times New Roman"/>
          <w:szCs w:val="24"/>
        </w:rPr>
        <w:t>îmbunătăți</w:t>
      </w:r>
      <w:proofErr w:type="spellEnd"/>
      <w:r w:rsidRPr="00563B50">
        <w:rPr>
          <w:rFonts w:cs="Times New Roman"/>
          <w:szCs w:val="24"/>
        </w:rPr>
        <w:t xml:space="preserve"> </w:t>
      </w:r>
      <w:proofErr w:type="spellStart"/>
      <w:r w:rsidRPr="00563B50">
        <w:rPr>
          <w:rFonts w:cs="Times New Roman"/>
          <w:szCs w:val="24"/>
        </w:rPr>
        <w:t>securitatea</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confidențialitatea</w:t>
      </w:r>
      <w:proofErr w:type="spellEnd"/>
      <w:r w:rsidRPr="00563B50">
        <w:rPr>
          <w:rFonts w:cs="Times New Roman"/>
          <w:szCs w:val="24"/>
        </w:rPr>
        <w:t xml:space="preserve"> </w:t>
      </w:r>
      <w:proofErr w:type="spellStart"/>
      <w:r w:rsidRPr="00563B50">
        <w:rPr>
          <w:rFonts w:cs="Times New Roman"/>
          <w:szCs w:val="24"/>
        </w:rPr>
        <w:t>informațiilor</w:t>
      </w:r>
      <w:proofErr w:type="spellEnd"/>
      <w:r w:rsidRPr="00563B50">
        <w:rPr>
          <w:rFonts w:cs="Times New Roman"/>
          <w:szCs w:val="24"/>
        </w:rPr>
        <w:t xml:space="preserve">, </w:t>
      </w:r>
      <w:r w:rsidRPr="009F7DD4">
        <w:rPr>
          <w:rFonts w:cs="Times New Roman"/>
          <w:b/>
          <w:bCs/>
          <w:szCs w:val="24"/>
        </w:rPr>
        <w:t>PRIMĂRIA SATULUI MERENI</w:t>
      </w:r>
      <w:r w:rsidRPr="00563B50">
        <w:rPr>
          <w:rFonts w:cs="Times New Roman"/>
          <w:szCs w:val="24"/>
        </w:rPr>
        <w:t xml:space="preserve"> a </w:t>
      </w:r>
      <w:proofErr w:type="spellStart"/>
      <w:r w:rsidRPr="00563B50">
        <w:rPr>
          <w:rFonts w:cs="Times New Roman"/>
          <w:szCs w:val="24"/>
        </w:rPr>
        <w:t>adoptat</w:t>
      </w:r>
      <w:proofErr w:type="spellEnd"/>
      <w:r w:rsidRPr="00563B50">
        <w:rPr>
          <w:rFonts w:cs="Times New Roman"/>
          <w:szCs w:val="24"/>
        </w:rPr>
        <w:t xml:space="preserve"> reguli „Clean Desk”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stațiile</w:t>
      </w:r>
      <w:proofErr w:type="spellEnd"/>
      <w:r w:rsidRPr="00563B50">
        <w:rPr>
          <w:rFonts w:cs="Times New Roman"/>
          <w:szCs w:val="24"/>
        </w:rPr>
        <w:t xml:space="preserve"> de </w:t>
      </w:r>
      <w:proofErr w:type="spellStart"/>
      <w:r w:rsidRPr="00563B50">
        <w:rPr>
          <w:rFonts w:cs="Times New Roman"/>
          <w:szCs w:val="24"/>
        </w:rPr>
        <w:t>lucru</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computere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imprimante</w:t>
      </w:r>
      <w:proofErr w:type="spellEnd"/>
      <w:r w:rsidRPr="00563B50">
        <w:rPr>
          <w:rFonts w:cs="Times New Roman"/>
          <w:szCs w:val="24"/>
        </w:rPr>
        <w:t xml:space="preserve">. </w:t>
      </w:r>
      <w:proofErr w:type="spellStart"/>
      <w:r w:rsidRPr="00563B50">
        <w:rPr>
          <w:rFonts w:cs="Times New Roman"/>
          <w:szCs w:val="24"/>
        </w:rPr>
        <w:t>Acest</w:t>
      </w:r>
      <w:proofErr w:type="spellEnd"/>
      <w:r w:rsidRPr="00563B50">
        <w:rPr>
          <w:rFonts w:cs="Times New Roman"/>
          <w:szCs w:val="24"/>
        </w:rPr>
        <w:t xml:space="preserve"> </w:t>
      </w:r>
      <w:proofErr w:type="spellStart"/>
      <w:r w:rsidRPr="00563B50">
        <w:rPr>
          <w:rFonts w:cs="Times New Roman"/>
          <w:szCs w:val="24"/>
        </w:rPr>
        <w:t>lucru</w:t>
      </w:r>
      <w:proofErr w:type="spellEnd"/>
      <w:r w:rsidRPr="00563B50">
        <w:rPr>
          <w:rFonts w:cs="Times New Roman"/>
          <w:szCs w:val="24"/>
        </w:rPr>
        <w:t xml:space="preserve"> </w:t>
      </w:r>
      <w:proofErr w:type="spellStart"/>
      <w:r w:rsidRPr="00563B50">
        <w:rPr>
          <w:rFonts w:cs="Times New Roman"/>
          <w:szCs w:val="24"/>
        </w:rPr>
        <w:t>asigură</w:t>
      </w:r>
      <w:proofErr w:type="spellEnd"/>
      <w:r w:rsidRPr="00563B50">
        <w:rPr>
          <w:rFonts w:cs="Times New Roman"/>
          <w:szCs w:val="24"/>
        </w:rPr>
        <w:t xml:space="preserve"> </w:t>
      </w:r>
      <w:proofErr w:type="spellStart"/>
      <w:r w:rsidRPr="00563B50">
        <w:rPr>
          <w:rFonts w:cs="Times New Roman"/>
          <w:szCs w:val="24"/>
        </w:rPr>
        <w:t>că</w:t>
      </w:r>
      <w:proofErr w:type="spellEnd"/>
      <w:r w:rsidRPr="00563B50">
        <w:rPr>
          <w:rFonts w:cs="Times New Roman"/>
          <w:szCs w:val="24"/>
        </w:rPr>
        <w:t xml:space="preserve"> </w:t>
      </w:r>
      <w:proofErr w:type="spellStart"/>
      <w:r w:rsidRPr="00563B50">
        <w:rPr>
          <w:rFonts w:cs="Times New Roman"/>
          <w:szCs w:val="24"/>
        </w:rPr>
        <w:t>toate</w:t>
      </w:r>
      <w:proofErr w:type="spellEnd"/>
      <w:r w:rsidRPr="00563B50">
        <w:rPr>
          <w:rFonts w:cs="Times New Roman"/>
          <w:szCs w:val="24"/>
        </w:rPr>
        <w:t xml:space="preserve"> </w:t>
      </w:r>
      <w:proofErr w:type="spellStart"/>
      <w:r w:rsidRPr="00563B50">
        <w:rPr>
          <w:rFonts w:cs="Times New Roman"/>
          <w:szCs w:val="24"/>
        </w:rPr>
        <w:t>informațiile</w:t>
      </w:r>
      <w:proofErr w:type="spellEnd"/>
      <w:r w:rsidRPr="00563B50">
        <w:rPr>
          <w:rFonts w:cs="Times New Roman"/>
          <w:szCs w:val="24"/>
        </w:rPr>
        <w:t xml:space="preserve"> </w:t>
      </w:r>
      <w:proofErr w:type="spellStart"/>
      <w:r w:rsidRPr="00563B50">
        <w:rPr>
          <w:rFonts w:cs="Times New Roman"/>
          <w:szCs w:val="24"/>
        </w:rPr>
        <w:t>sensibile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confidențiale</w:t>
      </w:r>
      <w:proofErr w:type="spellEnd"/>
      <w:r w:rsidRPr="00563B50">
        <w:rPr>
          <w:rFonts w:cs="Times New Roman"/>
          <w:szCs w:val="24"/>
        </w:rPr>
        <w:t xml:space="preserve">, fie </w:t>
      </w:r>
      <w:proofErr w:type="spellStart"/>
      <w:r w:rsidRPr="00563B50">
        <w:rPr>
          <w:rFonts w:cs="Times New Roman"/>
          <w:szCs w:val="24"/>
        </w:rPr>
        <w:t>că</w:t>
      </w:r>
      <w:proofErr w:type="spellEnd"/>
      <w:r w:rsidRPr="00563B50">
        <w:rPr>
          <w:rFonts w:cs="Times New Roman"/>
          <w:szCs w:val="24"/>
        </w:rPr>
        <w:t xml:space="preserve"> sunt pe </w:t>
      </w:r>
      <w:proofErr w:type="spellStart"/>
      <w:r w:rsidRPr="00563B50">
        <w:rPr>
          <w:rFonts w:cs="Times New Roman"/>
          <w:szCs w:val="24"/>
        </w:rPr>
        <w:t>suport</w:t>
      </w:r>
      <w:proofErr w:type="spellEnd"/>
      <w:r w:rsidRPr="00563B50">
        <w:rPr>
          <w:rFonts w:cs="Times New Roman"/>
          <w:szCs w:val="24"/>
        </w:rPr>
        <w:t xml:space="preserve"> </w:t>
      </w:r>
      <w:proofErr w:type="spellStart"/>
      <w:r w:rsidRPr="00563B50">
        <w:rPr>
          <w:rFonts w:cs="Times New Roman"/>
          <w:szCs w:val="24"/>
        </w:rPr>
        <w:t>hârtie</w:t>
      </w:r>
      <w:proofErr w:type="spellEnd"/>
      <w:r w:rsidRPr="00563B50">
        <w:rPr>
          <w:rFonts w:cs="Times New Roman"/>
          <w:szCs w:val="24"/>
        </w:rPr>
        <w:t xml:space="preserve">, pe un </w:t>
      </w:r>
      <w:proofErr w:type="spellStart"/>
      <w:r w:rsidRPr="00563B50">
        <w:rPr>
          <w:rFonts w:cs="Times New Roman"/>
          <w:szCs w:val="24"/>
        </w:rPr>
        <w:t>dispozitiv</w:t>
      </w:r>
      <w:proofErr w:type="spellEnd"/>
      <w:r w:rsidRPr="00563B50">
        <w:rPr>
          <w:rFonts w:cs="Times New Roman"/>
          <w:szCs w:val="24"/>
        </w:rPr>
        <w:t xml:space="preserve"> de </w:t>
      </w:r>
      <w:proofErr w:type="spellStart"/>
      <w:r w:rsidRPr="00563B50">
        <w:rPr>
          <w:rFonts w:cs="Times New Roman"/>
          <w:szCs w:val="24"/>
        </w:rPr>
        <w:t>stocare</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pe un </w:t>
      </w:r>
      <w:proofErr w:type="spellStart"/>
      <w:r w:rsidRPr="00563B50">
        <w:rPr>
          <w:rFonts w:cs="Times New Roman"/>
          <w:szCs w:val="24"/>
        </w:rPr>
        <w:t>dispozitiv</w:t>
      </w:r>
      <w:proofErr w:type="spellEnd"/>
      <w:r w:rsidRPr="00563B50">
        <w:rPr>
          <w:rFonts w:cs="Times New Roman"/>
          <w:szCs w:val="24"/>
        </w:rPr>
        <w:t xml:space="preserve"> hardware, sunt </w:t>
      </w:r>
      <w:proofErr w:type="spellStart"/>
      <w:r w:rsidRPr="00563B50">
        <w:rPr>
          <w:rFonts w:cs="Times New Roman"/>
          <w:szCs w:val="24"/>
        </w:rPr>
        <w:t>blocate</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eliminate </w:t>
      </w:r>
      <w:proofErr w:type="spellStart"/>
      <w:r w:rsidRPr="00563B50">
        <w:rPr>
          <w:rFonts w:cs="Times New Roman"/>
          <w:szCs w:val="24"/>
        </w:rPr>
        <w:t>în</w:t>
      </w:r>
      <w:proofErr w:type="spellEnd"/>
      <w:r w:rsidRPr="00563B50">
        <w:rPr>
          <w:rFonts w:cs="Times New Roman"/>
          <w:szCs w:val="24"/>
        </w:rPr>
        <w:t xml:space="preserve"> mod </w:t>
      </w:r>
      <w:proofErr w:type="spellStart"/>
      <w:r w:rsidRPr="00563B50">
        <w:rPr>
          <w:rFonts w:cs="Times New Roman"/>
          <w:szCs w:val="24"/>
        </w:rPr>
        <w:t>corespunzător</w:t>
      </w:r>
      <w:proofErr w:type="spellEnd"/>
      <w:r w:rsidRPr="00563B50">
        <w:rPr>
          <w:rFonts w:cs="Times New Roman"/>
          <w:szCs w:val="24"/>
        </w:rPr>
        <w:t xml:space="preserve"> </w:t>
      </w:r>
      <w:proofErr w:type="spellStart"/>
      <w:r w:rsidRPr="00563B50">
        <w:rPr>
          <w:rFonts w:cs="Times New Roman"/>
          <w:szCs w:val="24"/>
        </w:rPr>
        <w:t>când</w:t>
      </w:r>
      <w:proofErr w:type="spellEnd"/>
      <w:r w:rsidRPr="00563B50">
        <w:rPr>
          <w:rFonts w:cs="Times New Roman"/>
          <w:szCs w:val="24"/>
        </w:rPr>
        <w:t xml:space="preserve"> o </w:t>
      </w:r>
      <w:proofErr w:type="spellStart"/>
      <w:r w:rsidRPr="00563B50">
        <w:rPr>
          <w:rFonts w:cs="Times New Roman"/>
          <w:szCs w:val="24"/>
        </w:rPr>
        <w:t>stație</w:t>
      </w:r>
      <w:proofErr w:type="spellEnd"/>
      <w:r w:rsidRPr="00563B50">
        <w:rPr>
          <w:rFonts w:cs="Times New Roman"/>
          <w:szCs w:val="24"/>
        </w:rPr>
        <w:t xml:space="preserve"> de </w:t>
      </w:r>
      <w:proofErr w:type="spellStart"/>
      <w:r w:rsidRPr="00563B50">
        <w:rPr>
          <w:rFonts w:cs="Times New Roman"/>
          <w:szCs w:val="24"/>
        </w:rPr>
        <w:t>lucru</w:t>
      </w:r>
      <w:proofErr w:type="spellEnd"/>
      <w:r w:rsidRPr="00563B50">
        <w:rPr>
          <w:rFonts w:cs="Times New Roman"/>
          <w:szCs w:val="24"/>
        </w:rPr>
        <w:t xml:space="preserve"> nu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utilizată</w:t>
      </w:r>
      <w:proofErr w:type="spellEnd"/>
      <w:r w:rsidRPr="00563B50">
        <w:rPr>
          <w:rFonts w:cs="Times New Roman"/>
          <w:szCs w:val="24"/>
        </w:rPr>
        <w:t>.</w:t>
      </w:r>
    </w:p>
    <w:p w14:paraId="2E2FD892" w14:textId="77777777" w:rsidR="00EE7ED3" w:rsidRPr="00563B50" w:rsidRDefault="00000000" w:rsidP="009F7DD4">
      <w:pPr>
        <w:jc w:val="both"/>
        <w:rPr>
          <w:rFonts w:cs="Times New Roman"/>
          <w:szCs w:val="24"/>
        </w:rPr>
      </w:pPr>
      <w:proofErr w:type="spellStart"/>
      <w:r w:rsidRPr="00563B50">
        <w:rPr>
          <w:rFonts w:cs="Times New Roman"/>
          <w:szCs w:val="24"/>
        </w:rPr>
        <w:t>Aceste</w:t>
      </w:r>
      <w:proofErr w:type="spellEnd"/>
      <w:r w:rsidRPr="00563B50">
        <w:rPr>
          <w:rFonts w:cs="Times New Roman"/>
          <w:szCs w:val="24"/>
        </w:rPr>
        <w:t xml:space="preserve"> reguli </w:t>
      </w:r>
      <w:proofErr w:type="spellStart"/>
      <w:r w:rsidRPr="00563B50">
        <w:rPr>
          <w:rFonts w:cs="Times New Roman"/>
          <w:szCs w:val="24"/>
        </w:rPr>
        <w:t>vor</w:t>
      </w:r>
      <w:proofErr w:type="spellEnd"/>
      <w:r w:rsidRPr="00563B50">
        <w:rPr>
          <w:rFonts w:cs="Times New Roman"/>
          <w:szCs w:val="24"/>
        </w:rPr>
        <w:t xml:space="preserve"> reduce </w:t>
      </w:r>
      <w:proofErr w:type="spellStart"/>
      <w:r w:rsidRPr="00563B50">
        <w:rPr>
          <w:rFonts w:cs="Times New Roman"/>
          <w:szCs w:val="24"/>
        </w:rPr>
        <w:t>riscul</w:t>
      </w:r>
      <w:proofErr w:type="spellEnd"/>
      <w:r w:rsidRPr="00563B50">
        <w:rPr>
          <w:rFonts w:cs="Times New Roman"/>
          <w:szCs w:val="24"/>
        </w:rPr>
        <w:t xml:space="preserve"> </w:t>
      </w:r>
      <w:proofErr w:type="spellStart"/>
      <w:r w:rsidRPr="00563B50">
        <w:rPr>
          <w:rFonts w:cs="Times New Roman"/>
          <w:szCs w:val="24"/>
        </w:rPr>
        <w:t>accesului</w:t>
      </w:r>
      <w:proofErr w:type="spellEnd"/>
      <w:r w:rsidRPr="00563B50">
        <w:rPr>
          <w:rFonts w:cs="Times New Roman"/>
          <w:szCs w:val="24"/>
        </w:rPr>
        <w:t xml:space="preserve"> </w:t>
      </w:r>
      <w:proofErr w:type="spellStart"/>
      <w:r w:rsidRPr="00563B50">
        <w:rPr>
          <w:rFonts w:cs="Times New Roman"/>
          <w:szCs w:val="24"/>
        </w:rPr>
        <w:t>neautorizat</w:t>
      </w:r>
      <w:proofErr w:type="spellEnd"/>
      <w:r w:rsidRPr="00563B50">
        <w:rPr>
          <w:rFonts w:cs="Times New Roman"/>
          <w:szCs w:val="24"/>
        </w:rPr>
        <w:t xml:space="preserve">, </w:t>
      </w:r>
      <w:proofErr w:type="spellStart"/>
      <w:r w:rsidRPr="00563B50">
        <w:rPr>
          <w:rFonts w:cs="Times New Roman"/>
          <w:szCs w:val="24"/>
        </w:rPr>
        <w:t>pierderii</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deteriorării</w:t>
      </w:r>
      <w:proofErr w:type="spellEnd"/>
      <w:r w:rsidRPr="00563B50">
        <w:rPr>
          <w:rFonts w:cs="Times New Roman"/>
          <w:szCs w:val="24"/>
        </w:rPr>
        <w:t xml:space="preserve"> </w:t>
      </w:r>
      <w:proofErr w:type="spellStart"/>
      <w:r w:rsidRPr="00563B50">
        <w:rPr>
          <w:rFonts w:cs="Times New Roman"/>
          <w:szCs w:val="24"/>
        </w:rPr>
        <w:t>informațiilor</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timpul</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afara </w:t>
      </w:r>
      <w:proofErr w:type="spellStart"/>
      <w:r w:rsidRPr="00563B50">
        <w:rPr>
          <w:rFonts w:cs="Times New Roman"/>
          <w:szCs w:val="24"/>
        </w:rPr>
        <w:t>orelor</w:t>
      </w:r>
      <w:proofErr w:type="spellEnd"/>
      <w:r w:rsidRPr="00563B50">
        <w:rPr>
          <w:rFonts w:cs="Times New Roman"/>
          <w:szCs w:val="24"/>
        </w:rPr>
        <w:t xml:space="preserve"> </w:t>
      </w:r>
      <w:proofErr w:type="spellStart"/>
      <w:r w:rsidRPr="00563B50">
        <w:rPr>
          <w:rFonts w:cs="Times New Roman"/>
          <w:szCs w:val="24"/>
        </w:rPr>
        <w:t>normale</w:t>
      </w:r>
      <w:proofErr w:type="spellEnd"/>
      <w:r w:rsidRPr="00563B50">
        <w:rPr>
          <w:rFonts w:cs="Times New Roman"/>
          <w:szCs w:val="24"/>
        </w:rPr>
        <w:t xml:space="preserve"> de </w:t>
      </w:r>
      <w:proofErr w:type="spellStart"/>
      <w:r w:rsidRPr="00563B50">
        <w:rPr>
          <w:rFonts w:cs="Times New Roman"/>
          <w:szCs w:val="24"/>
        </w:rPr>
        <w:t>funcționare</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atunci</w:t>
      </w:r>
      <w:proofErr w:type="spellEnd"/>
      <w:r w:rsidRPr="00563B50">
        <w:rPr>
          <w:rFonts w:cs="Times New Roman"/>
          <w:szCs w:val="24"/>
        </w:rPr>
        <w:t xml:space="preserve"> </w:t>
      </w:r>
      <w:proofErr w:type="spellStart"/>
      <w:r w:rsidRPr="00563B50">
        <w:rPr>
          <w:rFonts w:cs="Times New Roman"/>
          <w:szCs w:val="24"/>
        </w:rPr>
        <w:t>când</w:t>
      </w:r>
      <w:proofErr w:type="spellEnd"/>
      <w:r w:rsidRPr="00563B50">
        <w:rPr>
          <w:rFonts w:cs="Times New Roman"/>
          <w:szCs w:val="24"/>
        </w:rPr>
        <w:t xml:space="preserve"> </w:t>
      </w:r>
      <w:proofErr w:type="spellStart"/>
      <w:r w:rsidRPr="00563B50">
        <w:rPr>
          <w:rFonts w:cs="Times New Roman"/>
          <w:szCs w:val="24"/>
        </w:rPr>
        <w:t>stațiile</w:t>
      </w:r>
      <w:proofErr w:type="spellEnd"/>
      <w:r w:rsidRPr="00563B50">
        <w:rPr>
          <w:rFonts w:cs="Times New Roman"/>
          <w:szCs w:val="24"/>
        </w:rPr>
        <w:t xml:space="preserve"> de </w:t>
      </w:r>
      <w:proofErr w:type="spellStart"/>
      <w:r w:rsidRPr="00563B50">
        <w:rPr>
          <w:rFonts w:cs="Times New Roman"/>
          <w:szCs w:val="24"/>
        </w:rPr>
        <w:t>lucru</w:t>
      </w:r>
      <w:proofErr w:type="spellEnd"/>
      <w:r w:rsidRPr="00563B50">
        <w:rPr>
          <w:rFonts w:cs="Times New Roman"/>
          <w:szCs w:val="24"/>
        </w:rPr>
        <w:t xml:space="preserve"> sunt </w:t>
      </w:r>
      <w:proofErr w:type="spellStart"/>
      <w:r w:rsidRPr="00563B50">
        <w:rPr>
          <w:rFonts w:cs="Times New Roman"/>
          <w:szCs w:val="24"/>
        </w:rPr>
        <w:t>lăsate</w:t>
      </w:r>
      <w:proofErr w:type="spellEnd"/>
      <w:r w:rsidRPr="00563B50">
        <w:rPr>
          <w:rFonts w:cs="Times New Roman"/>
          <w:szCs w:val="24"/>
        </w:rPr>
        <w:t xml:space="preserve"> </w:t>
      </w:r>
      <w:proofErr w:type="spellStart"/>
      <w:r w:rsidRPr="00563B50">
        <w:rPr>
          <w:rFonts w:cs="Times New Roman"/>
          <w:szCs w:val="24"/>
        </w:rPr>
        <w:t>nesupravegheate</w:t>
      </w:r>
      <w:proofErr w:type="spellEnd"/>
      <w:r w:rsidRPr="00563B50">
        <w:rPr>
          <w:rFonts w:cs="Times New Roman"/>
          <w:szCs w:val="24"/>
        </w:rPr>
        <w:t xml:space="preserve">. </w:t>
      </w:r>
      <w:proofErr w:type="spellStart"/>
      <w:r w:rsidRPr="00563B50">
        <w:rPr>
          <w:rFonts w:cs="Times New Roman"/>
          <w:szCs w:val="24"/>
        </w:rPr>
        <w:t>Regulile</w:t>
      </w:r>
      <w:proofErr w:type="spellEnd"/>
      <w:r w:rsidRPr="00563B50">
        <w:rPr>
          <w:rFonts w:cs="Times New Roman"/>
          <w:szCs w:val="24"/>
        </w:rPr>
        <w:t xml:space="preserve"> </w:t>
      </w:r>
      <w:proofErr w:type="spellStart"/>
      <w:r w:rsidRPr="00563B50">
        <w:rPr>
          <w:rFonts w:cs="Times New Roman"/>
          <w:szCs w:val="24"/>
        </w:rPr>
        <w:t>reprezintă</w:t>
      </w:r>
      <w:proofErr w:type="spellEnd"/>
      <w:r w:rsidRPr="00563B50">
        <w:rPr>
          <w:rFonts w:cs="Times New Roman"/>
          <w:szCs w:val="24"/>
        </w:rPr>
        <w:t xml:space="preserve"> un control important al </w:t>
      </w:r>
      <w:proofErr w:type="spellStart"/>
      <w:r w:rsidRPr="00563B50">
        <w:rPr>
          <w:rFonts w:cs="Times New Roman"/>
          <w:szCs w:val="24"/>
        </w:rPr>
        <w:t>securității</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confidențialității</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sunt </w:t>
      </w:r>
      <w:proofErr w:type="spellStart"/>
      <w:r w:rsidRPr="00563B50">
        <w:rPr>
          <w:rFonts w:cs="Times New Roman"/>
          <w:szCs w:val="24"/>
        </w:rPr>
        <w:t>necesare</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respectarea</w:t>
      </w:r>
      <w:proofErr w:type="spellEnd"/>
      <w:r w:rsidRPr="00563B50">
        <w:rPr>
          <w:rFonts w:cs="Times New Roman"/>
          <w:szCs w:val="24"/>
        </w:rPr>
        <w:t xml:space="preserve"> </w:t>
      </w:r>
      <w:proofErr w:type="spellStart"/>
      <w:r w:rsidRPr="00563B50">
        <w:rPr>
          <w:rFonts w:cs="Times New Roman"/>
          <w:szCs w:val="24"/>
        </w:rPr>
        <w:t>legislației</w:t>
      </w:r>
      <w:proofErr w:type="spellEnd"/>
      <w:r w:rsidRPr="00563B50">
        <w:rPr>
          <w:rFonts w:cs="Times New Roman"/>
          <w:szCs w:val="24"/>
        </w:rPr>
        <w:t xml:space="preserve"> cu </w:t>
      </w:r>
      <w:proofErr w:type="spellStart"/>
      <w:r w:rsidRPr="00563B50">
        <w:rPr>
          <w:rFonts w:cs="Times New Roman"/>
          <w:szCs w:val="24"/>
        </w:rPr>
        <w:t>privire</w:t>
      </w:r>
      <w:proofErr w:type="spellEnd"/>
      <w:r w:rsidRPr="00563B50">
        <w:rPr>
          <w:rFonts w:cs="Times New Roman"/>
          <w:szCs w:val="24"/>
        </w:rPr>
        <w:t xml:space="preserve"> la </w:t>
      </w:r>
      <w:proofErr w:type="spellStart"/>
      <w:r w:rsidRPr="00563B50">
        <w:rPr>
          <w:rFonts w:cs="Times New Roman"/>
          <w:szCs w:val="24"/>
        </w:rPr>
        <w:t>protecția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w:t>
      </w:r>
    </w:p>
    <w:p w14:paraId="7C942F34" w14:textId="77777777" w:rsidR="00EE7ED3" w:rsidRPr="00563B50" w:rsidRDefault="00000000" w:rsidP="009F7DD4">
      <w:pPr>
        <w:jc w:val="both"/>
        <w:rPr>
          <w:rFonts w:cs="Times New Roman"/>
          <w:szCs w:val="24"/>
        </w:rPr>
      </w:pPr>
      <w:proofErr w:type="spellStart"/>
      <w:r w:rsidRPr="00563B50">
        <w:rPr>
          <w:rFonts w:cs="Times New Roman"/>
          <w:szCs w:val="24"/>
        </w:rPr>
        <w:t>Aceste</w:t>
      </w:r>
      <w:proofErr w:type="spellEnd"/>
      <w:r w:rsidRPr="00563B50">
        <w:rPr>
          <w:rFonts w:cs="Times New Roman"/>
          <w:szCs w:val="24"/>
        </w:rPr>
        <w:t xml:space="preserve"> reguli se </w:t>
      </w:r>
      <w:proofErr w:type="spellStart"/>
      <w:r w:rsidRPr="00563B50">
        <w:rPr>
          <w:rFonts w:cs="Times New Roman"/>
          <w:szCs w:val="24"/>
        </w:rPr>
        <w:t>aplică</w:t>
      </w:r>
      <w:proofErr w:type="spellEnd"/>
      <w:r w:rsidRPr="00563B50">
        <w:rPr>
          <w:rFonts w:cs="Times New Roman"/>
          <w:szCs w:val="24"/>
        </w:rPr>
        <w:t xml:space="preserve"> </w:t>
      </w:r>
      <w:proofErr w:type="spellStart"/>
      <w:r w:rsidRPr="00563B50">
        <w:rPr>
          <w:rFonts w:cs="Times New Roman"/>
          <w:szCs w:val="24"/>
        </w:rPr>
        <w:t>tuturor</w:t>
      </w:r>
      <w:proofErr w:type="spellEnd"/>
      <w:r w:rsidRPr="00563B50">
        <w:rPr>
          <w:rFonts w:cs="Times New Roman"/>
          <w:szCs w:val="24"/>
        </w:rPr>
        <w:t xml:space="preserve"> </w:t>
      </w:r>
      <w:proofErr w:type="spellStart"/>
      <w:r w:rsidRPr="00563B50">
        <w:rPr>
          <w:rFonts w:cs="Times New Roman"/>
          <w:szCs w:val="24"/>
        </w:rPr>
        <w:t>celor</w:t>
      </w:r>
      <w:proofErr w:type="spellEnd"/>
      <w:r w:rsidRPr="00563B50">
        <w:rPr>
          <w:rFonts w:cs="Times New Roman"/>
          <w:szCs w:val="24"/>
        </w:rPr>
        <w:t xml:space="preserve"> 23,0 </w:t>
      </w:r>
      <w:proofErr w:type="spellStart"/>
      <w:r w:rsidRPr="00563B50">
        <w:rPr>
          <w:rFonts w:cs="Times New Roman"/>
          <w:szCs w:val="24"/>
        </w:rPr>
        <w:t>angajați</w:t>
      </w:r>
      <w:proofErr w:type="spellEnd"/>
      <w:r w:rsidRPr="00563B50">
        <w:rPr>
          <w:rFonts w:cs="Times New Roman"/>
          <w:szCs w:val="24"/>
        </w:rPr>
        <w:t xml:space="preserve"> ai </w:t>
      </w:r>
      <w:proofErr w:type="spellStart"/>
      <w:r w:rsidRPr="00563B50">
        <w:rPr>
          <w:rFonts w:cs="Times New Roman"/>
          <w:szCs w:val="24"/>
        </w:rPr>
        <w:t>aparatului</w:t>
      </w:r>
      <w:proofErr w:type="spellEnd"/>
      <w:r w:rsidRPr="00563B50">
        <w:rPr>
          <w:rFonts w:cs="Times New Roman"/>
          <w:szCs w:val="24"/>
        </w:rPr>
        <w:t xml:space="preserve">, </w:t>
      </w:r>
      <w:proofErr w:type="spellStart"/>
      <w:r w:rsidRPr="00563B50">
        <w:rPr>
          <w:rFonts w:cs="Times New Roman"/>
          <w:szCs w:val="24"/>
        </w:rPr>
        <w:t>personalului</w:t>
      </w:r>
      <w:proofErr w:type="spellEnd"/>
      <w:r w:rsidRPr="00563B50">
        <w:rPr>
          <w:rFonts w:cs="Times New Roman"/>
          <w:szCs w:val="24"/>
        </w:rPr>
        <w:t xml:space="preserve"> din </w:t>
      </w:r>
      <w:proofErr w:type="spellStart"/>
      <w:r w:rsidRPr="00563B50">
        <w:rPr>
          <w:rFonts w:cs="Times New Roman"/>
          <w:szCs w:val="24"/>
        </w:rPr>
        <w:t>structurile</w:t>
      </w:r>
      <w:proofErr w:type="spellEnd"/>
      <w:r w:rsidRPr="00563B50">
        <w:rPr>
          <w:rFonts w:cs="Times New Roman"/>
          <w:szCs w:val="24"/>
        </w:rPr>
        <w:t xml:space="preserve"> </w:t>
      </w:r>
      <w:proofErr w:type="spellStart"/>
      <w:r w:rsidRPr="00563B50">
        <w:rPr>
          <w:rFonts w:cs="Times New Roman"/>
          <w:szCs w:val="24"/>
        </w:rPr>
        <w:t>subordonate</w:t>
      </w:r>
      <w:proofErr w:type="spellEnd"/>
      <w:r w:rsidRPr="00563B50">
        <w:rPr>
          <w:rFonts w:cs="Times New Roman"/>
          <w:szCs w:val="24"/>
        </w:rPr>
        <w:t xml:space="preserve"> care </w:t>
      </w:r>
      <w:proofErr w:type="spellStart"/>
      <w:r w:rsidRPr="00563B50">
        <w:rPr>
          <w:rFonts w:cs="Times New Roman"/>
          <w:szCs w:val="24"/>
        </w:rPr>
        <w:t>activează</w:t>
      </w:r>
      <w:proofErr w:type="spellEnd"/>
      <w:r w:rsidRPr="00563B50">
        <w:rPr>
          <w:rFonts w:cs="Times New Roman"/>
          <w:szCs w:val="24"/>
        </w:rPr>
        <w:t xml:space="preserve"> </w:t>
      </w:r>
      <w:proofErr w:type="spellStart"/>
      <w:r w:rsidRPr="00563B50">
        <w:rPr>
          <w:rFonts w:cs="Times New Roman"/>
          <w:szCs w:val="24"/>
        </w:rPr>
        <w:t>atât</w:t>
      </w:r>
      <w:proofErr w:type="spellEnd"/>
      <w:r w:rsidRPr="00563B50">
        <w:rPr>
          <w:rFonts w:cs="Times New Roman"/>
          <w:szCs w:val="24"/>
        </w:rPr>
        <w:t xml:space="preserve"> pe </w:t>
      </w:r>
      <w:proofErr w:type="spellStart"/>
      <w:r w:rsidRPr="00563B50">
        <w:rPr>
          <w:rFonts w:cs="Times New Roman"/>
          <w:szCs w:val="24"/>
        </w:rPr>
        <w:t>perioadă</w:t>
      </w:r>
      <w:proofErr w:type="spellEnd"/>
      <w:r w:rsidRPr="00563B50">
        <w:rPr>
          <w:rFonts w:cs="Times New Roman"/>
          <w:szCs w:val="24"/>
        </w:rPr>
        <w:t xml:space="preserve"> </w:t>
      </w:r>
      <w:proofErr w:type="spellStart"/>
      <w:r w:rsidRPr="00563B50">
        <w:rPr>
          <w:rFonts w:cs="Times New Roman"/>
          <w:szCs w:val="24"/>
        </w:rPr>
        <w:t>determinată</w:t>
      </w:r>
      <w:proofErr w:type="spellEnd"/>
      <w:r w:rsidRPr="00563B50">
        <w:rPr>
          <w:rFonts w:cs="Times New Roman"/>
          <w:szCs w:val="24"/>
        </w:rPr>
        <w:t xml:space="preserve">, </w:t>
      </w:r>
      <w:proofErr w:type="spellStart"/>
      <w:r w:rsidRPr="00563B50">
        <w:rPr>
          <w:rFonts w:cs="Times New Roman"/>
          <w:szCs w:val="24"/>
        </w:rPr>
        <w:t>cât</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nedeterminată</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cumul</w:t>
      </w:r>
      <w:proofErr w:type="spellEnd"/>
      <w:r w:rsidRPr="00563B50">
        <w:rPr>
          <w:rFonts w:cs="Times New Roman"/>
          <w:szCs w:val="24"/>
        </w:rPr>
        <w:t xml:space="preserve">, precum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prestatorilor</w:t>
      </w:r>
      <w:proofErr w:type="spellEnd"/>
      <w:r w:rsidRPr="00563B50">
        <w:rPr>
          <w:rFonts w:cs="Times New Roman"/>
          <w:szCs w:val="24"/>
        </w:rPr>
        <w:t xml:space="preserve"> de </w:t>
      </w:r>
      <w:proofErr w:type="spellStart"/>
      <w:r w:rsidRPr="00563B50">
        <w:rPr>
          <w:rFonts w:cs="Times New Roman"/>
          <w:szCs w:val="24"/>
        </w:rPr>
        <w:t>servicii</w:t>
      </w:r>
      <w:proofErr w:type="spellEnd"/>
      <w:r w:rsidRPr="00563B50">
        <w:rPr>
          <w:rFonts w:cs="Times New Roman"/>
          <w:szCs w:val="24"/>
        </w:rPr>
        <w:t>.</w:t>
      </w:r>
    </w:p>
    <w:p w14:paraId="5BE3D9BF" w14:textId="77777777" w:rsidR="00EE7ED3" w:rsidRPr="00563B50" w:rsidRDefault="00000000" w:rsidP="00A33FF6">
      <w:pPr>
        <w:rPr>
          <w:rFonts w:cs="Times New Roman"/>
          <w:szCs w:val="24"/>
        </w:rPr>
      </w:pPr>
      <w:r w:rsidRPr="00563B50">
        <w:rPr>
          <w:rFonts w:cs="Times New Roman"/>
          <w:b/>
          <w:bCs/>
          <w:szCs w:val="24"/>
        </w:rPr>
        <w:t>REGULI!</w:t>
      </w:r>
      <w:r w:rsidRPr="00563B50">
        <w:rPr>
          <w:rFonts w:cs="Times New Roman"/>
          <w:szCs w:val="24"/>
        </w:rPr>
        <w:t xml:space="preserve"> Ori de </w:t>
      </w:r>
      <w:proofErr w:type="spellStart"/>
      <w:r w:rsidRPr="00563B50">
        <w:rPr>
          <w:rFonts w:cs="Times New Roman"/>
          <w:szCs w:val="24"/>
        </w:rPr>
        <w:t>câte</w:t>
      </w:r>
      <w:proofErr w:type="spellEnd"/>
      <w:r w:rsidRPr="00563B50">
        <w:rPr>
          <w:rFonts w:cs="Times New Roman"/>
          <w:szCs w:val="24"/>
        </w:rPr>
        <w:t xml:space="preserve"> </w:t>
      </w:r>
      <w:proofErr w:type="spellStart"/>
      <w:r w:rsidRPr="00563B50">
        <w:rPr>
          <w:rFonts w:cs="Times New Roman"/>
          <w:szCs w:val="24"/>
        </w:rPr>
        <w:t>ori</w:t>
      </w:r>
      <w:proofErr w:type="spellEnd"/>
      <w:r w:rsidRPr="00563B50">
        <w:rPr>
          <w:rFonts w:cs="Times New Roman"/>
          <w:szCs w:val="24"/>
        </w:rPr>
        <w:t xml:space="preserve"> un </w:t>
      </w:r>
      <w:proofErr w:type="spellStart"/>
      <w:r w:rsidRPr="00563B50">
        <w:rPr>
          <w:rFonts w:cs="Times New Roman"/>
          <w:szCs w:val="24"/>
        </w:rPr>
        <w:t>birou</w:t>
      </w:r>
      <w:proofErr w:type="spellEnd"/>
      <w:r w:rsidRPr="00563B50">
        <w:rPr>
          <w:rFonts w:cs="Times New Roman"/>
          <w:szCs w:val="24"/>
        </w:rPr>
        <w:t xml:space="preserve"> nu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ocupat</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o </w:t>
      </w:r>
      <w:proofErr w:type="spellStart"/>
      <w:r w:rsidRPr="00563B50">
        <w:rPr>
          <w:rFonts w:cs="Times New Roman"/>
          <w:szCs w:val="24"/>
        </w:rPr>
        <w:t>perioadă</w:t>
      </w:r>
      <w:proofErr w:type="spellEnd"/>
      <w:r w:rsidRPr="00563B50">
        <w:rPr>
          <w:rFonts w:cs="Times New Roman"/>
          <w:szCs w:val="24"/>
        </w:rPr>
        <w:t xml:space="preserve"> </w:t>
      </w:r>
      <w:proofErr w:type="spellStart"/>
      <w:r w:rsidRPr="00563B50">
        <w:rPr>
          <w:rFonts w:cs="Times New Roman"/>
          <w:szCs w:val="24"/>
        </w:rPr>
        <w:t>lungă</w:t>
      </w:r>
      <w:proofErr w:type="spellEnd"/>
      <w:r w:rsidRPr="00563B50">
        <w:rPr>
          <w:rFonts w:cs="Times New Roman"/>
          <w:szCs w:val="24"/>
        </w:rPr>
        <w:t xml:space="preserve"> de </w:t>
      </w:r>
      <w:proofErr w:type="spellStart"/>
      <w:r w:rsidRPr="00563B50">
        <w:rPr>
          <w:rFonts w:cs="Times New Roman"/>
          <w:szCs w:val="24"/>
        </w:rPr>
        <w:t>timp</w:t>
      </w:r>
      <w:proofErr w:type="spellEnd"/>
      <w:r w:rsidRPr="00563B50">
        <w:rPr>
          <w:rFonts w:cs="Times New Roman"/>
          <w:szCs w:val="24"/>
        </w:rPr>
        <w:t xml:space="preserve">, se </w:t>
      </w:r>
      <w:proofErr w:type="spellStart"/>
      <w:r w:rsidRPr="00563B50">
        <w:rPr>
          <w:rFonts w:cs="Times New Roman"/>
          <w:szCs w:val="24"/>
        </w:rPr>
        <w:t>vor</w:t>
      </w:r>
      <w:proofErr w:type="spellEnd"/>
      <w:r w:rsidRPr="00563B50">
        <w:rPr>
          <w:rFonts w:cs="Times New Roman"/>
          <w:szCs w:val="24"/>
        </w:rPr>
        <w:t xml:space="preserve"> </w:t>
      </w:r>
      <w:proofErr w:type="spellStart"/>
      <w:r w:rsidRPr="00563B50">
        <w:rPr>
          <w:rFonts w:cs="Times New Roman"/>
          <w:szCs w:val="24"/>
        </w:rPr>
        <w:t>aplica</w:t>
      </w:r>
      <w:proofErr w:type="spellEnd"/>
      <w:r w:rsidRPr="00563B50">
        <w:rPr>
          <w:rFonts w:cs="Times New Roman"/>
          <w:szCs w:val="24"/>
        </w:rPr>
        <w:t xml:space="preserve"> </w:t>
      </w:r>
      <w:proofErr w:type="spellStart"/>
      <w:r w:rsidRPr="00563B50">
        <w:rPr>
          <w:rFonts w:cs="Times New Roman"/>
          <w:szCs w:val="24"/>
        </w:rPr>
        <w:t>următoarele</w:t>
      </w:r>
      <w:proofErr w:type="spellEnd"/>
      <w:r w:rsidRPr="00563B50">
        <w:rPr>
          <w:rFonts w:cs="Times New Roman"/>
          <w:szCs w:val="24"/>
        </w:rPr>
        <w:t xml:space="preserve"> reguli:</w:t>
      </w:r>
    </w:p>
    <w:p w14:paraId="4F2557F7" w14:textId="77777777" w:rsidR="00EE7ED3" w:rsidRPr="00563B50" w:rsidRDefault="00000000">
      <w:pPr>
        <w:numPr>
          <w:ilvl w:val="0"/>
          <w:numId w:val="9"/>
        </w:numPr>
        <w:jc w:val="both"/>
        <w:rPr>
          <w:rFonts w:cs="Times New Roman"/>
          <w:szCs w:val="24"/>
        </w:rPr>
      </w:pPr>
      <w:proofErr w:type="spellStart"/>
      <w:r w:rsidRPr="00563B50">
        <w:rPr>
          <w:rFonts w:cs="Times New Roman"/>
          <w:szCs w:val="24"/>
        </w:rPr>
        <w:t>Toate</w:t>
      </w:r>
      <w:proofErr w:type="spellEnd"/>
      <w:r w:rsidRPr="00563B50">
        <w:rPr>
          <w:rFonts w:cs="Times New Roman"/>
          <w:szCs w:val="24"/>
        </w:rPr>
        <w:t xml:space="preserve"> </w:t>
      </w:r>
      <w:proofErr w:type="spellStart"/>
      <w:r w:rsidRPr="00563B50">
        <w:rPr>
          <w:rFonts w:cs="Times New Roman"/>
          <w:szCs w:val="24"/>
        </w:rPr>
        <w:t>documentele</w:t>
      </w:r>
      <w:proofErr w:type="spellEnd"/>
      <w:r w:rsidRPr="00563B50">
        <w:rPr>
          <w:rFonts w:cs="Times New Roman"/>
          <w:szCs w:val="24"/>
        </w:rPr>
        <w:t xml:space="preserve"> </w:t>
      </w:r>
      <w:proofErr w:type="spellStart"/>
      <w:r w:rsidRPr="00563B50">
        <w:rPr>
          <w:rFonts w:cs="Times New Roman"/>
          <w:szCs w:val="24"/>
        </w:rPr>
        <w:t>sensibile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confidențiale</w:t>
      </w:r>
      <w:proofErr w:type="spellEnd"/>
      <w:r w:rsidRPr="00563B50">
        <w:rPr>
          <w:rFonts w:cs="Times New Roman"/>
          <w:szCs w:val="24"/>
        </w:rPr>
        <w:t xml:space="preserve"> (</w:t>
      </w:r>
      <w:proofErr w:type="spellStart"/>
      <w:r w:rsidRPr="00563B50">
        <w:rPr>
          <w:rFonts w:cs="Times New Roman"/>
          <w:szCs w:val="24"/>
        </w:rPr>
        <w:t>extrase</w:t>
      </w:r>
      <w:proofErr w:type="spellEnd"/>
      <w:r w:rsidRPr="00563B50">
        <w:rPr>
          <w:rFonts w:cs="Times New Roman"/>
          <w:szCs w:val="24"/>
        </w:rPr>
        <w:t xml:space="preserve"> din </w:t>
      </w:r>
      <w:proofErr w:type="spellStart"/>
      <w:r w:rsidRPr="00563B50">
        <w:rPr>
          <w:rFonts w:cs="Times New Roman"/>
          <w:szCs w:val="24"/>
        </w:rPr>
        <w:t>registrul</w:t>
      </w:r>
      <w:proofErr w:type="spellEnd"/>
      <w:r w:rsidRPr="00563B50">
        <w:rPr>
          <w:rFonts w:cs="Times New Roman"/>
          <w:szCs w:val="24"/>
        </w:rPr>
        <w:t xml:space="preserve"> de </w:t>
      </w:r>
      <w:proofErr w:type="spellStart"/>
      <w:r w:rsidRPr="00563B50">
        <w:rPr>
          <w:rFonts w:cs="Times New Roman"/>
          <w:szCs w:val="24"/>
        </w:rPr>
        <w:t>gospodării</w:t>
      </w:r>
      <w:proofErr w:type="spellEnd"/>
      <w:r w:rsidRPr="00563B50">
        <w:rPr>
          <w:rFonts w:cs="Times New Roman"/>
          <w:szCs w:val="24"/>
        </w:rPr>
        <w:t xml:space="preserve">, </w:t>
      </w:r>
      <w:proofErr w:type="spellStart"/>
      <w:r w:rsidRPr="00563B50">
        <w:rPr>
          <w:rFonts w:cs="Times New Roman"/>
          <w:szCs w:val="24"/>
        </w:rPr>
        <w:t>fișe</w:t>
      </w:r>
      <w:proofErr w:type="spellEnd"/>
      <w:r w:rsidRPr="00563B50">
        <w:rPr>
          <w:rFonts w:cs="Times New Roman"/>
          <w:szCs w:val="24"/>
        </w:rPr>
        <w:t xml:space="preserve"> </w:t>
      </w:r>
      <w:proofErr w:type="spellStart"/>
      <w:r w:rsidRPr="00563B50">
        <w:rPr>
          <w:rFonts w:cs="Times New Roman"/>
          <w:szCs w:val="24"/>
        </w:rPr>
        <w:t>cadastrale</w:t>
      </w:r>
      <w:proofErr w:type="spellEnd"/>
      <w:r w:rsidRPr="00563B50">
        <w:rPr>
          <w:rFonts w:cs="Times New Roman"/>
          <w:szCs w:val="24"/>
        </w:rPr>
        <w:t xml:space="preserve">, </w:t>
      </w:r>
      <w:proofErr w:type="spellStart"/>
      <w:r w:rsidRPr="00563B50">
        <w:rPr>
          <w:rFonts w:cs="Times New Roman"/>
          <w:szCs w:val="24"/>
        </w:rPr>
        <w:t>petiții</w:t>
      </w:r>
      <w:proofErr w:type="spellEnd"/>
      <w:r w:rsidRPr="00563B50">
        <w:rPr>
          <w:rFonts w:cs="Times New Roman"/>
          <w:szCs w:val="24"/>
        </w:rPr>
        <w:t xml:space="preserve">, </w:t>
      </w:r>
      <w:proofErr w:type="spellStart"/>
      <w:r w:rsidRPr="00563B50">
        <w:rPr>
          <w:rFonts w:cs="Times New Roman"/>
          <w:szCs w:val="24"/>
        </w:rPr>
        <w:t>contracte</w:t>
      </w:r>
      <w:proofErr w:type="spellEnd"/>
      <w:r w:rsidRPr="00563B50">
        <w:rPr>
          <w:rFonts w:cs="Times New Roman"/>
          <w:szCs w:val="24"/>
        </w:rPr>
        <w:t xml:space="preserve"> de </w:t>
      </w:r>
      <w:proofErr w:type="spellStart"/>
      <w:r w:rsidRPr="00563B50">
        <w:rPr>
          <w:rFonts w:cs="Times New Roman"/>
          <w:szCs w:val="24"/>
        </w:rPr>
        <w:t>arendă</w:t>
      </w:r>
      <w:proofErr w:type="spellEnd"/>
      <w:r w:rsidRPr="00563B50">
        <w:rPr>
          <w:rFonts w:cs="Times New Roman"/>
          <w:szCs w:val="24"/>
        </w:rPr>
        <w:t>/</w:t>
      </w:r>
      <w:proofErr w:type="spellStart"/>
      <w:r w:rsidRPr="00563B50">
        <w:rPr>
          <w:rFonts w:cs="Times New Roman"/>
          <w:szCs w:val="24"/>
        </w:rPr>
        <w:t>achiziții</w:t>
      </w:r>
      <w:proofErr w:type="spellEnd"/>
      <w:r w:rsidRPr="00563B50">
        <w:rPr>
          <w:rFonts w:cs="Times New Roman"/>
          <w:szCs w:val="24"/>
        </w:rPr>
        <w:t xml:space="preserve">) </w:t>
      </w:r>
      <w:proofErr w:type="spellStart"/>
      <w:r w:rsidRPr="00563B50">
        <w:rPr>
          <w:rFonts w:cs="Times New Roman"/>
          <w:szCs w:val="24"/>
        </w:rPr>
        <w:t>trebuie</w:t>
      </w:r>
      <w:proofErr w:type="spellEnd"/>
      <w:r w:rsidRPr="00563B50">
        <w:rPr>
          <w:rFonts w:cs="Times New Roman"/>
          <w:szCs w:val="24"/>
        </w:rPr>
        <w:t xml:space="preserve"> </w:t>
      </w:r>
      <w:proofErr w:type="spellStart"/>
      <w:r w:rsidRPr="00563B50">
        <w:rPr>
          <w:rFonts w:cs="Times New Roman"/>
          <w:szCs w:val="24"/>
        </w:rPr>
        <w:t>să</w:t>
      </w:r>
      <w:proofErr w:type="spellEnd"/>
      <w:r w:rsidRPr="00563B50">
        <w:rPr>
          <w:rFonts w:cs="Times New Roman"/>
          <w:szCs w:val="24"/>
        </w:rPr>
        <w:t xml:space="preserve"> fie </w:t>
      </w:r>
      <w:proofErr w:type="spellStart"/>
      <w:r w:rsidRPr="00563B50">
        <w:rPr>
          <w:rFonts w:cs="Times New Roman"/>
          <w:szCs w:val="24"/>
        </w:rPr>
        <w:t>scoase</w:t>
      </w:r>
      <w:proofErr w:type="spellEnd"/>
      <w:r w:rsidRPr="00563B50">
        <w:rPr>
          <w:rFonts w:cs="Times New Roman"/>
          <w:szCs w:val="24"/>
        </w:rPr>
        <w:t xml:space="preserve"> de pe </w:t>
      </w:r>
      <w:proofErr w:type="spellStart"/>
      <w:r w:rsidRPr="00563B50">
        <w:rPr>
          <w:rFonts w:cs="Times New Roman"/>
          <w:szCs w:val="24"/>
        </w:rPr>
        <w:t>birou</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blocate</w:t>
      </w:r>
      <w:proofErr w:type="spellEnd"/>
      <w:r w:rsidRPr="00563B50">
        <w:rPr>
          <w:rFonts w:cs="Times New Roman"/>
          <w:szCs w:val="24"/>
        </w:rPr>
        <w:t xml:space="preserve"> </w:t>
      </w:r>
      <w:proofErr w:type="spellStart"/>
      <w:r w:rsidRPr="00563B50">
        <w:rPr>
          <w:rFonts w:cs="Times New Roman"/>
          <w:szCs w:val="24"/>
        </w:rPr>
        <w:t>într</w:t>
      </w:r>
      <w:proofErr w:type="spellEnd"/>
      <w:r w:rsidRPr="00563B50">
        <w:rPr>
          <w:rFonts w:cs="Times New Roman"/>
          <w:szCs w:val="24"/>
        </w:rPr>
        <w:t xml:space="preserve">-un </w:t>
      </w:r>
      <w:proofErr w:type="spellStart"/>
      <w:r w:rsidRPr="00563B50">
        <w:rPr>
          <w:rFonts w:cs="Times New Roman"/>
          <w:szCs w:val="24"/>
        </w:rPr>
        <w:t>sertar</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dulap</w:t>
      </w:r>
      <w:proofErr w:type="spellEnd"/>
      <w:r w:rsidRPr="00563B50">
        <w:rPr>
          <w:rFonts w:cs="Times New Roman"/>
          <w:szCs w:val="24"/>
        </w:rPr>
        <w:t xml:space="preserve"> </w:t>
      </w:r>
      <w:proofErr w:type="spellStart"/>
      <w:r w:rsidRPr="00563B50">
        <w:rPr>
          <w:rFonts w:cs="Times New Roman"/>
          <w:szCs w:val="24"/>
        </w:rPr>
        <w:t>metalic</w:t>
      </w:r>
      <w:proofErr w:type="spellEnd"/>
      <w:r w:rsidRPr="00563B50">
        <w:rPr>
          <w:rFonts w:cs="Times New Roman"/>
          <w:szCs w:val="24"/>
        </w:rPr>
        <w:t xml:space="preserve"> de </w:t>
      </w:r>
      <w:proofErr w:type="spellStart"/>
      <w:r w:rsidRPr="00563B50">
        <w:rPr>
          <w:rFonts w:cs="Times New Roman"/>
          <w:szCs w:val="24"/>
        </w:rPr>
        <w:t>depozitare</w:t>
      </w:r>
      <w:proofErr w:type="spellEnd"/>
      <w:r w:rsidRPr="00563B50">
        <w:rPr>
          <w:rFonts w:cs="Times New Roman"/>
          <w:szCs w:val="24"/>
        </w:rPr>
        <w:t xml:space="preserve">. </w:t>
      </w:r>
      <w:proofErr w:type="spellStart"/>
      <w:r w:rsidRPr="00563B50">
        <w:rPr>
          <w:rFonts w:cs="Times New Roman"/>
          <w:szCs w:val="24"/>
        </w:rPr>
        <w:t>Acestea</w:t>
      </w:r>
      <w:proofErr w:type="spellEnd"/>
      <w:r w:rsidRPr="00563B50">
        <w:rPr>
          <w:rFonts w:cs="Times New Roman"/>
          <w:szCs w:val="24"/>
        </w:rPr>
        <w:t xml:space="preserve"> </w:t>
      </w:r>
      <w:proofErr w:type="spellStart"/>
      <w:r w:rsidRPr="00563B50">
        <w:rPr>
          <w:rFonts w:cs="Times New Roman"/>
          <w:szCs w:val="24"/>
        </w:rPr>
        <w:t>includ</w:t>
      </w:r>
      <w:proofErr w:type="spellEnd"/>
      <w:r w:rsidRPr="00563B50">
        <w:rPr>
          <w:rFonts w:cs="Times New Roman"/>
          <w:szCs w:val="24"/>
        </w:rPr>
        <w:t xml:space="preserve"> </w:t>
      </w:r>
      <w:proofErr w:type="spellStart"/>
      <w:r w:rsidRPr="00563B50">
        <w:rPr>
          <w:rFonts w:cs="Times New Roman"/>
          <w:szCs w:val="24"/>
        </w:rPr>
        <w:t>dispozitive</w:t>
      </w:r>
      <w:proofErr w:type="spellEnd"/>
      <w:r w:rsidRPr="00563B50">
        <w:rPr>
          <w:rFonts w:cs="Times New Roman"/>
          <w:szCs w:val="24"/>
        </w:rPr>
        <w:t xml:space="preserve"> de </w:t>
      </w:r>
      <w:proofErr w:type="spellStart"/>
      <w:r w:rsidRPr="00563B50">
        <w:rPr>
          <w:rFonts w:cs="Times New Roman"/>
          <w:szCs w:val="24"/>
        </w:rPr>
        <w:t>stocare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masă</w:t>
      </w:r>
      <w:proofErr w:type="spellEnd"/>
      <w:r w:rsidRPr="00563B50">
        <w:rPr>
          <w:rFonts w:cs="Times New Roman"/>
          <w:szCs w:val="24"/>
        </w:rPr>
        <w:t xml:space="preserve">, cum </w:t>
      </w:r>
      <w:proofErr w:type="spellStart"/>
      <w:r w:rsidRPr="00563B50">
        <w:rPr>
          <w:rFonts w:cs="Times New Roman"/>
          <w:szCs w:val="24"/>
        </w:rPr>
        <w:t>ar</w:t>
      </w:r>
      <w:proofErr w:type="spellEnd"/>
      <w:r w:rsidRPr="00563B50">
        <w:rPr>
          <w:rFonts w:cs="Times New Roman"/>
          <w:szCs w:val="24"/>
        </w:rPr>
        <w:t xml:space="preserve"> fi </w:t>
      </w:r>
      <w:proofErr w:type="spellStart"/>
      <w:r w:rsidRPr="00563B50">
        <w:rPr>
          <w:rFonts w:cs="Times New Roman"/>
          <w:szCs w:val="24"/>
        </w:rPr>
        <w:t>unități</w:t>
      </w:r>
      <w:proofErr w:type="spellEnd"/>
      <w:r w:rsidRPr="00563B50">
        <w:rPr>
          <w:rFonts w:cs="Times New Roman"/>
          <w:szCs w:val="24"/>
        </w:rPr>
        <w:t xml:space="preserve"> USB.</w:t>
      </w:r>
    </w:p>
    <w:p w14:paraId="66AC87EE" w14:textId="77777777" w:rsidR="00EE7ED3" w:rsidRPr="00563B50" w:rsidRDefault="00000000">
      <w:pPr>
        <w:numPr>
          <w:ilvl w:val="0"/>
          <w:numId w:val="9"/>
        </w:numPr>
        <w:jc w:val="both"/>
        <w:rPr>
          <w:rFonts w:cs="Times New Roman"/>
          <w:szCs w:val="24"/>
        </w:rPr>
      </w:pPr>
      <w:proofErr w:type="spellStart"/>
      <w:r w:rsidRPr="00563B50">
        <w:rPr>
          <w:rFonts w:cs="Times New Roman"/>
          <w:szCs w:val="24"/>
        </w:rPr>
        <w:t>Toată</w:t>
      </w:r>
      <w:proofErr w:type="spellEnd"/>
      <w:r w:rsidRPr="00563B50">
        <w:rPr>
          <w:rFonts w:cs="Times New Roman"/>
          <w:szCs w:val="24"/>
        </w:rPr>
        <w:t xml:space="preserve"> </w:t>
      </w:r>
      <w:proofErr w:type="spellStart"/>
      <w:r w:rsidRPr="00563B50">
        <w:rPr>
          <w:rFonts w:cs="Times New Roman"/>
          <w:szCs w:val="24"/>
        </w:rPr>
        <w:t>hârtia</w:t>
      </w:r>
      <w:proofErr w:type="spellEnd"/>
      <w:r w:rsidRPr="00563B50">
        <w:rPr>
          <w:rFonts w:cs="Times New Roman"/>
          <w:szCs w:val="24"/>
        </w:rPr>
        <w:t xml:space="preserve"> de </w:t>
      </w:r>
      <w:proofErr w:type="spellStart"/>
      <w:r w:rsidRPr="00563B50">
        <w:rPr>
          <w:rFonts w:cs="Times New Roman"/>
          <w:szCs w:val="24"/>
        </w:rPr>
        <w:t>deșeuri</w:t>
      </w:r>
      <w:proofErr w:type="spellEnd"/>
      <w:r w:rsidRPr="00563B50">
        <w:rPr>
          <w:rFonts w:cs="Times New Roman"/>
          <w:szCs w:val="24"/>
        </w:rPr>
        <w:t xml:space="preserve"> care </w:t>
      </w:r>
      <w:proofErr w:type="spellStart"/>
      <w:r w:rsidRPr="00563B50">
        <w:rPr>
          <w:rFonts w:cs="Times New Roman"/>
          <w:szCs w:val="24"/>
        </w:rPr>
        <w:t>conține</w:t>
      </w:r>
      <w:proofErr w:type="spellEnd"/>
      <w:r w:rsidRPr="00563B50">
        <w:rPr>
          <w:rFonts w:cs="Times New Roman"/>
          <w:szCs w:val="24"/>
        </w:rPr>
        <w:t xml:space="preserve"> </w:t>
      </w:r>
      <w:proofErr w:type="spellStart"/>
      <w:r w:rsidRPr="00563B50">
        <w:rPr>
          <w:rFonts w:cs="Times New Roman"/>
          <w:szCs w:val="24"/>
        </w:rPr>
        <w:t>informații</w:t>
      </w:r>
      <w:proofErr w:type="spellEnd"/>
      <w:r w:rsidRPr="00563B50">
        <w:rPr>
          <w:rFonts w:cs="Times New Roman"/>
          <w:szCs w:val="24"/>
        </w:rPr>
        <w:t xml:space="preserve"> </w:t>
      </w:r>
      <w:proofErr w:type="spellStart"/>
      <w:r w:rsidRPr="00563B50">
        <w:rPr>
          <w:rFonts w:cs="Times New Roman"/>
          <w:szCs w:val="24"/>
        </w:rPr>
        <w:t>sensibile</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confidențiale</w:t>
      </w:r>
      <w:proofErr w:type="spellEnd"/>
      <w:r w:rsidRPr="00563B50">
        <w:rPr>
          <w:rFonts w:cs="Times New Roman"/>
          <w:szCs w:val="24"/>
        </w:rPr>
        <w:t xml:space="preserve"> </w:t>
      </w:r>
      <w:proofErr w:type="spellStart"/>
      <w:r w:rsidRPr="00563B50">
        <w:rPr>
          <w:rFonts w:cs="Times New Roman"/>
          <w:szCs w:val="24"/>
        </w:rPr>
        <w:t>trebuie</w:t>
      </w:r>
      <w:proofErr w:type="spellEnd"/>
      <w:r w:rsidRPr="00563B50">
        <w:rPr>
          <w:rFonts w:cs="Times New Roman"/>
          <w:szCs w:val="24"/>
        </w:rPr>
        <w:t xml:space="preserve"> </w:t>
      </w:r>
      <w:proofErr w:type="spellStart"/>
      <w:r w:rsidRPr="00563B50">
        <w:rPr>
          <w:rFonts w:cs="Times New Roman"/>
          <w:szCs w:val="24"/>
        </w:rPr>
        <w:t>plasată</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cutiile</w:t>
      </w:r>
      <w:proofErr w:type="spellEnd"/>
      <w:r w:rsidRPr="00563B50">
        <w:rPr>
          <w:rFonts w:cs="Times New Roman"/>
          <w:szCs w:val="24"/>
        </w:rPr>
        <w:t xml:space="preserve"> </w:t>
      </w:r>
      <w:proofErr w:type="spellStart"/>
      <w:r w:rsidRPr="00563B50">
        <w:rPr>
          <w:rFonts w:cs="Times New Roman"/>
          <w:szCs w:val="24"/>
        </w:rPr>
        <w:t>confidențiale</w:t>
      </w:r>
      <w:proofErr w:type="spellEnd"/>
      <w:r w:rsidRPr="00563B50">
        <w:rPr>
          <w:rFonts w:cs="Times New Roman"/>
          <w:szCs w:val="24"/>
        </w:rPr>
        <w:t xml:space="preserve"> dedicate/</w:t>
      </w:r>
      <w:proofErr w:type="spellStart"/>
      <w:r w:rsidRPr="00563B50">
        <w:rPr>
          <w:rFonts w:cs="Times New Roman"/>
          <w:szCs w:val="24"/>
        </w:rPr>
        <w:t>distrusă</w:t>
      </w:r>
      <w:proofErr w:type="spellEnd"/>
      <w:r w:rsidRPr="00563B50">
        <w:rPr>
          <w:rFonts w:cs="Times New Roman"/>
          <w:szCs w:val="24"/>
        </w:rPr>
        <w:t xml:space="preserve"> </w:t>
      </w:r>
      <w:proofErr w:type="spellStart"/>
      <w:r w:rsidRPr="00563B50">
        <w:rPr>
          <w:rFonts w:cs="Times New Roman"/>
          <w:szCs w:val="24"/>
        </w:rPr>
        <w:t>complet</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tocare</w:t>
      </w:r>
      <w:proofErr w:type="spellEnd"/>
      <w:r w:rsidRPr="00563B50">
        <w:rPr>
          <w:rFonts w:cs="Times New Roman"/>
          <w:szCs w:val="24"/>
        </w:rPr>
        <w:t>.</w:t>
      </w:r>
    </w:p>
    <w:p w14:paraId="03E79034" w14:textId="77777777" w:rsidR="00EE7ED3" w:rsidRPr="00563B50" w:rsidRDefault="00000000">
      <w:pPr>
        <w:numPr>
          <w:ilvl w:val="0"/>
          <w:numId w:val="9"/>
        </w:numPr>
        <w:jc w:val="both"/>
        <w:rPr>
          <w:rFonts w:cs="Times New Roman"/>
          <w:szCs w:val="24"/>
        </w:rPr>
      </w:pPr>
      <w:proofErr w:type="spellStart"/>
      <w:r w:rsidRPr="00563B50">
        <w:rPr>
          <w:rFonts w:cs="Times New Roman"/>
          <w:szCs w:val="24"/>
        </w:rPr>
        <w:t>Stațiile</w:t>
      </w:r>
      <w:proofErr w:type="spellEnd"/>
      <w:r w:rsidRPr="00563B50">
        <w:rPr>
          <w:rFonts w:cs="Times New Roman"/>
          <w:szCs w:val="24"/>
        </w:rPr>
        <w:t xml:space="preserve"> de </w:t>
      </w:r>
      <w:proofErr w:type="spellStart"/>
      <w:r w:rsidRPr="00563B50">
        <w:rPr>
          <w:rFonts w:cs="Times New Roman"/>
          <w:szCs w:val="24"/>
        </w:rPr>
        <w:t>lucru</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calculatoare</w:t>
      </w:r>
      <w:proofErr w:type="spellEnd"/>
      <w:r w:rsidRPr="00563B50">
        <w:rPr>
          <w:rFonts w:cs="Times New Roman"/>
          <w:szCs w:val="24"/>
        </w:rPr>
        <w:t xml:space="preserve"> </w:t>
      </w:r>
      <w:proofErr w:type="spellStart"/>
      <w:r w:rsidRPr="00563B50">
        <w:rPr>
          <w:rFonts w:cs="Times New Roman"/>
          <w:szCs w:val="24"/>
        </w:rPr>
        <w:t>trebuie</w:t>
      </w:r>
      <w:proofErr w:type="spellEnd"/>
      <w:r w:rsidRPr="00563B50">
        <w:rPr>
          <w:rFonts w:cs="Times New Roman"/>
          <w:szCs w:val="24"/>
        </w:rPr>
        <w:t xml:space="preserve"> </w:t>
      </w:r>
      <w:proofErr w:type="spellStart"/>
      <w:r w:rsidRPr="00563B50">
        <w:rPr>
          <w:rFonts w:cs="Times New Roman"/>
          <w:szCs w:val="24"/>
        </w:rPr>
        <w:t>să</w:t>
      </w:r>
      <w:proofErr w:type="spellEnd"/>
      <w:r w:rsidRPr="00563B50">
        <w:rPr>
          <w:rFonts w:cs="Times New Roman"/>
          <w:szCs w:val="24"/>
        </w:rPr>
        <w:t xml:space="preserve"> fie </w:t>
      </w:r>
      <w:proofErr w:type="spellStart"/>
      <w:r w:rsidRPr="00563B50">
        <w:rPr>
          <w:rFonts w:cs="Times New Roman"/>
          <w:szCs w:val="24"/>
        </w:rPr>
        <w:t>blocate</w:t>
      </w:r>
      <w:proofErr w:type="spellEnd"/>
      <w:r w:rsidRPr="00563B50">
        <w:rPr>
          <w:rFonts w:cs="Times New Roman"/>
          <w:szCs w:val="24"/>
        </w:rPr>
        <w:t xml:space="preserve"> </w:t>
      </w:r>
      <w:proofErr w:type="spellStart"/>
      <w:r w:rsidRPr="00563B50">
        <w:rPr>
          <w:rFonts w:cs="Times New Roman"/>
          <w:szCs w:val="24"/>
        </w:rPr>
        <w:t>atunci</w:t>
      </w:r>
      <w:proofErr w:type="spellEnd"/>
      <w:r w:rsidRPr="00563B50">
        <w:rPr>
          <w:rFonts w:cs="Times New Roman"/>
          <w:szCs w:val="24"/>
        </w:rPr>
        <w:t xml:space="preserve"> </w:t>
      </w:r>
      <w:proofErr w:type="spellStart"/>
      <w:r w:rsidRPr="00563B50">
        <w:rPr>
          <w:rFonts w:cs="Times New Roman"/>
          <w:szCs w:val="24"/>
        </w:rPr>
        <w:t>când</w:t>
      </w:r>
      <w:proofErr w:type="spellEnd"/>
      <w:r w:rsidRPr="00563B50">
        <w:rPr>
          <w:rFonts w:cs="Times New Roman"/>
          <w:szCs w:val="24"/>
        </w:rPr>
        <w:t xml:space="preserve"> </w:t>
      </w:r>
      <w:proofErr w:type="spellStart"/>
      <w:r w:rsidRPr="00563B50">
        <w:rPr>
          <w:rFonts w:cs="Times New Roman"/>
          <w:szCs w:val="24"/>
        </w:rPr>
        <w:t>biroul</w:t>
      </w:r>
      <w:proofErr w:type="spellEnd"/>
      <w:r w:rsidRPr="00563B50">
        <w:rPr>
          <w:rFonts w:cs="Times New Roman"/>
          <w:szCs w:val="24"/>
        </w:rPr>
        <w:t xml:space="preserve">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neocupat</w:t>
      </w:r>
      <w:proofErr w:type="spellEnd"/>
      <w:r w:rsidRPr="00563B50">
        <w:rPr>
          <w:rFonts w:cs="Times New Roman"/>
          <w:szCs w:val="24"/>
        </w:rPr>
        <w:t xml:space="preserve"> (Windows + L)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închise</w:t>
      </w:r>
      <w:proofErr w:type="spellEnd"/>
      <w:r w:rsidRPr="00563B50">
        <w:rPr>
          <w:rFonts w:cs="Times New Roman"/>
          <w:szCs w:val="24"/>
        </w:rPr>
        <w:t xml:space="preserve"> </w:t>
      </w:r>
      <w:proofErr w:type="spellStart"/>
      <w:r w:rsidRPr="00563B50">
        <w:rPr>
          <w:rFonts w:cs="Times New Roman"/>
          <w:szCs w:val="24"/>
        </w:rPr>
        <w:t>complet</w:t>
      </w:r>
      <w:proofErr w:type="spellEnd"/>
      <w:r w:rsidRPr="00563B50">
        <w:rPr>
          <w:rFonts w:cs="Times New Roman"/>
          <w:szCs w:val="24"/>
        </w:rPr>
        <w:t xml:space="preserve"> la </w:t>
      </w:r>
      <w:proofErr w:type="spellStart"/>
      <w:r w:rsidRPr="00563B50">
        <w:rPr>
          <w:rFonts w:cs="Times New Roman"/>
          <w:szCs w:val="24"/>
        </w:rPr>
        <w:t>sfârșitul</w:t>
      </w:r>
      <w:proofErr w:type="spellEnd"/>
      <w:r w:rsidRPr="00563B50">
        <w:rPr>
          <w:rFonts w:cs="Times New Roman"/>
          <w:szCs w:val="24"/>
        </w:rPr>
        <w:t xml:space="preserve"> </w:t>
      </w:r>
      <w:proofErr w:type="spellStart"/>
      <w:r w:rsidRPr="00563B50">
        <w:rPr>
          <w:rFonts w:cs="Times New Roman"/>
          <w:szCs w:val="24"/>
        </w:rPr>
        <w:t>zilei</w:t>
      </w:r>
      <w:proofErr w:type="spellEnd"/>
      <w:r w:rsidRPr="00563B50">
        <w:rPr>
          <w:rFonts w:cs="Times New Roman"/>
          <w:szCs w:val="24"/>
        </w:rPr>
        <w:t xml:space="preserve"> de </w:t>
      </w:r>
      <w:proofErr w:type="spellStart"/>
      <w:r w:rsidRPr="00563B50">
        <w:rPr>
          <w:rFonts w:cs="Times New Roman"/>
          <w:szCs w:val="24"/>
        </w:rPr>
        <w:t>lucru</w:t>
      </w:r>
      <w:proofErr w:type="spellEnd"/>
      <w:r w:rsidRPr="00563B50">
        <w:rPr>
          <w:rFonts w:cs="Times New Roman"/>
          <w:szCs w:val="24"/>
        </w:rPr>
        <w:t>.</w:t>
      </w:r>
    </w:p>
    <w:p w14:paraId="6593CD17" w14:textId="77777777" w:rsidR="00EE7ED3" w:rsidRPr="00563B50" w:rsidRDefault="00000000" w:rsidP="00A33FF6">
      <w:pPr>
        <w:rPr>
          <w:rFonts w:cs="Times New Roman"/>
          <w:b/>
          <w:bCs/>
          <w:szCs w:val="24"/>
        </w:rPr>
      </w:pPr>
      <w:r w:rsidRPr="00563B50">
        <w:rPr>
          <w:rFonts w:cs="Times New Roman"/>
          <w:b/>
          <w:bCs/>
          <w:szCs w:val="24"/>
        </w:rPr>
        <w:t>VII. SFERA DATELOR PERSONALE. PRELUCRAREA DATELOR CU CARACTER PERSONAL, SCOPURILE ȘI TEMEIURILE PRELUCRĂRII</w:t>
      </w:r>
    </w:p>
    <w:p w14:paraId="722FE004" w14:textId="77777777" w:rsidR="00EE7ED3" w:rsidRPr="00563B50" w:rsidRDefault="00000000" w:rsidP="009F7DD4">
      <w:pPr>
        <w:jc w:val="both"/>
        <w:rPr>
          <w:rFonts w:cs="Times New Roman"/>
          <w:szCs w:val="24"/>
        </w:rPr>
      </w:pPr>
      <w:proofErr w:type="spellStart"/>
      <w:r w:rsidRPr="00563B50">
        <w:rPr>
          <w:rFonts w:cs="Times New Roman"/>
          <w:szCs w:val="24"/>
        </w:rPr>
        <w:t>Activitățile</w:t>
      </w:r>
      <w:proofErr w:type="spellEnd"/>
      <w:r w:rsidRPr="00563B50">
        <w:rPr>
          <w:rFonts w:cs="Times New Roman"/>
          <w:szCs w:val="24"/>
        </w:rPr>
        <w:t xml:space="preserve"> de </w:t>
      </w:r>
      <w:proofErr w:type="spellStart"/>
      <w:r w:rsidRPr="00563B50">
        <w:rPr>
          <w:rFonts w:cs="Times New Roman"/>
          <w:szCs w:val="24"/>
        </w:rPr>
        <w:t>prelucrare</w:t>
      </w:r>
      <w:proofErr w:type="spellEnd"/>
      <w:r w:rsidRPr="00563B50">
        <w:rPr>
          <w:rFonts w:cs="Times New Roman"/>
          <w:szCs w:val="24"/>
        </w:rPr>
        <w:t xml:space="preserve"> a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realizate</w:t>
      </w:r>
      <w:proofErr w:type="spellEnd"/>
      <w:r w:rsidRPr="00563B50">
        <w:rPr>
          <w:rFonts w:cs="Times New Roman"/>
          <w:szCs w:val="24"/>
        </w:rPr>
        <w:t xml:space="preserve"> la </w:t>
      </w:r>
      <w:proofErr w:type="spellStart"/>
      <w:r w:rsidRPr="00563B50">
        <w:rPr>
          <w:rFonts w:cs="Times New Roman"/>
          <w:szCs w:val="24"/>
        </w:rPr>
        <w:t>nivelul</w:t>
      </w:r>
      <w:proofErr w:type="spellEnd"/>
      <w:r w:rsidRPr="00563B50">
        <w:rPr>
          <w:rFonts w:cs="Times New Roman"/>
          <w:szCs w:val="24"/>
        </w:rPr>
        <w:t xml:space="preserve"> </w:t>
      </w:r>
      <w:r w:rsidRPr="009F7DD4">
        <w:rPr>
          <w:rFonts w:cs="Times New Roman"/>
          <w:b/>
          <w:bCs/>
          <w:szCs w:val="24"/>
        </w:rPr>
        <w:t xml:space="preserve">PRIMĂRIEI SATULUI MERENI </w:t>
      </w:r>
      <w:r w:rsidRPr="00563B50">
        <w:rPr>
          <w:rFonts w:cs="Times New Roman"/>
          <w:szCs w:val="24"/>
        </w:rPr>
        <w:t xml:space="preserve">pot </w:t>
      </w:r>
      <w:proofErr w:type="spellStart"/>
      <w:r w:rsidRPr="00563B50">
        <w:rPr>
          <w:rFonts w:cs="Times New Roman"/>
          <w:szCs w:val="24"/>
        </w:rPr>
        <w:t>consta</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colectarea</w:t>
      </w:r>
      <w:proofErr w:type="spellEnd"/>
      <w:r w:rsidRPr="00563B50">
        <w:rPr>
          <w:rFonts w:cs="Times New Roman"/>
          <w:szCs w:val="24"/>
        </w:rPr>
        <w:t xml:space="preserve">, </w:t>
      </w:r>
      <w:proofErr w:type="spellStart"/>
      <w:r w:rsidRPr="00563B50">
        <w:rPr>
          <w:rFonts w:cs="Times New Roman"/>
          <w:szCs w:val="24"/>
        </w:rPr>
        <w:t>înregistrarea</w:t>
      </w:r>
      <w:proofErr w:type="spellEnd"/>
      <w:r w:rsidRPr="00563B50">
        <w:rPr>
          <w:rFonts w:cs="Times New Roman"/>
          <w:szCs w:val="24"/>
        </w:rPr>
        <w:t xml:space="preserve">, </w:t>
      </w:r>
      <w:proofErr w:type="spellStart"/>
      <w:r w:rsidRPr="00563B50">
        <w:rPr>
          <w:rFonts w:cs="Times New Roman"/>
          <w:szCs w:val="24"/>
        </w:rPr>
        <w:t>organizarea</w:t>
      </w:r>
      <w:proofErr w:type="spellEnd"/>
      <w:r w:rsidRPr="00563B50">
        <w:rPr>
          <w:rFonts w:cs="Times New Roman"/>
          <w:szCs w:val="24"/>
        </w:rPr>
        <w:t xml:space="preserve">, </w:t>
      </w:r>
      <w:proofErr w:type="spellStart"/>
      <w:r w:rsidRPr="00563B50">
        <w:rPr>
          <w:rFonts w:cs="Times New Roman"/>
          <w:szCs w:val="24"/>
        </w:rPr>
        <w:t>structurarea</w:t>
      </w:r>
      <w:proofErr w:type="spellEnd"/>
      <w:r w:rsidRPr="00563B50">
        <w:rPr>
          <w:rFonts w:cs="Times New Roman"/>
          <w:szCs w:val="24"/>
        </w:rPr>
        <w:t xml:space="preserve">, </w:t>
      </w:r>
      <w:proofErr w:type="spellStart"/>
      <w:r w:rsidRPr="00563B50">
        <w:rPr>
          <w:rFonts w:cs="Times New Roman"/>
          <w:szCs w:val="24"/>
        </w:rPr>
        <w:t>stocarea</w:t>
      </w:r>
      <w:proofErr w:type="spellEnd"/>
      <w:r w:rsidRPr="00563B50">
        <w:rPr>
          <w:rFonts w:cs="Times New Roman"/>
          <w:szCs w:val="24"/>
        </w:rPr>
        <w:t xml:space="preserve">, </w:t>
      </w:r>
      <w:proofErr w:type="spellStart"/>
      <w:r w:rsidRPr="00563B50">
        <w:rPr>
          <w:rFonts w:cs="Times New Roman"/>
          <w:szCs w:val="24"/>
        </w:rPr>
        <w:t>adaptarea</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modificarea</w:t>
      </w:r>
      <w:proofErr w:type="spellEnd"/>
      <w:r w:rsidRPr="00563B50">
        <w:rPr>
          <w:rFonts w:cs="Times New Roman"/>
          <w:szCs w:val="24"/>
        </w:rPr>
        <w:t xml:space="preserve">, </w:t>
      </w:r>
      <w:proofErr w:type="spellStart"/>
      <w:r w:rsidRPr="00563B50">
        <w:rPr>
          <w:rFonts w:cs="Times New Roman"/>
          <w:szCs w:val="24"/>
        </w:rPr>
        <w:t>extragerea</w:t>
      </w:r>
      <w:proofErr w:type="spellEnd"/>
      <w:r w:rsidRPr="00563B50">
        <w:rPr>
          <w:rFonts w:cs="Times New Roman"/>
          <w:szCs w:val="24"/>
        </w:rPr>
        <w:t xml:space="preserve">, </w:t>
      </w:r>
      <w:proofErr w:type="spellStart"/>
      <w:r w:rsidRPr="00563B50">
        <w:rPr>
          <w:rFonts w:cs="Times New Roman"/>
          <w:szCs w:val="24"/>
        </w:rPr>
        <w:t>consultarea</w:t>
      </w:r>
      <w:proofErr w:type="spellEnd"/>
      <w:r w:rsidRPr="00563B50">
        <w:rPr>
          <w:rFonts w:cs="Times New Roman"/>
          <w:szCs w:val="24"/>
        </w:rPr>
        <w:t xml:space="preserve">, </w:t>
      </w:r>
      <w:proofErr w:type="spellStart"/>
      <w:r w:rsidRPr="00563B50">
        <w:rPr>
          <w:rFonts w:cs="Times New Roman"/>
          <w:szCs w:val="24"/>
        </w:rPr>
        <w:t>utilizarea</w:t>
      </w:r>
      <w:proofErr w:type="spellEnd"/>
      <w:r w:rsidRPr="00563B50">
        <w:rPr>
          <w:rFonts w:cs="Times New Roman"/>
          <w:szCs w:val="24"/>
        </w:rPr>
        <w:t xml:space="preserve">, </w:t>
      </w:r>
      <w:proofErr w:type="spellStart"/>
      <w:r w:rsidRPr="00563B50">
        <w:rPr>
          <w:rFonts w:cs="Times New Roman"/>
          <w:szCs w:val="24"/>
        </w:rPr>
        <w:t>divulgarea</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transmitere</w:t>
      </w:r>
      <w:proofErr w:type="spellEnd"/>
      <w:r w:rsidRPr="00563B50">
        <w:rPr>
          <w:rFonts w:cs="Times New Roman"/>
          <w:szCs w:val="24"/>
        </w:rPr>
        <w:t xml:space="preserve">, </w:t>
      </w:r>
      <w:proofErr w:type="spellStart"/>
      <w:r w:rsidRPr="00563B50">
        <w:rPr>
          <w:rFonts w:cs="Times New Roman"/>
          <w:szCs w:val="24"/>
        </w:rPr>
        <w:t>diseminarea</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punerea</w:t>
      </w:r>
      <w:proofErr w:type="spellEnd"/>
      <w:r w:rsidRPr="00563B50">
        <w:rPr>
          <w:rFonts w:cs="Times New Roman"/>
          <w:szCs w:val="24"/>
        </w:rPr>
        <w:t xml:space="preserve"> la </w:t>
      </w:r>
      <w:proofErr w:type="spellStart"/>
      <w:r w:rsidRPr="00563B50">
        <w:rPr>
          <w:rFonts w:cs="Times New Roman"/>
          <w:szCs w:val="24"/>
        </w:rPr>
        <w:t>dispoziție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orice</w:t>
      </w:r>
      <w:proofErr w:type="spellEnd"/>
      <w:r w:rsidRPr="00563B50">
        <w:rPr>
          <w:rFonts w:cs="Times New Roman"/>
          <w:szCs w:val="24"/>
        </w:rPr>
        <w:t xml:space="preserve"> alt mod, </w:t>
      </w:r>
      <w:proofErr w:type="spellStart"/>
      <w:r w:rsidRPr="00563B50">
        <w:rPr>
          <w:rFonts w:cs="Times New Roman"/>
          <w:szCs w:val="24"/>
        </w:rPr>
        <w:t>alinierea</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combinarea</w:t>
      </w:r>
      <w:proofErr w:type="spellEnd"/>
      <w:r w:rsidRPr="00563B50">
        <w:rPr>
          <w:rFonts w:cs="Times New Roman"/>
          <w:szCs w:val="24"/>
        </w:rPr>
        <w:t xml:space="preserve">, </w:t>
      </w:r>
      <w:proofErr w:type="spellStart"/>
      <w:r w:rsidRPr="00563B50">
        <w:rPr>
          <w:rFonts w:cs="Times New Roman"/>
          <w:szCs w:val="24"/>
        </w:rPr>
        <w:t>restricționarea</w:t>
      </w:r>
      <w:proofErr w:type="spellEnd"/>
      <w:r w:rsidRPr="00563B50">
        <w:rPr>
          <w:rFonts w:cs="Times New Roman"/>
          <w:szCs w:val="24"/>
        </w:rPr>
        <w:t xml:space="preserve">, </w:t>
      </w:r>
      <w:proofErr w:type="spellStart"/>
      <w:r w:rsidRPr="00563B50">
        <w:rPr>
          <w:rFonts w:cs="Times New Roman"/>
          <w:szCs w:val="24"/>
        </w:rPr>
        <w:t>ștergerea</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distrugerea</w:t>
      </w:r>
      <w:proofErr w:type="spellEnd"/>
      <w:r w:rsidRPr="00563B50">
        <w:rPr>
          <w:rFonts w:cs="Times New Roman"/>
          <w:szCs w:val="24"/>
        </w:rPr>
        <w:t>.</w:t>
      </w:r>
    </w:p>
    <w:p w14:paraId="31B1F28A" w14:textId="77777777" w:rsidR="00EE7ED3" w:rsidRPr="00563B50" w:rsidRDefault="00000000" w:rsidP="009F7DD4">
      <w:pPr>
        <w:jc w:val="both"/>
        <w:rPr>
          <w:rFonts w:cs="Times New Roman"/>
          <w:szCs w:val="24"/>
        </w:rPr>
      </w:pP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cazurile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care </w:t>
      </w:r>
      <w:r w:rsidRPr="009F7DD4">
        <w:rPr>
          <w:rFonts w:cs="Times New Roman"/>
          <w:b/>
          <w:bCs/>
          <w:szCs w:val="24"/>
        </w:rPr>
        <w:t>PRIMĂRIA SATULUI MERENI</w:t>
      </w:r>
      <w:r w:rsidRPr="00563B50">
        <w:rPr>
          <w:rFonts w:cs="Times New Roman"/>
          <w:szCs w:val="24"/>
        </w:rPr>
        <w:t xml:space="preserve"> </w:t>
      </w:r>
      <w:proofErr w:type="spellStart"/>
      <w:r w:rsidRPr="00563B50">
        <w:rPr>
          <w:rFonts w:cs="Times New Roman"/>
          <w:szCs w:val="24"/>
        </w:rPr>
        <w:t>stabilește</w:t>
      </w:r>
      <w:proofErr w:type="spellEnd"/>
      <w:r w:rsidRPr="00563B50">
        <w:rPr>
          <w:rFonts w:cs="Times New Roman"/>
          <w:szCs w:val="24"/>
        </w:rPr>
        <w:t xml:space="preserve"> </w:t>
      </w:r>
      <w:proofErr w:type="spellStart"/>
      <w:r w:rsidRPr="00563B50">
        <w:rPr>
          <w:rFonts w:cs="Times New Roman"/>
          <w:szCs w:val="24"/>
        </w:rPr>
        <w:t>scopurile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mijloacele</w:t>
      </w:r>
      <w:proofErr w:type="spellEnd"/>
      <w:r w:rsidRPr="00563B50">
        <w:rPr>
          <w:rFonts w:cs="Times New Roman"/>
          <w:szCs w:val="24"/>
        </w:rPr>
        <w:t xml:space="preserve"> de </w:t>
      </w:r>
      <w:proofErr w:type="spellStart"/>
      <w:r w:rsidRPr="00563B50">
        <w:rPr>
          <w:rFonts w:cs="Times New Roman"/>
          <w:szCs w:val="24"/>
        </w:rPr>
        <w:t>prelucrare</w:t>
      </w:r>
      <w:proofErr w:type="spellEnd"/>
      <w:r w:rsidRPr="00563B50">
        <w:rPr>
          <w:rFonts w:cs="Times New Roman"/>
          <w:szCs w:val="24"/>
        </w:rPr>
        <w:t xml:space="preserve"> a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va</w:t>
      </w:r>
      <w:proofErr w:type="spellEnd"/>
      <w:r w:rsidRPr="00563B50">
        <w:rPr>
          <w:rFonts w:cs="Times New Roman"/>
          <w:szCs w:val="24"/>
        </w:rPr>
        <w:t xml:space="preserve"> </w:t>
      </w:r>
      <w:proofErr w:type="spellStart"/>
      <w:r w:rsidRPr="00563B50">
        <w:rPr>
          <w:rFonts w:cs="Times New Roman"/>
          <w:szCs w:val="24"/>
        </w:rPr>
        <w:t>avea</w:t>
      </w:r>
      <w:proofErr w:type="spellEnd"/>
      <w:r w:rsidRPr="00563B50">
        <w:rPr>
          <w:rFonts w:cs="Times New Roman"/>
          <w:szCs w:val="24"/>
        </w:rPr>
        <w:t xml:space="preserve"> </w:t>
      </w:r>
      <w:proofErr w:type="spellStart"/>
      <w:r w:rsidRPr="00563B50">
        <w:rPr>
          <w:rFonts w:cs="Times New Roman"/>
          <w:szCs w:val="24"/>
        </w:rPr>
        <w:t>calitatea</w:t>
      </w:r>
      <w:proofErr w:type="spellEnd"/>
      <w:r w:rsidRPr="00563B50">
        <w:rPr>
          <w:rFonts w:cs="Times New Roman"/>
          <w:szCs w:val="24"/>
        </w:rPr>
        <w:t xml:space="preserve"> de Operator.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situațiile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care </w:t>
      </w:r>
      <w:proofErr w:type="spellStart"/>
      <w:r w:rsidRPr="00563B50">
        <w:rPr>
          <w:rFonts w:cs="Times New Roman"/>
          <w:szCs w:val="24"/>
        </w:rPr>
        <w:t>instituția</w:t>
      </w:r>
      <w:proofErr w:type="spellEnd"/>
      <w:r w:rsidRPr="00563B50">
        <w:rPr>
          <w:rFonts w:cs="Times New Roman"/>
          <w:szCs w:val="24"/>
        </w:rPr>
        <w:t xml:space="preserve"> </w:t>
      </w:r>
      <w:proofErr w:type="spellStart"/>
      <w:r w:rsidRPr="00563B50">
        <w:rPr>
          <w:rFonts w:cs="Times New Roman"/>
          <w:szCs w:val="24"/>
        </w:rPr>
        <w:t>împreună</w:t>
      </w:r>
      <w:proofErr w:type="spellEnd"/>
      <w:r w:rsidRPr="00563B50">
        <w:rPr>
          <w:rFonts w:cs="Times New Roman"/>
          <w:szCs w:val="24"/>
        </w:rPr>
        <w:t xml:space="preserve"> cu </w:t>
      </w:r>
      <w:proofErr w:type="spellStart"/>
      <w:r w:rsidRPr="00563B50">
        <w:rPr>
          <w:rFonts w:cs="Times New Roman"/>
          <w:szCs w:val="24"/>
        </w:rPr>
        <w:t>unul</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mai</w:t>
      </w:r>
      <w:proofErr w:type="spellEnd"/>
      <w:r w:rsidRPr="00563B50">
        <w:rPr>
          <w:rFonts w:cs="Times New Roman"/>
          <w:szCs w:val="24"/>
        </w:rPr>
        <w:t xml:space="preserve"> </w:t>
      </w:r>
      <w:proofErr w:type="spellStart"/>
      <w:r w:rsidRPr="00563B50">
        <w:rPr>
          <w:rFonts w:cs="Times New Roman"/>
          <w:szCs w:val="24"/>
        </w:rPr>
        <w:t>mulți</w:t>
      </w:r>
      <w:proofErr w:type="spellEnd"/>
      <w:r w:rsidRPr="00563B50">
        <w:rPr>
          <w:rFonts w:cs="Times New Roman"/>
          <w:szCs w:val="24"/>
        </w:rPr>
        <w:t xml:space="preserve"> </w:t>
      </w:r>
      <w:proofErr w:type="spellStart"/>
      <w:r w:rsidRPr="00563B50">
        <w:rPr>
          <w:rFonts w:cs="Times New Roman"/>
          <w:szCs w:val="24"/>
        </w:rPr>
        <w:t>operatori</w:t>
      </w:r>
      <w:proofErr w:type="spellEnd"/>
      <w:r w:rsidRPr="00563B50">
        <w:rPr>
          <w:rFonts w:cs="Times New Roman"/>
          <w:szCs w:val="24"/>
        </w:rPr>
        <w:t xml:space="preserve"> </w:t>
      </w:r>
      <w:proofErr w:type="spellStart"/>
      <w:r w:rsidRPr="00563B50">
        <w:rPr>
          <w:rFonts w:cs="Times New Roman"/>
          <w:szCs w:val="24"/>
        </w:rPr>
        <w:t>stabilesc</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comun</w:t>
      </w:r>
      <w:proofErr w:type="spellEnd"/>
      <w:r w:rsidRPr="00563B50">
        <w:rPr>
          <w:rFonts w:cs="Times New Roman"/>
          <w:szCs w:val="24"/>
        </w:rPr>
        <w:t xml:space="preserve"> </w:t>
      </w:r>
      <w:proofErr w:type="spellStart"/>
      <w:r w:rsidRPr="00563B50">
        <w:rPr>
          <w:rFonts w:cs="Times New Roman"/>
          <w:szCs w:val="24"/>
        </w:rPr>
        <w:t>scopurile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mijloacele</w:t>
      </w:r>
      <w:proofErr w:type="spellEnd"/>
      <w:r w:rsidRPr="00563B50">
        <w:rPr>
          <w:rFonts w:cs="Times New Roman"/>
          <w:szCs w:val="24"/>
        </w:rPr>
        <w:t xml:space="preserve"> de </w:t>
      </w:r>
      <w:proofErr w:type="spellStart"/>
      <w:r w:rsidRPr="00563B50">
        <w:rPr>
          <w:rFonts w:cs="Times New Roman"/>
          <w:szCs w:val="24"/>
        </w:rPr>
        <w:t>prelucrare</w:t>
      </w:r>
      <w:proofErr w:type="spellEnd"/>
      <w:r w:rsidRPr="00563B50">
        <w:rPr>
          <w:rFonts w:cs="Times New Roman"/>
          <w:szCs w:val="24"/>
        </w:rPr>
        <w:t xml:space="preserve">, </w:t>
      </w:r>
      <w:proofErr w:type="spellStart"/>
      <w:r w:rsidRPr="00563B50">
        <w:rPr>
          <w:rFonts w:cs="Times New Roman"/>
          <w:szCs w:val="24"/>
        </w:rPr>
        <w:t>aceștia</w:t>
      </w:r>
      <w:proofErr w:type="spellEnd"/>
      <w:r w:rsidRPr="00563B50">
        <w:rPr>
          <w:rFonts w:cs="Times New Roman"/>
          <w:szCs w:val="24"/>
        </w:rPr>
        <w:t xml:space="preserve"> </w:t>
      </w:r>
      <w:proofErr w:type="spellStart"/>
      <w:r w:rsidRPr="00563B50">
        <w:rPr>
          <w:rFonts w:cs="Times New Roman"/>
          <w:szCs w:val="24"/>
        </w:rPr>
        <w:t>vor</w:t>
      </w:r>
      <w:proofErr w:type="spellEnd"/>
      <w:r w:rsidRPr="00563B50">
        <w:rPr>
          <w:rFonts w:cs="Times New Roman"/>
          <w:szCs w:val="24"/>
        </w:rPr>
        <w:t xml:space="preserve"> </w:t>
      </w:r>
      <w:proofErr w:type="spellStart"/>
      <w:r w:rsidRPr="00563B50">
        <w:rPr>
          <w:rFonts w:cs="Times New Roman"/>
          <w:szCs w:val="24"/>
        </w:rPr>
        <w:t>avea</w:t>
      </w:r>
      <w:proofErr w:type="spellEnd"/>
      <w:r w:rsidRPr="00563B50">
        <w:rPr>
          <w:rFonts w:cs="Times New Roman"/>
          <w:szCs w:val="24"/>
        </w:rPr>
        <w:t xml:space="preserve"> </w:t>
      </w:r>
      <w:proofErr w:type="spellStart"/>
      <w:r w:rsidRPr="00563B50">
        <w:rPr>
          <w:rFonts w:cs="Times New Roman"/>
          <w:szCs w:val="24"/>
        </w:rPr>
        <w:t>calitatea</w:t>
      </w:r>
      <w:proofErr w:type="spellEnd"/>
      <w:r w:rsidRPr="00563B50">
        <w:rPr>
          <w:rFonts w:cs="Times New Roman"/>
          <w:szCs w:val="24"/>
        </w:rPr>
        <w:t xml:space="preserve"> de </w:t>
      </w:r>
      <w:proofErr w:type="spellStart"/>
      <w:r w:rsidRPr="00563B50">
        <w:rPr>
          <w:rFonts w:cs="Times New Roman"/>
          <w:szCs w:val="24"/>
        </w:rPr>
        <w:t>Operatori</w:t>
      </w:r>
      <w:proofErr w:type="spellEnd"/>
      <w:r w:rsidRPr="00563B50">
        <w:rPr>
          <w:rFonts w:cs="Times New Roman"/>
          <w:szCs w:val="24"/>
        </w:rPr>
        <w:t xml:space="preserve"> </w:t>
      </w:r>
      <w:proofErr w:type="spellStart"/>
      <w:r w:rsidRPr="00563B50">
        <w:rPr>
          <w:rFonts w:cs="Times New Roman"/>
          <w:szCs w:val="24"/>
        </w:rPr>
        <w:t>Asociați</w:t>
      </w:r>
      <w:proofErr w:type="spellEnd"/>
      <w:r w:rsidRPr="00563B50">
        <w:rPr>
          <w:rFonts w:cs="Times New Roman"/>
          <w:szCs w:val="24"/>
        </w:rPr>
        <w:t xml:space="preserve">. </w:t>
      </w:r>
      <w:proofErr w:type="spellStart"/>
      <w:r w:rsidRPr="00563B50">
        <w:rPr>
          <w:rFonts w:cs="Times New Roman"/>
          <w:szCs w:val="24"/>
        </w:rPr>
        <w:t>Atunci</w:t>
      </w:r>
      <w:proofErr w:type="spellEnd"/>
      <w:r w:rsidRPr="00563B50">
        <w:rPr>
          <w:rFonts w:cs="Times New Roman"/>
          <w:szCs w:val="24"/>
        </w:rPr>
        <w:t xml:space="preserve"> </w:t>
      </w:r>
      <w:proofErr w:type="spellStart"/>
      <w:r w:rsidRPr="00563B50">
        <w:rPr>
          <w:rFonts w:cs="Times New Roman"/>
          <w:szCs w:val="24"/>
        </w:rPr>
        <w:t>când</w:t>
      </w:r>
      <w:proofErr w:type="spellEnd"/>
      <w:r w:rsidRPr="00563B50">
        <w:rPr>
          <w:rFonts w:cs="Times New Roman"/>
          <w:szCs w:val="24"/>
        </w:rPr>
        <w:t xml:space="preserve"> </w:t>
      </w:r>
      <w:proofErr w:type="spellStart"/>
      <w:r w:rsidRPr="00563B50">
        <w:rPr>
          <w:rFonts w:cs="Times New Roman"/>
          <w:szCs w:val="24"/>
        </w:rPr>
        <w:t>primăria</w:t>
      </w:r>
      <w:proofErr w:type="spellEnd"/>
      <w:r w:rsidRPr="00563B50">
        <w:rPr>
          <w:rFonts w:cs="Times New Roman"/>
          <w:szCs w:val="24"/>
        </w:rPr>
        <w:t xml:space="preserve"> nu </w:t>
      </w:r>
      <w:proofErr w:type="spellStart"/>
      <w:r w:rsidRPr="00563B50">
        <w:rPr>
          <w:rFonts w:cs="Times New Roman"/>
          <w:szCs w:val="24"/>
        </w:rPr>
        <w:t>stabilește</w:t>
      </w:r>
      <w:proofErr w:type="spellEnd"/>
      <w:r w:rsidRPr="00563B50">
        <w:rPr>
          <w:rFonts w:cs="Times New Roman"/>
          <w:szCs w:val="24"/>
        </w:rPr>
        <w:t xml:space="preserve"> </w:t>
      </w:r>
      <w:proofErr w:type="spellStart"/>
      <w:r w:rsidRPr="00563B50">
        <w:rPr>
          <w:rFonts w:cs="Times New Roman"/>
          <w:szCs w:val="24"/>
        </w:rPr>
        <w:t>scopurile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mijloacele</w:t>
      </w:r>
      <w:proofErr w:type="spellEnd"/>
      <w:r w:rsidRPr="00563B50">
        <w:rPr>
          <w:rFonts w:cs="Times New Roman"/>
          <w:szCs w:val="24"/>
        </w:rPr>
        <w:t xml:space="preserve"> de </w:t>
      </w:r>
      <w:proofErr w:type="spellStart"/>
      <w:r w:rsidRPr="00563B50">
        <w:rPr>
          <w:rFonts w:cs="Times New Roman"/>
          <w:szCs w:val="24"/>
        </w:rPr>
        <w:t>prelucrare</w:t>
      </w:r>
      <w:proofErr w:type="spellEnd"/>
      <w:r w:rsidRPr="00563B50">
        <w:rPr>
          <w:rFonts w:cs="Times New Roman"/>
          <w:szCs w:val="24"/>
        </w:rPr>
        <w:t xml:space="preserve">, </w:t>
      </w:r>
      <w:proofErr w:type="spellStart"/>
      <w:r w:rsidRPr="00563B50">
        <w:rPr>
          <w:rFonts w:cs="Times New Roman"/>
          <w:szCs w:val="24"/>
        </w:rPr>
        <w:t>va</w:t>
      </w:r>
      <w:proofErr w:type="spellEnd"/>
      <w:r w:rsidRPr="00563B50">
        <w:rPr>
          <w:rFonts w:cs="Times New Roman"/>
          <w:szCs w:val="24"/>
        </w:rPr>
        <w:t xml:space="preserve"> </w:t>
      </w:r>
      <w:proofErr w:type="spellStart"/>
      <w:r w:rsidRPr="00563B50">
        <w:rPr>
          <w:rFonts w:cs="Times New Roman"/>
          <w:szCs w:val="24"/>
        </w:rPr>
        <w:t>avea</w:t>
      </w:r>
      <w:proofErr w:type="spellEnd"/>
      <w:r w:rsidRPr="00563B50">
        <w:rPr>
          <w:rFonts w:cs="Times New Roman"/>
          <w:szCs w:val="24"/>
        </w:rPr>
        <w:t xml:space="preserve"> </w:t>
      </w:r>
      <w:proofErr w:type="spellStart"/>
      <w:r w:rsidRPr="00563B50">
        <w:rPr>
          <w:rFonts w:cs="Times New Roman"/>
          <w:szCs w:val="24"/>
        </w:rPr>
        <w:t>calitatea</w:t>
      </w:r>
      <w:proofErr w:type="spellEnd"/>
      <w:r w:rsidRPr="00563B50">
        <w:rPr>
          <w:rFonts w:cs="Times New Roman"/>
          <w:szCs w:val="24"/>
        </w:rPr>
        <w:t xml:space="preserve"> de </w:t>
      </w:r>
      <w:proofErr w:type="spellStart"/>
      <w:r w:rsidRPr="00563B50">
        <w:rPr>
          <w:rFonts w:cs="Times New Roman"/>
          <w:szCs w:val="24"/>
        </w:rPr>
        <w:t>Persoană</w:t>
      </w:r>
      <w:proofErr w:type="spellEnd"/>
      <w:r w:rsidRPr="00563B50">
        <w:rPr>
          <w:rFonts w:cs="Times New Roman"/>
          <w:szCs w:val="24"/>
        </w:rPr>
        <w:t xml:space="preserve"> </w:t>
      </w:r>
      <w:proofErr w:type="spellStart"/>
      <w:r w:rsidRPr="00563B50">
        <w:rPr>
          <w:rFonts w:cs="Times New Roman"/>
          <w:szCs w:val="24"/>
        </w:rPr>
        <w:t>împuternicită</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va</w:t>
      </w:r>
      <w:proofErr w:type="spellEnd"/>
      <w:r w:rsidRPr="00563B50">
        <w:rPr>
          <w:rFonts w:cs="Times New Roman"/>
          <w:szCs w:val="24"/>
        </w:rPr>
        <w:t xml:space="preserve"> </w:t>
      </w:r>
      <w:proofErr w:type="spellStart"/>
      <w:r w:rsidRPr="00563B50">
        <w:rPr>
          <w:rFonts w:cs="Times New Roman"/>
          <w:szCs w:val="24"/>
        </w:rPr>
        <w:t>prelucra</w:t>
      </w:r>
      <w:proofErr w:type="spellEnd"/>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conform </w:t>
      </w:r>
      <w:proofErr w:type="spellStart"/>
      <w:r w:rsidRPr="00563B50">
        <w:rPr>
          <w:rFonts w:cs="Times New Roman"/>
          <w:szCs w:val="24"/>
        </w:rPr>
        <w:t>instrucțiunilor</w:t>
      </w:r>
      <w:proofErr w:type="spellEnd"/>
      <w:r w:rsidRPr="00563B50">
        <w:rPr>
          <w:rFonts w:cs="Times New Roman"/>
          <w:szCs w:val="24"/>
        </w:rPr>
        <w:t xml:space="preserve"> definite de Operator.</w:t>
      </w:r>
    </w:p>
    <w:p w14:paraId="12B25FFE" w14:textId="77777777" w:rsidR="00EE7ED3" w:rsidRPr="00563B50" w:rsidRDefault="00000000" w:rsidP="00A33FF6">
      <w:pPr>
        <w:rPr>
          <w:rFonts w:cs="Times New Roman"/>
          <w:szCs w:val="24"/>
        </w:rPr>
      </w:pPr>
      <w:r w:rsidRPr="00563B50">
        <w:rPr>
          <w:rFonts w:cs="Times New Roman"/>
          <w:szCs w:val="24"/>
        </w:rPr>
        <w:lastRenderedPageBreak/>
        <w:t xml:space="preserve">La </w:t>
      </w:r>
      <w:proofErr w:type="spellStart"/>
      <w:r w:rsidRPr="00563B50">
        <w:rPr>
          <w:rFonts w:cs="Times New Roman"/>
          <w:szCs w:val="24"/>
        </w:rPr>
        <w:t>nivelul</w:t>
      </w:r>
      <w:proofErr w:type="spellEnd"/>
      <w:r w:rsidRPr="00563B50">
        <w:rPr>
          <w:rFonts w:cs="Times New Roman"/>
          <w:szCs w:val="24"/>
        </w:rPr>
        <w:t xml:space="preserve"> </w:t>
      </w:r>
      <w:r w:rsidRPr="00EE02FA">
        <w:rPr>
          <w:rFonts w:cs="Times New Roman"/>
          <w:b/>
          <w:bCs/>
          <w:szCs w:val="24"/>
        </w:rPr>
        <w:t>PRIMĂRIEI SATULUI MERENI</w:t>
      </w:r>
      <w:r w:rsidRPr="00563B50">
        <w:rPr>
          <w:rFonts w:cs="Times New Roman"/>
          <w:szCs w:val="24"/>
        </w:rPr>
        <w:t xml:space="preserve"> sunt </w:t>
      </w:r>
      <w:proofErr w:type="spellStart"/>
      <w:r w:rsidRPr="00563B50">
        <w:rPr>
          <w:rFonts w:cs="Times New Roman"/>
          <w:szCs w:val="24"/>
        </w:rPr>
        <w:t>prelucrate</w:t>
      </w:r>
      <w:proofErr w:type="spellEnd"/>
      <w:r w:rsidRPr="00563B50">
        <w:rPr>
          <w:rFonts w:cs="Times New Roman"/>
          <w:szCs w:val="24"/>
        </w:rPr>
        <w:t xml:space="preserve"> </w:t>
      </w:r>
      <w:proofErr w:type="spellStart"/>
      <w:r w:rsidRPr="00563B50">
        <w:rPr>
          <w:rFonts w:cs="Times New Roman"/>
          <w:szCs w:val="24"/>
        </w:rPr>
        <w:t>următoarele</w:t>
      </w:r>
      <w:proofErr w:type="spellEnd"/>
      <w:r w:rsidRPr="00563B50">
        <w:rPr>
          <w:rFonts w:cs="Times New Roman"/>
          <w:szCs w:val="24"/>
        </w:rPr>
        <w:t xml:space="preserve"> </w:t>
      </w:r>
      <w:proofErr w:type="spellStart"/>
      <w:r w:rsidRPr="00563B50">
        <w:rPr>
          <w:rFonts w:cs="Times New Roman"/>
          <w:szCs w:val="24"/>
        </w:rPr>
        <w:t>categorii</w:t>
      </w:r>
      <w:proofErr w:type="spellEnd"/>
      <w:r w:rsidRPr="00563B50">
        <w:rPr>
          <w:rFonts w:cs="Times New Roman"/>
          <w:szCs w:val="24"/>
        </w:rPr>
        <w:t xml:space="preserve"> de date </w:t>
      </w:r>
      <w:proofErr w:type="spellStart"/>
      <w:r w:rsidRPr="00563B50">
        <w:rPr>
          <w:rFonts w:cs="Times New Roman"/>
          <w:szCs w:val="24"/>
        </w:rPr>
        <w:t>aparținând</w:t>
      </w:r>
      <w:proofErr w:type="spellEnd"/>
      <w:r w:rsidRPr="00563B50">
        <w:rPr>
          <w:rFonts w:cs="Times New Roman"/>
          <w:szCs w:val="24"/>
        </w:rPr>
        <w:t xml:space="preserve"> </w:t>
      </w:r>
      <w:proofErr w:type="spellStart"/>
      <w:r w:rsidRPr="00563B50">
        <w:rPr>
          <w:rFonts w:cs="Times New Roman"/>
          <w:szCs w:val="24"/>
        </w:rPr>
        <w:t>cetățenilor</w:t>
      </w:r>
      <w:proofErr w:type="spellEnd"/>
      <w:r w:rsidRPr="00563B50">
        <w:rPr>
          <w:rFonts w:cs="Times New Roman"/>
          <w:szCs w:val="24"/>
        </w:rPr>
        <w:t>/</w:t>
      </w:r>
      <w:proofErr w:type="spellStart"/>
      <w:r w:rsidRPr="00563B50">
        <w:rPr>
          <w:rFonts w:cs="Times New Roman"/>
          <w:szCs w:val="24"/>
        </w:rPr>
        <w:t>petiționarilor</w:t>
      </w:r>
      <w:proofErr w:type="spellEnd"/>
      <w:r w:rsidRPr="00563B50">
        <w:rPr>
          <w:rFonts w:cs="Times New Roman"/>
          <w:szCs w:val="24"/>
        </w:rPr>
        <w:t>:</w:t>
      </w:r>
    </w:p>
    <w:p w14:paraId="60194E2A" w14:textId="77777777" w:rsidR="00EE7ED3" w:rsidRPr="00563B50" w:rsidRDefault="00000000">
      <w:pPr>
        <w:numPr>
          <w:ilvl w:val="0"/>
          <w:numId w:val="10"/>
        </w:numPr>
        <w:rPr>
          <w:rFonts w:cs="Times New Roman"/>
          <w:szCs w:val="24"/>
        </w:rPr>
      </w:pPr>
      <w:proofErr w:type="spellStart"/>
      <w:r w:rsidRPr="00563B50">
        <w:rPr>
          <w:rFonts w:cs="Times New Roman"/>
          <w:szCs w:val="24"/>
        </w:rPr>
        <w:t>numele</w:t>
      </w:r>
      <w:proofErr w:type="spellEnd"/>
      <w:r w:rsidRPr="00563B50">
        <w:rPr>
          <w:rFonts w:cs="Times New Roman"/>
          <w:szCs w:val="24"/>
        </w:rPr>
        <w:t xml:space="preserve">, </w:t>
      </w:r>
      <w:proofErr w:type="spellStart"/>
      <w:r w:rsidRPr="00563B50">
        <w:rPr>
          <w:rFonts w:cs="Times New Roman"/>
          <w:szCs w:val="24"/>
        </w:rPr>
        <w:t>prenumele</w:t>
      </w:r>
      <w:proofErr w:type="spellEnd"/>
      <w:r w:rsidRPr="00563B50">
        <w:rPr>
          <w:rFonts w:cs="Times New Roman"/>
          <w:szCs w:val="24"/>
        </w:rPr>
        <w:t xml:space="preserve">, </w:t>
      </w:r>
      <w:proofErr w:type="spellStart"/>
      <w:r w:rsidRPr="00563B50">
        <w:rPr>
          <w:rFonts w:cs="Times New Roman"/>
          <w:szCs w:val="24"/>
        </w:rPr>
        <w:t>patronimicul</w:t>
      </w:r>
      <w:proofErr w:type="spellEnd"/>
      <w:r w:rsidRPr="00563B50">
        <w:rPr>
          <w:rFonts w:cs="Times New Roman"/>
          <w:szCs w:val="24"/>
        </w:rPr>
        <w:t xml:space="preserve">; </w:t>
      </w:r>
      <w:proofErr w:type="spellStart"/>
      <w:r w:rsidRPr="00563B50">
        <w:rPr>
          <w:rFonts w:cs="Times New Roman"/>
          <w:szCs w:val="24"/>
        </w:rPr>
        <w:t>telefon</w:t>
      </w:r>
      <w:proofErr w:type="spellEnd"/>
      <w:r w:rsidRPr="00563B50">
        <w:rPr>
          <w:rFonts w:cs="Times New Roman"/>
          <w:szCs w:val="24"/>
        </w:rPr>
        <w:t xml:space="preserve"> </w:t>
      </w:r>
      <w:proofErr w:type="spellStart"/>
      <w:r w:rsidRPr="00563B50">
        <w:rPr>
          <w:rFonts w:cs="Times New Roman"/>
          <w:szCs w:val="24"/>
        </w:rPr>
        <w:t>mobil</w:t>
      </w:r>
      <w:proofErr w:type="spellEnd"/>
      <w:r w:rsidRPr="00563B50">
        <w:rPr>
          <w:rFonts w:cs="Times New Roman"/>
          <w:szCs w:val="24"/>
        </w:rPr>
        <w:t xml:space="preserve">; e-mail; </w:t>
      </w:r>
      <w:proofErr w:type="spellStart"/>
      <w:r w:rsidRPr="00563B50">
        <w:rPr>
          <w:rFonts w:cs="Times New Roman"/>
          <w:szCs w:val="24"/>
        </w:rPr>
        <w:t>semnătura</w:t>
      </w:r>
      <w:proofErr w:type="spellEnd"/>
      <w:r w:rsidRPr="00563B50">
        <w:rPr>
          <w:rFonts w:cs="Times New Roman"/>
          <w:szCs w:val="24"/>
        </w:rPr>
        <w:t xml:space="preserve"> </w:t>
      </w:r>
      <w:proofErr w:type="spellStart"/>
      <w:r w:rsidRPr="00563B50">
        <w:rPr>
          <w:rFonts w:cs="Times New Roman"/>
          <w:szCs w:val="24"/>
        </w:rPr>
        <w:t>digitală</w:t>
      </w:r>
      <w:proofErr w:type="spellEnd"/>
      <w:r w:rsidRPr="00563B50">
        <w:rPr>
          <w:rFonts w:cs="Times New Roman"/>
          <w:szCs w:val="24"/>
        </w:rPr>
        <w:t xml:space="preserve">; </w:t>
      </w:r>
      <w:proofErr w:type="spellStart"/>
      <w:r w:rsidRPr="00563B50">
        <w:rPr>
          <w:rFonts w:cs="Times New Roman"/>
          <w:szCs w:val="24"/>
        </w:rPr>
        <w:t>telefon</w:t>
      </w:r>
      <w:proofErr w:type="spellEnd"/>
      <w:r w:rsidRPr="00563B50">
        <w:rPr>
          <w:rFonts w:cs="Times New Roman"/>
          <w:szCs w:val="24"/>
        </w:rPr>
        <w:t xml:space="preserve">/fax; </w:t>
      </w:r>
      <w:proofErr w:type="spellStart"/>
      <w:r w:rsidRPr="00563B50">
        <w:rPr>
          <w:rFonts w:cs="Times New Roman"/>
          <w:szCs w:val="24"/>
        </w:rPr>
        <w:t>adresa</w:t>
      </w:r>
      <w:proofErr w:type="spellEnd"/>
      <w:r w:rsidRPr="00563B50">
        <w:rPr>
          <w:rFonts w:cs="Times New Roman"/>
          <w:szCs w:val="24"/>
        </w:rPr>
        <w:t xml:space="preserve"> (</w:t>
      </w:r>
      <w:proofErr w:type="spellStart"/>
      <w:r w:rsidRPr="00563B50">
        <w:rPr>
          <w:rFonts w:cs="Times New Roman"/>
          <w:szCs w:val="24"/>
        </w:rPr>
        <w:t>domiciliului</w:t>
      </w:r>
      <w:proofErr w:type="spellEnd"/>
      <w:r w:rsidRPr="00563B50">
        <w:rPr>
          <w:rFonts w:cs="Times New Roman"/>
          <w:szCs w:val="24"/>
        </w:rPr>
        <w:t>/</w:t>
      </w:r>
      <w:proofErr w:type="spellStart"/>
      <w:r w:rsidRPr="00563B50">
        <w:rPr>
          <w:rFonts w:cs="Times New Roman"/>
          <w:szCs w:val="24"/>
        </w:rPr>
        <w:t>reședinței</w:t>
      </w:r>
      <w:proofErr w:type="spellEnd"/>
      <w:r w:rsidRPr="00563B50">
        <w:rPr>
          <w:rFonts w:cs="Times New Roman"/>
          <w:szCs w:val="24"/>
        </w:rPr>
        <w:t>);</w:t>
      </w:r>
    </w:p>
    <w:p w14:paraId="45D8989E" w14:textId="77777777" w:rsidR="00EE7ED3" w:rsidRPr="00563B50" w:rsidRDefault="00000000">
      <w:pPr>
        <w:numPr>
          <w:ilvl w:val="0"/>
          <w:numId w:val="10"/>
        </w:numPr>
        <w:rPr>
          <w:rFonts w:cs="Times New Roman"/>
          <w:szCs w:val="24"/>
        </w:rPr>
      </w:pPr>
      <w:r w:rsidRPr="00563B50">
        <w:rPr>
          <w:rFonts w:cs="Times New Roman"/>
          <w:szCs w:val="24"/>
        </w:rPr>
        <w:t xml:space="preserve">date </w:t>
      </w:r>
      <w:proofErr w:type="spellStart"/>
      <w:r w:rsidRPr="00563B50">
        <w:rPr>
          <w:rFonts w:cs="Times New Roman"/>
          <w:szCs w:val="24"/>
        </w:rPr>
        <w:t>specifice</w:t>
      </w:r>
      <w:proofErr w:type="spellEnd"/>
      <w:r w:rsidRPr="00563B50">
        <w:rPr>
          <w:rFonts w:cs="Times New Roman"/>
          <w:szCs w:val="24"/>
        </w:rPr>
        <w:t xml:space="preserve"> de </w:t>
      </w:r>
      <w:proofErr w:type="spellStart"/>
      <w:r w:rsidRPr="00563B50">
        <w:rPr>
          <w:rFonts w:cs="Times New Roman"/>
          <w:szCs w:val="24"/>
        </w:rPr>
        <w:t>evidență</w:t>
      </w:r>
      <w:proofErr w:type="spellEnd"/>
      <w:r w:rsidRPr="00563B50">
        <w:rPr>
          <w:rFonts w:cs="Times New Roman"/>
          <w:szCs w:val="24"/>
        </w:rPr>
        <w:t xml:space="preserve"> </w:t>
      </w:r>
      <w:proofErr w:type="spellStart"/>
      <w:r w:rsidRPr="00563B50">
        <w:rPr>
          <w:rFonts w:cs="Times New Roman"/>
          <w:szCs w:val="24"/>
        </w:rPr>
        <w:t>familială</w:t>
      </w:r>
      <w:proofErr w:type="spellEnd"/>
      <w:r w:rsidRPr="00563B50">
        <w:rPr>
          <w:rFonts w:cs="Times New Roman"/>
          <w:szCs w:val="24"/>
        </w:rPr>
        <w:t xml:space="preserve">, </w:t>
      </w:r>
      <w:proofErr w:type="spellStart"/>
      <w:r w:rsidRPr="00563B50">
        <w:rPr>
          <w:rFonts w:cs="Times New Roman"/>
          <w:szCs w:val="24"/>
        </w:rPr>
        <w:t>patrimonială</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socială</w:t>
      </w:r>
      <w:proofErr w:type="spellEnd"/>
      <w:r w:rsidRPr="00563B50">
        <w:rPr>
          <w:rFonts w:cs="Times New Roman"/>
          <w:szCs w:val="24"/>
        </w:rPr>
        <w:t xml:space="preserve"> </w:t>
      </w:r>
      <w:proofErr w:type="spellStart"/>
      <w:r w:rsidRPr="00563B50">
        <w:rPr>
          <w:rFonts w:cs="Times New Roman"/>
          <w:szCs w:val="24"/>
        </w:rPr>
        <w:t>extrase</w:t>
      </w:r>
      <w:proofErr w:type="spellEnd"/>
      <w:r w:rsidRPr="00563B50">
        <w:rPr>
          <w:rFonts w:cs="Times New Roman"/>
          <w:szCs w:val="24"/>
        </w:rPr>
        <w:t xml:space="preserve"> din </w:t>
      </w:r>
      <w:proofErr w:type="spellStart"/>
      <w:r w:rsidRPr="00563B50">
        <w:rPr>
          <w:rFonts w:cs="Times New Roman"/>
          <w:szCs w:val="24"/>
        </w:rPr>
        <w:t>registrele</w:t>
      </w:r>
      <w:proofErr w:type="spellEnd"/>
      <w:r w:rsidRPr="00563B50">
        <w:rPr>
          <w:rFonts w:cs="Times New Roman"/>
          <w:szCs w:val="24"/>
        </w:rPr>
        <w:t xml:space="preserve"> locale de </w:t>
      </w:r>
      <w:proofErr w:type="spellStart"/>
      <w:r w:rsidRPr="00563B50">
        <w:rPr>
          <w:rFonts w:cs="Times New Roman"/>
          <w:szCs w:val="24"/>
        </w:rPr>
        <w:t>gospodărie</w:t>
      </w:r>
      <w:proofErr w:type="spellEnd"/>
      <w:r w:rsidRPr="00563B50">
        <w:rPr>
          <w:rFonts w:cs="Times New Roman"/>
          <w:szCs w:val="24"/>
        </w:rPr>
        <w:t xml:space="preserve">, </w:t>
      </w:r>
      <w:proofErr w:type="spellStart"/>
      <w:r w:rsidRPr="00563B50">
        <w:rPr>
          <w:rFonts w:cs="Times New Roman"/>
          <w:szCs w:val="24"/>
        </w:rPr>
        <w:t>terenuri</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urbanism.</w:t>
      </w:r>
    </w:p>
    <w:p w14:paraId="2163CCCD" w14:textId="77777777" w:rsidR="00EE7ED3" w:rsidRPr="00563B50" w:rsidRDefault="00000000" w:rsidP="00EE02FA">
      <w:pPr>
        <w:jc w:val="both"/>
        <w:rPr>
          <w:rFonts w:cs="Times New Roman"/>
          <w:szCs w:val="24"/>
        </w:rPr>
      </w:pPr>
      <w:r w:rsidRPr="00563B50">
        <w:rPr>
          <w:rFonts w:cs="Times New Roman"/>
          <w:szCs w:val="24"/>
        </w:rPr>
        <w:t xml:space="preserve">La </w:t>
      </w:r>
      <w:proofErr w:type="spellStart"/>
      <w:r w:rsidRPr="00563B50">
        <w:rPr>
          <w:rFonts w:cs="Times New Roman"/>
          <w:szCs w:val="24"/>
        </w:rPr>
        <w:t>nivelul</w:t>
      </w:r>
      <w:proofErr w:type="spellEnd"/>
      <w:r w:rsidRPr="00563B50">
        <w:rPr>
          <w:rFonts w:cs="Times New Roman"/>
          <w:szCs w:val="24"/>
        </w:rPr>
        <w:t xml:space="preserve"> </w:t>
      </w:r>
      <w:proofErr w:type="spellStart"/>
      <w:r w:rsidRPr="00563B50">
        <w:rPr>
          <w:rFonts w:cs="Times New Roman"/>
          <w:szCs w:val="24"/>
        </w:rPr>
        <w:t>instituției</w:t>
      </w:r>
      <w:proofErr w:type="spellEnd"/>
      <w:r w:rsidRPr="00563B50">
        <w:rPr>
          <w:rFonts w:cs="Times New Roman"/>
          <w:szCs w:val="24"/>
        </w:rPr>
        <w:t xml:space="preserve"> sunt </w:t>
      </w:r>
      <w:proofErr w:type="spellStart"/>
      <w:r w:rsidRPr="00563B50">
        <w:rPr>
          <w:rFonts w:cs="Times New Roman"/>
          <w:szCs w:val="24"/>
        </w:rPr>
        <w:t>prelucrate</w:t>
      </w:r>
      <w:proofErr w:type="spellEnd"/>
      <w:r w:rsidRPr="00563B50">
        <w:rPr>
          <w:rFonts w:cs="Times New Roman"/>
          <w:szCs w:val="24"/>
        </w:rPr>
        <w:t xml:space="preserve"> </w:t>
      </w:r>
      <w:proofErr w:type="spellStart"/>
      <w:r w:rsidRPr="00563B50">
        <w:rPr>
          <w:rFonts w:cs="Times New Roman"/>
          <w:szCs w:val="24"/>
        </w:rPr>
        <w:t>următoarele</w:t>
      </w:r>
      <w:proofErr w:type="spellEnd"/>
      <w:r w:rsidRPr="00563B50">
        <w:rPr>
          <w:rFonts w:cs="Times New Roman"/>
          <w:szCs w:val="24"/>
        </w:rPr>
        <w:t xml:space="preserve"> </w:t>
      </w:r>
      <w:proofErr w:type="spellStart"/>
      <w:r w:rsidRPr="00563B50">
        <w:rPr>
          <w:rFonts w:cs="Times New Roman"/>
          <w:szCs w:val="24"/>
        </w:rPr>
        <w:t>categorii</w:t>
      </w:r>
      <w:proofErr w:type="spellEnd"/>
      <w:r w:rsidRPr="00563B50">
        <w:rPr>
          <w:rFonts w:cs="Times New Roman"/>
          <w:szCs w:val="24"/>
        </w:rPr>
        <w:t xml:space="preserve"> de date </w:t>
      </w:r>
      <w:proofErr w:type="spellStart"/>
      <w:r w:rsidRPr="00563B50">
        <w:rPr>
          <w:rFonts w:cs="Times New Roman"/>
          <w:szCs w:val="24"/>
        </w:rPr>
        <w:t>aparținând</w:t>
      </w:r>
      <w:proofErr w:type="spellEnd"/>
      <w:r w:rsidRPr="00563B50">
        <w:rPr>
          <w:rFonts w:cs="Times New Roman"/>
          <w:szCs w:val="24"/>
        </w:rPr>
        <w:t xml:space="preserve"> </w:t>
      </w:r>
      <w:proofErr w:type="spellStart"/>
      <w:r w:rsidRPr="00563B50">
        <w:rPr>
          <w:rFonts w:cs="Times New Roman"/>
          <w:szCs w:val="24"/>
        </w:rPr>
        <w:t>partenerilor</w:t>
      </w:r>
      <w:proofErr w:type="spellEnd"/>
      <w:r w:rsidRPr="00563B50">
        <w:rPr>
          <w:rFonts w:cs="Times New Roman"/>
          <w:szCs w:val="24"/>
        </w:rPr>
        <w:t xml:space="preserve"> </w:t>
      </w:r>
      <w:proofErr w:type="spellStart"/>
      <w:r w:rsidRPr="00563B50">
        <w:rPr>
          <w:rFonts w:cs="Times New Roman"/>
          <w:szCs w:val="24"/>
        </w:rPr>
        <w:t>contractuali</w:t>
      </w:r>
      <w:proofErr w:type="spellEnd"/>
      <w:r w:rsidRPr="00563B50">
        <w:rPr>
          <w:rFonts w:cs="Times New Roman"/>
          <w:szCs w:val="24"/>
        </w:rPr>
        <w:t xml:space="preserve"> (</w:t>
      </w:r>
      <w:proofErr w:type="spellStart"/>
      <w:r w:rsidRPr="00563B50">
        <w:rPr>
          <w:rFonts w:cs="Times New Roman"/>
          <w:szCs w:val="24"/>
        </w:rPr>
        <w:t>persoane</w:t>
      </w:r>
      <w:proofErr w:type="spellEnd"/>
      <w:r w:rsidRPr="00563B50">
        <w:rPr>
          <w:rFonts w:cs="Times New Roman"/>
          <w:szCs w:val="24"/>
        </w:rPr>
        <w:t xml:space="preserve"> </w:t>
      </w:r>
      <w:proofErr w:type="spellStart"/>
      <w:r w:rsidRPr="00563B50">
        <w:rPr>
          <w:rFonts w:cs="Times New Roman"/>
          <w:szCs w:val="24"/>
        </w:rPr>
        <w:t>fizice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reprezentanților</w:t>
      </w:r>
      <w:proofErr w:type="spellEnd"/>
      <w:r w:rsidRPr="00563B50">
        <w:rPr>
          <w:rFonts w:cs="Times New Roman"/>
          <w:szCs w:val="24"/>
        </w:rPr>
        <w:t xml:space="preserve"> </w:t>
      </w:r>
      <w:proofErr w:type="spellStart"/>
      <w:r w:rsidRPr="00563B50">
        <w:rPr>
          <w:rFonts w:cs="Times New Roman"/>
          <w:szCs w:val="24"/>
        </w:rPr>
        <w:t>partenerilor</w:t>
      </w:r>
      <w:proofErr w:type="spellEnd"/>
      <w:r w:rsidRPr="00563B50">
        <w:rPr>
          <w:rFonts w:cs="Times New Roman"/>
          <w:szCs w:val="24"/>
        </w:rPr>
        <w:t xml:space="preserve"> </w:t>
      </w:r>
      <w:proofErr w:type="spellStart"/>
      <w:r w:rsidRPr="00563B50">
        <w:rPr>
          <w:rFonts w:cs="Times New Roman"/>
          <w:szCs w:val="24"/>
        </w:rPr>
        <w:t>comerciali</w:t>
      </w:r>
      <w:proofErr w:type="spellEnd"/>
      <w:r w:rsidRPr="00563B50">
        <w:rPr>
          <w:rFonts w:cs="Times New Roman"/>
          <w:szCs w:val="24"/>
        </w:rPr>
        <w:t xml:space="preserve"> (</w:t>
      </w:r>
      <w:proofErr w:type="spellStart"/>
      <w:r w:rsidRPr="00563B50">
        <w:rPr>
          <w:rFonts w:cs="Times New Roman"/>
          <w:szCs w:val="24"/>
        </w:rPr>
        <w:t>persoane</w:t>
      </w:r>
      <w:proofErr w:type="spellEnd"/>
      <w:r w:rsidRPr="00563B50">
        <w:rPr>
          <w:rFonts w:cs="Times New Roman"/>
          <w:szCs w:val="24"/>
        </w:rPr>
        <w:t xml:space="preserve"> </w:t>
      </w:r>
      <w:proofErr w:type="spellStart"/>
      <w:r w:rsidRPr="00563B50">
        <w:rPr>
          <w:rFonts w:cs="Times New Roman"/>
          <w:szCs w:val="24"/>
        </w:rPr>
        <w:t>juridice</w:t>
      </w:r>
      <w:proofErr w:type="spellEnd"/>
      <w:r w:rsidRPr="00563B50">
        <w:rPr>
          <w:rFonts w:cs="Times New Roman"/>
          <w:szCs w:val="24"/>
        </w:rPr>
        <w:t xml:space="preserve">) din </w:t>
      </w:r>
      <w:proofErr w:type="spellStart"/>
      <w:r w:rsidRPr="00563B50">
        <w:rPr>
          <w:rFonts w:cs="Times New Roman"/>
          <w:szCs w:val="24"/>
        </w:rPr>
        <w:t>achiziții</w:t>
      </w:r>
      <w:proofErr w:type="spellEnd"/>
      <w:r w:rsidRPr="00563B50">
        <w:rPr>
          <w:rFonts w:cs="Times New Roman"/>
          <w:szCs w:val="24"/>
        </w:rPr>
        <w:t xml:space="preserve"> </w:t>
      </w:r>
      <w:proofErr w:type="spellStart"/>
      <w:r w:rsidRPr="00563B50">
        <w:rPr>
          <w:rFonts w:cs="Times New Roman"/>
          <w:szCs w:val="24"/>
        </w:rPr>
        <w:t>publice</w:t>
      </w:r>
      <w:proofErr w:type="spellEnd"/>
      <w:r w:rsidRPr="00563B50">
        <w:rPr>
          <w:rFonts w:cs="Times New Roman"/>
          <w:szCs w:val="24"/>
        </w:rPr>
        <w:t>:</w:t>
      </w:r>
    </w:p>
    <w:p w14:paraId="0CB4A16D" w14:textId="77777777" w:rsidR="00EE7ED3" w:rsidRPr="00563B50" w:rsidRDefault="00000000">
      <w:pPr>
        <w:numPr>
          <w:ilvl w:val="0"/>
          <w:numId w:val="11"/>
        </w:numPr>
        <w:jc w:val="both"/>
        <w:rPr>
          <w:rFonts w:cs="Times New Roman"/>
          <w:szCs w:val="24"/>
        </w:rPr>
      </w:pPr>
      <w:r w:rsidRPr="00563B50">
        <w:rPr>
          <w:rFonts w:cs="Times New Roman"/>
          <w:szCs w:val="24"/>
        </w:rPr>
        <w:t xml:space="preserve">date de </w:t>
      </w:r>
      <w:proofErr w:type="spellStart"/>
      <w:r w:rsidRPr="00563B50">
        <w:rPr>
          <w:rFonts w:cs="Times New Roman"/>
          <w:szCs w:val="24"/>
        </w:rPr>
        <w:t>identificare</w:t>
      </w:r>
      <w:proofErr w:type="spellEnd"/>
      <w:r w:rsidRPr="00563B50">
        <w:rPr>
          <w:rFonts w:cs="Times New Roman"/>
          <w:szCs w:val="24"/>
        </w:rPr>
        <w:t xml:space="preserve">: </w:t>
      </w:r>
      <w:proofErr w:type="spellStart"/>
      <w:r w:rsidRPr="00563B50">
        <w:rPr>
          <w:rFonts w:cs="Times New Roman"/>
          <w:szCs w:val="24"/>
        </w:rPr>
        <w:t>nume</w:t>
      </w:r>
      <w:proofErr w:type="spellEnd"/>
      <w:r w:rsidRPr="00563B50">
        <w:rPr>
          <w:rFonts w:cs="Times New Roman"/>
          <w:szCs w:val="24"/>
        </w:rPr>
        <w:t xml:space="preserve">, </w:t>
      </w:r>
      <w:proofErr w:type="spellStart"/>
      <w:r w:rsidRPr="00563B50">
        <w:rPr>
          <w:rFonts w:cs="Times New Roman"/>
          <w:szCs w:val="24"/>
        </w:rPr>
        <w:t>prenume</w:t>
      </w:r>
      <w:proofErr w:type="spellEnd"/>
      <w:r w:rsidRPr="00563B50">
        <w:rPr>
          <w:rFonts w:cs="Times New Roman"/>
          <w:szCs w:val="24"/>
        </w:rPr>
        <w:t xml:space="preserve">, seria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numărul</w:t>
      </w:r>
      <w:proofErr w:type="spellEnd"/>
      <w:r w:rsidRPr="00563B50">
        <w:rPr>
          <w:rFonts w:cs="Times New Roman"/>
          <w:szCs w:val="24"/>
        </w:rPr>
        <w:t xml:space="preserve"> </w:t>
      </w:r>
      <w:proofErr w:type="spellStart"/>
      <w:r w:rsidRPr="00563B50">
        <w:rPr>
          <w:rFonts w:cs="Times New Roman"/>
          <w:szCs w:val="24"/>
        </w:rPr>
        <w:t>buletinului</w:t>
      </w:r>
      <w:proofErr w:type="spellEnd"/>
      <w:r w:rsidRPr="00563B50">
        <w:rPr>
          <w:rFonts w:cs="Times New Roman"/>
          <w:szCs w:val="24"/>
        </w:rPr>
        <w:t xml:space="preserve"> de </w:t>
      </w:r>
      <w:proofErr w:type="spellStart"/>
      <w:r w:rsidRPr="00563B50">
        <w:rPr>
          <w:rFonts w:cs="Times New Roman"/>
          <w:szCs w:val="24"/>
        </w:rPr>
        <w:t>identitate</w:t>
      </w:r>
      <w:proofErr w:type="spellEnd"/>
      <w:r w:rsidRPr="00563B50">
        <w:rPr>
          <w:rFonts w:cs="Times New Roman"/>
          <w:szCs w:val="24"/>
        </w:rPr>
        <w:t>, IDNP;</w:t>
      </w:r>
    </w:p>
    <w:p w14:paraId="08A19AFB" w14:textId="77777777" w:rsidR="00EE7ED3" w:rsidRPr="00563B50" w:rsidRDefault="00000000">
      <w:pPr>
        <w:numPr>
          <w:ilvl w:val="0"/>
          <w:numId w:val="11"/>
        </w:numPr>
        <w:jc w:val="both"/>
        <w:rPr>
          <w:rFonts w:cs="Times New Roman"/>
          <w:szCs w:val="24"/>
        </w:rPr>
      </w:pPr>
      <w:r w:rsidRPr="00563B50">
        <w:rPr>
          <w:rFonts w:cs="Times New Roman"/>
          <w:szCs w:val="24"/>
        </w:rPr>
        <w:t xml:space="preserve">date de contact: </w:t>
      </w:r>
      <w:proofErr w:type="spellStart"/>
      <w:r w:rsidRPr="00563B50">
        <w:rPr>
          <w:rFonts w:cs="Times New Roman"/>
          <w:szCs w:val="24"/>
        </w:rPr>
        <w:t>adresă</w:t>
      </w:r>
      <w:proofErr w:type="spellEnd"/>
      <w:r w:rsidRPr="00563B50">
        <w:rPr>
          <w:rFonts w:cs="Times New Roman"/>
          <w:szCs w:val="24"/>
        </w:rPr>
        <w:t xml:space="preserve"> de </w:t>
      </w:r>
      <w:proofErr w:type="spellStart"/>
      <w:r w:rsidRPr="00563B50">
        <w:rPr>
          <w:rFonts w:cs="Times New Roman"/>
          <w:szCs w:val="24"/>
        </w:rPr>
        <w:t>domiciliu</w:t>
      </w:r>
      <w:proofErr w:type="spellEnd"/>
      <w:r w:rsidRPr="00563B50">
        <w:rPr>
          <w:rFonts w:cs="Times New Roman"/>
          <w:szCs w:val="24"/>
        </w:rPr>
        <w:t xml:space="preserve">, </w:t>
      </w:r>
      <w:proofErr w:type="spellStart"/>
      <w:r w:rsidRPr="00563B50">
        <w:rPr>
          <w:rFonts w:cs="Times New Roman"/>
          <w:szCs w:val="24"/>
        </w:rPr>
        <w:t>număr</w:t>
      </w:r>
      <w:proofErr w:type="spellEnd"/>
      <w:r w:rsidRPr="00563B50">
        <w:rPr>
          <w:rFonts w:cs="Times New Roman"/>
          <w:szCs w:val="24"/>
        </w:rPr>
        <w:t xml:space="preserve"> de </w:t>
      </w:r>
      <w:proofErr w:type="spellStart"/>
      <w:r w:rsidRPr="00563B50">
        <w:rPr>
          <w:rFonts w:cs="Times New Roman"/>
          <w:szCs w:val="24"/>
        </w:rPr>
        <w:t>telefon</w:t>
      </w:r>
      <w:proofErr w:type="spellEnd"/>
      <w:r w:rsidRPr="00563B50">
        <w:rPr>
          <w:rFonts w:cs="Times New Roman"/>
          <w:szCs w:val="24"/>
        </w:rPr>
        <w:t xml:space="preserve">, </w:t>
      </w:r>
      <w:proofErr w:type="spellStart"/>
      <w:r w:rsidRPr="00563B50">
        <w:rPr>
          <w:rFonts w:cs="Times New Roman"/>
          <w:szCs w:val="24"/>
        </w:rPr>
        <w:t>adresă</w:t>
      </w:r>
      <w:proofErr w:type="spellEnd"/>
      <w:r w:rsidRPr="00563B50">
        <w:rPr>
          <w:rFonts w:cs="Times New Roman"/>
          <w:szCs w:val="24"/>
        </w:rPr>
        <w:t xml:space="preserve"> de e-mail;</w:t>
      </w:r>
    </w:p>
    <w:p w14:paraId="3AC3547E" w14:textId="77777777" w:rsidR="00EE7ED3" w:rsidRPr="00563B50" w:rsidRDefault="00000000">
      <w:pPr>
        <w:numPr>
          <w:ilvl w:val="0"/>
          <w:numId w:val="11"/>
        </w:numPr>
        <w:jc w:val="both"/>
        <w:rPr>
          <w:rFonts w:cs="Times New Roman"/>
          <w:szCs w:val="24"/>
        </w:rPr>
      </w:pPr>
      <w:proofErr w:type="spellStart"/>
      <w:r w:rsidRPr="00563B50">
        <w:rPr>
          <w:rFonts w:cs="Times New Roman"/>
          <w:szCs w:val="24"/>
        </w:rPr>
        <w:t>alte</w:t>
      </w:r>
      <w:proofErr w:type="spellEnd"/>
      <w:r w:rsidRPr="00563B50">
        <w:rPr>
          <w:rFonts w:cs="Times New Roman"/>
          <w:szCs w:val="24"/>
        </w:rPr>
        <w:t xml:space="preserve"> date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semnătura</w:t>
      </w:r>
      <w:proofErr w:type="spellEnd"/>
      <w:r w:rsidRPr="00563B50">
        <w:rPr>
          <w:rFonts w:cs="Times New Roman"/>
          <w:szCs w:val="24"/>
        </w:rPr>
        <w:t xml:space="preserve">, </w:t>
      </w:r>
      <w:proofErr w:type="spellStart"/>
      <w:r w:rsidRPr="00563B50">
        <w:rPr>
          <w:rFonts w:cs="Times New Roman"/>
          <w:szCs w:val="24"/>
        </w:rPr>
        <w:t>funcția</w:t>
      </w:r>
      <w:proofErr w:type="spellEnd"/>
      <w:r w:rsidRPr="00563B50">
        <w:rPr>
          <w:rFonts w:cs="Times New Roman"/>
          <w:szCs w:val="24"/>
        </w:rPr>
        <w:t xml:space="preserve">, </w:t>
      </w:r>
      <w:proofErr w:type="spellStart"/>
      <w:r w:rsidRPr="00563B50">
        <w:rPr>
          <w:rFonts w:cs="Times New Roman"/>
          <w:szCs w:val="24"/>
        </w:rPr>
        <w:t>imagini</w:t>
      </w:r>
      <w:proofErr w:type="spellEnd"/>
      <w:r w:rsidRPr="00563B50">
        <w:rPr>
          <w:rFonts w:cs="Times New Roman"/>
          <w:szCs w:val="24"/>
        </w:rPr>
        <w:t xml:space="preserve"> video </w:t>
      </w:r>
      <w:proofErr w:type="spellStart"/>
      <w:r w:rsidRPr="00563B50">
        <w:rPr>
          <w:rFonts w:cs="Times New Roman"/>
          <w:szCs w:val="24"/>
        </w:rPr>
        <w:t>înregistrate</w:t>
      </w:r>
      <w:proofErr w:type="spellEnd"/>
      <w:r w:rsidRPr="00563B50">
        <w:rPr>
          <w:rFonts w:cs="Times New Roman"/>
          <w:szCs w:val="24"/>
        </w:rPr>
        <w:t xml:space="preserve"> de </w:t>
      </w:r>
      <w:proofErr w:type="spellStart"/>
      <w:r w:rsidRPr="00563B50">
        <w:rPr>
          <w:rFonts w:cs="Times New Roman"/>
          <w:szCs w:val="24"/>
        </w:rPr>
        <w:t>sistemele</w:t>
      </w:r>
      <w:proofErr w:type="spellEnd"/>
      <w:r w:rsidRPr="00563B50">
        <w:rPr>
          <w:rFonts w:cs="Times New Roman"/>
          <w:szCs w:val="24"/>
        </w:rPr>
        <w:t xml:space="preserve"> de </w:t>
      </w:r>
      <w:proofErr w:type="spellStart"/>
      <w:r w:rsidRPr="00563B50">
        <w:rPr>
          <w:rFonts w:cs="Times New Roman"/>
          <w:szCs w:val="24"/>
        </w:rPr>
        <w:t>securitate</w:t>
      </w:r>
      <w:proofErr w:type="spellEnd"/>
      <w:r w:rsidRPr="00563B50">
        <w:rPr>
          <w:rFonts w:cs="Times New Roman"/>
          <w:szCs w:val="24"/>
        </w:rPr>
        <w:t xml:space="preserve"> </w:t>
      </w:r>
      <w:proofErr w:type="spellStart"/>
      <w:r w:rsidRPr="00563B50">
        <w:rPr>
          <w:rFonts w:cs="Times New Roman"/>
          <w:szCs w:val="24"/>
        </w:rPr>
        <w:t>fizică</w:t>
      </w:r>
      <w:proofErr w:type="spellEnd"/>
      <w:r w:rsidRPr="00563B50">
        <w:rPr>
          <w:rFonts w:cs="Times New Roman"/>
          <w:szCs w:val="24"/>
        </w:rPr>
        <w:t xml:space="preserve"> ale </w:t>
      </w:r>
      <w:proofErr w:type="spellStart"/>
      <w:r w:rsidRPr="00563B50">
        <w:rPr>
          <w:rFonts w:cs="Times New Roman"/>
          <w:szCs w:val="24"/>
        </w:rPr>
        <w:t>obiectivului</w:t>
      </w:r>
      <w:proofErr w:type="spellEnd"/>
      <w:r w:rsidRPr="00563B50">
        <w:rPr>
          <w:rFonts w:cs="Times New Roman"/>
          <w:szCs w:val="24"/>
        </w:rPr>
        <w:t>.</w:t>
      </w:r>
    </w:p>
    <w:p w14:paraId="728D4049" w14:textId="77777777" w:rsidR="00EE7ED3" w:rsidRDefault="00000000" w:rsidP="00EE02FA">
      <w:pPr>
        <w:jc w:val="both"/>
        <w:rPr>
          <w:rFonts w:cs="Times New Roman"/>
          <w:b/>
          <w:bCs/>
          <w:szCs w:val="24"/>
          <w:lang w:val="ro-RO"/>
        </w:rPr>
      </w:pPr>
      <w:proofErr w:type="spellStart"/>
      <w:r w:rsidRPr="00563B50">
        <w:rPr>
          <w:rFonts w:cs="Times New Roman"/>
          <w:b/>
          <w:bCs/>
          <w:szCs w:val="24"/>
        </w:rPr>
        <w:t>Colectarea</w:t>
      </w:r>
      <w:proofErr w:type="spellEnd"/>
      <w:r w:rsidRPr="00563B50">
        <w:rPr>
          <w:rFonts w:cs="Times New Roman"/>
          <w:b/>
          <w:bCs/>
          <w:szCs w:val="24"/>
        </w:rPr>
        <w:t xml:space="preserve"> </w:t>
      </w:r>
      <w:proofErr w:type="spellStart"/>
      <w:r w:rsidRPr="00563B50">
        <w:rPr>
          <w:rFonts w:cs="Times New Roman"/>
          <w:b/>
          <w:bCs/>
          <w:szCs w:val="24"/>
        </w:rPr>
        <w:t>datelor</w:t>
      </w:r>
      <w:proofErr w:type="spellEnd"/>
      <w:r w:rsidRPr="00563B50">
        <w:rPr>
          <w:rFonts w:cs="Times New Roman"/>
          <w:b/>
          <w:bCs/>
          <w:szCs w:val="24"/>
        </w:rPr>
        <w:t xml:space="preserve"> cu </w:t>
      </w:r>
      <w:proofErr w:type="spellStart"/>
      <w:r w:rsidRPr="00563B50">
        <w:rPr>
          <w:rFonts w:cs="Times New Roman"/>
          <w:b/>
          <w:bCs/>
          <w:szCs w:val="24"/>
        </w:rPr>
        <w:t>caracter</w:t>
      </w:r>
      <w:proofErr w:type="spellEnd"/>
      <w:r w:rsidRPr="00563B50">
        <w:rPr>
          <w:rFonts w:cs="Times New Roman"/>
          <w:b/>
          <w:bCs/>
          <w:szCs w:val="24"/>
        </w:rPr>
        <w:t xml:space="preserve"> personal. </w:t>
      </w:r>
      <w:proofErr w:type="spellStart"/>
      <w:r w:rsidRPr="00563B50">
        <w:rPr>
          <w:rFonts w:cs="Times New Roman"/>
          <w:b/>
          <w:bCs/>
          <w:szCs w:val="24"/>
        </w:rPr>
        <w:t>Informarea</w:t>
      </w:r>
      <w:proofErr w:type="spellEnd"/>
      <w:r w:rsidRPr="00563B50">
        <w:rPr>
          <w:rFonts w:cs="Times New Roman"/>
          <w:b/>
          <w:bCs/>
          <w:szCs w:val="24"/>
        </w:rPr>
        <w:t xml:space="preserve"> </w:t>
      </w:r>
      <w:proofErr w:type="spellStart"/>
      <w:r w:rsidRPr="00563B50">
        <w:rPr>
          <w:rFonts w:cs="Times New Roman"/>
          <w:b/>
          <w:bCs/>
          <w:szCs w:val="24"/>
        </w:rPr>
        <w:t>persoanelor</w:t>
      </w:r>
      <w:proofErr w:type="spellEnd"/>
      <w:r w:rsidRPr="00563B50">
        <w:rPr>
          <w:rFonts w:cs="Times New Roman"/>
          <w:b/>
          <w:bCs/>
          <w:szCs w:val="24"/>
        </w:rPr>
        <w:t xml:space="preserve"> </w:t>
      </w:r>
      <w:proofErr w:type="spellStart"/>
      <w:r w:rsidRPr="00563B50">
        <w:rPr>
          <w:rFonts w:cs="Times New Roman"/>
          <w:b/>
          <w:bCs/>
          <w:szCs w:val="24"/>
        </w:rPr>
        <w:t>vizate</w:t>
      </w:r>
      <w:proofErr w:type="spellEnd"/>
      <w:r w:rsidRPr="00563B50">
        <w:rPr>
          <w:rFonts w:cs="Times New Roman"/>
          <w:b/>
          <w:bCs/>
          <w:szCs w:val="24"/>
        </w:rPr>
        <w:t xml:space="preserve">. </w:t>
      </w:r>
      <w:proofErr w:type="spellStart"/>
      <w:r w:rsidRPr="00563B50">
        <w:rPr>
          <w:rFonts w:cs="Times New Roman"/>
          <w:b/>
          <w:bCs/>
          <w:szCs w:val="24"/>
        </w:rPr>
        <w:t>Acordarea</w:t>
      </w:r>
      <w:proofErr w:type="spellEnd"/>
      <w:r w:rsidRPr="00563B50">
        <w:rPr>
          <w:rFonts w:cs="Times New Roman"/>
          <w:b/>
          <w:bCs/>
          <w:szCs w:val="24"/>
        </w:rPr>
        <w:t xml:space="preserve"> </w:t>
      </w:r>
      <w:proofErr w:type="spellStart"/>
      <w:r w:rsidRPr="00563B50">
        <w:rPr>
          <w:rFonts w:cs="Times New Roman"/>
          <w:b/>
          <w:bCs/>
          <w:szCs w:val="24"/>
        </w:rPr>
        <w:t>Consimțământului</w:t>
      </w:r>
      <w:proofErr w:type="spellEnd"/>
      <w:r w:rsidRPr="00563B50">
        <w:rPr>
          <w:rFonts w:cs="Times New Roman"/>
          <w:b/>
          <w:bCs/>
          <w:szCs w:val="24"/>
        </w:rPr>
        <w:t xml:space="preserve"> </w:t>
      </w:r>
      <w:proofErr w:type="spellStart"/>
      <w:r w:rsidRPr="00563B50">
        <w:rPr>
          <w:rFonts w:cs="Times New Roman"/>
          <w:b/>
          <w:bCs/>
          <w:szCs w:val="24"/>
        </w:rPr>
        <w:t>privind</w:t>
      </w:r>
      <w:proofErr w:type="spellEnd"/>
      <w:r w:rsidRPr="00563B50">
        <w:rPr>
          <w:rFonts w:cs="Times New Roman"/>
          <w:b/>
          <w:bCs/>
          <w:szCs w:val="24"/>
        </w:rPr>
        <w:t xml:space="preserve"> </w:t>
      </w:r>
      <w:proofErr w:type="spellStart"/>
      <w:r w:rsidRPr="00563B50">
        <w:rPr>
          <w:rFonts w:cs="Times New Roman"/>
          <w:b/>
          <w:bCs/>
          <w:szCs w:val="24"/>
        </w:rPr>
        <w:t>prelucrarea</w:t>
      </w:r>
      <w:proofErr w:type="spellEnd"/>
      <w:r w:rsidRPr="00563B50">
        <w:rPr>
          <w:rFonts w:cs="Times New Roman"/>
          <w:b/>
          <w:bCs/>
          <w:szCs w:val="24"/>
        </w:rPr>
        <w:t xml:space="preserve"> </w:t>
      </w:r>
      <w:proofErr w:type="spellStart"/>
      <w:r w:rsidRPr="00563B50">
        <w:rPr>
          <w:rFonts w:cs="Times New Roman"/>
          <w:b/>
          <w:bCs/>
          <w:szCs w:val="24"/>
        </w:rPr>
        <w:t>datelor</w:t>
      </w:r>
      <w:proofErr w:type="spellEnd"/>
      <w:r w:rsidRPr="00563B50">
        <w:rPr>
          <w:rFonts w:cs="Times New Roman"/>
          <w:b/>
          <w:bCs/>
          <w:szCs w:val="24"/>
        </w:rPr>
        <w:t>.</w:t>
      </w:r>
    </w:p>
    <w:p w14:paraId="2FE81A8B" w14:textId="77777777" w:rsidR="00EE7ED3" w:rsidRPr="00563B50" w:rsidRDefault="00000000" w:rsidP="00EE02FA">
      <w:pPr>
        <w:jc w:val="both"/>
        <w:rPr>
          <w:rFonts w:cs="Times New Roman"/>
          <w:szCs w:val="24"/>
        </w:rPr>
      </w:pP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momentul</w:t>
      </w:r>
      <w:proofErr w:type="spellEnd"/>
      <w:r w:rsidRPr="00563B50">
        <w:rPr>
          <w:rFonts w:cs="Times New Roman"/>
          <w:szCs w:val="24"/>
        </w:rPr>
        <w:t xml:space="preserve"> </w:t>
      </w:r>
      <w:proofErr w:type="spellStart"/>
      <w:r w:rsidRPr="00563B50">
        <w:rPr>
          <w:rFonts w:cs="Times New Roman"/>
          <w:szCs w:val="24"/>
        </w:rPr>
        <w:t>colectării</w:t>
      </w:r>
      <w:proofErr w:type="spellEnd"/>
      <w:r w:rsidRPr="00563B50">
        <w:rPr>
          <w:rFonts w:cs="Times New Roman"/>
          <w:szCs w:val="24"/>
        </w:rPr>
        <w:t xml:space="preserve"> de date de la </w:t>
      </w:r>
      <w:proofErr w:type="spellStart"/>
      <w:r w:rsidRPr="00563B50">
        <w:rPr>
          <w:rFonts w:cs="Times New Roman"/>
          <w:szCs w:val="24"/>
        </w:rPr>
        <w:t>persoane</w:t>
      </w:r>
      <w:proofErr w:type="spellEnd"/>
      <w:r w:rsidRPr="00563B50">
        <w:rPr>
          <w:rFonts w:cs="Times New Roman"/>
          <w:szCs w:val="24"/>
        </w:rPr>
        <w:t xml:space="preserve"> </w:t>
      </w:r>
      <w:proofErr w:type="spellStart"/>
      <w:r w:rsidRPr="00563B50">
        <w:rPr>
          <w:rFonts w:cs="Times New Roman"/>
          <w:szCs w:val="24"/>
        </w:rPr>
        <w:t>fizice</w:t>
      </w:r>
      <w:proofErr w:type="spellEnd"/>
      <w:r w:rsidRPr="00563B50">
        <w:rPr>
          <w:rFonts w:cs="Times New Roman"/>
          <w:szCs w:val="24"/>
        </w:rPr>
        <w:t xml:space="preserve">, </w:t>
      </w:r>
      <w:proofErr w:type="spellStart"/>
      <w:r w:rsidRPr="00563B50">
        <w:rPr>
          <w:rFonts w:cs="Times New Roman"/>
          <w:szCs w:val="24"/>
        </w:rPr>
        <w:t>acestea</w:t>
      </w:r>
      <w:proofErr w:type="spellEnd"/>
      <w:r w:rsidRPr="00563B50">
        <w:rPr>
          <w:rFonts w:cs="Times New Roman"/>
          <w:szCs w:val="24"/>
        </w:rPr>
        <w:t xml:space="preserve"> </w:t>
      </w:r>
      <w:proofErr w:type="spellStart"/>
      <w:r w:rsidRPr="00563B50">
        <w:rPr>
          <w:rFonts w:cs="Times New Roman"/>
          <w:szCs w:val="24"/>
        </w:rPr>
        <w:t>trebuie</w:t>
      </w:r>
      <w:proofErr w:type="spellEnd"/>
      <w:r w:rsidRPr="00563B50">
        <w:rPr>
          <w:rFonts w:cs="Times New Roman"/>
          <w:szCs w:val="24"/>
        </w:rPr>
        <w:t xml:space="preserve"> </w:t>
      </w:r>
      <w:proofErr w:type="spellStart"/>
      <w:r w:rsidRPr="00563B50">
        <w:rPr>
          <w:rFonts w:cs="Times New Roman"/>
          <w:szCs w:val="24"/>
        </w:rPr>
        <w:t>informate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scris</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oral, </w:t>
      </w:r>
      <w:proofErr w:type="spellStart"/>
      <w:r w:rsidRPr="00563B50">
        <w:rPr>
          <w:rFonts w:cs="Times New Roman"/>
          <w:szCs w:val="24"/>
        </w:rPr>
        <w:t>într</w:t>
      </w:r>
      <w:proofErr w:type="spellEnd"/>
      <w:r w:rsidRPr="00563B50">
        <w:rPr>
          <w:rFonts w:cs="Times New Roman"/>
          <w:szCs w:val="24"/>
        </w:rPr>
        <w:t xml:space="preserve">-un mod </w:t>
      </w:r>
      <w:proofErr w:type="spellStart"/>
      <w:r w:rsidRPr="00563B50">
        <w:rPr>
          <w:rFonts w:cs="Times New Roman"/>
          <w:szCs w:val="24"/>
        </w:rPr>
        <w:t>inteligibil</w:t>
      </w:r>
      <w:proofErr w:type="spellEnd"/>
      <w:r w:rsidRPr="00563B50">
        <w:rPr>
          <w:rFonts w:cs="Times New Roman"/>
          <w:szCs w:val="24"/>
        </w:rPr>
        <w:t xml:space="preserve"> cu </w:t>
      </w:r>
      <w:proofErr w:type="spellStart"/>
      <w:r w:rsidRPr="00563B50">
        <w:rPr>
          <w:rFonts w:cs="Times New Roman"/>
          <w:szCs w:val="24"/>
        </w:rPr>
        <w:t>privire</w:t>
      </w:r>
      <w:proofErr w:type="spellEnd"/>
      <w:r w:rsidRPr="00563B50">
        <w:rPr>
          <w:rFonts w:cs="Times New Roman"/>
          <w:szCs w:val="24"/>
        </w:rPr>
        <w:t xml:space="preserve"> la:</w:t>
      </w:r>
    </w:p>
    <w:p w14:paraId="764F213B" w14:textId="77777777" w:rsidR="00EE7ED3" w:rsidRPr="00563B50" w:rsidRDefault="00000000">
      <w:pPr>
        <w:numPr>
          <w:ilvl w:val="0"/>
          <w:numId w:val="12"/>
        </w:numPr>
        <w:jc w:val="both"/>
        <w:rPr>
          <w:rFonts w:cs="Times New Roman"/>
          <w:szCs w:val="24"/>
        </w:rPr>
      </w:pPr>
      <w:r w:rsidRPr="00563B50">
        <w:rPr>
          <w:rFonts w:cs="Times New Roman"/>
          <w:szCs w:val="24"/>
        </w:rPr>
        <w:t xml:space="preserve">cine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operatorul</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ce</w:t>
      </w:r>
      <w:proofErr w:type="spellEnd"/>
      <w:r w:rsidRPr="00563B50">
        <w:rPr>
          <w:rFonts w:cs="Times New Roman"/>
          <w:szCs w:val="24"/>
        </w:rPr>
        <w:t xml:space="preserve"> </w:t>
      </w:r>
      <w:proofErr w:type="spellStart"/>
      <w:r w:rsidRPr="00563B50">
        <w:rPr>
          <w:rFonts w:cs="Times New Roman"/>
          <w:szCs w:val="24"/>
        </w:rPr>
        <w:t>scopuri</w:t>
      </w:r>
      <w:proofErr w:type="spellEnd"/>
      <w:r w:rsidRPr="00563B50">
        <w:rPr>
          <w:rFonts w:cs="Times New Roman"/>
          <w:szCs w:val="24"/>
        </w:rPr>
        <w:t xml:space="preserve"> </w:t>
      </w:r>
      <w:proofErr w:type="spellStart"/>
      <w:r w:rsidRPr="00563B50">
        <w:rPr>
          <w:rFonts w:cs="Times New Roman"/>
          <w:szCs w:val="24"/>
        </w:rPr>
        <w:t>va</w:t>
      </w:r>
      <w:proofErr w:type="spellEnd"/>
      <w:r w:rsidRPr="00563B50">
        <w:rPr>
          <w:rFonts w:cs="Times New Roman"/>
          <w:szCs w:val="24"/>
        </w:rPr>
        <w:t xml:space="preserve"> </w:t>
      </w:r>
      <w:proofErr w:type="spellStart"/>
      <w:r w:rsidRPr="00563B50">
        <w:rPr>
          <w:rFonts w:cs="Times New Roman"/>
          <w:szCs w:val="24"/>
        </w:rPr>
        <w:t>folosi</w:t>
      </w:r>
      <w:proofErr w:type="spellEnd"/>
      <w:r w:rsidRPr="00563B50">
        <w:rPr>
          <w:rFonts w:cs="Times New Roman"/>
          <w:szCs w:val="24"/>
        </w:rPr>
        <w:t xml:space="preserve"> </w:t>
      </w:r>
      <w:proofErr w:type="spellStart"/>
      <w:r w:rsidRPr="00563B50">
        <w:rPr>
          <w:rFonts w:cs="Times New Roman"/>
          <w:szCs w:val="24"/>
        </w:rPr>
        <w:t>operatorul</w:t>
      </w:r>
      <w:proofErr w:type="spellEnd"/>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categoriile</w:t>
      </w:r>
      <w:proofErr w:type="spellEnd"/>
      <w:r w:rsidRPr="00563B50">
        <w:rPr>
          <w:rFonts w:cs="Times New Roman"/>
          <w:szCs w:val="24"/>
        </w:rPr>
        <w:t xml:space="preserve"> de date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cauză</w:t>
      </w:r>
      <w:proofErr w:type="spellEnd"/>
      <w:r w:rsidRPr="00563B50">
        <w:rPr>
          <w:rFonts w:cs="Times New Roman"/>
          <w:szCs w:val="24"/>
        </w:rPr>
        <w:t xml:space="preserve">; </w:t>
      </w:r>
      <w:proofErr w:type="spellStart"/>
      <w:r w:rsidRPr="00563B50">
        <w:rPr>
          <w:rFonts w:cs="Times New Roman"/>
          <w:szCs w:val="24"/>
        </w:rPr>
        <w:t>justificarea</w:t>
      </w:r>
      <w:proofErr w:type="spellEnd"/>
      <w:r w:rsidRPr="00563B50">
        <w:rPr>
          <w:rFonts w:cs="Times New Roman"/>
          <w:szCs w:val="24"/>
        </w:rPr>
        <w:t xml:space="preserve"> </w:t>
      </w:r>
      <w:proofErr w:type="spellStart"/>
      <w:r w:rsidRPr="00563B50">
        <w:rPr>
          <w:rFonts w:cs="Times New Roman"/>
          <w:szCs w:val="24"/>
        </w:rPr>
        <w:t>legală</w:t>
      </w:r>
      <w:proofErr w:type="spellEnd"/>
      <w:r w:rsidRPr="00563B50">
        <w:rPr>
          <w:rFonts w:cs="Times New Roman"/>
          <w:szCs w:val="24"/>
        </w:rPr>
        <w:t xml:space="preserve"> a </w:t>
      </w:r>
      <w:proofErr w:type="spellStart"/>
      <w:r w:rsidRPr="00563B50">
        <w:rPr>
          <w:rFonts w:cs="Times New Roman"/>
          <w:szCs w:val="24"/>
        </w:rPr>
        <w:t>prelucrării</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perioada</w:t>
      </w:r>
      <w:proofErr w:type="spellEnd"/>
      <w:r w:rsidRPr="00563B50">
        <w:rPr>
          <w:rFonts w:cs="Times New Roman"/>
          <w:szCs w:val="24"/>
        </w:rPr>
        <w:t xml:space="preserve"> </w:t>
      </w:r>
      <w:proofErr w:type="spellStart"/>
      <w:r w:rsidRPr="00563B50">
        <w:rPr>
          <w:rFonts w:cs="Times New Roman"/>
          <w:szCs w:val="24"/>
        </w:rPr>
        <w:t>stocării</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destinatarii</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dacă</w:t>
      </w:r>
      <w:proofErr w:type="spellEnd"/>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w:t>
      </w:r>
      <w:proofErr w:type="spellStart"/>
      <w:r w:rsidRPr="00563B50">
        <w:rPr>
          <w:rFonts w:cs="Times New Roman"/>
          <w:szCs w:val="24"/>
        </w:rPr>
        <w:t>vor</w:t>
      </w:r>
      <w:proofErr w:type="spellEnd"/>
      <w:r w:rsidRPr="00563B50">
        <w:rPr>
          <w:rFonts w:cs="Times New Roman"/>
          <w:szCs w:val="24"/>
        </w:rPr>
        <w:t xml:space="preserve"> fi </w:t>
      </w:r>
      <w:proofErr w:type="spellStart"/>
      <w:r w:rsidRPr="00563B50">
        <w:rPr>
          <w:rFonts w:cs="Times New Roman"/>
          <w:szCs w:val="24"/>
        </w:rPr>
        <w:t>transferate</w:t>
      </w:r>
      <w:proofErr w:type="spellEnd"/>
      <w:r w:rsidRPr="00563B50">
        <w:rPr>
          <w:rFonts w:cs="Times New Roman"/>
          <w:szCs w:val="24"/>
        </w:rPr>
        <w:t xml:space="preserve"> </w:t>
      </w:r>
      <w:proofErr w:type="spellStart"/>
      <w:r w:rsidRPr="00563B50">
        <w:rPr>
          <w:rFonts w:cs="Times New Roman"/>
          <w:szCs w:val="24"/>
        </w:rPr>
        <w:t>transfrontalier</w:t>
      </w:r>
      <w:proofErr w:type="spellEnd"/>
      <w:r w:rsidRPr="00563B50">
        <w:rPr>
          <w:rFonts w:cs="Times New Roman"/>
          <w:szCs w:val="24"/>
        </w:rPr>
        <w:t xml:space="preserve">; </w:t>
      </w:r>
      <w:proofErr w:type="spellStart"/>
      <w:r w:rsidRPr="00563B50">
        <w:rPr>
          <w:rFonts w:cs="Times New Roman"/>
          <w:szCs w:val="24"/>
        </w:rPr>
        <w:t>accesul</w:t>
      </w:r>
      <w:proofErr w:type="spellEnd"/>
      <w:r w:rsidRPr="00563B50">
        <w:rPr>
          <w:rFonts w:cs="Times New Roman"/>
          <w:szCs w:val="24"/>
        </w:rPr>
        <w:t xml:space="preserve"> la o </w:t>
      </w:r>
      <w:proofErr w:type="spellStart"/>
      <w:r w:rsidRPr="00563B50">
        <w:rPr>
          <w:rFonts w:cs="Times New Roman"/>
          <w:szCs w:val="24"/>
        </w:rPr>
        <w:t>copie</w:t>
      </w:r>
      <w:proofErr w:type="spellEnd"/>
      <w:r w:rsidRPr="00563B50">
        <w:rPr>
          <w:rFonts w:cs="Times New Roman"/>
          <w:szCs w:val="24"/>
        </w:rPr>
        <w:t xml:space="preserve"> a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dreptul</w:t>
      </w:r>
      <w:proofErr w:type="spellEnd"/>
      <w:r w:rsidRPr="00563B50">
        <w:rPr>
          <w:rFonts w:cs="Times New Roman"/>
          <w:szCs w:val="24"/>
        </w:rPr>
        <w:t xml:space="preserve"> de a </w:t>
      </w:r>
      <w:proofErr w:type="spellStart"/>
      <w:r w:rsidRPr="00563B50">
        <w:rPr>
          <w:rFonts w:cs="Times New Roman"/>
          <w:szCs w:val="24"/>
        </w:rPr>
        <w:t>accesa</w:t>
      </w:r>
      <w:proofErr w:type="spellEnd"/>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alte</w:t>
      </w:r>
      <w:proofErr w:type="spellEnd"/>
      <w:r w:rsidRPr="00563B50">
        <w:rPr>
          <w:rFonts w:cs="Times New Roman"/>
          <w:szCs w:val="24"/>
        </w:rPr>
        <w:t xml:space="preserve"> </w:t>
      </w:r>
      <w:proofErr w:type="spellStart"/>
      <w:r w:rsidRPr="00563B50">
        <w:rPr>
          <w:rFonts w:cs="Times New Roman"/>
          <w:szCs w:val="24"/>
        </w:rPr>
        <w:t>drepturi</w:t>
      </w:r>
      <w:proofErr w:type="spellEnd"/>
      <w:r w:rsidRPr="00563B50">
        <w:rPr>
          <w:rFonts w:cs="Times New Roman"/>
          <w:szCs w:val="24"/>
        </w:rPr>
        <w:t xml:space="preserve"> de </w:t>
      </w:r>
      <w:proofErr w:type="spellStart"/>
      <w:r w:rsidRPr="00563B50">
        <w:rPr>
          <w:rFonts w:cs="Times New Roman"/>
          <w:szCs w:val="24"/>
        </w:rPr>
        <w:t>bază</w:t>
      </w:r>
      <w:proofErr w:type="spellEnd"/>
      <w:r w:rsidRPr="00563B50">
        <w:rPr>
          <w:rFonts w:cs="Times New Roman"/>
          <w:szCs w:val="24"/>
        </w:rPr>
        <w:t xml:space="preserve">; </w:t>
      </w:r>
      <w:proofErr w:type="spellStart"/>
      <w:r w:rsidRPr="00563B50">
        <w:rPr>
          <w:rFonts w:cs="Times New Roman"/>
          <w:szCs w:val="24"/>
        </w:rPr>
        <w:t>dreptul</w:t>
      </w:r>
      <w:proofErr w:type="spellEnd"/>
      <w:r w:rsidRPr="00563B50">
        <w:rPr>
          <w:rFonts w:cs="Times New Roman"/>
          <w:szCs w:val="24"/>
        </w:rPr>
        <w:t xml:space="preserve"> de a </w:t>
      </w:r>
      <w:proofErr w:type="spellStart"/>
      <w:r w:rsidRPr="00563B50">
        <w:rPr>
          <w:rFonts w:cs="Times New Roman"/>
          <w:szCs w:val="24"/>
        </w:rPr>
        <w:t>depune</w:t>
      </w:r>
      <w:proofErr w:type="spellEnd"/>
      <w:r w:rsidRPr="00563B50">
        <w:rPr>
          <w:rFonts w:cs="Times New Roman"/>
          <w:szCs w:val="24"/>
        </w:rPr>
        <w:t xml:space="preserve"> o </w:t>
      </w:r>
      <w:proofErr w:type="spellStart"/>
      <w:r w:rsidRPr="00563B50">
        <w:rPr>
          <w:rFonts w:cs="Times New Roman"/>
          <w:szCs w:val="24"/>
        </w:rPr>
        <w:t>plângere</w:t>
      </w:r>
      <w:proofErr w:type="spellEnd"/>
      <w:r w:rsidRPr="00563B50">
        <w:rPr>
          <w:rFonts w:cs="Times New Roman"/>
          <w:szCs w:val="24"/>
        </w:rPr>
        <w:t xml:space="preserve"> </w:t>
      </w:r>
      <w:proofErr w:type="spellStart"/>
      <w:r w:rsidRPr="00563B50">
        <w:rPr>
          <w:rFonts w:cs="Times New Roman"/>
          <w:szCs w:val="24"/>
        </w:rPr>
        <w:t>către</w:t>
      </w:r>
      <w:proofErr w:type="spellEnd"/>
      <w:r w:rsidRPr="00563B50">
        <w:rPr>
          <w:rFonts w:cs="Times New Roman"/>
          <w:szCs w:val="24"/>
        </w:rPr>
        <w:t xml:space="preserve"> </w:t>
      </w:r>
      <w:proofErr w:type="spellStart"/>
      <w:r w:rsidRPr="00563B50">
        <w:rPr>
          <w:rFonts w:cs="Times New Roman"/>
          <w:szCs w:val="24"/>
        </w:rPr>
        <w:t>Autoritatea</w:t>
      </w:r>
      <w:proofErr w:type="spellEnd"/>
      <w:r w:rsidRPr="00563B50">
        <w:rPr>
          <w:rFonts w:cs="Times New Roman"/>
          <w:szCs w:val="24"/>
        </w:rPr>
        <w:t xml:space="preserve"> de </w:t>
      </w:r>
      <w:proofErr w:type="spellStart"/>
      <w:r w:rsidRPr="00563B50">
        <w:rPr>
          <w:rFonts w:cs="Times New Roman"/>
          <w:szCs w:val="24"/>
        </w:rPr>
        <w:t>Supraveghere</w:t>
      </w:r>
      <w:proofErr w:type="spellEnd"/>
      <w:r w:rsidRPr="00563B50">
        <w:rPr>
          <w:rFonts w:cs="Times New Roman"/>
          <w:szCs w:val="24"/>
        </w:rPr>
        <w:t xml:space="preserve"> (CNPDCP); </w:t>
      </w:r>
      <w:proofErr w:type="spellStart"/>
      <w:r w:rsidRPr="00563B50">
        <w:rPr>
          <w:rFonts w:cs="Times New Roman"/>
          <w:szCs w:val="24"/>
        </w:rPr>
        <w:t>dreptul</w:t>
      </w:r>
      <w:proofErr w:type="spellEnd"/>
      <w:r w:rsidRPr="00563B50">
        <w:rPr>
          <w:rFonts w:cs="Times New Roman"/>
          <w:szCs w:val="24"/>
        </w:rPr>
        <w:t xml:space="preserve"> de a-</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retrage</w:t>
      </w:r>
      <w:proofErr w:type="spellEnd"/>
      <w:r w:rsidRPr="00563B50">
        <w:rPr>
          <w:rFonts w:cs="Times New Roman"/>
          <w:szCs w:val="24"/>
        </w:rPr>
        <w:t xml:space="preserve"> </w:t>
      </w:r>
      <w:proofErr w:type="spellStart"/>
      <w:r w:rsidRPr="00563B50">
        <w:rPr>
          <w:rFonts w:cs="Times New Roman"/>
          <w:szCs w:val="24"/>
        </w:rPr>
        <w:t>consimțământul</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orice</w:t>
      </w:r>
      <w:proofErr w:type="spellEnd"/>
      <w:r w:rsidRPr="00563B50">
        <w:rPr>
          <w:rFonts w:cs="Times New Roman"/>
          <w:szCs w:val="24"/>
        </w:rPr>
        <w:t xml:space="preserve"> moment; </w:t>
      </w:r>
      <w:proofErr w:type="spellStart"/>
      <w:r w:rsidRPr="00563B50">
        <w:rPr>
          <w:rFonts w:cs="Times New Roman"/>
          <w:szCs w:val="24"/>
        </w:rPr>
        <w:t>eventuala</w:t>
      </w:r>
      <w:proofErr w:type="spellEnd"/>
      <w:r w:rsidRPr="00563B50">
        <w:rPr>
          <w:rFonts w:cs="Times New Roman"/>
          <w:szCs w:val="24"/>
        </w:rPr>
        <w:t xml:space="preserve"> </w:t>
      </w:r>
      <w:proofErr w:type="spellStart"/>
      <w:r w:rsidRPr="00563B50">
        <w:rPr>
          <w:rFonts w:cs="Times New Roman"/>
          <w:szCs w:val="24"/>
        </w:rPr>
        <w:t>existență</w:t>
      </w:r>
      <w:proofErr w:type="spellEnd"/>
      <w:r w:rsidRPr="00563B50">
        <w:rPr>
          <w:rFonts w:cs="Times New Roman"/>
          <w:szCs w:val="24"/>
        </w:rPr>
        <w:t xml:space="preserve"> a </w:t>
      </w:r>
      <w:proofErr w:type="spellStart"/>
      <w:r w:rsidRPr="00563B50">
        <w:rPr>
          <w:rFonts w:cs="Times New Roman"/>
          <w:szCs w:val="24"/>
        </w:rPr>
        <w:t>unui</w:t>
      </w:r>
      <w:proofErr w:type="spellEnd"/>
      <w:r w:rsidRPr="00563B50">
        <w:rPr>
          <w:rFonts w:cs="Times New Roman"/>
          <w:szCs w:val="24"/>
        </w:rPr>
        <w:t xml:space="preserve"> </w:t>
      </w:r>
      <w:proofErr w:type="spellStart"/>
      <w:r w:rsidRPr="00563B50">
        <w:rPr>
          <w:rFonts w:cs="Times New Roman"/>
          <w:szCs w:val="24"/>
        </w:rPr>
        <w:t>proces</w:t>
      </w:r>
      <w:proofErr w:type="spellEnd"/>
      <w:r w:rsidRPr="00563B50">
        <w:rPr>
          <w:rFonts w:cs="Times New Roman"/>
          <w:szCs w:val="24"/>
        </w:rPr>
        <w:t xml:space="preserve"> </w:t>
      </w:r>
      <w:proofErr w:type="spellStart"/>
      <w:r w:rsidRPr="00563B50">
        <w:rPr>
          <w:rFonts w:cs="Times New Roman"/>
          <w:szCs w:val="24"/>
        </w:rPr>
        <w:t>decizional</w:t>
      </w:r>
      <w:proofErr w:type="spellEnd"/>
      <w:r w:rsidRPr="00563B50">
        <w:rPr>
          <w:rFonts w:cs="Times New Roman"/>
          <w:szCs w:val="24"/>
        </w:rPr>
        <w:t xml:space="preserve"> </w:t>
      </w:r>
      <w:proofErr w:type="spellStart"/>
      <w:r w:rsidRPr="00563B50">
        <w:rPr>
          <w:rFonts w:cs="Times New Roman"/>
          <w:szCs w:val="24"/>
        </w:rPr>
        <w:t>automatizat</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logica</w:t>
      </w:r>
      <w:proofErr w:type="spellEnd"/>
      <w:r w:rsidRPr="00563B50">
        <w:rPr>
          <w:rFonts w:cs="Times New Roman"/>
          <w:szCs w:val="24"/>
        </w:rPr>
        <w:t xml:space="preserve"> </w:t>
      </w:r>
      <w:proofErr w:type="spellStart"/>
      <w:r w:rsidRPr="00563B50">
        <w:rPr>
          <w:rFonts w:cs="Times New Roman"/>
          <w:szCs w:val="24"/>
        </w:rPr>
        <w:t>utilizată</w:t>
      </w:r>
      <w:proofErr w:type="spellEnd"/>
      <w:r w:rsidRPr="00563B50">
        <w:rPr>
          <w:rFonts w:cs="Times New Roman"/>
          <w:szCs w:val="24"/>
        </w:rPr>
        <w:t xml:space="preserve">, </w:t>
      </w:r>
      <w:proofErr w:type="spellStart"/>
      <w:r w:rsidRPr="00563B50">
        <w:rPr>
          <w:rFonts w:cs="Times New Roman"/>
          <w:szCs w:val="24"/>
        </w:rPr>
        <w:t>inclusiv</w:t>
      </w:r>
      <w:proofErr w:type="spellEnd"/>
      <w:r w:rsidRPr="00563B50">
        <w:rPr>
          <w:rFonts w:cs="Times New Roman"/>
          <w:szCs w:val="24"/>
        </w:rPr>
        <w:t xml:space="preserve"> </w:t>
      </w:r>
      <w:proofErr w:type="spellStart"/>
      <w:r w:rsidRPr="00563B50">
        <w:rPr>
          <w:rFonts w:cs="Times New Roman"/>
          <w:szCs w:val="24"/>
        </w:rPr>
        <w:t>consecințele</w:t>
      </w:r>
      <w:proofErr w:type="spellEnd"/>
      <w:r w:rsidRPr="00563B50">
        <w:rPr>
          <w:rFonts w:cs="Times New Roman"/>
          <w:szCs w:val="24"/>
        </w:rPr>
        <w:t xml:space="preserve"> </w:t>
      </w:r>
      <w:proofErr w:type="spellStart"/>
      <w:r w:rsidRPr="00563B50">
        <w:rPr>
          <w:rFonts w:cs="Times New Roman"/>
          <w:szCs w:val="24"/>
        </w:rPr>
        <w:t>acestui</w:t>
      </w:r>
      <w:proofErr w:type="spellEnd"/>
      <w:r w:rsidRPr="00563B50">
        <w:rPr>
          <w:rFonts w:cs="Times New Roman"/>
          <w:szCs w:val="24"/>
        </w:rPr>
        <w:t xml:space="preserve"> </w:t>
      </w:r>
      <w:proofErr w:type="spellStart"/>
      <w:r w:rsidRPr="00563B50">
        <w:rPr>
          <w:rFonts w:cs="Times New Roman"/>
          <w:szCs w:val="24"/>
        </w:rPr>
        <w:t>fapt</w:t>
      </w:r>
      <w:proofErr w:type="spellEnd"/>
      <w:r w:rsidRPr="00563B50">
        <w:rPr>
          <w:rFonts w:cs="Times New Roman"/>
          <w:szCs w:val="24"/>
        </w:rPr>
        <w:t>.</w:t>
      </w:r>
    </w:p>
    <w:p w14:paraId="54BAD35C" w14:textId="77777777" w:rsidR="00EE7ED3" w:rsidRPr="00563B50" w:rsidRDefault="00000000" w:rsidP="00EE02FA">
      <w:pPr>
        <w:jc w:val="both"/>
        <w:rPr>
          <w:rFonts w:cs="Times New Roman"/>
          <w:szCs w:val="24"/>
        </w:rPr>
      </w:pPr>
      <w:proofErr w:type="spellStart"/>
      <w:r w:rsidRPr="00563B50">
        <w:rPr>
          <w:rFonts w:cs="Times New Roman"/>
          <w:szCs w:val="24"/>
        </w:rPr>
        <w:t>Aceste</w:t>
      </w:r>
      <w:proofErr w:type="spellEnd"/>
      <w:r w:rsidRPr="00563B50">
        <w:rPr>
          <w:rFonts w:cs="Times New Roman"/>
          <w:szCs w:val="24"/>
        </w:rPr>
        <w:t xml:space="preserve"> </w:t>
      </w:r>
      <w:proofErr w:type="spellStart"/>
      <w:r w:rsidRPr="00563B50">
        <w:rPr>
          <w:rFonts w:cs="Times New Roman"/>
          <w:szCs w:val="24"/>
        </w:rPr>
        <w:t>informații</w:t>
      </w:r>
      <w:proofErr w:type="spellEnd"/>
      <w:r w:rsidRPr="00563B50">
        <w:rPr>
          <w:rFonts w:cs="Times New Roman"/>
          <w:szCs w:val="24"/>
        </w:rPr>
        <w:t xml:space="preserve"> sunt </w:t>
      </w:r>
      <w:proofErr w:type="spellStart"/>
      <w:r w:rsidRPr="00563B50">
        <w:rPr>
          <w:rFonts w:cs="Times New Roman"/>
          <w:szCs w:val="24"/>
        </w:rPr>
        <w:t>prezentate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scris</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oral </w:t>
      </w:r>
      <w:proofErr w:type="spellStart"/>
      <w:r w:rsidRPr="00563B50">
        <w:rPr>
          <w:rFonts w:cs="Times New Roman"/>
          <w:szCs w:val="24"/>
        </w:rPr>
        <w:t>persoanelor</w:t>
      </w:r>
      <w:proofErr w:type="spellEnd"/>
      <w:r w:rsidRPr="00563B50">
        <w:rPr>
          <w:rFonts w:cs="Times New Roman"/>
          <w:szCs w:val="24"/>
        </w:rPr>
        <w:t xml:space="preserve"> </w:t>
      </w:r>
      <w:proofErr w:type="spellStart"/>
      <w:r w:rsidRPr="00563B50">
        <w:rPr>
          <w:rFonts w:cs="Times New Roman"/>
          <w:szCs w:val="24"/>
        </w:rPr>
        <w:t>vizate</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alte</w:t>
      </w:r>
      <w:proofErr w:type="spellEnd"/>
      <w:r w:rsidRPr="00563B50">
        <w:rPr>
          <w:rFonts w:cs="Times New Roman"/>
          <w:szCs w:val="24"/>
        </w:rPr>
        <w:t xml:space="preserve"> </w:t>
      </w:r>
      <w:proofErr w:type="spellStart"/>
      <w:r w:rsidRPr="00563B50">
        <w:rPr>
          <w:rFonts w:cs="Times New Roman"/>
          <w:szCs w:val="24"/>
        </w:rPr>
        <w:t>mijloace</w:t>
      </w:r>
      <w:proofErr w:type="spellEnd"/>
      <w:r w:rsidRPr="00563B50">
        <w:rPr>
          <w:rFonts w:cs="Times New Roman"/>
          <w:szCs w:val="24"/>
        </w:rPr>
        <w:t xml:space="preserve">, </w:t>
      </w:r>
      <w:proofErr w:type="spellStart"/>
      <w:r w:rsidRPr="00563B50">
        <w:rPr>
          <w:rFonts w:cs="Times New Roman"/>
          <w:szCs w:val="24"/>
        </w:rPr>
        <w:t>dacă</w:t>
      </w:r>
      <w:proofErr w:type="spellEnd"/>
      <w:r w:rsidRPr="00563B50">
        <w:rPr>
          <w:rFonts w:cs="Times New Roman"/>
          <w:szCs w:val="24"/>
        </w:rPr>
        <w:t xml:space="preserve"> a </w:t>
      </w:r>
      <w:proofErr w:type="spellStart"/>
      <w:r w:rsidRPr="00563B50">
        <w:rPr>
          <w:rFonts w:cs="Times New Roman"/>
          <w:szCs w:val="24"/>
        </w:rPr>
        <w:t>fost</w:t>
      </w:r>
      <w:proofErr w:type="spellEnd"/>
      <w:r w:rsidRPr="00563B50">
        <w:rPr>
          <w:rFonts w:cs="Times New Roman"/>
          <w:szCs w:val="24"/>
        </w:rPr>
        <w:t xml:space="preserve"> </w:t>
      </w:r>
      <w:proofErr w:type="spellStart"/>
      <w:r w:rsidRPr="00563B50">
        <w:rPr>
          <w:rFonts w:cs="Times New Roman"/>
          <w:szCs w:val="24"/>
        </w:rPr>
        <w:t>posibilă</w:t>
      </w:r>
      <w:proofErr w:type="spellEnd"/>
      <w:r w:rsidRPr="00563B50">
        <w:rPr>
          <w:rFonts w:cs="Times New Roman"/>
          <w:szCs w:val="24"/>
        </w:rPr>
        <w:t xml:space="preserve"> </w:t>
      </w:r>
      <w:proofErr w:type="spellStart"/>
      <w:r w:rsidRPr="00563B50">
        <w:rPr>
          <w:rFonts w:cs="Times New Roman"/>
          <w:szCs w:val="24"/>
        </w:rPr>
        <w:t>identificarea</w:t>
      </w:r>
      <w:proofErr w:type="spellEnd"/>
      <w:r w:rsidRPr="00563B50">
        <w:rPr>
          <w:rFonts w:cs="Times New Roman"/>
          <w:szCs w:val="24"/>
        </w:rPr>
        <w:t xml:space="preserve"> </w:t>
      </w:r>
      <w:proofErr w:type="spellStart"/>
      <w:r w:rsidRPr="00563B50">
        <w:rPr>
          <w:rFonts w:cs="Times New Roman"/>
          <w:szCs w:val="24"/>
        </w:rPr>
        <w:t>acestora</w:t>
      </w:r>
      <w:proofErr w:type="spellEnd"/>
      <w:r w:rsidRPr="00563B50">
        <w:rPr>
          <w:rFonts w:cs="Times New Roman"/>
          <w:szCs w:val="24"/>
        </w:rPr>
        <w:t xml:space="preserve">, </w:t>
      </w:r>
      <w:proofErr w:type="spellStart"/>
      <w:r w:rsidRPr="00563B50">
        <w:rPr>
          <w:rFonts w:cs="Times New Roman"/>
          <w:szCs w:val="24"/>
        </w:rPr>
        <w:t>utilizând</w:t>
      </w:r>
      <w:proofErr w:type="spellEnd"/>
      <w:r w:rsidRPr="00563B50">
        <w:rPr>
          <w:rFonts w:cs="Times New Roman"/>
          <w:szCs w:val="24"/>
        </w:rPr>
        <w:t xml:space="preserve"> un </w:t>
      </w:r>
      <w:proofErr w:type="spellStart"/>
      <w:r w:rsidRPr="00563B50">
        <w:rPr>
          <w:rFonts w:cs="Times New Roman"/>
          <w:szCs w:val="24"/>
        </w:rPr>
        <w:t>limbaj</w:t>
      </w:r>
      <w:proofErr w:type="spellEnd"/>
      <w:r w:rsidRPr="00563B50">
        <w:rPr>
          <w:rFonts w:cs="Times New Roman"/>
          <w:szCs w:val="24"/>
        </w:rPr>
        <w:t xml:space="preserve"> </w:t>
      </w:r>
      <w:proofErr w:type="spellStart"/>
      <w:r w:rsidRPr="00563B50">
        <w:rPr>
          <w:rFonts w:cs="Times New Roman"/>
          <w:szCs w:val="24"/>
        </w:rPr>
        <w:t>clar</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inteligibil</w:t>
      </w:r>
      <w:proofErr w:type="spellEnd"/>
      <w:r w:rsidRPr="00563B50">
        <w:rPr>
          <w:rFonts w:cs="Times New Roman"/>
          <w:szCs w:val="24"/>
        </w:rPr>
        <w:t xml:space="preserve">. </w:t>
      </w:r>
      <w:r w:rsidRPr="00EE02FA">
        <w:rPr>
          <w:rFonts w:cs="Times New Roman"/>
          <w:b/>
          <w:bCs/>
          <w:szCs w:val="24"/>
        </w:rPr>
        <w:t>PRIMĂRIA SATULUI MERENI</w:t>
      </w:r>
      <w:r w:rsidRPr="00563B50">
        <w:rPr>
          <w:rFonts w:cs="Times New Roman"/>
          <w:szCs w:val="24"/>
        </w:rPr>
        <w:t xml:space="preserve"> are </w:t>
      </w:r>
      <w:proofErr w:type="spellStart"/>
      <w:r w:rsidRPr="00563B50">
        <w:rPr>
          <w:rFonts w:cs="Times New Roman"/>
          <w:szCs w:val="24"/>
        </w:rPr>
        <w:t>obligația</w:t>
      </w:r>
      <w:proofErr w:type="spellEnd"/>
      <w:r w:rsidRPr="00563B50">
        <w:rPr>
          <w:rFonts w:cs="Times New Roman"/>
          <w:szCs w:val="24"/>
        </w:rPr>
        <w:t xml:space="preserve"> de a </w:t>
      </w:r>
      <w:proofErr w:type="spellStart"/>
      <w:r w:rsidRPr="00563B50">
        <w:rPr>
          <w:rFonts w:cs="Times New Roman"/>
          <w:szCs w:val="24"/>
        </w:rPr>
        <w:t>aduce</w:t>
      </w:r>
      <w:proofErr w:type="spellEnd"/>
      <w:r w:rsidRPr="00563B50">
        <w:rPr>
          <w:rFonts w:cs="Times New Roman"/>
          <w:szCs w:val="24"/>
        </w:rPr>
        <w:t xml:space="preserve"> la </w:t>
      </w:r>
      <w:proofErr w:type="spellStart"/>
      <w:r w:rsidRPr="00563B50">
        <w:rPr>
          <w:rFonts w:cs="Times New Roman"/>
          <w:szCs w:val="24"/>
        </w:rPr>
        <w:t>cunoștință</w:t>
      </w:r>
      <w:proofErr w:type="spellEnd"/>
      <w:r w:rsidRPr="00563B50">
        <w:rPr>
          <w:rFonts w:cs="Times New Roman"/>
          <w:szCs w:val="24"/>
        </w:rPr>
        <w:t xml:space="preserve"> </w:t>
      </w:r>
      <w:proofErr w:type="spellStart"/>
      <w:r w:rsidRPr="00563B50">
        <w:rPr>
          <w:rFonts w:cs="Times New Roman"/>
          <w:szCs w:val="24"/>
        </w:rPr>
        <w:t>persoanei</w:t>
      </w:r>
      <w:proofErr w:type="spellEnd"/>
      <w:r w:rsidRPr="00563B50">
        <w:rPr>
          <w:rFonts w:cs="Times New Roman"/>
          <w:szCs w:val="24"/>
        </w:rPr>
        <w:t xml:space="preserve"> </w:t>
      </w:r>
      <w:proofErr w:type="spellStart"/>
      <w:r w:rsidRPr="00563B50">
        <w:rPr>
          <w:rFonts w:cs="Times New Roman"/>
          <w:szCs w:val="24"/>
        </w:rPr>
        <w:t>vizate</w:t>
      </w:r>
      <w:proofErr w:type="spellEnd"/>
      <w:r w:rsidRPr="00563B50">
        <w:rPr>
          <w:rFonts w:cs="Times New Roman"/>
          <w:szCs w:val="24"/>
        </w:rPr>
        <w:t xml:space="preserve"> </w:t>
      </w:r>
      <w:proofErr w:type="spellStart"/>
      <w:r w:rsidRPr="00563B50">
        <w:rPr>
          <w:rFonts w:cs="Times New Roman"/>
          <w:szCs w:val="24"/>
        </w:rPr>
        <w:t>categoriile</w:t>
      </w:r>
      <w:proofErr w:type="spellEnd"/>
      <w:r w:rsidRPr="00563B50">
        <w:rPr>
          <w:rFonts w:cs="Times New Roman"/>
          <w:szCs w:val="24"/>
        </w:rPr>
        <w:t xml:space="preserve"> de date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sursa</w:t>
      </w:r>
      <w:proofErr w:type="spellEnd"/>
      <w:r w:rsidRPr="00563B50">
        <w:rPr>
          <w:rFonts w:cs="Times New Roman"/>
          <w:szCs w:val="24"/>
        </w:rPr>
        <w:t xml:space="preserve"> din care a </w:t>
      </w:r>
      <w:proofErr w:type="spellStart"/>
      <w:r w:rsidRPr="00563B50">
        <w:rPr>
          <w:rFonts w:cs="Times New Roman"/>
          <w:szCs w:val="24"/>
        </w:rPr>
        <w:t>obținut</w:t>
      </w:r>
      <w:proofErr w:type="spellEnd"/>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w:t>
      </w:r>
      <w:proofErr w:type="spellStart"/>
      <w:r w:rsidRPr="00563B50">
        <w:rPr>
          <w:rFonts w:cs="Times New Roman"/>
          <w:szCs w:val="24"/>
        </w:rPr>
        <w:t>inclusiv</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situația</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care </w:t>
      </w:r>
      <w:proofErr w:type="spellStart"/>
      <w:r w:rsidRPr="00563B50">
        <w:rPr>
          <w:rFonts w:cs="Times New Roman"/>
          <w:szCs w:val="24"/>
        </w:rPr>
        <w:t>acestea</w:t>
      </w:r>
      <w:proofErr w:type="spellEnd"/>
      <w:r w:rsidRPr="00563B50">
        <w:rPr>
          <w:rFonts w:cs="Times New Roman"/>
          <w:szCs w:val="24"/>
        </w:rPr>
        <w:t xml:space="preserve"> </w:t>
      </w:r>
      <w:proofErr w:type="spellStart"/>
      <w:r w:rsidRPr="00563B50">
        <w:rPr>
          <w:rFonts w:cs="Times New Roman"/>
          <w:szCs w:val="24"/>
        </w:rPr>
        <w:t>provin</w:t>
      </w:r>
      <w:proofErr w:type="spellEnd"/>
      <w:r w:rsidRPr="00563B50">
        <w:rPr>
          <w:rFonts w:cs="Times New Roman"/>
          <w:szCs w:val="24"/>
        </w:rPr>
        <w:t xml:space="preserve"> din </w:t>
      </w:r>
      <w:proofErr w:type="spellStart"/>
      <w:r w:rsidRPr="00563B50">
        <w:rPr>
          <w:rFonts w:cs="Times New Roman"/>
          <w:szCs w:val="24"/>
        </w:rPr>
        <w:t>surse</w:t>
      </w:r>
      <w:proofErr w:type="spellEnd"/>
      <w:r w:rsidRPr="00563B50">
        <w:rPr>
          <w:rFonts w:cs="Times New Roman"/>
          <w:szCs w:val="24"/>
        </w:rPr>
        <w:t xml:space="preserve"> </w:t>
      </w:r>
      <w:proofErr w:type="spellStart"/>
      <w:r w:rsidRPr="00563B50">
        <w:rPr>
          <w:rFonts w:cs="Times New Roman"/>
          <w:szCs w:val="24"/>
        </w:rPr>
        <w:t>disponibile</w:t>
      </w:r>
      <w:proofErr w:type="spellEnd"/>
      <w:r w:rsidRPr="00563B50">
        <w:rPr>
          <w:rFonts w:cs="Times New Roman"/>
          <w:szCs w:val="24"/>
        </w:rPr>
        <w:t xml:space="preserve"> public.</w:t>
      </w:r>
    </w:p>
    <w:p w14:paraId="1E4B653D" w14:textId="77777777" w:rsidR="00EE7ED3" w:rsidRPr="00563B50" w:rsidRDefault="00000000" w:rsidP="00EE02FA">
      <w:pPr>
        <w:jc w:val="both"/>
        <w:rPr>
          <w:rFonts w:cs="Times New Roman"/>
          <w:szCs w:val="24"/>
        </w:rPr>
      </w:pPr>
      <w:proofErr w:type="spellStart"/>
      <w:r w:rsidRPr="00563B50">
        <w:rPr>
          <w:rFonts w:cs="Times New Roman"/>
          <w:szCs w:val="24"/>
        </w:rPr>
        <w:t>Instituția</w:t>
      </w:r>
      <w:proofErr w:type="spellEnd"/>
      <w:r w:rsidRPr="00563B50">
        <w:rPr>
          <w:rFonts w:cs="Times New Roman"/>
          <w:szCs w:val="24"/>
        </w:rPr>
        <w:t xml:space="preserve"> </w:t>
      </w:r>
      <w:proofErr w:type="spellStart"/>
      <w:r w:rsidRPr="00563B50">
        <w:rPr>
          <w:rFonts w:cs="Times New Roman"/>
          <w:szCs w:val="24"/>
        </w:rPr>
        <w:t>realizează</w:t>
      </w:r>
      <w:proofErr w:type="spellEnd"/>
      <w:r w:rsidRPr="00563B50">
        <w:rPr>
          <w:rFonts w:cs="Times New Roman"/>
          <w:szCs w:val="24"/>
        </w:rPr>
        <w:t xml:space="preserve"> </w:t>
      </w:r>
      <w:proofErr w:type="spellStart"/>
      <w:r w:rsidRPr="00563B50">
        <w:rPr>
          <w:rFonts w:cs="Times New Roman"/>
          <w:szCs w:val="24"/>
        </w:rPr>
        <w:t>distincția</w:t>
      </w:r>
      <w:proofErr w:type="spellEnd"/>
      <w:r w:rsidRPr="00563B50">
        <w:rPr>
          <w:rFonts w:cs="Times New Roman"/>
          <w:szCs w:val="24"/>
        </w:rPr>
        <w:t xml:space="preserve"> </w:t>
      </w:r>
      <w:proofErr w:type="spellStart"/>
      <w:r w:rsidRPr="00563B50">
        <w:rPr>
          <w:rFonts w:cs="Times New Roman"/>
          <w:szCs w:val="24"/>
        </w:rPr>
        <w:t>dintre</w:t>
      </w:r>
      <w:proofErr w:type="spellEnd"/>
      <w:r w:rsidRPr="00563B50">
        <w:rPr>
          <w:rFonts w:cs="Times New Roman"/>
          <w:szCs w:val="24"/>
        </w:rPr>
        <w:t xml:space="preserve"> </w:t>
      </w:r>
      <w:proofErr w:type="spellStart"/>
      <w:r w:rsidRPr="00563B50">
        <w:rPr>
          <w:rFonts w:cs="Times New Roman"/>
          <w:szCs w:val="24"/>
        </w:rPr>
        <w:t>obligația</w:t>
      </w:r>
      <w:proofErr w:type="spellEnd"/>
      <w:r w:rsidRPr="00563B50">
        <w:rPr>
          <w:rFonts w:cs="Times New Roman"/>
          <w:szCs w:val="24"/>
        </w:rPr>
        <w:t xml:space="preserve"> de </w:t>
      </w:r>
      <w:proofErr w:type="spellStart"/>
      <w:r w:rsidRPr="00563B50">
        <w:rPr>
          <w:rFonts w:cs="Times New Roman"/>
          <w:szCs w:val="24"/>
        </w:rPr>
        <w:t>informare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obligația</w:t>
      </w:r>
      <w:proofErr w:type="spellEnd"/>
      <w:r w:rsidRPr="00563B50">
        <w:rPr>
          <w:rFonts w:cs="Times New Roman"/>
          <w:szCs w:val="24"/>
        </w:rPr>
        <w:t xml:space="preserve"> de a </w:t>
      </w:r>
      <w:proofErr w:type="spellStart"/>
      <w:r w:rsidRPr="00563B50">
        <w:rPr>
          <w:rFonts w:cs="Times New Roman"/>
          <w:szCs w:val="24"/>
        </w:rPr>
        <w:t>obține</w:t>
      </w:r>
      <w:proofErr w:type="spellEnd"/>
      <w:r w:rsidRPr="00563B50">
        <w:rPr>
          <w:rFonts w:cs="Times New Roman"/>
          <w:szCs w:val="24"/>
        </w:rPr>
        <w:t xml:space="preserve"> </w:t>
      </w:r>
      <w:proofErr w:type="spellStart"/>
      <w:r w:rsidRPr="00563B50">
        <w:rPr>
          <w:rFonts w:cs="Times New Roman"/>
          <w:szCs w:val="24"/>
        </w:rPr>
        <w:t>consimțământul</w:t>
      </w:r>
      <w:proofErr w:type="spellEnd"/>
      <w:r w:rsidRPr="00563B50">
        <w:rPr>
          <w:rFonts w:cs="Times New Roman"/>
          <w:szCs w:val="24"/>
        </w:rPr>
        <w:t xml:space="preserve"> </w:t>
      </w:r>
      <w:proofErr w:type="spellStart"/>
      <w:r w:rsidRPr="00563B50">
        <w:rPr>
          <w:rFonts w:cs="Times New Roman"/>
          <w:szCs w:val="24"/>
        </w:rPr>
        <w:t>persoanei</w:t>
      </w:r>
      <w:proofErr w:type="spellEnd"/>
      <w:r w:rsidRPr="00563B50">
        <w:rPr>
          <w:rFonts w:cs="Times New Roman"/>
          <w:szCs w:val="24"/>
        </w:rPr>
        <w:t xml:space="preserve"> </w:t>
      </w:r>
      <w:proofErr w:type="spellStart"/>
      <w:r w:rsidRPr="00563B50">
        <w:rPr>
          <w:rFonts w:cs="Times New Roman"/>
          <w:szCs w:val="24"/>
        </w:rPr>
        <w:t>vizate</w:t>
      </w:r>
      <w:proofErr w:type="spellEnd"/>
      <w:r w:rsidRPr="00563B50">
        <w:rPr>
          <w:rFonts w:cs="Times New Roman"/>
          <w:szCs w:val="24"/>
        </w:rPr>
        <w:t xml:space="preserve">, </w:t>
      </w:r>
      <w:proofErr w:type="spellStart"/>
      <w:r w:rsidRPr="00563B50">
        <w:rPr>
          <w:rFonts w:cs="Times New Roman"/>
          <w:szCs w:val="24"/>
        </w:rPr>
        <w:t>acesta</w:t>
      </w:r>
      <w:proofErr w:type="spellEnd"/>
      <w:r w:rsidRPr="00563B50">
        <w:rPr>
          <w:rFonts w:cs="Times New Roman"/>
          <w:szCs w:val="24"/>
        </w:rPr>
        <w:t xml:space="preserve"> din </w:t>
      </w:r>
      <w:proofErr w:type="spellStart"/>
      <w:r w:rsidRPr="00563B50">
        <w:rPr>
          <w:rFonts w:cs="Times New Roman"/>
          <w:szCs w:val="24"/>
        </w:rPr>
        <w:t>urmă</w:t>
      </w:r>
      <w:proofErr w:type="spellEnd"/>
      <w:r w:rsidRPr="00563B50">
        <w:rPr>
          <w:rFonts w:cs="Times New Roman"/>
          <w:szCs w:val="24"/>
        </w:rPr>
        <w:t xml:space="preserve"> </w:t>
      </w:r>
      <w:proofErr w:type="spellStart"/>
      <w:r w:rsidRPr="00563B50">
        <w:rPr>
          <w:rFonts w:cs="Times New Roman"/>
          <w:szCs w:val="24"/>
        </w:rPr>
        <w:t>aplicându</w:t>
      </w:r>
      <w:proofErr w:type="spellEnd"/>
      <w:r w:rsidRPr="00563B50">
        <w:rPr>
          <w:rFonts w:cs="Times New Roman"/>
          <w:szCs w:val="24"/>
        </w:rPr>
        <w:t xml:space="preserve">-se </w:t>
      </w:r>
      <w:proofErr w:type="spellStart"/>
      <w:r w:rsidRPr="00563B50">
        <w:rPr>
          <w:rFonts w:cs="Times New Roman"/>
          <w:szCs w:val="24"/>
        </w:rPr>
        <w:t>doar</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cazuri</w:t>
      </w:r>
      <w:proofErr w:type="spellEnd"/>
      <w:r w:rsidRPr="00563B50">
        <w:rPr>
          <w:rFonts w:cs="Times New Roman"/>
          <w:szCs w:val="24"/>
        </w:rPr>
        <w:t xml:space="preserve"> </w:t>
      </w:r>
      <w:proofErr w:type="spellStart"/>
      <w:r w:rsidRPr="00563B50">
        <w:rPr>
          <w:rFonts w:cs="Times New Roman"/>
          <w:szCs w:val="24"/>
        </w:rPr>
        <w:t>limitativ</w:t>
      </w:r>
      <w:proofErr w:type="spellEnd"/>
      <w:r w:rsidRPr="00563B50">
        <w:rPr>
          <w:rFonts w:cs="Times New Roman"/>
          <w:szCs w:val="24"/>
        </w:rPr>
        <w:t xml:space="preserve"> </w:t>
      </w:r>
      <w:proofErr w:type="spellStart"/>
      <w:r w:rsidRPr="00563B50">
        <w:rPr>
          <w:rFonts w:cs="Times New Roman"/>
          <w:szCs w:val="24"/>
        </w:rPr>
        <w:t>prevăzute</w:t>
      </w:r>
      <w:proofErr w:type="spellEnd"/>
      <w:r w:rsidRPr="00563B50">
        <w:rPr>
          <w:rFonts w:cs="Times New Roman"/>
          <w:szCs w:val="24"/>
        </w:rPr>
        <w:t xml:space="preserve"> de </w:t>
      </w:r>
      <w:proofErr w:type="spellStart"/>
      <w:r w:rsidRPr="00563B50">
        <w:rPr>
          <w:rFonts w:cs="Times New Roman"/>
          <w:szCs w:val="24"/>
        </w:rPr>
        <w:t>legislația</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vigoare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dacă</w:t>
      </w:r>
      <w:proofErr w:type="spellEnd"/>
      <w:r w:rsidRPr="00563B50">
        <w:rPr>
          <w:rFonts w:cs="Times New Roman"/>
          <w:szCs w:val="24"/>
        </w:rPr>
        <w:t xml:space="preserve"> </w:t>
      </w:r>
      <w:proofErr w:type="spellStart"/>
      <w:r w:rsidRPr="00563B50">
        <w:rPr>
          <w:rFonts w:cs="Times New Roman"/>
          <w:szCs w:val="24"/>
        </w:rPr>
        <w:t>prelucrarea</w:t>
      </w:r>
      <w:proofErr w:type="spellEnd"/>
      <w:r w:rsidRPr="00563B50">
        <w:rPr>
          <w:rFonts w:cs="Times New Roman"/>
          <w:szCs w:val="24"/>
        </w:rPr>
        <w:t xml:space="preserve"> nu se </w:t>
      </w:r>
      <w:proofErr w:type="spellStart"/>
      <w:r w:rsidRPr="00563B50">
        <w:rPr>
          <w:rFonts w:cs="Times New Roman"/>
          <w:szCs w:val="24"/>
        </w:rPr>
        <w:t>încadrează</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situațiile</w:t>
      </w:r>
      <w:proofErr w:type="spellEnd"/>
      <w:r w:rsidRPr="00563B50">
        <w:rPr>
          <w:rFonts w:cs="Times New Roman"/>
          <w:szCs w:val="24"/>
        </w:rPr>
        <w:t xml:space="preserve"> de </w:t>
      </w:r>
      <w:proofErr w:type="spellStart"/>
      <w:r w:rsidRPr="00563B50">
        <w:rPr>
          <w:rFonts w:cs="Times New Roman"/>
          <w:szCs w:val="24"/>
        </w:rPr>
        <w:t>excepție</w:t>
      </w:r>
      <w:proofErr w:type="spellEnd"/>
      <w:r w:rsidRPr="00563B50">
        <w:rPr>
          <w:rFonts w:cs="Times New Roman"/>
          <w:szCs w:val="24"/>
        </w:rPr>
        <w:t xml:space="preserve"> care permit </w:t>
      </w:r>
      <w:proofErr w:type="spellStart"/>
      <w:r w:rsidRPr="00563B50">
        <w:rPr>
          <w:rFonts w:cs="Times New Roman"/>
          <w:szCs w:val="24"/>
        </w:rPr>
        <w:t>prelucrarea</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baza</w:t>
      </w:r>
      <w:proofErr w:type="spellEnd"/>
      <w:r w:rsidRPr="00563B50">
        <w:rPr>
          <w:rFonts w:cs="Times New Roman"/>
          <w:szCs w:val="24"/>
        </w:rPr>
        <w:t xml:space="preserve"> </w:t>
      </w:r>
      <w:proofErr w:type="spellStart"/>
      <w:r w:rsidRPr="00563B50">
        <w:rPr>
          <w:rFonts w:cs="Times New Roman"/>
          <w:szCs w:val="24"/>
        </w:rPr>
        <w:t>unor</w:t>
      </w:r>
      <w:proofErr w:type="spellEnd"/>
      <w:r w:rsidRPr="00563B50">
        <w:rPr>
          <w:rFonts w:cs="Times New Roman"/>
          <w:szCs w:val="24"/>
        </w:rPr>
        <w:t xml:space="preserve"> </w:t>
      </w:r>
      <w:proofErr w:type="spellStart"/>
      <w:r w:rsidRPr="00563B50">
        <w:rPr>
          <w:rFonts w:cs="Times New Roman"/>
          <w:szCs w:val="24"/>
        </w:rPr>
        <w:t>temeiuri</w:t>
      </w:r>
      <w:proofErr w:type="spellEnd"/>
      <w:r w:rsidRPr="00563B50">
        <w:rPr>
          <w:rFonts w:cs="Times New Roman"/>
          <w:szCs w:val="24"/>
        </w:rPr>
        <w:t xml:space="preserve"> </w:t>
      </w:r>
      <w:proofErr w:type="spellStart"/>
      <w:r w:rsidRPr="00563B50">
        <w:rPr>
          <w:rFonts w:cs="Times New Roman"/>
          <w:szCs w:val="24"/>
        </w:rPr>
        <w:t>legale</w:t>
      </w:r>
      <w:proofErr w:type="spellEnd"/>
      <w:r w:rsidRPr="00563B50">
        <w:rPr>
          <w:rFonts w:cs="Times New Roman"/>
          <w:szCs w:val="24"/>
        </w:rPr>
        <w:t>.</w:t>
      </w:r>
    </w:p>
    <w:p w14:paraId="4D778F74" w14:textId="77777777" w:rsidR="00EE7ED3" w:rsidRPr="00563B50" w:rsidRDefault="00000000" w:rsidP="00EE02FA">
      <w:pPr>
        <w:jc w:val="both"/>
        <w:rPr>
          <w:rFonts w:cs="Times New Roman"/>
          <w:szCs w:val="24"/>
        </w:rPr>
      </w:pPr>
      <w:proofErr w:type="spellStart"/>
      <w:r w:rsidRPr="00563B50">
        <w:rPr>
          <w:rFonts w:cs="Times New Roman"/>
          <w:szCs w:val="24"/>
        </w:rPr>
        <w:t>Consimțământul</w:t>
      </w:r>
      <w:proofErr w:type="spellEnd"/>
      <w:r w:rsidRPr="00563B50">
        <w:rPr>
          <w:rFonts w:cs="Times New Roman"/>
          <w:szCs w:val="24"/>
        </w:rPr>
        <w:t xml:space="preserve"> se </w:t>
      </w:r>
      <w:proofErr w:type="spellStart"/>
      <w:r w:rsidRPr="00563B50">
        <w:rPr>
          <w:rFonts w:cs="Times New Roman"/>
          <w:szCs w:val="24"/>
        </w:rPr>
        <w:t>definește</w:t>
      </w:r>
      <w:proofErr w:type="spellEnd"/>
      <w:r w:rsidRPr="00563B50">
        <w:rPr>
          <w:rFonts w:cs="Times New Roman"/>
          <w:szCs w:val="24"/>
        </w:rPr>
        <w:t xml:space="preserve"> ca </w:t>
      </w:r>
      <w:proofErr w:type="spellStart"/>
      <w:r w:rsidRPr="00563B50">
        <w:rPr>
          <w:rFonts w:cs="Times New Roman"/>
          <w:szCs w:val="24"/>
        </w:rPr>
        <w:t>fiind</w:t>
      </w:r>
      <w:proofErr w:type="spellEnd"/>
      <w:r w:rsidRPr="00563B50">
        <w:rPr>
          <w:rFonts w:cs="Times New Roman"/>
          <w:szCs w:val="24"/>
        </w:rPr>
        <w:t xml:space="preserve"> o </w:t>
      </w:r>
      <w:proofErr w:type="spellStart"/>
      <w:r w:rsidRPr="00563B50">
        <w:rPr>
          <w:rFonts w:cs="Times New Roman"/>
          <w:szCs w:val="24"/>
        </w:rPr>
        <w:t>manifestare</w:t>
      </w:r>
      <w:proofErr w:type="spellEnd"/>
      <w:r w:rsidRPr="00563B50">
        <w:rPr>
          <w:rFonts w:cs="Times New Roman"/>
          <w:szCs w:val="24"/>
        </w:rPr>
        <w:t xml:space="preserve"> de </w:t>
      </w:r>
      <w:proofErr w:type="spellStart"/>
      <w:r w:rsidRPr="00563B50">
        <w:rPr>
          <w:rFonts w:cs="Times New Roman"/>
          <w:szCs w:val="24"/>
        </w:rPr>
        <w:t>voință</w:t>
      </w:r>
      <w:proofErr w:type="spellEnd"/>
      <w:r w:rsidRPr="00563B50">
        <w:rPr>
          <w:rFonts w:cs="Times New Roman"/>
          <w:szCs w:val="24"/>
        </w:rPr>
        <w:t xml:space="preserve"> </w:t>
      </w:r>
      <w:proofErr w:type="spellStart"/>
      <w:r w:rsidRPr="00563B50">
        <w:rPr>
          <w:rFonts w:cs="Times New Roman"/>
          <w:szCs w:val="24"/>
        </w:rPr>
        <w:t>liberă</w:t>
      </w:r>
      <w:proofErr w:type="spellEnd"/>
      <w:r w:rsidRPr="00563B50">
        <w:rPr>
          <w:rFonts w:cs="Times New Roman"/>
          <w:szCs w:val="24"/>
        </w:rPr>
        <w:t xml:space="preserve">, </w:t>
      </w:r>
      <w:proofErr w:type="spellStart"/>
      <w:r w:rsidRPr="00563B50">
        <w:rPr>
          <w:rFonts w:cs="Times New Roman"/>
          <w:szCs w:val="24"/>
        </w:rPr>
        <w:t>specifică</w:t>
      </w:r>
      <w:proofErr w:type="spellEnd"/>
      <w:r w:rsidRPr="00563B50">
        <w:rPr>
          <w:rFonts w:cs="Times New Roman"/>
          <w:szCs w:val="24"/>
        </w:rPr>
        <w:t xml:space="preserve">, </w:t>
      </w:r>
      <w:proofErr w:type="spellStart"/>
      <w:r w:rsidRPr="00563B50">
        <w:rPr>
          <w:rFonts w:cs="Times New Roman"/>
          <w:szCs w:val="24"/>
        </w:rPr>
        <w:t>informată</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lipsită</w:t>
      </w:r>
      <w:proofErr w:type="spellEnd"/>
      <w:r w:rsidRPr="00563B50">
        <w:rPr>
          <w:rFonts w:cs="Times New Roman"/>
          <w:szCs w:val="24"/>
        </w:rPr>
        <w:t xml:space="preserve"> de </w:t>
      </w:r>
      <w:proofErr w:type="spellStart"/>
      <w:r w:rsidRPr="00563B50">
        <w:rPr>
          <w:rFonts w:cs="Times New Roman"/>
          <w:szCs w:val="24"/>
        </w:rPr>
        <w:t>ambiguitate</w:t>
      </w:r>
      <w:proofErr w:type="spellEnd"/>
      <w:r w:rsidRPr="00563B50">
        <w:rPr>
          <w:rFonts w:cs="Times New Roman"/>
          <w:szCs w:val="24"/>
        </w:rPr>
        <w:t xml:space="preserve"> a </w:t>
      </w:r>
      <w:proofErr w:type="spellStart"/>
      <w:r w:rsidRPr="00563B50">
        <w:rPr>
          <w:rFonts w:cs="Times New Roman"/>
          <w:szCs w:val="24"/>
        </w:rPr>
        <w:t>persoanei</w:t>
      </w:r>
      <w:proofErr w:type="spellEnd"/>
      <w:r w:rsidRPr="00563B50">
        <w:rPr>
          <w:rFonts w:cs="Times New Roman"/>
          <w:szCs w:val="24"/>
        </w:rPr>
        <w:t xml:space="preserve"> </w:t>
      </w:r>
      <w:proofErr w:type="spellStart"/>
      <w:r w:rsidRPr="00563B50">
        <w:rPr>
          <w:rFonts w:cs="Times New Roman"/>
          <w:szCs w:val="24"/>
        </w:rPr>
        <w:t>vizate</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care </w:t>
      </w:r>
      <w:proofErr w:type="spellStart"/>
      <w:r w:rsidRPr="00563B50">
        <w:rPr>
          <w:rFonts w:cs="Times New Roman"/>
          <w:szCs w:val="24"/>
        </w:rPr>
        <w:t>aceasta</w:t>
      </w:r>
      <w:proofErr w:type="spellEnd"/>
      <w:r w:rsidRPr="00563B50">
        <w:rPr>
          <w:rFonts w:cs="Times New Roman"/>
          <w:szCs w:val="24"/>
        </w:rPr>
        <w:t xml:space="preserve"> </w:t>
      </w:r>
      <w:proofErr w:type="spellStart"/>
      <w:r w:rsidRPr="00563B50">
        <w:rPr>
          <w:rFonts w:cs="Times New Roman"/>
          <w:szCs w:val="24"/>
        </w:rPr>
        <w:t>acceptă</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intermediul</w:t>
      </w:r>
      <w:proofErr w:type="spellEnd"/>
      <w:r w:rsidRPr="00563B50">
        <w:rPr>
          <w:rFonts w:cs="Times New Roman"/>
          <w:szCs w:val="24"/>
        </w:rPr>
        <w:t xml:space="preserve"> </w:t>
      </w:r>
      <w:proofErr w:type="spellStart"/>
      <w:r w:rsidRPr="00563B50">
        <w:rPr>
          <w:rFonts w:cs="Times New Roman"/>
          <w:szCs w:val="24"/>
        </w:rPr>
        <w:t>unei</w:t>
      </w:r>
      <w:proofErr w:type="spellEnd"/>
      <w:r w:rsidRPr="00563B50">
        <w:rPr>
          <w:rFonts w:cs="Times New Roman"/>
          <w:szCs w:val="24"/>
        </w:rPr>
        <w:t xml:space="preserve"> </w:t>
      </w:r>
      <w:proofErr w:type="spellStart"/>
      <w:r w:rsidRPr="00563B50">
        <w:rPr>
          <w:rFonts w:cs="Times New Roman"/>
          <w:szCs w:val="24"/>
        </w:rPr>
        <w:t>declarații</w:t>
      </w:r>
      <w:proofErr w:type="spellEnd"/>
      <w:r w:rsidRPr="00563B50">
        <w:rPr>
          <w:rFonts w:cs="Times New Roman"/>
          <w:szCs w:val="24"/>
        </w:rPr>
        <w:t xml:space="preserve">, ca </w:t>
      </w:r>
      <w:proofErr w:type="spellStart"/>
      <w:r w:rsidRPr="00563B50">
        <w:rPr>
          <w:rFonts w:cs="Times New Roman"/>
          <w:szCs w:val="24"/>
        </w:rPr>
        <w:t>datele</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care o </w:t>
      </w:r>
      <w:proofErr w:type="spellStart"/>
      <w:r w:rsidRPr="00563B50">
        <w:rPr>
          <w:rFonts w:cs="Times New Roman"/>
          <w:szCs w:val="24"/>
        </w:rPr>
        <w:t>privesc</w:t>
      </w:r>
      <w:proofErr w:type="spellEnd"/>
      <w:r w:rsidRPr="00563B50">
        <w:rPr>
          <w:rFonts w:cs="Times New Roman"/>
          <w:szCs w:val="24"/>
        </w:rPr>
        <w:t xml:space="preserve"> </w:t>
      </w:r>
      <w:proofErr w:type="spellStart"/>
      <w:r w:rsidRPr="00563B50">
        <w:rPr>
          <w:rFonts w:cs="Times New Roman"/>
          <w:szCs w:val="24"/>
        </w:rPr>
        <w:t>să</w:t>
      </w:r>
      <w:proofErr w:type="spellEnd"/>
      <w:r w:rsidRPr="00563B50">
        <w:rPr>
          <w:rFonts w:cs="Times New Roman"/>
          <w:szCs w:val="24"/>
        </w:rPr>
        <w:t xml:space="preserve"> fie </w:t>
      </w:r>
      <w:proofErr w:type="spellStart"/>
      <w:r w:rsidRPr="00563B50">
        <w:rPr>
          <w:rFonts w:cs="Times New Roman"/>
          <w:szCs w:val="24"/>
        </w:rPr>
        <w:t>prelucrate</w:t>
      </w:r>
      <w:proofErr w:type="spellEnd"/>
      <w:r w:rsidRPr="00563B50">
        <w:rPr>
          <w:rFonts w:cs="Times New Roman"/>
          <w:szCs w:val="24"/>
        </w:rPr>
        <w:t xml:space="preserve">. </w:t>
      </w:r>
      <w:proofErr w:type="spellStart"/>
      <w:r w:rsidRPr="00563B50">
        <w:rPr>
          <w:rFonts w:cs="Times New Roman"/>
          <w:szCs w:val="24"/>
        </w:rPr>
        <w:t>Rolul</w:t>
      </w:r>
      <w:proofErr w:type="spellEnd"/>
      <w:r w:rsidRPr="00563B50">
        <w:rPr>
          <w:rFonts w:cs="Times New Roman"/>
          <w:szCs w:val="24"/>
        </w:rPr>
        <w:t xml:space="preserve"> </w:t>
      </w:r>
      <w:proofErr w:type="spellStart"/>
      <w:r w:rsidRPr="00563B50">
        <w:rPr>
          <w:rFonts w:cs="Times New Roman"/>
          <w:szCs w:val="24"/>
        </w:rPr>
        <w:t>obținerii</w:t>
      </w:r>
      <w:proofErr w:type="spellEnd"/>
      <w:r w:rsidRPr="00563B50">
        <w:rPr>
          <w:rFonts w:cs="Times New Roman"/>
          <w:szCs w:val="24"/>
        </w:rPr>
        <w:t xml:space="preserve"> </w:t>
      </w:r>
      <w:proofErr w:type="spellStart"/>
      <w:r w:rsidRPr="00563B50">
        <w:rPr>
          <w:rFonts w:cs="Times New Roman"/>
          <w:szCs w:val="24"/>
        </w:rPr>
        <w:t>consimțământului</w:t>
      </w:r>
      <w:proofErr w:type="spellEnd"/>
      <w:r w:rsidRPr="00563B50">
        <w:rPr>
          <w:rFonts w:cs="Times New Roman"/>
          <w:szCs w:val="24"/>
        </w:rPr>
        <w:t xml:space="preserve"> </w:t>
      </w:r>
      <w:proofErr w:type="spellStart"/>
      <w:r w:rsidRPr="00563B50">
        <w:rPr>
          <w:rFonts w:cs="Times New Roman"/>
          <w:szCs w:val="24"/>
        </w:rPr>
        <w:t>este</w:t>
      </w:r>
      <w:proofErr w:type="spellEnd"/>
      <w:r w:rsidRPr="00563B50">
        <w:rPr>
          <w:rFonts w:cs="Times New Roman"/>
          <w:szCs w:val="24"/>
        </w:rPr>
        <w:t xml:space="preserve"> de a </w:t>
      </w:r>
      <w:proofErr w:type="spellStart"/>
      <w:r w:rsidRPr="00563B50">
        <w:rPr>
          <w:rFonts w:cs="Times New Roman"/>
          <w:szCs w:val="24"/>
        </w:rPr>
        <w:t>asigura</w:t>
      </w:r>
      <w:proofErr w:type="spellEnd"/>
      <w:r w:rsidRPr="00563B50">
        <w:rPr>
          <w:rFonts w:cs="Times New Roman"/>
          <w:szCs w:val="24"/>
        </w:rPr>
        <w:t xml:space="preserve"> </w:t>
      </w:r>
      <w:proofErr w:type="spellStart"/>
      <w:r w:rsidRPr="00563B50">
        <w:rPr>
          <w:rFonts w:cs="Times New Roman"/>
          <w:szCs w:val="24"/>
        </w:rPr>
        <w:t>transparența</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de a </w:t>
      </w:r>
      <w:proofErr w:type="spellStart"/>
      <w:r w:rsidRPr="00563B50">
        <w:rPr>
          <w:rFonts w:cs="Times New Roman"/>
          <w:szCs w:val="24"/>
        </w:rPr>
        <w:t>spori</w:t>
      </w:r>
      <w:proofErr w:type="spellEnd"/>
      <w:r w:rsidRPr="00563B50">
        <w:rPr>
          <w:rFonts w:cs="Times New Roman"/>
          <w:szCs w:val="24"/>
        </w:rPr>
        <w:t xml:space="preserve"> </w:t>
      </w:r>
      <w:proofErr w:type="spellStart"/>
      <w:r w:rsidRPr="00563B50">
        <w:rPr>
          <w:rFonts w:cs="Times New Roman"/>
          <w:szCs w:val="24"/>
        </w:rPr>
        <w:t>încrederea</w:t>
      </w:r>
      <w:proofErr w:type="spellEnd"/>
      <w:r w:rsidRPr="00563B50">
        <w:rPr>
          <w:rFonts w:cs="Times New Roman"/>
          <w:szCs w:val="24"/>
        </w:rPr>
        <w:t xml:space="preserve"> </w:t>
      </w:r>
      <w:proofErr w:type="spellStart"/>
      <w:r w:rsidRPr="00563B50">
        <w:rPr>
          <w:rFonts w:cs="Times New Roman"/>
          <w:szCs w:val="24"/>
        </w:rPr>
        <w:t>persoanelor</w:t>
      </w:r>
      <w:proofErr w:type="spellEnd"/>
      <w:r w:rsidRPr="00563B50">
        <w:rPr>
          <w:rFonts w:cs="Times New Roman"/>
          <w:szCs w:val="24"/>
        </w:rPr>
        <w:t xml:space="preserve"> </w:t>
      </w:r>
      <w:proofErr w:type="spellStart"/>
      <w:r w:rsidRPr="00563B50">
        <w:rPr>
          <w:rFonts w:cs="Times New Roman"/>
          <w:szCs w:val="24"/>
        </w:rPr>
        <w:t>vizate</w:t>
      </w:r>
      <w:proofErr w:type="spellEnd"/>
      <w:r w:rsidRPr="00563B50">
        <w:rPr>
          <w:rFonts w:cs="Times New Roman"/>
          <w:szCs w:val="24"/>
        </w:rPr>
        <w:t xml:space="preserve">, </w:t>
      </w:r>
      <w:proofErr w:type="spellStart"/>
      <w:r w:rsidRPr="00563B50">
        <w:rPr>
          <w:rFonts w:cs="Times New Roman"/>
          <w:szCs w:val="24"/>
        </w:rPr>
        <w:t>oferind</w:t>
      </w:r>
      <w:proofErr w:type="spellEnd"/>
      <w:r w:rsidRPr="00563B50">
        <w:rPr>
          <w:rFonts w:cs="Times New Roman"/>
          <w:szCs w:val="24"/>
        </w:rPr>
        <w:t xml:space="preserve"> </w:t>
      </w:r>
      <w:proofErr w:type="spellStart"/>
      <w:r w:rsidRPr="00563B50">
        <w:rPr>
          <w:rFonts w:cs="Times New Roman"/>
          <w:szCs w:val="24"/>
        </w:rPr>
        <w:t>totodată</w:t>
      </w:r>
      <w:proofErr w:type="spellEnd"/>
      <w:r w:rsidRPr="00563B50">
        <w:rPr>
          <w:rFonts w:cs="Times New Roman"/>
          <w:szCs w:val="24"/>
        </w:rPr>
        <w:t xml:space="preserve"> </w:t>
      </w:r>
      <w:proofErr w:type="spellStart"/>
      <w:r w:rsidRPr="00563B50">
        <w:rPr>
          <w:rFonts w:cs="Times New Roman"/>
          <w:szCs w:val="24"/>
        </w:rPr>
        <w:t>acestora</w:t>
      </w:r>
      <w:proofErr w:type="spellEnd"/>
      <w:r w:rsidRPr="00563B50">
        <w:rPr>
          <w:rFonts w:cs="Times New Roman"/>
          <w:szCs w:val="24"/>
        </w:rPr>
        <w:t xml:space="preserve"> </w:t>
      </w:r>
      <w:proofErr w:type="spellStart"/>
      <w:r w:rsidRPr="00563B50">
        <w:rPr>
          <w:rFonts w:cs="Times New Roman"/>
          <w:szCs w:val="24"/>
        </w:rPr>
        <w:t>posibilitatea</w:t>
      </w:r>
      <w:proofErr w:type="spellEnd"/>
      <w:r w:rsidRPr="00563B50">
        <w:rPr>
          <w:rFonts w:cs="Times New Roman"/>
          <w:szCs w:val="24"/>
        </w:rPr>
        <w:t xml:space="preserve"> de a </w:t>
      </w:r>
      <w:proofErr w:type="spellStart"/>
      <w:r w:rsidRPr="00563B50">
        <w:rPr>
          <w:rFonts w:cs="Times New Roman"/>
          <w:szCs w:val="24"/>
        </w:rPr>
        <w:t>alege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mod liber </w:t>
      </w:r>
      <w:proofErr w:type="spellStart"/>
      <w:r w:rsidRPr="00563B50">
        <w:rPr>
          <w:rFonts w:cs="Times New Roman"/>
          <w:szCs w:val="24"/>
        </w:rPr>
        <w:t>și</w:t>
      </w:r>
      <w:proofErr w:type="spellEnd"/>
      <w:r w:rsidRPr="00563B50">
        <w:rPr>
          <w:rFonts w:cs="Times New Roman"/>
          <w:szCs w:val="24"/>
        </w:rPr>
        <w:t xml:space="preserve"> de a </w:t>
      </w:r>
      <w:proofErr w:type="spellStart"/>
      <w:r w:rsidRPr="00563B50">
        <w:rPr>
          <w:rFonts w:cs="Times New Roman"/>
          <w:szCs w:val="24"/>
        </w:rPr>
        <w:t>deține</w:t>
      </w:r>
      <w:proofErr w:type="spellEnd"/>
      <w:r w:rsidRPr="00563B50">
        <w:rPr>
          <w:rFonts w:cs="Times New Roman"/>
          <w:szCs w:val="24"/>
        </w:rPr>
        <w:t xml:space="preserve"> </w:t>
      </w:r>
      <w:proofErr w:type="spellStart"/>
      <w:r w:rsidRPr="00563B50">
        <w:rPr>
          <w:rFonts w:cs="Times New Roman"/>
          <w:szCs w:val="24"/>
        </w:rPr>
        <w:t>controlul</w:t>
      </w:r>
      <w:proofErr w:type="spellEnd"/>
      <w:r w:rsidRPr="00563B50">
        <w:rPr>
          <w:rFonts w:cs="Times New Roman"/>
          <w:szCs w:val="24"/>
        </w:rPr>
        <w:t xml:space="preserve"> </w:t>
      </w:r>
      <w:proofErr w:type="spellStart"/>
      <w:r w:rsidRPr="00563B50">
        <w:rPr>
          <w:rFonts w:cs="Times New Roman"/>
          <w:szCs w:val="24"/>
        </w:rPr>
        <w:t>asupra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prelucrate</w:t>
      </w:r>
      <w:proofErr w:type="spellEnd"/>
      <w:r w:rsidRPr="00563B50">
        <w:rPr>
          <w:rFonts w:cs="Times New Roman"/>
          <w:szCs w:val="24"/>
        </w:rPr>
        <w:t>.</w:t>
      </w:r>
    </w:p>
    <w:p w14:paraId="7EC73B1D" w14:textId="77777777" w:rsidR="00EE7ED3" w:rsidRDefault="00EE7ED3" w:rsidP="00EE02FA">
      <w:pPr>
        <w:jc w:val="both"/>
        <w:rPr>
          <w:rFonts w:cs="Times New Roman"/>
          <w:b/>
          <w:bCs/>
          <w:szCs w:val="24"/>
          <w:lang w:val="ro-RO"/>
        </w:rPr>
      </w:pPr>
    </w:p>
    <w:p w14:paraId="3C33CFE8" w14:textId="77777777" w:rsidR="00EE7ED3" w:rsidRDefault="00000000" w:rsidP="00EE02FA">
      <w:pPr>
        <w:jc w:val="both"/>
        <w:rPr>
          <w:rFonts w:cs="Times New Roman"/>
          <w:b/>
          <w:bCs/>
          <w:szCs w:val="24"/>
          <w:lang w:val="ro-RO"/>
        </w:rPr>
      </w:pPr>
      <w:proofErr w:type="spellStart"/>
      <w:r w:rsidRPr="00563B50">
        <w:rPr>
          <w:rFonts w:cs="Times New Roman"/>
          <w:b/>
          <w:bCs/>
          <w:szCs w:val="24"/>
        </w:rPr>
        <w:t>Scopurile</w:t>
      </w:r>
      <w:proofErr w:type="spellEnd"/>
      <w:r w:rsidRPr="00563B50">
        <w:rPr>
          <w:rFonts w:cs="Times New Roman"/>
          <w:b/>
          <w:bCs/>
          <w:szCs w:val="24"/>
        </w:rPr>
        <w:t xml:space="preserve"> </w:t>
      </w:r>
      <w:proofErr w:type="spellStart"/>
      <w:r w:rsidRPr="00563B50">
        <w:rPr>
          <w:rFonts w:cs="Times New Roman"/>
          <w:b/>
          <w:bCs/>
          <w:szCs w:val="24"/>
        </w:rPr>
        <w:t>în</w:t>
      </w:r>
      <w:proofErr w:type="spellEnd"/>
      <w:r w:rsidRPr="00563B50">
        <w:rPr>
          <w:rFonts w:cs="Times New Roman"/>
          <w:b/>
          <w:bCs/>
          <w:szCs w:val="24"/>
        </w:rPr>
        <w:t xml:space="preserve"> care sunt </w:t>
      </w:r>
      <w:proofErr w:type="spellStart"/>
      <w:r w:rsidRPr="00563B50">
        <w:rPr>
          <w:rFonts w:cs="Times New Roman"/>
          <w:b/>
          <w:bCs/>
          <w:szCs w:val="24"/>
        </w:rPr>
        <w:t>prelucrate</w:t>
      </w:r>
      <w:proofErr w:type="spellEnd"/>
      <w:r w:rsidRPr="00563B50">
        <w:rPr>
          <w:rFonts w:cs="Times New Roman"/>
          <w:b/>
          <w:bCs/>
          <w:szCs w:val="24"/>
        </w:rPr>
        <w:t xml:space="preserve"> </w:t>
      </w:r>
      <w:proofErr w:type="spellStart"/>
      <w:r w:rsidRPr="00563B50">
        <w:rPr>
          <w:rFonts w:cs="Times New Roman"/>
          <w:b/>
          <w:bCs/>
          <w:szCs w:val="24"/>
        </w:rPr>
        <w:t>datele</w:t>
      </w:r>
      <w:proofErr w:type="spellEnd"/>
      <w:r w:rsidRPr="00563B50">
        <w:rPr>
          <w:rFonts w:cs="Times New Roman"/>
          <w:b/>
          <w:bCs/>
          <w:szCs w:val="24"/>
        </w:rPr>
        <w:t xml:space="preserve"> cu </w:t>
      </w:r>
      <w:proofErr w:type="spellStart"/>
      <w:r w:rsidRPr="00563B50">
        <w:rPr>
          <w:rFonts w:cs="Times New Roman"/>
          <w:b/>
          <w:bCs/>
          <w:szCs w:val="24"/>
        </w:rPr>
        <w:t>caracter</w:t>
      </w:r>
      <w:proofErr w:type="spellEnd"/>
      <w:r w:rsidRPr="00563B50">
        <w:rPr>
          <w:rFonts w:cs="Times New Roman"/>
          <w:b/>
          <w:bCs/>
          <w:szCs w:val="24"/>
        </w:rPr>
        <w:t xml:space="preserve"> personal:</w:t>
      </w:r>
    </w:p>
    <w:p w14:paraId="2ABBC13D" w14:textId="77777777" w:rsidR="00EE7ED3" w:rsidRPr="00563B50" w:rsidRDefault="00000000" w:rsidP="00EE02FA">
      <w:pPr>
        <w:jc w:val="both"/>
        <w:rPr>
          <w:rFonts w:cs="Times New Roman"/>
          <w:szCs w:val="24"/>
        </w:rPr>
      </w:pPr>
      <w:r w:rsidRPr="00563B50">
        <w:rPr>
          <w:rFonts w:cs="Times New Roman"/>
          <w:szCs w:val="24"/>
        </w:rPr>
        <w:t xml:space="preserve">La </w:t>
      </w:r>
      <w:proofErr w:type="spellStart"/>
      <w:r w:rsidRPr="00563B50">
        <w:rPr>
          <w:rFonts w:cs="Times New Roman"/>
          <w:szCs w:val="24"/>
        </w:rPr>
        <w:t>nivelul</w:t>
      </w:r>
      <w:proofErr w:type="spellEnd"/>
      <w:r w:rsidRPr="00563B50">
        <w:rPr>
          <w:rFonts w:cs="Times New Roman"/>
          <w:szCs w:val="24"/>
        </w:rPr>
        <w:t xml:space="preserve"> </w:t>
      </w:r>
      <w:r w:rsidRPr="00EE02FA">
        <w:rPr>
          <w:rFonts w:cs="Times New Roman"/>
          <w:b/>
          <w:bCs/>
          <w:szCs w:val="24"/>
        </w:rPr>
        <w:t>PRIMĂRIEI SATULUI MERENI</w:t>
      </w:r>
      <w:r w:rsidRPr="00563B50">
        <w:rPr>
          <w:rFonts w:cs="Times New Roman"/>
          <w:szCs w:val="24"/>
        </w:rPr>
        <w:t xml:space="preserve"> sunt </w:t>
      </w:r>
      <w:proofErr w:type="spellStart"/>
      <w:r w:rsidRPr="00563B50">
        <w:rPr>
          <w:rFonts w:cs="Times New Roman"/>
          <w:szCs w:val="24"/>
        </w:rPr>
        <w:t>realizate</w:t>
      </w:r>
      <w:proofErr w:type="spellEnd"/>
      <w:r w:rsidRPr="00563B50">
        <w:rPr>
          <w:rFonts w:cs="Times New Roman"/>
          <w:szCs w:val="24"/>
        </w:rPr>
        <w:t xml:space="preserve"> </w:t>
      </w:r>
      <w:proofErr w:type="spellStart"/>
      <w:r w:rsidRPr="00563B50">
        <w:rPr>
          <w:rFonts w:cs="Times New Roman"/>
          <w:szCs w:val="24"/>
        </w:rPr>
        <w:t>prelucrări</w:t>
      </w:r>
      <w:proofErr w:type="spellEnd"/>
      <w:r w:rsidRPr="00563B50">
        <w:rPr>
          <w:rFonts w:cs="Times New Roman"/>
          <w:szCs w:val="24"/>
        </w:rPr>
        <w:t xml:space="preserve"> de date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numeroase</w:t>
      </w:r>
      <w:proofErr w:type="spellEnd"/>
      <w:r w:rsidRPr="00563B50">
        <w:rPr>
          <w:rFonts w:cs="Times New Roman"/>
          <w:szCs w:val="24"/>
        </w:rPr>
        <w:t xml:space="preserve"> </w:t>
      </w:r>
      <w:proofErr w:type="spellStart"/>
      <w:r w:rsidRPr="00563B50">
        <w:rPr>
          <w:rFonts w:cs="Times New Roman"/>
          <w:szCs w:val="24"/>
        </w:rPr>
        <w:t>scopuri</w:t>
      </w:r>
      <w:proofErr w:type="spellEnd"/>
      <w:r w:rsidRPr="00563B50">
        <w:rPr>
          <w:rFonts w:cs="Times New Roman"/>
          <w:szCs w:val="24"/>
        </w:rPr>
        <w:t xml:space="preserve">, </w:t>
      </w:r>
      <w:proofErr w:type="spellStart"/>
      <w:r w:rsidRPr="00563B50">
        <w:rPr>
          <w:rFonts w:cs="Times New Roman"/>
          <w:szCs w:val="24"/>
        </w:rPr>
        <w:t>iar</w:t>
      </w:r>
      <w:proofErr w:type="spellEnd"/>
      <w:r w:rsidRPr="00563B50">
        <w:rPr>
          <w:rFonts w:cs="Times New Roman"/>
          <w:szCs w:val="24"/>
        </w:rPr>
        <w:t xml:space="preserve"> </w:t>
      </w:r>
      <w:proofErr w:type="spellStart"/>
      <w:r w:rsidRPr="00563B50">
        <w:rPr>
          <w:rFonts w:cs="Times New Roman"/>
          <w:szCs w:val="24"/>
        </w:rPr>
        <w:t>modalitățile</w:t>
      </w:r>
      <w:proofErr w:type="spellEnd"/>
      <w:r w:rsidRPr="00563B50">
        <w:rPr>
          <w:rFonts w:cs="Times New Roman"/>
          <w:szCs w:val="24"/>
        </w:rPr>
        <w:t xml:space="preserve"> de </w:t>
      </w:r>
      <w:proofErr w:type="spellStart"/>
      <w:r w:rsidRPr="00563B50">
        <w:rPr>
          <w:rFonts w:cs="Times New Roman"/>
          <w:szCs w:val="24"/>
        </w:rPr>
        <w:t>colectare</w:t>
      </w:r>
      <w:proofErr w:type="spellEnd"/>
      <w:r w:rsidRPr="00563B50">
        <w:rPr>
          <w:rFonts w:cs="Times New Roman"/>
          <w:szCs w:val="24"/>
        </w:rPr>
        <w:t xml:space="preserve">, </w:t>
      </w:r>
      <w:proofErr w:type="spellStart"/>
      <w:r w:rsidRPr="00563B50">
        <w:rPr>
          <w:rFonts w:cs="Times New Roman"/>
          <w:szCs w:val="24"/>
        </w:rPr>
        <w:t>baza</w:t>
      </w:r>
      <w:proofErr w:type="spellEnd"/>
      <w:r w:rsidRPr="00563B50">
        <w:rPr>
          <w:rFonts w:cs="Times New Roman"/>
          <w:szCs w:val="24"/>
        </w:rPr>
        <w:t xml:space="preserve"> </w:t>
      </w:r>
      <w:proofErr w:type="spellStart"/>
      <w:r w:rsidRPr="00563B50">
        <w:rPr>
          <w:rFonts w:cs="Times New Roman"/>
          <w:szCs w:val="24"/>
        </w:rPr>
        <w:t>legală</w:t>
      </w:r>
      <w:proofErr w:type="spellEnd"/>
      <w:r w:rsidRPr="00563B50">
        <w:rPr>
          <w:rFonts w:cs="Times New Roman"/>
          <w:szCs w:val="24"/>
        </w:rPr>
        <w:t xml:space="preserve"> de </w:t>
      </w:r>
      <w:proofErr w:type="spellStart"/>
      <w:r w:rsidRPr="00563B50">
        <w:rPr>
          <w:rFonts w:cs="Times New Roman"/>
          <w:szCs w:val="24"/>
        </w:rPr>
        <w:t>prelucrare</w:t>
      </w:r>
      <w:proofErr w:type="spellEnd"/>
      <w:r w:rsidRPr="00563B50">
        <w:rPr>
          <w:rFonts w:cs="Times New Roman"/>
          <w:szCs w:val="24"/>
        </w:rPr>
        <w:t xml:space="preserve">, </w:t>
      </w:r>
      <w:proofErr w:type="spellStart"/>
      <w:r w:rsidRPr="00563B50">
        <w:rPr>
          <w:rFonts w:cs="Times New Roman"/>
          <w:szCs w:val="24"/>
        </w:rPr>
        <w:t>utilizarea</w:t>
      </w:r>
      <w:proofErr w:type="spellEnd"/>
      <w:r w:rsidRPr="00563B50">
        <w:rPr>
          <w:rFonts w:cs="Times New Roman"/>
          <w:szCs w:val="24"/>
        </w:rPr>
        <w:t xml:space="preserve">, </w:t>
      </w:r>
      <w:proofErr w:type="spellStart"/>
      <w:r w:rsidRPr="00563B50">
        <w:rPr>
          <w:rFonts w:cs="Times New Roman"/>
          <w:szCs w:val="24"/>
        </w:rPr>
        <w:t>dezvăluirea</w:t>
      </w:r>
      <w:proofErr w:type="spellEnd"/>
      <w:r w:rsidRPr="00563B50">
        <w:rPr>
          <w:rFonts w:cs="Times New Roman"/>
          <w:szCs w:val="24"/>
        </w:rPr>
        <w:t xml:space="preserve">, </w:t>
      </w:r>
      <w:proofErr w:type="spellStart"/>
      <w:r w:rsidRPr="00563B50">
        <w:rPr>
          <w:rFonts w:cs="Times New Roman"/>
          <w:szCs w:val="24"/>
        </w:rPr>
        <w:t>perioadele</w:t>
      </w:r>
      <w:proofErr w:type="spellEnd"/>
      <w:r w:rsidRPr="00563B50">
        <w:rPr>
          <w:rFonts w:cs="Times New Roman"/>
          <w:szCs w:val="24"/>
        </w:rPr>
        <w:t xml:space="preserve"> de </w:t>
      </w:r>
      <w:proofErr w:type="spellStart"/>
      <w:r w:rsidRPr="00563B50">
        <w:rPr>
          <w:rFonts w:cs="Times New Roman"/>
          <w:szCs w:val="24"/>
        </w:rPr>
        <w:t>păstrare</w:t>
      </w:r>
      <w:proofErr w:type="spellEnd"/>
      <w:r w:rsidRPr="00563B50">
        <w:rPr>
          <w:rFonts w:cs="Times New Roman"/>
          <w:szCs w:val="24"/>
        </w:rPr>
        <w:t xml:space="preserve"> etc., pot </w:t>
      </w:r>
      <w:proofErr w:type="spellStart"/>
      <w:r w:rsidRPr="00563B50">
        <w:rPr>
          <w:rFonts w:cs="Times New Roman"/>
          <w:szCs w:val="24"/>
        </w:rPr>
        <w:t>să</w:t>
      </w:r>
      <w:proofErr w:type="spellEnd"/>
      <w:r w:rsidRPr="00563B50">
        <w:rPr>
          <w:rFonts w:cs="Times New Roman"/>
          <w:szCs w:val="24"/>
        </w:rPr>
        <w:t xml:space="preserve"> </w:t>
      </w:r>
      <w:proofErr w:type="spellStart"/>
      <w:r w:rsidRPr="00563B50">
        <w:rPr>
          <w:rFonts w:cs="Times New Roman"/>
          <w:szCs w:val="24"/>
        </w:rPr>
        <w:t>difere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funcție</w:t>
      </w:r>
      <w:proofErr w:type="spellEnd"/>
      <w:r w:rsidRPr="00563B50">
        <w:rPr>
          <w:rFonts w:cs="Times New Roman"/>
          <w:szCs w:val="24"/>
        </w:rPr>
        <w:t xml:space="preserve"> de </w:t>
      </w:r>
      <w:proofErr w:type="spellStart"/>
      <w:r w:rsidRPr="00563B50">
        <w:rPr>
          <w:rFonts w:cs="Times New Roman"/>
          <w:szCs w:val="24"/>
        </w:rPr>
        <w:t>fiecare</w:t>
      </w:r>
      <w:proofErr w:type="spellEnd"/>
      <w:r w:rsidRPr="00563B50">
        <w:rPr>
          <w:rFonts w:cs="Times New Roman"/>
          <w:szCs w:val="24"/>
        </w:rPr>
        <w:t xml:space="preserve"> scop.</w:t>
      </w:r>
    </w:p>
    <w:p w14:paraId="7FF0FF59" w14:textId="77777777" w:rsidR="00EE7ED3" w:rsidRPr="00563B50" w:rsidRDefault="00000000">
      <w:pPr>
        <w:numPr>
          <w:ilvl w:val="0"/>
          <w:numId w:val="16"/>
        </w:numPr>
        <w:jc w:val="both"/>
        <w:rPr>
          <w:rFonts w:cs="Times New Roman"/>
          <w:szCs w:val="24"/>
        </w:rPr>
      </w:pPr>
      <w:r w:rsidRPr="00EE02FA">
        <w:rPr>
          <w:rFonts w:cs="Times New Roman"/>
          <w:b/>
          <w:bCs/>
          <w:szCs w:val="24"/>
        </w:rPr>
        <w:t>PRIMĂRIA SATULUI MERENI</w:t>
      </w:r>
      <w:r w:rsidRPr="00563B50">
        <w:rPr>
          <w:rFonts w:cs="Times New Roman"/>
          <w:szCs w:val="24"/>
        </w:rPr>
        <w:t xml:space="preserve"> </w:t>
      </w:r>
      <w:proofErr w:type="spellStart"/>
      <w:r w:rsidRPr="00563B50">
        <w:rPr>
          <w:rFonts w:cs="Times New Roman"/>
          <w:szCs w:val="24"/>
        </w:rPr>
        <w:t>prelucrează</w:t>
      </w:r>
      <w:proofErr w:type="spellEnd"/>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ale </w:t>
      </w:r>
      <w:proofErr w:type="spellStart"/>
      <w:r w:rsidRPr="00563B50">
        <w:rPr>
          <w:rFonts w:cs="Times New Roman"/>
          <w:szCs w:val="24"/>
        </w:rPr>
        <w:t>cetățenilor</w:t>
      </w:r>
      <w:proofErr w:type="spellEnd"/>
      <w:r w:rsidRPr="00563B50">
        <w:rPr>
          <w:rFonts w:cs="Times New Roman"/>
          <w:szCs w:val="24"/>
        </w:rPr>
        <w:t>/</w:t>
      </w:r>
      <w:proofErr w:type="spellStart"/>
      <w:r w:rsidRPr="00563B50">
        <w:rPr>
          <w:rFonts w:cs="Times New Roman"/>
          <w:szCs w:val="24"/>
        </w:rPr>
        <w:t>petiționarilor</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scopul</w:t>
      </w:r>
      <w:proofErr w:type="spellEnd"/>
      <w:r w:rsidRPr="00563B50">
        <w:rPr>
          <w:rFonts w:cs="Times New Roman"/>
          <w:szCs w:val="24"/>
        </w:rPr>
        <w:t xml:space="preserve"> </w:t>
      </w:r>
      <w:proofErr w:type="spellStart"/>
      <w:r w:rsidRPr="00563B50">
        <w:rPr>
          <w:rFonts w:cs="Times New Roman"/>
          <w:szCs w:val="24"/>
        </w:rPr>
        <w:t>acordării</w:t>
      </w:r>
      <w:proofErr w:type="spellEnd"/>
      <w:r w:rsidRPr="00563B50">
        <w:rPr>
          <w:rFonts w:cs="Times New Roman"/>
          <w:szCs w:val="24"/>
        </w:rPr>
        <w:t xml:space="preserve"> </w:t>
      </w:r>
      <w:proofErr w:type="spellStart"/>
      <w:r w:rsidRPr="00563B50">
        <w:rPr>
          <w:rFonts w:cs="Times New Roman"/>
          <w:szCs w:val="24"/>
        </w:rPr>
        <w:t>serviciilor</w:t>
      </w:r>
      <w:proofErr w:type="spellEnd"/>
      <w:r w:rsidRPr="00563B50">
        <w:rPr>
          <w:rFonts w:cs="Times New Roman"/>
          <w:szCs w:val="24"/>
        </w:rPr>
        <w:t xml:space="preserve"> </w:t>
      </w:r>
      <w:proofErr w:type="spellStart"/>
      <w:r w:rsidRPr="00563B50">
        <w:rPr>
          <w:rFonts w:cs="Times New Roman"/>
          <w:szCs w:val="24"/>
        </w:rPr>
        <w:t>publice</w:t>
      </w:r>
      <w:proofErr w:type="spellEnd"/>
      <w:r w:rsidRPr="00563B50">
        <w:rPr>
          <w:rFonts w:cs="Times New Roman"/>
          <w:szCs w:val="24"/>
        </w:rPr>
        <w:t xml:space="preserve"> solicitate, </w:t>
      </w:r>
      <w:proofErr w:type="spellStart"/>
      <w:r w:rsidRPr="00563B50">
        <w:rPr>
          <w:rFonts w:cs="Times New Roman"/>
          <w:szCs w:val="24"/>
        </w:rPr>
        <w:t>eliberării</w:t>
      </w:r>
      <w:proofErr w:type="spellEnd"/>
      <w:r w:rsidRPr="00563B50">
        <w:rPr>
          <w:rFonts w:cs="Times New Roman"/>
          <w:szCs w:val="24"/>
        </w:rPr>
        <w:t xml:space="preserve"> </w:t>
      </w:r>
      <w:proofErr w:type="spellStart"/>
      <w:r w:rsidRPr="00563B50">
        <w:rPr>
          <w:rFonts w:cs="Times New Roman"/>
          <w:szCs w:val="24"/>
        </w:rPr>
        <w:t>actelor</w:t>
      </w:r>
      <w:proofErr w:type="spellEnd"/>
      <w:r w:rsidRPr="00563B50">
        <w:rPr>
          <w:rFonts w:cs="Times New Roman"/>
          <w:szCs w:val="24"/>
        </w:rPr>
        <w:t xml:space="preserve"> de stare </w:t>
      </w:r>
      <w:proofErr w:type="spellStart"/>
      <w:r w:rsidRPr="00563B50">
        <w:rPr>
          <w:rFonts w:cs="Times New Roman"/>
          <w:szCs w:val="24"/>
        </w:rPr>
        <w:t>civilă</w:t>
      </w:r>
      <w:proofErr w:type="spellEnd"/>
      <w:r w:rsidRPr="00563B50">
        <w:rPr>
          <w:rFonts w:cs="Times New Roman"/>
          <w:szCs w:val="24"/>
        </w:rPr>
        <w:t xml:space="preserve">, </w:t>
      </w:r>
      <w:proofErr w:type="spellStart"/>
      <w:r w:rsidRPr="00563B50">
        <w:rPr>
          <w:rFonts w:cs="Times New Roman"/>
          <w:szCs w:val="24"/>
        </w:rPr>
        <w:t>autorizațiilor</w:t>
      </w:r>
      <w:proofErr w:type="spellEnd"/>
      <w:r w:rsidRPr="00563B50">
        <w:rPr>
          <w:rFonts w:cs="Times New Roman"/>
          <w:szCs w:val="24"/>
        </w:rPr>
        <w:t xml:space="preserve"> de </w:t>
      </w:r>
      <w:proofErr w:type="spellStart"/>
      <w:r w:rsidRPr="00563B50">
        <w:rPr>
          <w:rFonts w:cs="Times New Roman"/>
          <w:szCs w:val="24"/>
        </w:rPr>
        <w:t>construcție</w:t>
      </w:r>
      <w:proofErr w:type="spellEnd"/>
      <w:r w:rsidRPr="00563B50">
        <w:rPr>
          <w:rFonts w:cs="Times New Roman"/>
          <w:szCs w:val="24"/>
        </w:rPr>
        <w:t xml:space="preserve">, </w:t>
      </w:r>
      <w:proofErr w:type="spellStart"/>
      <w:r w:rsidRPr="00563B50">
        <w:rPr>
          <w:rFonts w:cs="Times New Roman"/>
          <w:szCs w:val="24"/>
        </w:rPr>
        <w:t>certificatelor</w:t>
      </w:r>
      <w:proofErr w:type="spellEnd"/>
      <w:r w:rsidRPr="00563B50">
        <w:rPr>
          <w:rFonts w:cs="Times New Roman"/>
          <w:szCs w:val="24"/>
        </w:rPr>
        <w:t xml:space="preserve"> de urbanism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evidenței</w:t>
      </w:r>
      <w:proofErr w:type="spellEnd"/>
      <w:r w:rsidRPr="00563B50">
        <w:rPr>
          <w:rFonts w:cs="Times New Roman"/>
          <w:szCs w:val="24"/>
        </w:rPr>
        <w:t xml:space="preserve"> </w:t>
      </w:r>
      <w:proofErr w:type="spellStart"/>
      <w:r w:rsidRPr="00563B50">
        <w:rPr>
          <w:rFonts w:cs="Times New Roman"/>
          <w:szCs w:val="24"/>
        </w:rPr>
        <w:t>proprietăților</w:t>
      </w:r>
      <w:proofErr w:type="spellEnd"/>
      <w:r w:rsidRPr="00563B50">
        <w:rPr>
          <w:rFonts w:cs="Times New Roman"/>
          <w:szCs w:val="24"/>
        </w:rPr>
        <w:t xml:space="preserve"> </w:t>
      </w:r>
      <w:proofErr w:type="spellStart"/>
      <w:r w:rsidRPr="00563B50">
        <w:rPr>
          <w:rFonts w:cs="Times New Roman"/>
          <w:szCs w:val="24"/>
        </w:rPr>
        <w:t>funciare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a </w:t>
      </w:r>
      <w:proofErr w:type="spellStart"/>
      <w:r w:rsidRPr="00563B50">
        <w:rPr>
          <w:rFonts w:cs="Times New Roman"/>
          <w:szCs w:val="24"/>
        </w:rPr>
        <w:t>gospodăriilor</w:t>
      </w:r>
      <w:proofErr w:type="spellEnd"/>
      <w:r w:rsidRPr="00563B50">
        <w:rPr>
          <w:rFonts w:cs="Times New Roman"/>
          <w:szCs w:val="24"/>
        </w:rPr>
        <w:t>.</w:t>
      </w:r>
    </w:p>
    <w:p w14:paraId="5B80F064" w14:textId="77777777" w:rsidR="00EE7ED3" w:rsidRPr="00563B50" w:rsidRDefault="00000000" w:rsidP="00EE02FA">
      <w:pPr>
        <w:jc w:val="both"/>
        <w:rPr>
          <w:rFonts w:cs="Times New Roman"/>
          <w:szCs w:val="24"/>
        </w:rPr>
      </w:pPr>
      <w:proofErr w:type="spellStart"/>
      <w:r w:rsidRPr="00563B50">
        <w:rPr>
          <w:rFonts w:cs="Times New Roman"/>
          <w:b/>
          <w:bCs/>
          <w:szCs w:val="24"/>
        </w:rPr>
        <w:t>Temeiul</w:t>
      </w:r>
      <w:proofErr w:type="spellEnd"/>
      <w:r w:rsidRPr="00563B50">
        <w:rPr>
          <w:rFonts w:cs="Times New Roman"/>
          <w:b/>
          <w:bCs/>
          <w:szCs w:val="24"/>
        </w:rPr>
        <w:t xml:space="preserve"> juridic </w:t>
      </w:r>
      <w:proofErr w:type="spellStart"/>
      <w:r w:rsidRPr="00563B50">
        <w:rPr>
          <w:rFonts w:cs="Times New Roman"/>
          <w:b/>
          <w:bCs/>
          <w:szCs w:val="24"/>
        </w:rPr>
        <w:t>și</w:t>
      </w:r>
      <w:proofErr w:type="spellEnd"/>
      <w:r w:rsidRPr="00563B50">
        <w:rPr>
          <w:rFonts w:cs="Times New Roman"/>
          <w:b/>
          <w:bCs/>
          <w:szCs w:val="24"/>
        </w:rPr>
        <w:t xml:space="preserve"> </w:t>
      </w:r>
      <w:proofErr w:type="spellStart"/>
      <w:r w:rsidRPr="00563B50">
        <w:rPr>
          <w:rFonts w:cs="Times New Roman"/>
          <w:b/>
          <w:bCs/>
          <w:szCs w:val="24"/>
        </w:rPr>
        <w:t>condițiile</w:t>
      </w:r>
      <w:proofErr w:type="spellEnd"/>
      <w:r w:rsidRPr="00563B50">
        <w:rPr>
          <w:rFonts w:cs="Times New Roman"/>
          <w:b/>
          <w:bCs/>
          <w:szCs w:val="24"/>
        </w:rPr>
        <w:t xml:space="preserve"> de </w:t>
      </w:r>
      <w:proofErr w:type="spellStart"/>
      <w:r w:rsidRPr="00563B50">
        <w:rPr>
          <w:rFonts w:cs="Times New Roman"/>
          <w:b/>
          <w:bCs/>
          <w:szCs w:val="24"/>
        </w:rPr>
        <w:t>legalitate</w:t>
      </w:r>
      <w:proofErr w:type="spellEnd"/>
      <w:r w:rsidRPr="00563B50">
        <w:rPr>
          <w:rFonts w:cs="Times New Roman"/>
          <w:b/>
          <w:bCs/>
          <w:szCs w:val="24"/>
        </w:rPr>
        <w:t xml:space="preserve"> pe care se </w:t>
      </w:r>
      <w:proofErr w:type="spellStart"/>
      <w:r w:rsidRPr="00563B50">
        <w:rPr>
          <w:rFonts w:cs="Times New Roman"/>
          <w:b/>
          <w:bCs/>
          <w:szCs w:val="24"/>
        </w:rPr>
        <w:t>bazează</w:t>
      </w:r>
      <w:proofErr w:type="spellEnd"/>
      <w:r w:rsidRPr="00563B50">
        <w:rPr>
          <w:rFonts w:cs="Times New Roman"/>
          <w:b/>
          <w:bCs/>
          <w:szCs w:val="24"/>
        </w:rPr>
        <w:t xml:space="preserve"> </w:t>
      </w:r>
      <w:proofErr w:type="spellStart"/>
      <w:r w:rsidRPr="00563B50">
        <w:rPr>
          <w:rFonts w:cs="Times New Roman"/>
          <w:b/>
          <w:bCs/>
          <w:szCs w:val="24"/>
        </w:rPr>
        <w:t>prelucrările</w:t>
      </w:r>
      <w:proofErr w:type="spellEnd"/>
      <w:r w:rsidRPr="00563B50">
        <w:rPr>
          <w:rFonts w:cs="Times New Roman"/>
          <w:b/>
          <w:bCs/>
          <w:szCs w:val="24"/>
        </w:rPr>
        <w:t xml:space="preserve"> de date:</w:t>
      </w:r>
      <w:r w:rsidRPr="00563B50">
        <w:rPr>
          <w:rFonts w:cs="Times New Roman"/>
          <w:szCs w:val="24"/>
        </w:rPr>
        <w:br/>
      </w:r>
      <w:proofErr w:type="spellStart"/>
      <w:r w:rsidRPr="00563B50">
        <w:rPr>
          <w:rFonts w:cs="Times New Roman"/>
          <w:szCs w:val="24"/>
        </w:rPr>
        <w:t>Prelucrarea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cadrul</w:t>
      </w:r>
      <w:proofErr w:type="spellEnd"/>
      <w:r w:rsidRPr="00563B50">
        <w:rPr>
          <w:rFonts w:cs="Times New Roman"/>
          <w:szCs w:val="24"/>
        </w:rPr>
        <w:t xml:space="preserve"> </w:t>
      </w:r>
      <w:proofErr w:type="spellStart"/>
      <w:r w:rsidRPr="00563B50">
        <w:rPr>
          <w:rFonts w:cs="Times New Roman"/>
          <w:szCs w:val="24"/>
        </w:rPr>
        <w:t>entității</w:t>
      </w:r>
      <w:proofErr w:type="spellEnd"/>
      <w:r w:rsidRPr="00563B50">
        <w:rPr>
          <w:rFonts w:cs="Times New Roman"/>
          <w:szCs w:val="24"/>
        </w:rPr>
        <w:t xml:space="preserve"> se </w:t>
      </w:r>
      <w:proofErr w:type="spellStart"/>
      <w:r w:rsidRPr="00563B50">
        <w:rPr>
          <w:rFonts w:cs="Times New Roman"/>
          <w:szCs w:val="24"/>
        </w:rPr>
        <w:t>realizează</w:t>
      </w:r>
      <w:proofErr w:type="spellEnd"/>
      <w:r w:rsidRPr="00563B50">
        <w:rPr>
          <w:rFonts w:cs="Times New Roman"/>
          <w:szCs w:val="24"/>
        </w:rPr>
        <w:t xml:space="preserve"> </w:t>
      </w:r>
      <w:proofErr w:type="spellStart"/>
      <w:r w:rsidRPr="00563B50">
        <w:rPr>
          <w:rFonts w:cs="Times New Roman"/>
          <w:szCs w:val="24"/>
        </w:rPr>
        <w:t>respectând</w:t>
      </w:r>
      <w:proofErr w:type="spellEnd"/>
      <w:r w:rsidRPr="00563B50">
        <w:rPr>
          <w:rFonts w:cs="Times New Roman"/>
          <w:szCs w:val="24"/>
        </w:rPr>
        <w:t xml:space="preserve"> cel </w:t>
      </w:r>
      <w:proofErr w:type="spellStart"/>
      <w:r w:rsidRPr="00563B50">
        <w:rPr>
          <w:rFonts w:cs="Times New Roman"/>
          <w:szCs w:val="24"/>
        </w:rPr>
        <w:t>puțin</w:t>
      </w:r>
      <w:proofErr w:type="spellEnd"/>
      <w:r w:rsidRPr="00563B50">
        <w:rPr>
          <w:rFonts w:cs="Times New Roman"/>
          <w:szCs w:val="24"/>
        </w:rPr>
        <w:t xml:space="preserve"> </w:t>
      </w:r>
      <w:proofErr w:type="spellStart"/>
      <w:r w:rsidRPr="00563B50">
        <w:rPr>
          <w:rFonts w:cs="Times New Roman"/>
          <w:szCs w:val="24"/>
        </w:rPr>
        <w:t>una</w:t>
      </w:r>
      <w:proofErr w:type="spellEnd"/>
      <w:r w:rsidRPr="00563B50">
        <w:rPr>
          <w:rFonts w:cs="Times New Roman"/>
          <w:szCs w:val="24"/>
        </w:rPr>
        <w:t xml:space="preserve"> </w:t>
      </w:r>
      <w:proofErr w:type="spellStart"/>
      <w:r w:rsidRPr="00563B50">
        <w:rPr>
          <w:rFonts w:cs="Times New Roman"/>
          <w:szCs w:val="24"/>
        </w:rPr>
        <w:t>dintre</w:t>
      </w:r>
      <w:proofErr w:type="spellEnd"/>
      <w:r w:rsidRPr="00563B50">
        <w:rPr>
          <w:rFonts w:cs="Times New Roman"/>
          <w:szCs w:val="24"/>
        </w:rPr>
        <w:t xml:space="preserve"> </w:t>
      </w:r>
      <w:proofErr w:type="spellStart"/>
      <w:r w:rsidRPr="00563B50">
        <w:rPr>
          <w:rFonts w:cs="Times New Roman"/>
          <w:szCs w:val="24"/>
        </w:rPr>
        <w:t>următoarele</w:t>
      </w:r>
      <w:proofErr w:type="spellEnd"/>
      <w:r w:rsidRPr="00563B50">
        <w:rPr>
          <w:rFonts w:cs="Times New Roman"/>
          <w:szCs w:val="24"/>
        </w:rPr>
        <w:t xml:space="preserve"> </w:t>
      </w:r>
      <w:proofErr w:type="spellStart"/>
      <w:r w:rsidRPr="00563B50">
        <w:rPr>
          <w:rFonts w:cs="Times New Roman"/>
          <w:szCs w:val="24"/>
        </w:rPr>
        <w:t>condiții</w:t>
      </w:r>
      <w:proofErr w:type="spellEnd"/>
      <w:r w:rsidRPr="00563B50">
        <w:rPr>
          <w:rFonts w:cs="Times New Roman"/>
          <w:szCs w:val="24"/>
        </w:rPr>
        <w:t xml:space="preserve"> de </w:t>
      </w:r>
      <w:proofErr w:type="spellStart"/>
      <w:r w:rsidRPr="00563B50">
        <w:rPr>
          <w:rFonts w:cs="Times New Roman"/>
          <w:szCs w:val="24"/>
        </w:rPr>
        <w:t>legalitate</w:t>
      </w:r>
      <w:proofErr w:type="spellEnd"/>
      <w:r w:rsidRPr="00563B50">
        <w:rPr>
          <w:rFonts w:cs="Times New Roman"/>
          <w:szCs w:val="24"/>
        </w:rPr>
        <w:t>:</w:t>
      </w:r>
    </w:p>
    <w:p w14:paraId="7C931E4A" w14:textId="77777777" w:rsidR="00EE7ED3" w:rsidRPr="00563B50" w:rsidRDefault="00000000">
      <w:pPr>
        <w:numPr>
          <w:ilvl w:val="0"/>
          <w:numId w:val="17"/>
        </w:numPr>
        <w:jc w:val="both"/>
        <w:rPr>
          <w:rFonts w:cs="Times New Roman"/>
          <w:szCs w:val="24"/>
        </w:rPr>
      </w:pPr>
      <w:proofErr w:type="spellStart"/>
      <w:r w:rsidRPr="00563B50">
        <w:rPr>
          <w:rFonts w:cs="Times New Roman"/>
          <w:szCs w:val="24"/>
        </w:rPr>
        <w:t>prelucrarea</w:t>
      </w:r>
      <w:proofErr w:type="spellEnd"/>
      <w:r w:rsidRPr="00563B50">
        <w:rPr>
          <w:rFonts w:cs="Times New Roman"/>
          <w:szCs w:val="24"/>
        </w:rPr>
        <w:t xml:space="preserve"> se </w:t>
      </w:r>
      <w:proofErr w:type="spellStart"/>
      <w:r w:rsidRPr="00563B50">
        <w:rPr>
          <w:rFonts w:cs="Times New Roman"/>
          <w:szCs w:val="24"/>
        </w:rPr>
        <w:t>efectuează</w:t>
      </w:r>
      <w:proofErr w:type="spellEnd"/>
      <w:r w:rsidRPr="00563B50">
        <w:rPr>
          <w:rFonts w:cs="Times New Roman"/>
          <w:szCs w:val="24"/>
        </w:rPr>
        <w:t xml:space="preserve"> </w:t>
      </w:r>
      <w:proofErr w:type="spellStart"/>
      <w:r w:rsidRPr="00563B50">
        <w:rPr>
          <w:rFonts w:cs="Times New Roman"/>
          <w:szCs w:val="24"/>
        </w:rPr>
        <w:t>având</w:t>
      </w:r>
      <w:proofErr w:type="spellEnd"/>
      <w:r w:rsidRPr="00563B50">
        <w:rPr>
          <w:rFonts w:cs="Times New Roman"/>
          <w:szCs w:val="24"/>
        </w:rPr>
        <w:t xml:space="preserve"> </w:t>
      </w:r>
      <w:proofErr w:type="spellStart"/>
      <w:r w:rsidRPr="00563B50">
        <w:rPr>
          <w:rFonts w:cs="Times New Roman"/>
          <w:szCs w:val="24"/>
        </w:rPr>
        <w:t>consimțământul</w:t>
      </w:r>
      <w:proofErr w:type="spellEnd"/>
      <w:r w:rsidRPr="00563B50">
        <w:rPr>
          <w:rFonts w:cs="Times New Roman"/>
          <w:szCs w:val="24"/>
        </w:rPr>
        <w:t xml:space="preserve"> </w:t>
      </w:r>
      <w:proofErr w:type="spellStart"/>
      <w:r w:rsidRPr="00563B50">
        <w:rPr>
          <w:rFonts w:cs="Times New Roman"/>
          <w:szCs w:val="24"/>
        </w:rPr>
        <w:t>persoanei</w:t>
      </w:r>
      <w:proofErr w:type="spellEnd"/>
      <w:r w:rsidRPr="00563B50">
        <w:rPr>
          <w:rFonts w:cs="Times New Roman"/>
          <w:szCs w:val="24"/>
        </w:rPr>
        <w:t xml:space="preserve"> </w:t>
      </w:r>
      <w:proofErr w:type="spellStart"/>
      <w:r w:rsidRPr="00563B50">
        <w:rPr>
          <w:rFonts w:cs="Times New Roman"/>
          <w:szCs w:val="24"/>
        </w:rPr>
        <w:t>vizate</w:t>
      </w:r>
      <w:proofErr w:type="spellEnd"/>
      <w:r w:rsidRPr="00563B50">
        <w:rPr>
          <w:rFonts w:cs="Times New Roman"/>
          <w:szCs w:val="24"/>
        </w:rPr>
        <w:t>;</w:t>
      </w:r>
    </w:p>
    <w:p w14:paraId="32FE07A7" w14:textId="77777777" w:rsidR="00EE7ED3" w:rsidRPr="00563B50" w:rsidRDefault="00000000">
      <w:pPr>
        <w:numPr>
          <w:ilvl w:val="0"/>
          <w:numId w:val="17"/>
        </w:numPr>
        <w:jc w:val="both"/>
        <w:rPr>
          <w:rFonts w:cs="Times New Roman"/>
          <w:szCs w:val="24"/>
        </w:rPr>
      </w:pPr>
      <w:proofErr w:type="spellStart"/>
      <w:r w:rsidRPr="00563B50">
        <w:rPr>
          <w:rFonts w:cs="Times New Roman"/>
          <w:szCs w:val="24"/>
        </w:rPr>
        <w:t>prelucrarea</w:t>
      </w:r>
      <w:proofErr w:type="spellEnd"/>
      <w:r w:rsidRPr="00563B50">
        <w:rPr>
          <w:rFonts w:cs="Times New Roman"/>
          <w:szCs w:val="24"/>
        </w:rPr>
        <w:t xml:space="preserve">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necesară</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a </w:t>
      </w:r>
      <w:proofErr w:type="spellStart"/>
      <w:r w:rsidRPr="00563B50">
        <w:rPr>
          <w:rFonts w:cs="Times New Roman"/>
          <w:szCs w:val="24"/>
        </w:rPr>
        <w:t>încheia</w:t>
      </w:r>
      <w:proofErr w:type="spellEnd"/>
      <w:r w:rsidRPr="00563B50">
        <w:rPr>
          <w:rFonts w:cs="Times New Roman"/>
          <w:szCs w:val="24"/>
        </w:rPr>
        <w:t xml:space="preserve"> un </w:t>
      </w:r>
      <w:proofErr w:type="spellStart"/>
      <w:r w:rsidRPr="00563B50">
        <w:rPr>
          <w:rFonts w:cs="Times New Roman"/>
          <w:szCs w:val="24"/>
        </w:rPr>
        <w:t>raport</w:t>
      </w:r>
      <w:proofErr w:type="spellEnd"/>
      <w:r w:rsidRPr="00563B50">
        <w:rPr>
          <w:rFonts w:cs="Times New Roman"/>
          <w:szCs w:val="24"/>
        </w:rPr>
        <w:t xml:space="preserve"> juridic/contract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executarea</w:t>
      </w:r>
      <w:proofErr w:type="spellEnd"/>
      <w:r w:rsidRPr="00563B50">
        <w:rPr>
          <w:rFonts w:cs="Times New Roman"/>
          <w:szCs w:val="24"/>
        </w:rPr>
        <w:t xml:space="preserve"> </w:t>
      </w:r>
      <w:proofErr w:type="spellStart"/>
      <w:r w:rsidRPr="00563B50">
        <w:rPr>
          <w:rFonts w:cs="Times New Roman"/>
          <w:szCs w:val="24"/>
        </w:rPr>
        <w:t>acestuia</w:t>
      </w:r>
      <w:proofErr w:type="spellEnd"/>
      <w:r w:rsidRPr="00563B50">
        <w:rPr>
          <w:rFonts w:cs="Times New Roman"/>
          <w:szCs w:val="24"/>
        </w:rPr>
        <w:t>;</w:t>
      </w:r>
    </w:p>
    <w:p w14:paraId="5678546E" w14:textId="77777777" w:rsidR="00EE7ED3" w:rsidRPr="00563B50" w:rsidRDefault="00000000">
      <w:pPr>
        <w:numPr>
          <w:ilvl w:val="0"/>
          <w:numId w:val="17"/>
        </w:numPr>
        <w:jc w:val="both"/>
        <w:rPr>
          <w:rFonts w:cs="Times New Roman"/>
          <w:szCs w:val="24"/>
        </w:rPr>
      </w:pPr>
      <w:proofErr w:type="spellStart"/>
      <w:r w:rsidRPr="00563B50">
        <w:rPr>
          <w:rFonts w:cs="Times New Roman"/>
          <w:szCs w:val="24"/>
        </w:rPr>
        <w:t>prelucrarea</w:t>
      </w:r>
      <w:proofErr w:type="spellEnd"/>
      <w:r w:rsidRPr="00563B50">
        <w:rPr>
          <w:rFonts w:cs="Times New Roman"/>
          <w:szCs w:val="24"/>
        </w:rPr>
        <w:t xml:space="preserve">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necesară</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vederea</w:t>
      </w:r>
      <w:proofErr w:type="spellEnd"/>
      <w:r w:rsidRPr="00563B50">
        <w:rPr>
          <w:rFonts w:cs="Times New Roman"/>
          <w:szCs w:val="24"/>
        </w:rPr>
        <w:t xml:space="preserve"> </w:t>
      </w:r>
      <w:proofErr w:type="spellStart"/>
      <w:r w:rsidRPr="00563B50">
        <w:rPr>
          <w:rFonts w:cs="Times New Roman"/>
          <w:szCs w:val="24"/>
        </w:rPr>
        <w:t>îndeplinirii</w:t>
      </w:r>
      <w:proofErr w:type="spellEnd"/>
      <w:r w:rsidRPr="00563B50">
        <w:rPr>
          <w:rFonts w:cs="Times New Roman"/>
          <w:szCs w:val="24"/>
        </w:rPr>
        <w:t xml:space="preserve"> </w:t>
      </w:r>
      <w:proofErr w:type="spellStart"/>
      <w:r w:rsidRPr="00563B50">
        <w:rPr>
          <w:rFonts w:cs="Times New Roman"/>
          <w:szCs w:val="24"/>
        </w:rPr>
        <w:t>unei</w:t>
      </w:r>
      <w:proofErr w:type="spellEnd"/>
      <w:r w:rsidRPr="00563B50">
        <w:rPr>
          <w:rFonts w:cs="Times New Roman"/>
          <w:szCs w:val="24"/>
        </w:rPr>
        <w:t xml:space="preserve"> </w:t>
      </w:r>
      <w:proofErr w:type="spellStart"/>
      <w:r w:rsidRPr="00563B50">
        <w:rPr>
          <w:rFonts w:cs="Times New Roman"/>
          <w:szCs w:val="24"/>
        </w:rPr>
        <w:t>obligații</w:t>
      </w:r>
      <w:proofErr w:type="spellEnd"/>
      <w:r w:rsidRPr="00563B50">
        <w:rPr>
          <w:rFonts w:cs="Times New Roman"/>
          <w:szCs w:val="24"/>
        </w:rPr>
        <w:t xml:space="preserve"> </w:t>
      </w:r>
      <w:proofErr w:type="spellStart"/>
      <w:r w:rsidRPr="00563B50">
        <w:rPr>
          <w:rFonts w:cs="Times New Roman"/>
          <w:szCs w:val="24"/>
        </w:rPr>
        <w:t>legale</w:t>
      </w:r>
      <w:proofErr w:type="spellEnd"/>
      <w:r w:rsidRPr="00563B50">
        <w:rPr>
          <w:rFonts w:cs="Times New Roman"/>
          <w:szCs w:val="24"/>
        </w:rPr>
        <w:t xml:space="preserve"> care </w:t>
      </w:r>
      <w:proofErr w:type="spellStart"/>
      <w:r w:rsidRPr="00563B50">
        <w:rPr>
          <w:rFonts w:cs="Times New Roman"/>
          <w:szCs w:val="24"/>
        </w:rPr>
        <w:t>îi</w:t>
      </w:r>
      <w:proofErr w:type="spellEnd"/>
      <w:r w:rsidRPr="00563B50">
        <w:rPr>
          <w:rFonts w:cs="Times New Roman"/>
          <w:szCs w:val="24"/>
        </w:rPr>
        <w:t xml:space="preserve"> </w:t>
      </w:r>
      <w:proofErr w:type="spellStart"/>
      <w:r w:rsidRPr="00563B50">
        <w:rPr>
          <w:rFonts w:cs="Times New Roman"/>
          <w:szCs w:val="24"/>
        </w:rPr>
        <w:t>revine</w:t>
      </w:r>
      <w:proofErr w:type="spellEnd"/>
      <w:r w:rsidRPr="00563B50">
        <w:rPr>
          <w:rFonts w:cs="Times New Roman"/>
          <w:szCs w:val="24"/>
        </w:rPr>
        <w:t xml:space="preserve"> </w:t>
      </w:r>
      <w:proofErr w:type="spellStart"/>
      <w:r w:rsidRPr="00563B50">
        <w:rPr>
          <w:rFonts w:cs="Times New Roman"/>
          <w:szCs w:val="24"/>
        </w:rPr>
        <w:t>operatorului</w:t>
      </w:r>
      <w:proofErr w:type="spellEnd"/>
      <w:r w:rsidRPr="00563B50">
        <w:rPr>
          <w:rFonts w:cs="Times New Roman"/>
          <w:szCs w:val="24"/>
        </w:rPr>
        <w:t>;</w:t>
      </w:r>
    </w:p>
    <w:p w14:paraId="614BD3BB" w14:textId="77777777" w:rsidR="00EE7ED3" w:rsidRPr="00563B50" w:rsidRDefault="00000000">
      <w:pPr>
        <w:numPr>
          <w:ilvl w:val="0"/>
          <w:numId w:val="17"/>
        </w:numPr>
        <w:jc w:val="both"/>
        <w:rPr>
          <w:rFonts w:cs="Times New Roman"/>
          <w:szCs w:val="24"/>
        </w:rPr>
      </w:pPr>
      <w:proofErr w:type="spellStart"/>
      <w:r w:rsidRPr="00563B50">
        <w:rPr>
          <w:rFonts w:cs="Times New Roman"/>
          <w:szCs w:val="24"/>
        </w:rPr>
        <w:t>executarea</w:t>
      </w:r>
      <w:proofErr w:type="spellEnd"/>
      <w:r w:rsidRPr="00563B50">
        <w:rPr>
          <w:rFonts w:cs="Times New Roman"/>
          <w:szCs w:val="24"/>
        </w:rPr>
        <w:t xml:space="preserve"> </w:t>
      </w:r>
      <w:proofErr w:type="spellStart"/>
      <w:r w:rsidRPr="00563B50">
        <w:rPr>
          <w:rFonts w:cs="Times New Roman"/>
          <w:szCs w:val="24"/>
        </w:rPr>
        <w:t>sarcinilor</w:t>
      </w:r>
      <w:proofErr w:type="spellEnd"/>
      <w:r w:rsidRPr="00563B50">
        <w:rPr>
          <w:rFonts w:cs="Times New Roman"/>
          <w:szCs w:val="24"/>
        </w:rPr>
        <w:t xml:space="preserve"> de </w:t>
      </w:r>
      <w:proofErr w:type="spellStart"/>
      <w:r w:rsidRPr="00563B50">
        <w:rPr>
          <w:rFonts w:cs="Times New Roman"/>
          <w:szCs w:val="24"/>
        </w:rPr>
        <w:t>interes</w:t>
      </w:r>
      <w:proofErr w:type="spellEnd"/>
      <w:r w:rsidRPr="00563B50">
        <w:rPr>
          <w:rFonts w:cs="Times New Roman"/>
          <w:szCs w:val="24"/>
        </w:rPr>
        <w:t xml:space="preserve"> public </w:t>
      </w:r>
      <w:proofErr w:type="spellStart"/>
      <w:r w:rsidRPr="00563B50">
        <w:rPr>
          <w:rFonts w:cs="Times New Roman"/>
          <w:szCs w:val="24"/>
        </w:rPr>
        <w:t>sau</w:t>
      </w:r>
      <w:proofErr w:type="spellEnd"/>
      <w:r w:rsidRPr="00563B50">
        <w:rPr>
          <w:rFonts w:cs="Times New Roman"/>
          <w:szCs w:val="24"/>
        </w:rPr>
        <w:t xml:space="preserve"> care </w:t>
      </w:r>
      <w:proofErr w:type="spellStart"/>
      <w:r w:rsidRPr="00563B50">
        <w:rPr>
          <w:rFonts w:cs="Times New Roman"/>
          <w:szCs w:val="24"/>
        </w:rPr>
        <w:t>rezultă</w:t>
      </w:r>
      <w:proofErr w:type="spellEnd"/>
      <w:r w:rsidRPr="00563B50">
        <w:rPr>
          <w:rFonts w:cs="Times New Roman"/>
          <w:szCs w:val="24"/>
        </w:rPr>
        <w:t xml:space="preserve"> din </w:t>
      </w:r>
      <w:proofErr w:type="spellStart"/>
      <w:r w:rsidRPr="00563B50">
        <w:rPr>
          <w:rFonts w:cs="Times New Roman"/>
          <w:szCs w:val="24"/>
        </w:rPr>
        <w:t>exercitarea</w:t>
      </w:r>
      <w:proofErr w:type="spellEnd"/>
      <w:r w:rsidRPr="00563B50">
        <w:rPr>
          <w:rFonts w:cs="Times New Roman"/>
          <w:szCs w:val="24"/>
        </w:rPr>
        <w:t xml:space="preserve"> </w:t>
      </w:r>
      <w:proofErr w:type="spellStart"/>
      <w:r w:rsidRPr="00563B50">
        <w:rPr>
          <w:rFonts w:cs="Times New Roman"/>
          <w:szCs w:val="24"/>
        </w:rPr>
        <w:t>prerogativelor</w:t>
      </w:r>
      <w:proofErr w:type="spellEnd"/>
      <w:r w:rsidRPr="00563B50">
        <w:rPr>
          <w:rFonts w:cs="Times New Roman"/>
          <w:szCs w:val="24"/>
        </w:rPr>
        <w:t xml:space="preserve"> de </w:t>
      </w:r>
      <w:proofErr w:type="spellStart"/>
      <w:r w:rsidRPr="00563B50">
        <w:rPr>
          <w:rFonts w:cs="Times New Roman"/>
          <w:szCs w:val="24"/>
        </w:rPr>
        <w:t>autoritate</w:t>
      </w:r>
      <w:proofErr w:type="spellEnd"/>
      <w:r w:rsidRPr="00563B50">
        <w:rPr>
          <w:rFonts w:cs="Times New Roman"/>
          <w:szCs w:val="24"/>
        </w:rPr>
        <w:t xml:space="preserve"> </w:t>
      </w:r>
      <w:proofErr w:type="spellStart"/>
      <w:r w:rsidRPr="00563B50">
        <w:rPr>
          <w:rFonts w:cs="Times New Roman"/>
          <w:szCs w:val="24"/>
        </w:rPr>
        <w:t>publică</w:t>
      </w:r>
      <w:proofErr w:type="spellEnd"/>
      <w:r w:rsidRPr="00563B50">
        <w:rPr>
          <w:rFonts w:cs="Times New Roman"/>
          <w:szCs w:val="24"/>
        </w:rPr>
        <w:t xml:space="preserve"> cu care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învestit</w:t>
      </w:r>
      <w:proofErr w:type="spellEnd"/>
      <w:r w:rsidRPr="00563B50">
        <w:rPr>
          <w:rFonts w:cs="Times New Roman"/>
          <w:szCs w:val="24"/>
        </w:rPr>
        <w:t xml:space="preserve"> </w:t>
      </w:r>
      <w:proofErr w:type="spellStart"/>
      <w:r w:rsidRPr="00563B50">
        <w:rPr>
          <w:rFonts w:cs="Times New Roman"/>
          <w:szCs w:val="24"/>
        </w:rPr>
        <w:t>operatorul</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terțul</w:t>
      </w:r>
      <w:proofErr w:type="spellEnd"/>
      <w:r w:rsidRPr="00563B50">
        <w:rPr>
          <w:rFonts w:cs="Times New Roman"/>
          <w:szCs w:val="24"/>
        </w:rPr>
        <w:t xml:space="preserve"> </w:t>
      </w:r>
      <w:proofErr w:type="spellStart"/>
      <w:r w:rsidRPr="00563B50">
        <w:rPr>
          <w:rFonts w:cs="Times New Roman"/>
          <w:szCs w:val="24"/>
        </w:rPr>
        <w:t>căruia</w:t>
      </w:r>
      <w:proofErr w:type="spellEnd"/>
      <w:r w:rsidRPr="00563B50">
        <w:rPr>
          <w:rFonts w:cs="Times New Roman"/>
          <w:szCs w:val="24"/>
        </w:rPr>
        <w:t xml:space="preserve"> </w:t>
      </w:r>
      <w:proofErr w:type="spellStart"/>
      <w:r w:rsidRPr="00563B50">
        <w:rPr>
          <w:rFonts w:cs="Times New Roman"/>
          <w:szCs w:val="24"/>
        </w:rPr>
        <w:t>îi</w:t>
      </w:r>
      <w:proofErr w:type="spellEnd"/>
      <w:r w:rsidRPr="00563B50">
        <w:rPr>
          <w:rFonts w:cs="Times New Roman"/>
          <w:szCs w:val="24"/>
        </w:rPr>
        <w:t xml:space="preserve"> </w:t>
      </w:r>
      <w:proofErr w:type="spellStart"/>
      <w:r w:rsidRPr="00563B50">
        <w:rPr>
          <w:rFonts w:cs="Times New Roman"/>
          <w:szCs w:val="24"/>
        </w:rPr>
        <w:t>sânt</w:t>
      </w:r>
      <w:proofErr w:type="spellEnd"/>
      <w:r w:rsidRPr="00563B50">
        <w:rPr>
          <w:rFonts w:cs="Times New Roman"/>
          <w:szCs w:val="24"/>
        </w:rPr>
        <w:t xml:space="preserve"> </w:t>
      </w:r>
      <w:proofErr w:type="spellStart"/>
      <w:r w:rsidRPr="00563B50">
        <w:rPr>
          <w:rFonts w:cs="Times New Roman"/>
          <w:szCs w:val="24"/>
        </w:rPr>
        <w:t>dezvăluite</w:t>
      </w:r>
      <w:proofErr w:type="spellEnd"/>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w:t>
      </w:r>
    </w:p>
    <w:p w14:paraId="3506899F" w14:textId="77777777" w:rsidR="00EE7ED3" w:rsidRPr="00563B50" w:rsidRDefault="00000000" w:rsidP="00EE02FA">
      <w:pPr>
        <w:jc w:val="both"/>
        <w:rPr>
          <w:rFonts w:cs="Times New Roman"/>
          <w:szCs w:val="24"/>
        </w:rPr>
      </w:pPr>
      <w:r w:rsidRPr="00563B50">
        <w:rPr>
          <w:rFonts w:cs="Times New Roman"/>
          <w:i/>
          <w:iCs/>
          <w:szCs w:val="24"/>
        </w:rPr>
        <w:t>„</w:t>
      </w:r>
      <w:proofErr w:type="spellStart"/>
      <w:r w:rsidRPr="00563B50">
        <w:rPr>
          <w:rFonts w:cs="Times New Roman"/>
          <w:i/>
          <w:iCs/>
          <w:szCs w:val="24"/>
        </w:rPr>
        <w:t>Condițiile</w:t>
      </w:r>
      <w:proofErr w:type="spellEnd"/>
      <w:r w:rsidRPr="00563B50">
        <w:rPr>
          <w:rFonts w:cs="Times New Roman"/>
          <w:i/>
          <w:iCs/>
          <w:szCs w:val="24"/>
        </w:rPr>
        <w:t xml:space="preserve"> de </w:t>
      </w:r>
      <w:proofErr w:type="spellStart"/>
      <w:r w:rsidRPr="00563B50">
        <w:rPr>
          <w:rFonts w:cs="Times New Roman"/>
          <w:i/>
          <w:iCs/>
          <w:szCs w:val="24"/>
        </w:rPr>
        <w:t>legalitate</w:t>
      </w:r>
      <w:proofErr w:type="spellEnd"/>
      <w:r w:rsidRPr="00563B50">
        <w:rPr>
          <w:rFonts w:cs="Times New Roman"/>
          <w:i/>
          <w:iCs/>
          <w:szCs w:val="24"/>
        </w:rPr>
        <w:t xml:space="preserve"> </w:t>
      </w:r>
      <w:proofErr w:type="spellStart"/>
      <w:r w:rsidRPr="00563B50">
        <w:rPr>
          <w:rFonts w:cs="Times New Roman"/>
          <w:i/>
          <w:iCs/>
          <w:szCs w:val="24"/>
        </w:rPr>
        <w:t>menționate</w:t>
      </w:r>
      <w:proofErr w:type="spellEnd"/>
      <w:r w:rsidRPr="00563B50">
        <w:rPr>
          <w:rFonts w:cs="Times New Roman"/>
          <w:i/>
          <w:iCs/>
          <w:szCs w:val="24"/>
        </w:rPr>
        <w:t xml:space="preserve"> sunt </w:t>
      </w:r>
      <w:proofErr w:type="spellStart"/>
      <w:r w:rsidRPr="00563B50">
        <w:rPr>
          <w:rFonts w:cs="Times New Roman"/>
          <w:i/>
          <w:iCs/>
          <w:szCs w:val="24"/>
        </w:rPr>
        <w:t>aplicate</w:t>
      </w:r>
      <w:proofErr w:type="spellEnd"/>
      <w:r w:rsidRPr="00563B50">
        <w:rPr>
          <w:rFonts w:cs="Times New Roman"/>
          <w:i/>
          <w:iCs/>
          <w:szCs w:val="24"/>
        </w:rPr>
        <w:t xml:space="preserve"> </w:t>
      </w:r>
      <w:proofErr w:type="spellStart"/>
      <w:r w:rsidRPr="00563B50">
        <w:rPr>
          <w:rFonts w:cs="Times New Roman"/>
          <w:i/>
          <w:iCs/>
          <w:szCs w:val="24"/>
        </w:rPr>
        <w:t>în</w:t>
      </w:r>
      <w:proofErr w:type="spellEnd"/>
      <w:r w:rsidRPr="00563B50">
        <w:rPr>
          <w:rFonts w:cs="Times New Roman"/>
          <w:i/>
          <w:iCs/>
          <w:szCs w:val="24"/>
        </w:rPr>
        <w:t xml:space="preserve"> </w:t>
      </w:r>
      <w:proofErr w:type="spellStart"/>
      <w:r w:rsidRPr="00563B50">
        <w:rPr>
          <w:rFonts w:cs="Times New Roman"/>
          <w:i/>
          <w:iCs/>
          <w:szCs w:val="24"/>
        </w:rPr>
        <w:t>strictă</w:t>
      </w:r>
      <w:proofErr w:type="spellEnd"/>
      <w:r w:rsidRPr="00563B50">
        <w:rPr>
          <w:rFonts w:cs="Times New Roman"/>
          <w:i/>
          <w:iCs/>
          <w:szCs w:val="24"/>
        </w:rPr>
        <w:t xml:space="preserve"> </w:t>
      </w:r>
      <w:proofErr w:type="spellStart"/>
      <w:r w:rsidRPr="00563B50">
        <w:rPr>
          <w:rFonts w:cs="Times New Roman"/>
          <w:i/>
          <w:iCs/>
          <w:szCs w:val="24"/>
        </w:rPr>
        <w:t>conformitate</w:t>
      </w:r>
      <w:proofErr w:type="spellEnd"/>
      <w:r w:rsidRPr="00563B50">
        <w:rPr>
          <w:rFonts w:cs="Times New Roman"/>
          <w:i/>
          <w:iCs/>
          <w:szCs w:val="24"/>
        </w:rPr>
        <w:t xml:space="preserve"> cu </w:t>
      </w:r>
      <w:proofErr w:type="spellStart"/>
      <w:r w:rsidRPr="00563B50">
        <w:rPr>
          <w:rFonts w:cs="Times New Roman"/>
          <w:i/>
          <w:iCs/>
          <w:szCs w:val="24"/>
        </w:rPr>
        <w:t>prevederile</w:t>
      </w:r>
      <w:proofErr w:type="spellEnd"/>
      <w:r w:rsidRPr="00563B50">
        <w:rPr>
          <w:rFonts w:cs="Times New Roman"/>
          <w:i/>
          <w:iCs/>
          <w:szCs w:val="24"/>
        </w:rPr>
        <w:t xml:space="preserve"> </w:t>
      </w:r>
      <w:proofErr w:type="spellStart"/>
      <w:r w:rsidRPr="00563B50">
        <w:rPr>
          <w:rFonts w:cs="Times New Roman"/>
          <w:i/>
          <w:iCs/>
          <w:szCs w:val="24"/>
        </w:rPr>
        <w:t>Articolului</w:t>
      </w:r>
      <w:proofErr w:type="spellEnd"/>
      <w:r w:rsidRPr="00563B50">
        <w:rPr>
          <w:rFonts w:cs="Times New Roman"/>
          <w:i/>
          <w:iCs/>
          <w:szCs w:val="24"/>
        </w:rPr>
        <w:t xml:space="preserve"> 6 </w:t>
      </w:r>
      <w:proofErr w:type="spellStart"/>
      <w:r w:rsidRPr="00563B50">
        <w:rPr>
          <w:rFonts w:cs="Times New Roman"/>
          <w:i/>
          <w:iCs/>
          <w:szCs w:val="24"/>
        </w:rPr>
        <w:t>alin</w:t>
      </w:r>
      <w:proofErr w:type="spellEnd"/>
      <w:r w:rsidRPr="00563B50">
        <w:rPr>
          <w:rFonts w:cs="Times New Roman"/>
          <w:i/>
          <w:iCs/>
          <w:szCs w:val="24"/>
        </w:rPr>
        <w:t xml:space="preserve">. (1) lit. c) </w:t>
      </w:r>
      <w:proofErr w:type="spellStart"/>
      <w:r w:rsidRPr="00563B50">
        <w:rPr>
          <w:rFonts w:cs="Times New Roman"/>
          <w:i/>
          <w:iCs/>
          <w:szCs w:val="24"/>
        </w:rPr>
        <w:t>și</w:t>
      </w:r>
      <w:proofErr w:type="spellEnd"/>
      <w:r w:rsidRPr="00563B50">
        <w:rPr>
          <w:rFonts w:cs="Times New Roman"/>
          <w:i/>
          <w:iCs/>
          <w:szCs w:val="24"/>
        </w:rPr>
        <w:t xml:space="preserve"> e) din </w:t>
      </w:r>
      <w:proofErr w:type="spellStart"/>
      <w:r w:rsidRPr="00563B50">
        <w:rPr>
          <w:rFonts w:cs="Times New Roman"/>
          <w:i/>
          <w:iCs/>
          <w:szCs w:val="24"/>
        </w:rPr>
        <w:t>Legea</w:t>
      </w:r>
      <w:proofErr w:type="spellEnd"/>
      <w:r w:rsidRPr="00563B50">
        <w:rPr>
          <w:rFonts w:cs="Times New Roman"/>
          <w:i/>
          <w:iCs/>
          <w:szCs w:val="24"/>
        </w:rPr>
        <w:t xml:space="preserve"> nr. 195/2024, </w:t>
      </w:r>
      <w:proofErr w:type="spellStart"/>
      <w:r w:rsidRPr="00563B50">
        <w:rPr>
          <w:rFonts w:cs="Times New Roman"/>
          <w:i/>
          <w:iCs/>
          <w:szCs w:val="24"/>
        </w:rPr>
        <w:t>fiind</w:t>
      </w:r>
      <w:proofErr w:type="spellEnd"/>
      <w:r w:rsidRPr="00563B50">
        <w:rPr>
          <w:rFonts w:cs="Times New Roman"/>
          <w:i/>
          <w:iCs/>
          <w:szCs w:val="24"/>
        </w:rPr>
        <w:t xml:space="preserve"> </w:t>
      </w:r>
      <w:proofErr w:type="spellStart"/>
      <w:r w:rsidRPr="00563B50">
        <w:rPr>
          <w:rFonts w:cs="Times New Roman"/>
          <w:i/>
          <w:iCs/>
          <w:szCs w:val="24"/>
        </w:rPr>
        <w:t>excluse</w:t>
      </w:r>
      <w:proofErr w:type="spellEnd"/>
      <w:r w:rsidRPr="00563B50">
        <w:rPr>
          <w:rFonts w:cs="Times New Roman"/>
          <w:i/>
          <w:iCs/>
          <w:szCs w:val="24"/>
        </w:rPr>
        <w:t xml:space="preserve"> </w:t>
      </w:r>
      <w:proofErr w:type="spellStart"/>
      <w:r w:rsidRPr="00563B50">
        <w:rPr>
          <w:rFonts w:cs="Times New Roman"/>
          <w:i/>
          <w:iCs/>
          <w:szCs w:val="24"/>
        </w:rPr>
        <w:t>prelucrările</w:t>
      </w:r>
      <w:proofErr w:type="spellEnd"/>
      <w:r w:rsidRPr="00563B50">
        <w:rPr>
          <w:rFonts w:cs="Times New Roman"/>
          <w:i/>
          <w:iCs/>
          <w:szCs w:val="24"/>
        </w:rPr>
        <w:t xml:space="preserve"> </w:t>
      </w:r>
      <w:proofErr w:type="spellStart"/>
      <w:r w:rsidRPr="00563B50">
        <w:rPr>
          <w:rFonts w:cs="Times New Roman"/>
          <w:i/>
          <w:iCs/>
          <w:szCs w:val="24"/>
        </w:rPr>
        <w:t>bazate</w:t>
      </w:r>
      <w:proofErr w:type="spellEnd"/>
      <w:r w:rsidRPr="00563B50">
        <w:rPr>
          <w:rFonts w:cs="Times New Roman"/>
          <w:i/>
          <w:iCs/>
          <w:szCs w:val="24"/>
        </w:rPr>
        <w:t xml:space="preserve"> pe </w:t>
      </w:r>
      <w:proofErr w:type="spellStart"/>
      <w:r w:rsidRPr="00563B50">
        <w:rPr>
          <w:rFonts w:cs="Times New Roman"/>
          <w:i/>
          <w:iCs/>
          <w:szCs w:val="24"/>
        </w:rPr>
        <w:t>interesul</w:t>
      </w:r>
      <w:proofErr w:type="spellEnd"/>
      <w:r w:rsidRPr="00563B50">
        <w:rPr>
          <w:rFonts w:cs="Times New Roman"/>
          <w:i/>
          <w:iCs/>
          <w:szCs w:val="24"/>
        </w:rPr>
        <w:t xml:space="preserve"> legitim </w:t>
      </w:r>
      <w:proofErr w:type="spellStart"/>
      <w:r w:rsidRPr="00563B50">
        <w:rPr>
          <w:rFonts w:cs="Times New Roman"/>
          <w:i/>
          <w:iCs/>
          <w:szCs w:val="24"/>
        </w:rPr>
        <w:t>în</w:t>
      </w:r>
      <w:proofErr w:type="spellEnd"/>
      <w:r w:rsidRPr="00563B50">
        <w:rPr>
          <w:rFonts w:cs="Times New Roman"/>
          <w:i/>
          <w:iCs/>
          <w:szCs w:val="24"/>
        </w:rPr>
        <w:t xml:space="preserve"> </w:t>
      </w:r>
      <w:proofErr w:type="spellStart"/>
      <w:r w:rsidRPr="00563B50">
        <w:rPr>
          <w:rFonts w:cs="Times New Roman"/>
          <w:i/>
          <w:iCs/>
          <w:szCs w:val="24"/>
        </w:rPr>
        <w:t>exercitarea</w:t>
      </w:r>
      <w:proofErr w:type="spellEnd"/>
      <w:r w:rsidRPr="00563B50">
        <w:rPr>
          <w:rFonts w:cs="Times New Roman"/>
          <w:i/>
          <w:iCs/>
          <w:szCs w:val="24"/>
        </w:rPr>
        <w:t xml:space="preserve"> </w:t>
      </w:r>
      <w:proofErr w:type="spellStart"/>
      <w:r w:rsidRPr="00563B50">
        <w:rPr>
          <w:rFonts w:cs="Times New Roman"/>
          <w:i/>
          <w:iCs/>
          <w:szCs w:val="24"/>
        </w:rPr>
        <w:t>atribuțiilor</w:t>
      </w:r>
      <w:proofErr w:type="spellEnd"/>
      <w:r w:rsidRPr="00563B50">
        <w:rPr>
          <w:rFonts w:cs="Times New Roman"/>
          <w:i/>
          <w:iCs/>
          <w:szCs w:val="24"/>
        </w:rPr>
        <w:t xml:space="preserve"> </w:t>
      </w:r>
      <w:proofErr w:type="spellStart"/>
      <w:r w:rsidRPr="00563B50">
        <w:rPr>
          <w:rFonts w:cs="Times New Roman"/>
          <w:i/>
          <w:iCs/>
          <w:szCs w:val="24"/>
        </w:rPr>
        <w:t>oficiale</w:t>
      </w:r>
      <w:proofErr w:type="spellEnd"/>
      <w:r w:rsidRPr="00563B50">
        <w:rPr>
          <w:rFonts w:cs="Times New Roman"/>
          <w:i/>
          <w:iCs/>
          <w:szCs w:val="24"/>
        </w:rPr>
        <w:t xml:space="preserve"> ale </w:t>
      </w:r>
      <w:proofErr w:type="spellStart"/>
      <w:r w:rsidRPr="00563B50">
        <w:rPr>
          <w:rFonts w:cs="Times New Roman"/>
          <w:i/>
          <w:iCs/>
          <w:szCs w:val="24"/>
        </w:rPr>
        <w:t>instituției</w:t>
      </w:r>
      <w:proofErr w:type="spellEnd"/>
      <w:r w:rsidRPr="00563B50">
        <w:rPr>
          <w:rFonts w:cs="Times New Roman"/>
          <w:i/>
          <w:iCs/>
          <w:szCs w:val="24"/>
        </w:rPr>
        <w:t>.”</w:t>
      </w:r>
    </w:p>
    <w:p w14:paraId="56DA66B0" w14:textId="77777777" w:rsidR="00EE7ED3" w:rsidRPr="00563B50" w:rsidRDefault="00000000" w:rsidP="00A33FF6">
      <w:pPr>
        <w:rPr>
          <w:rFonts w:cs="Times New Roman"/>
          <w:b/>
          <w:bCs/>
          <w:szCs w:val="24"/>
        </w:rPr>
      </w:pPr>
      <w:r w:rsidRPr="00563B50">
        <w:rPr>
          <w:rFonts w:cs="Times New Roman"/>
          <w:b/>
          <w:bCs/>
          <w:szCs w:val="24"/>
        </w:rPr>
        <w:t>VIII. DEZVĂLUIREA DATELOR CU CARACTER PERSONAL</w:t>
      </w:r>
    </w:p>
    <w:p w14:paraId="13A2442F" w14:textId="77777777" w:rsidR="00EE7ED3" w:rsidRPr="00563B50" w:rsidRDefault="00000000" w:rsidP="00A33FF6">
      <w:pPr>
        <w:rPr>
          <w:rFonts w:cs="Times New Roman"/>
          <w:szCs w:val="24"/>
        </w:rPr>
      </w:pPr>
      <w:proofErr w:type="spellStart"/>
      <w:r w:rsidRPr="00563B50">
        <w:rPr>
          <w:rFonts w:cs="Times New Roman"/>
          <w:szCs w:val="24"/>
        </w:rPr>
        <w:t>Angajații</w:t>
      </w:r>
      <w:proofErr w:type="spellEnd"/>
      <w:r w:rsidRPr="00563B50">
        <w:rPr>
          <w:rFonts w:cs="Times New Roman"/>
          <w:szCs w:val="24"/>
        </w:rPr>
        <w:t xml:space="preserve"> </w:t>
      </w:r>
      <w:r w:rsidRPr="00DD4FB6">
        <w:rPr>
          <w:rFonts w:cs="Times New Roman"/>
          <w:b/>
          <w:bCs/>
          <w:szCs w:val="24"/>
        </w:rPr>
        <w:t>PRIMĂRIEI SATULUI MERENI</w:t>
      </w:r>
      <w:r w:rsidRPr="00563B50">
        <w:rPr>
          <w:rFonts w:cs="Times New Roman"/>
          <w:szCs w:val="24"/>
        </w:rPr>
        <w:t xml:space="preserve">, </w:t>
      </w:r>
      <w:proofErr w:type="spellStart"/>
      <w:r w:rsidRPr="00563B50">
        <w:rPr>
          <w:rFonts w:cs="Times New Roman"/>
          <w:szCs w:val="24"/>
        </w:rPr>
        <w:t>prestatorii</w:t>
      </w:r>
      <w:proofErr w:type="spellEnd"/>
      <w:r w:rsidRPr="00563B50">
        <w:rPr>
          <w:rFonts w:cs="Times New Roman"/>
          <w:szCs w:val="24"/>
        </w:rPr>
        <w:t xml:space="preserve"> de </w:t>
      </w:r>
      <w:proofErr w:type="spellStart"/>
      <w:r w:rsidRPr="00563B50">
        <w:rPr>
          <w:rFonts w:cs="Times New Roman"/>
          <w:szCs w:val="24"/>
        </w:rPr>
        <w:t>servicii</w:t>
      </w:r>
      <w:proofErr w:type="spellEnd"/>
      <w:r w:rsidRPr="00563B50">
        <w:rPr>
          <w:rFonts w:cs="Times New Roman"/>
          <w:szCs w:val="24"/>
        </w:rPr>
        <w:t xml:space="preserve">, </w:t>
      </w:r>
      <w:proofErr w:type="spellStart"/>
      <w:r w:rsidRPr="00563B50">
        <w:rPr>
          <w:rFonts w:cs="Times New Roman"/>
          <w:szCs w:val="24"/>
        </w:rPr>
        <w:t>vor</w:t>
      </w:r>
      <w:proofErr w:type="spellEnd"/>
      <w:r w:rsidRPr="00563B50">
        <w:rPr>
          <w:rFonts w:cs="Times New Roman"/>
          <w:szCs w:val="24"/>
        </w:rPr>
        <w:t xml:space="preserve"> </w:t>
      </w:r>
      <w:proofErr w:type="spellStart"/>
      <w:r w:rsidRPr="00563B50">
        <w:rPr>
          <w:rFonts w:cs="Times New Roman"/>
          <w:szCs w:val="24"/>
        </w:rPr>
        <w:t>putea</w:t>
      </w:r>
      <w:proofErr w:type="spellEnd"/>
      <w:r w:rsidRPr="00563B50">
        <w:rPr>
          <w:rFonts w:cs="Times New Roman"/>
          <w:szCs w:val="24"/>
        </w:rPr>
        <w:t xml:space="preserve"> </w:t>
      </w:r>
      <w:proofErr w:type="spellStart"/>
      <w:r w:rsidRPr="00563B50">
        <w:rPr>
          <w:rFonts w:cs="Times New Roman"/>
          <w:szCs w:val="24"/>
        </w:rPr>
        <w:t>transfera</w:t>
      </w:r>
      <w:proofErr w:type="spellEnd"/>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ale </w:t>
      </w:r>
      <w:proofErr w:type="spellStart"/>
      <w:r w:rsidRPr="00563B50">
        <w:rPr>
          <w:rFonts w:cs="Times New Roman"/>
          <w:szCs w:val="24"/>
        </w:rPr>
        <w:t>persoanelor</w:t>
      </w:r>
      <w:proofErr w:type="spellEnd"/>
      <w:r w:rsidRPr="00563B50">
        <w:rPr>
          <w:rFonts w:cs="Times New Roman"/>
          <w:szCs w:val="24"/>
        </w:rPr>
        <w:t xml:space="preserve"> </w:t>
      </w:r>
      <w:proofErr w:type="spellStart"/>
      <w:r w:rsidRPr="00563B50">
        <w:rPr>
          <w:rFonts w:cs="Times New Roman"/>
          <w:szCs w:val="24"/>
        </w:rPr>
        <w:t>vizate</w:t>
      </w:r>
      <w:proofErr w:type="spellEnd"/>
      <w:r w:rsidRPr="00563B50">
        <w:rPr>
          <w:rFonts w:cs="Times New Roman"/>
          <w:szCs w:val="24"/>
        </w:rPr>
        <w:t xml:space="preserve"> </w:t>
      </w:r>
      <w:proofErr w:type="spellStart"/>
      <w:r w:rsidRPr="00563B50">
        <w:rPr>
          <w:rFonts w:cs="Times New Roman"/>
          <w:szCs w:val="24"/>
        </w:rPr>
        <w:t>numai</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condițiile</w:t>
      </w:r>
      <w:proofErr w:type="spellEnd"/>
      <w:r w:rsidRPr="00563B50">
        <w:rPr>
          <w:rFonts w:cs="Times New Roman"/>
          <w:szCs w:val="24"/>
        </w:rPr>
        <w:t xml:space="preserve"> </w:t>
      </w:r>
      <w:proofErr w:type="spellStart"/>
      <w:r w:rsidRPr="00563B50">
        <w:rPr>
          <w:rFonts w:cs="Times New Roman"/>
          <w:szCs w:val="24"/>
        </w:rPr>
        <w:t>respectării</w:t>
      </w:r>
      <w:proofErr w:type="spellEnd"/>
      <w:r w:rsidRPr="00563B50">
        <w:rPr>
          <w:rFonts w:cs="Times New Roman"/>
          <w:szCs w:val="24"/>
        </w:rPr>
        <w:t xml:space="preserve"> </w:t>
      </w:r>
      <w:proofErr w:type="spellStart"/>
      <w:r w:rsidRPr="00563B50">
        <w:rPr>
          <w:rFonts w:cs="Times New Roman"/>
          <w:szCs w:val="24"/>
        </w:rPr>
        <w:t>cerințelor</w:t>
      </w:r>
      <w:proofErr w:type="spellEnd"/>
      <w:r w:rsidRPr="00563B50">
        <w:rPr>
          <w:rFonts w:cs="Times New Roman"/>
          <w:szCs w:val="24"/>
        </w:rPr>
        <w:t xml:space="preserve"> </w:t>
      </w:r>
      <w:proofErr w:type="spellStart"/>
      <w:r w:rsidRPr="00563B50">
        <w:rPr>
          <w:rFonts w:cs="Times New Roman"/>
          <w:szCs w:val="24"/>
        </w:rPr>
        <w:t>prevăzute</w:t>
      </w:r>
      <w:proofErr w:type="spellEnd"/>
      <w:r w:rsidRPr="00563B50">
        <w:rPr>
          <w:rFonts w:cs="Times New Roman"/>
          <w:szCs w:val="24"/>
        </w:rPr>
        <w:t xml:space="preserve"> de </w:t>
      </w:r>
      <w:proofErr w:type="spellStart"/>
      <w:r w:rsidRPr="00563B50">
        <w:rPr>
          <w:rFonts w:cs="Times New Roman"/>
          <w:szCs w:val="24"/>
        </w:rPr>
        <w:t>legislația</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vigoare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conformitate</w:t>
      </w:r>
      <w:proofErr w:type="spellEnd"/>
      <w:r w:rsidRPr="00563B50">
        <w:rPr>
          <w:rFonts w:cs="Times New Roman"/>
          <w:szCs w:val="24"/>
        </w:rPr>
        <w:t xml:space="preserve"> cu </w:t>
      </w:r>
      <w:proofErr w:type="spellStart"/>
      <w:r w:rsidRPr="00563B50">
        <w:rPr>
          <w:rFonts w:cs="Times New Roman"/>
          <w:szCs w:val="24"/>
        </w:rPr>
        <w:t>politicile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procedurile</w:t>
      </w:r>
      <w:proofErr w:type="spellEnd"/>
      <w:r w:rsidRPr="00563B50">
        <w:rPr>
          <w:rFonts w:cs="Times New Roman"/>
          <w:szCs w:val="24"/>
        </w:rPr>
        <w:t xml:space="preserve"> </w:t>
      </w:r>
      <w:proofErr w:type="spellStart"/>
      <w:r w:rsidRPr="00563B50">
        <w:rPr>
          <w:rFonts w:cs="Times New Roman"/>
          <w:szCs w:val="24"/>
        </w:rPr>
        <w:t>instituției</w:t>
      </w:r>
      <w:proofErr w:type="spellEnd"/>
      <w:r w:rsidRPr="00563B50">
        <w:rPr>
          <w:rFonts w:cs="Times New Roman"/>
          <w:szCs w:val="24"/>
        </w:rPr>
        <w:t>.</w:t>
      </w:r>
    </w:p>
    <w:p w14:paraId="531E752C" w14:textId="77777777" w:rsidR="00EE7ED3" w:rsidRPr="00563B50" w:rsidRDefault="00000000" w:rsidP="00DD4FB6">
      <w:pPr>
        <w:jc w:val="both"/>
        <w:rPr>
          <w:rFonts w:cs="Times New Roman"/>
          <w:szCs w:val="24"/>
        </w:rPr>
      </w:pPr>
      <w:proofErr w:type="spellStart"/>
      <w:r w:rsidRPr="00563B50">
        <w:rPr>
          <w:rFonts w:cs="Times New Roman"/>
          <w:szCs w:val="24"/>
        </w:rPr>
        <w:t>Datele</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sunt destinate </w:t>
      </w:r>
      <w:proofErr w:type="spellStart"/>
      <w:r w:rsidRPr="00563B50">
        <w:rPr>
          <w:rFonts w:cs="Times New Roman"/>
          <w:szCs w:val="24"/>
        </w:rPr>
        <w:t>utilizării</w:t>
      </w:r>
      <w:proofErr w:type="spellEnd"/>
      <w:r w:rsidRPr="00563B50">
        <w:rPr>
          <w:rFonts w:cs="Times New Roman"/>
          <w:szCs w:val="24"/>
        </w:rPr>
        <w:t xml:space="preserve"> de </w:t>
      </w:r>
      <w:proofErr w:type="spellStart"/>
      <w:r w:rsidRPr="00563B50">
        <w:rPr>
          <w:rFonts w:cs="Times New Roman"/>
          <w:szCs w:val="24"/>
        </w:rPr>
        <w:t>către</w:t>
      </w:r>
      <w:proofErr w:type="spellEnd"/>
      <w:r w:rsidRPr="00563B50">
        <w:rPr>
          <w:rFonts w:cs="Times New Roman"/>
          <w:szCs w:val="24"/>
        </w:rPr>
        <w:t xml:space="preserve"> </w:t>
      </w:r>
      <w:r w:rsidRPr="00DD4FB6">
        <w:rPr>
          <w:rFonts w:cs="Times New Roman"/>
          <w:b/>
          <w:bCs/>
          <w:szCs w:val="24"/>
        </w:rPr>
        <w:t>PRIMĂRIA SATULUI MERENI</w:t>
      </w:r>
      <w:r w:rsidRPr="00563B50">
        <w:rPr>
          <w:rFonts w:cs="Times New Roman"/>
          <w:szCs w:val="24"/>
        </w:rPr>
        <w:t xml:space="preserve">, </w:t>
      </w:r>
      <w:proofErr w:type="spellStart"/>
      <w:r w:rsidRPr="00563B50">
        <w:rPr>
          <w:rFonts w:cs="Times New Roman"/>
          <w:szCs w:val="24"/>
        </w:rPr>
        <w:t>dar</w:t>
      </w:r>
      <w:proofErr w:type="spellEnd"/>
      <w:r w:rsidRPr="00563B50">
        <w:rPr>
          <w:rFonts w:cs="Times New Roman"/>
          <w:szCs w:val="24"/>
        </w:rPr>
        <w:t xml:space="preserve"> pot fi </w:t>
      </w:r>
      <w:proofErr w:type="spellStart"/>
      <w:r w:rsidRPr="00563B50">
        <w:rPr>
          <w:rFonts w:cs="Times New Roman"/>
          <w:szCs w:val="24"/>
        </w:rPr>
        <w:t>transferate</w:t>
      </w:r>
      <w:proofErr w:type="spellEnd"/>
      <w:r w:rsidRPr="00563B50">
        <w:rPr>
          <w:rFonts w:cs="Times New Roman"/>
          <w:szCs w:val="24"/>
        </w:rPr>
        <w:t xml:space="preserve"> </w:t>
      </w:r>
      <w:proofErr w:type="spellStart"/>
      <w:r w:rsidRPr="00563B50">
        <w:rPr>
          <w:rFonts w:cs="Times New Roman"/>
          <w:szCs w:val="24"/>
        </w:rPr>
        <w:t>către</w:t>
      </w:r>
      <w:proofErr w:type="spellEnd"/>
      <w:r w:rsidRPr="00563B50">
        <w:rPr>
          <w:rFonts w:cs="Times New Roman"/>
          <w:szCs w:val="24"/>
        </w:rPr>
        <w:t xml:space="preserve">: </w:t>
      </w:r>
      <w:proofErr w:type="spellStart"/>
      <w:r w:rsidRPr="00563B50">
        <w:rPr>
          <w:rFonts w:cs="Times New Roman"/>
          <w:szCs w:val="24"/>
        </w:rPr>
        <w:t>parteneri</w:t>
      </w:r>
      <w:proofErr w:type="spellEnd"/>
      <w:r w:rsidRPr="00563B50">
        <w:rPr>
          <w:rFonts w:cs="Times New Roman"/>
          <w:szCs w:val="24"/>
        </w:rPr>
        <w:t xml:space="preserve"> </w:t>
      </w:r>
      <w:proofErr w:type="spellStart"/>
      <w:r w:rsidRPr="00563B50">
        <w:rPr>
          <w:rFonts w:cs="Times New Roman"/>
          <w:szCs w:val="24"/>
        </w:rPr>
        <w:t>contractuali</w:t>
      </w:r>
      <w:proofErr w:type="spellEnd"/>
      <w:r w:rsidRPr="00563B50">
        <w:rPr>
          <w:rFonts w:cs="Times New Roman"/>
          <w:szCs w:val="24"/>
        </w:rPr>
        <w:t xml:space="preserve">; </w:t>
      </w:r>
      <w:proofErr w:type="spellStart"/>
      <w:r w:rsidRPr="00563B50">
        <w:rPr>
          <w:rFonts w:cs="Times New Roman"/>
          <w:szCs w:val="24"/>
        </w:rPr>
        <w:t>subcontractanți</w:t>
      </w:r>
      <w:proofErr w:type="spellEnd"/>
      <w:r w:rsidRPr="00563B50">
        <w:rPr>
          <w:rFonts w:cs="Times New Roman"/>
          <w:szCs w:val="24"/>
        </w:rPr>
        <w:t xml:space="preserve">; </w:t>
      </w:r>
      <w:proofErr w:type="spellStart"/>
      <w:r w:rsidRPr="00563B50">
        <w:rPr>
          <w:rFonts w:cs="Times New Roman"/>
          <w:szCs w:val="24"/>
        </w:rPr>
        <w:t>procesatori</w:t>
      </w:r>
      <w:proofErr w:type="spellEnd"/>
      <w:r w:rsidRPr="00563B50">
        <w:rPr>
          <w:rFonts w:cs="Times New Roman"/>
          <w:szCs w:val="24"/>
        </w:rPr>
        <w:t xml:space="preserve"> de </w:t>
      </w:r>
      <w:proofErr w:type="spellStart"/>
      <w:r w:rsidRPr="00563B50">
        <w:rPr>
          <w:rFonts w:cs="Times New Roman"/>
          <w:szCs w:val="24"/>
        </w:rPr>
        <w:t>plăți</w:t>
      </w:r>
      <w:proofErr w:type="spellEnd"/>
      <w:r w:rsidRPr="00563B50">
        <w:rPr>
          <w:rFonts w:cs="Times New Roman"/>
          <w:szCs w:val="24"/>
        </w:rPr>
        <w:t xml:space="preserve"> (</w:t>
      </w:r>
      <w:proofErr w:type="spellStart"/>
      <w:r w:rsidRPr="00563B50">
        <w:rPr>
          <w:rFonts w:cs="Times New Roman"/>
          <w:szCs w:val="24"/>
        </w:rPr>
        <w:t>Sistemul</w:t>
      </w:r>
      <w:proofErr w:type="spellEnd"/>
      <w:r w:rsidRPr="00563B50">
        <w:rPr>
          <w:rFonts w:cs="Times New Roman"/>
          <w:szCs w:val="24"/>
        </w:rPr>
        <w:t xml:space="preserve"> </w:t>
      </w:r>
      <w:proofErr w:type="spellStart"/>
      <w:r w:rsidRPr="00563B50">
        <w:rPr>
          <w:rFonts w:cs="Times New Roman"/>
          <w:szCs w:val="24"/>
        </w:rPr>
        <w:t>MPay</w:t>
      </w:r>
      <w:proofErr w:type="spellEnd"/>
      <w:r w:rsidRPr="00563B50">
        <w:rPr>
          <w:rFonts w:cs="Times New Roman"/>
          <w:szCs w:val="24"/>
        </w:rPr>
        <w:t xml:space="preserve">); </w:t>
      </w:r>
      <w:proofErr w:type="spellStart"/>
      <w:r w:rsidRPr="00563B50">
        <w:rPr>
          <w:rFonts w:cs="Times New Roman"/>
          <w:szCs w:val="24"/>
        </w:rPr>
        <w:t>companii</w:t>
      </w:r>
      <w:proofErr w:type="spellEnd"/>
      <w:r w:rsidRPr="00563B50">
        <w:rPr>
          <w:rFonts w:cs="Times New Roman"/>
          <w:szCs w:val="24"/>
        </w:rPr>
        <w:t xml:space="preserve"> </w:t>
      </w:r>
      <w:proofErr w:type="spellStart"/>
      <w:r w:rsidRPr="00563B50">
        <w:rPr>
          <w:rFonts w:cs="Times New Roman"/>
          <w:szCs w:val="24"/>
        </w:rPr>
        <w:t>ce</w:t>
      </w:r>
      <w:proofErr w:type="spellEnd"/>
      <w:r w:rsidRPr="00563B50">
        <w:rPr>
          <w:rFonts w:cs="Times New Roman"/>
          <w:szCs w:val="24"/>
        </w:rPr>
        <w:t xml:space="preserve"> </w:t>
      </w:r>
      <w:proofErr w:type="spellStart"/>
      <w:r w:rsidRPr="00563B50">
        <w:rPr>
          <w:rFonts w:cs="Times New Roman"/>
          <w:szCs w:val="24"/>
        </w:rPr>
        <w:t>oferă</w:t>
      </w:r>
      <w:proofErr w:type="spellEnd"/>
      <w:r w:rsidRPr="00563B50">
        <w:rPr>
          <w:rFonts w:cs="Times New Roman"/>
          <w:szCs w:val="24"/>
        </w:rPr>
        <w:t xml:space="preserve"> </w:t>
      </w:r>
      <w:proofErr w:type="spellStart"/>
      <w:r w:rsidRPr="00563B50">
        <w:rPr>
          <w:rFonts w:cs="Times New Roman"/>
          <w:szCs w:val="24"/>
        </w:rPr>
        <w:t>servicii</w:t>
      </w:r>
      <w:proofErr w:type="spellEnd"/>
      <w:r w:rsidRPr="00563B50">
        <w:rPr>
          <w:rFonts w:cs="Times New Roman"/>
          <w:szCs w:val="24"/>
        </w:rPr>
        <w:t xml:space="preserve"> IT </w:t>
      </w:r>
      <w:proofErr w:type="spellStart"/>
      <w:r w:rsidRPr="00563B50">
        <w:rPr>
          <w:rFonts w:cs="Times New Roman"/>
          <w:szCs w:val="24"/>
        </w:rPr>
        <w:t>licențiate</w:t>
      </w:r>
      <w:proofErr w:type="spellEnd"/>
      <w:r w:rsidRPr="00563B50">
        <w:rPr>
          <w:rFonts w:cs="Times New Roman"/>
          <w:szCs w:val="24"/>
        </w:rPr>
        <w:t xml:space="preserve">; </w:t>
      </w:r>
      <w:proofErr w:type="spellStart"/>
      <w:r w:rsidRPr="00563B50">
        <w:rPr>
          <w:rFonts w:cs="Times New Roman"/>
          <w:szCs w:val="24"/>
        </w:rPr>
        <w:t>companii</w:t>
      </w:r>
      <w:proofErr w:type="spellEnd"/>
      <w:r w:rsidRPr="00563B50">
        <w:rPr>
          <w:rFonts w:cs="Times New Roman"/>
          <w:szCs w:val="24"/>
        </w:rPr>
        <w:t xml:space="preserve"> de audit; </w:t>
      </w:r>
      <w:proofErr w:type="spellStart"/>
      <w:r w:rsidRPr="00563B50">
        <w:rPr>
          <w:rFonts w:cs="Times New Roman"/>
          <w:szCs w:val="24"/>
        </w:rPr>
        <w:t>avocați</w:t>
      </w:r>
      <w:proofErr w:type="spellEnd"/>
      <w:r w:rsidRPr="00563B50">
        <w:rPr>
          <w:rFonts w:cs="Times New Roman"/>
          <w:szCs w:val="24"/>
        </w:rPr>
        <w:t xml:space="preserve">, </w:t>
      </w:r>
      <w:proofErr w:type="spellStart"/>
      <w:r w:rsidRPr="00563B50">
        <w:rPr>
          <w:rFonts w:cs="Times New Roman"/>
          <w:szCs w:val="24"/>
        </w:rPr>
        <w:t>notari</w:t>
      </w:r>
      <w:proofErr w:type="spellEnd"/>
      <w:r w:rsidRPr="00563B50">
        <w:rPr>
          <w:rFonts w:cs="Times New Roman"/>
          <w:szCs w:val="24"/>
        </w:rPr>
        <w:t xml:space="preserve">, </w:t>
      </w:r>
      <w:proofErr w:type="spellStart"/>
      <w:r w:rsidRPr="00563B50">
        <w:rPr>
          <w:rFonts w:cs="Times New Roman"/>
          <w:szCs w:val="24"/>
        </w:rPr>
        <w:t>executori</w:t>
      </w:r>
      <w:proofErr w:type="spellEnd"/>
      <w:r w:rsidRPr="00563B50">
        <w:rPr>
          <w:rFonts w:cs="Times New Roman"/>
          <w:szCs w:val="24"/>
        </w:rPr>
        <w:t xml:space="preserve"> </w:t>
      </w:r>
      <w:proofErr w:type="spellStart"/>
      <w:r w:rsidRPr="00563B50">
        <w:rPr>
          <w:rFonts w:cs="Times New Roman"/>
          <w:szCs w:val="24"/>
        </w:rPr>
        <w:t>judecătorești</w:t>
      </w:r>
      <w:proofErr w:type="spellEnd"/>
      <w:r w:rsidRPr="00563B50">
        <w:rPr>
          <w:rFonts w:cs="Times New Roman"/>
          <w:szCs w:val="24"/>
        </w:rPr>
        <w:t xml:space="preserve">; </w:t>
      </w:r>
      <w:proofErr w:type="spellStart"/>
      <w:r w:rsidRPr="00563B50">
        <w:rPr>
          <w:rFonts w:cs="Times New Roman"/>
          <w:szCs w:val="24"/>
        </w:rPr>
        <w:t>deținători</w:t>
      </w:r>
      <w:proofErr w:type="spellEnd"/>
      <w:r w:rsidRPr="00563B50">
        <w:rPr>
          <w:rFonts w:cs="Times New Roman"/>
          <w:szCs w:val="24"/>
        </w:rPr>
        <w:t xml:space="preserve"> de </w:t>
      </w:r>
      <w:proofErr w:type="spellStart"/>
      <w:r w:rsidRPr="00563B50">
        <w:rPr>
          <w:rFonts w:cs="Times New Roman"/>
          <w:szCs w:val="24"/>
        </w:rPr>
        <w:t>registre</w:t>
      </w:r>
      <w:proofErr w:type="spellEnd"/>
      <w:r w:rsidRPr="00563B50">
        <w:rPr>
          <w:rFonts w:cs="Times New Roman"/>
          <w:szCs w:val="24"/>
        </w:rPr>
        <w:t xml:space="preserve"> </w:t>
      </w:r>
      <w:proofErr w:type="spellStart"/>
      <w:r w:rsidRPr="00563B50">
        <w:rPr>
          <w:rFonts w:cs="Times New Roman"/>
          <w:szCs w:val="24"/>
        </w:rPr>
        <w:t>publice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w:t>
      </w:r>
      <w:proofErr w:type="spellStart"/>
      <w:r w:rsidRPr="00563B50">
        <w:rPr>
          <w:rFonts w:cs="Times New Roman"/>
          <w:szCs w:val="24"/>
        </w:rPr>
        <w:t>sau</w:t>
      </w:r>
      <w:proofErr w:type="spellEnd"/>
      <w:r w:rsidRPr="00563B50">
        <w:rPr>
          <w:rFonts w:cs="Times New Roman"/>
          <w:szCs w:val="24"/>
        </w:rPr>
        <w:t xml:space="preserve"> private; </w:t>
      </w:r>
      <w:proofErr w:type="spellStart"/>
      <w:r w:rsidRPr="00563B50">
        <w:rPr>
          <w:rFonts w:cs="Times New Roman"/>
          <w:szCs w:val="24"/>
        </w:rPr>
        <w:t>autorități</w:t>
      </w:r>
      <w:proofErr w:type="spellEnd"/>
      <w:r w:rsidRPr="00563B50">
        <w:rPr>
          <w:rFonts w:cs="Times New Roman"/>
          <w:szCs w:val="24"/>
        </w:rPr>
        <w:t xml:space="preserve"> </w:t>
      </w:r>
      <w:proofErr w:type="spellStart"/>
      <w:r w:rsidRPr="00563B50">
        <w:rPr>
          <w:rFonts w:cs="Times New Roman"/>
          <w:szCs w:val="24"/>
        </w:rPr>
        <w:t>publice</w:t>
      </w:r>
      <w:proofErr w:type="spellEnd"/>
      <w:r w:rsidRPr="00563B50">
        <w:rPr>
          <w:rFonts w:cs="Times New Roman"/>
          <w:szCs w:val="24"/>
        </w:rPr>
        <w:t xml:space="preserve">, cum </w:t>
      </w:r>
      <w:proofErr w:type="spellStart"/>
      <w:r w:rsidRPr="00563B50">
        <w:rPr>
          <w:rFonts w:cs="Times New Roman"/>
          <w:szCs w:val="24"/>
        </w:rPr>
        <w:t>ar</w:t>
      </w:r>
      <w:proofErr w:type="spellEnd"/>
      <w:r w:rsidRPr="00563B50">
        <w:rPr>
          <w:rFonts w:cs="Times New Roman"/>
          <w:szCs w:val="24"/>
        </w:rPr>
        <w:t xml:space="preserve"> fi, </w:t>
      </w:r>
      <w:proofErr w:type="spellStart"/>
      <w:r w:rsidRPr="00563B50">
        <w:rPr>
          <w:rFonts w:cs="Times New Roman"/>
          <w:szCs w:val="24"/>
        </w:rPr>
        <w:t>dar</w:t>
      </w:r>
      <w:proofErr w:type="spellEnd"/>
      <w:r w:rsidRPr="00563B50">
        <w:rPr>
          <w:rFonts w:cs="Times New Roman"/>
          <w:szCs w:val="24"/>
        </w:rPr>
        <w:t xml:space="preserve"> a </w:t>
      </w:r>
      <w:proofErr w:type="spellStart"/>
      <w:r w:rsidRPr="00563B50">
        <w:rPr>
          <w:rFonts w:cs="Times New Roman"/>
          <w:szCs w:val="24"/>
        </w:rPr>
        <w:t>nu</w:t>
      </w:r>
      <w:proofErr w:type="spellEnd"/>
      <w:r w:rsidRPr="00563B50">
        <w:rPr>
          <w:rFonts w:cs="Times New Roman"/>
          <w:szCs w:val="24"/>
        </w:rPr>
        <w:t xml:space="preserve"> se </w:t>
      </w:r>
      <w:proofErr w:type="spellStart"/>
      <w:r w:rsidRPr="00563B50">
        <w:rPr>
          <w:rFonts w:cs="Times New Roman"/>
          <w:szCs w:val="24"/>
        </w:rPr>
        <w:t>limita</w:t>
      </w:r>
      <w:proofErr w:type="spellEnd"/>
      <w:r w:rsidRPr="00563B50">
        <w:rPr>
          <w:rFonts w:cs="Times New Roman"/>
          <w:szCs w:val="24"/>
        </w:rPr>
        <w:t xml:space="preserve"> la: ASP; SFS, CNAS etc., </w:t>
      </w:r>
      <w:proofErr w:type="spellStart"/>
      <w:r w:rsidRPr="00563B50">
        <w:rPr>
          <w:rFonts w:cs="Times New Roman"/>
          <w:szCs w:val="24"/>
        </w:rPr>
        <w:t>instanțe</w:t>
      </w:r>
      <w:proofErr w:type="spellEnd"/>
      <w:r w:rsidRPr="00563B50">
        <w:rPr>
          <w:rFonts w:cs="Times New Roman"/>
          <w:szCs w:val="24"/>
        </w:rPr>
        <w:t xml:space="preserve"> de </w:t>
      </w:r>
      <w:proofErr w:type="spellStart"/>
      <w:r w:rsidRPr="00563B50">
        <w:rPr>
          <w:rFonts w:cs="Times New Roman"/>
          <w:szCs w:val="24"/>
        </w:rPr>
        <w:t>judecată</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arbitrale</w:t>
      </w:r>
      <w:proofErr w:type="spellEnd"/>
      <w:r w:rsidRPr="00563B50">
        <w:rPr>
          <w:rFonts w:cs="Times New Roman"/>
          <w:szCs w:val="24"/>
        </w:rPr>
        <w:t xml:space="preserve">, precum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autorități</w:t>
      </w:r>
      <w:proofErr w:type="spellEnd"/>
      <w:r w:rsidRPr="00563B50">
        <w:rPr>
          <w:rFonts w:cs="Times New Roman"/>
          <w:szCs w:val="24"/>
        </w:rPr>
        <w:t xml:space="preserve"> </w:t>
      </w:r>
      <w:proofErr w:type="spellStart"/>
      <w:r w:rsidRPr="00563B50">
        <w:rPr>
          <w:rFonts w:cs="Times New Roman"/>
          <w:szCs w:val="24"/>
        </w:rPr>
        <w:t>competente</w:t>
      </w:r>
      <w:proofErr w:type="spellEnd"/>
      <w:r w:rsidRPr="00563B50">
        <w:rPr>
          <w:rFonts w:cs="Times New Roman"/>
          <w:szCs w:val="24"/>
        </w:rPr>
        <w:t xml:space="preserve"> </w:t>
      </w:r>
      <w:proofErr w:type="spellStart"/>
      <w:r w:rsidRPr="00563B50">
        <w:rPr>
          <w:rFonts w:cs="Times New Roman"/>
          <w:szCs w:val="24"/>
        </w:rPr>
        <w:t>să</w:t>
      </w:r>
      <w:proofErr w:type="spellEnd"/>
      <w:r w:rsidRPr="00563B50">
        <w:rPr>
          <w:rFonts w:cs="Times New Roman"/>
          <w:szCs w:val="24"/>
        </w:rPr>
        <w:t xml:space="preserve"> </w:t>
      </w:r>
      <w:proofErr w:type="spellStart"/>
      <w:r w:rsidRPr="00563B50">
        <w:rPr>
          <w:rFonts w:cs="Times New Roman"/>
          <w:szCs w:val="24"/>
        </w:rPr>
        <w:t>cerceteze</w:t>
      </w:r>
      <w:proofErr w:type="spellEnd"/>
      <w:r w:rsidRPr="00563B50">
        <w:rPr>
          <w:rFonts w:cs="Times New Roman"/>
          <w:szCs w:val="24"/>
        </w:rPr>
        <w:t xml:space="preserve"> </w:t>
      </w:r>
      <w:proofErr w:type="spellStart"/>
      <w:r w:rsidRPr="00563B50">
        <w:rPr>
          <w:rFonts w:cs="Times New Roman"/>
          <w:szCs w:val="24"/>
        </w:rPr>
        <w:t>săvârșirea</w:t>
      </w:r>
      <w:proofErr w:type="spellEnd"/>
      <w:r w:rsidRPr="00563B50">
        <w:rPr>
          <w:rFonts w:cs="Times New Roman"/>
          <w:szCs w:val="24"/>
        </w:rPr>
        <w:t xml:space="preserve"> de </w:t>
      </w:r>
      <w:proofErr w:type="spellStart"/>
      <w:r w:rsidRPr="00563B50">
        <w:rPr>
          <w:rFonts w:cs="Times New Roman"/>
          <w:szCs w:val="24"/>
        </w:rPr>
        <w:t>fapte</w:t>
      </w:r>
      <w:proofErr w:type="spellEnd"/>
      <w:r w:rsidRPr="00563B50">
        <w:rPr>
          <w:rFonts w:cs="Times New Roman"/>
          <w:szCs w:val="24"/>
        </w:rPr>
        <w:t xml:space="preserve"> </w:t>
      </w:r>
      <w:proofErr w:type="spellStart"/>
      <w:r w:rsidRPr="00563B50">
        <w:rPr>
          <w:rFonts w:cs="Times New Roman"/>
          <w:szCs w:val="24"/>
        </w:rPr>
        <w:t>penale</w:t>
      </w:r>
      <w:proofErr w:type="spellEnd"/>
      <w:r w:rsidRPr="00563B50">
        <w:rPr>
          <w:rFonts w:cs="Times New Roman"/>
          <w:szCs w:val="24"/>
        </w:rPr>
        <w:t>.</w:t>
      </w:r>
    </w:p>
    <w:p w14:paraId="5281F85E" w14:textId="77777777" w:rsidR="00EE7ED3" w:rsidRPr="00563B50" w:rsidRDefault="00000000" w:rsidP="00DD4FB6">
      <w:pPr>
        <w:jc w:val="both"/>
        <w:rPr>
          <w:rFonts w:cs="Times New Roman"/>
          <w:szCs w:val="24"/>
        </w:rPr>
      </w:pPr>
      <w:proofErr w:type="spellStart"/>
      <w:r w:rsidRPr="00563B50">
        <w:rPr>
          <w:rFonts w:cs="Times New Roman"/>
          <w:szCs w:val="24"/>
        </w:rPr>
        <w:t>Vom</w:t>
      </w:r>
      <w:proofErr w:type="spellEnd"/>
      <w:r w:rsidRPr="00563B50">
        <w:rPr>
          <w:rFonts w:cs="Times New Roman"/>
          <w:szCs w:val="24"/>
        </w:rPr>
        <w:t xml:space="preserve"> </w:t>
      </w:r>
      <w:proofErr w:type="spellStart"/>
      <w:r w:rsidRPr="00563B50">
        <w:rPr>
          <w:rFonts w:cs="Times New Roman"/>
          <w:szCs w:val="24"/>
        </w:rPr>
        <w:t>mai</w:t>
      </w:r>
      <w:proofErr w:type="spellEnd"/>
      <w:r w:rsidRPr="00563B50">
        <w:rPr>
          <w:rFonts w:cs="Times New Roman"/>
          <w:szCs w:val="24"/>
        </w:rPr>
        <w:t xml:space="preserve"> </w:t>
      </w:r>
      <w:proofErr w:type="spellStart"/>
      <w:r w:rsidRPr="00563B50">
        <w:rPr>
          <w:rFonts w:cs="Times New Roman"/>
          <w:szCs w:val="24"/>
        </w:rPr>
        <w:t>putea</w:t>
      </w:r>
      <w:proofErr w:type="spellEnd"/>
      <w:r w:rsidRPr="00563B50">
        <w:rPr>
          <w:rFonts w:cs="Times New Roman"/>
          <w:szCs w:val="24"/>
        </w:rPr>
        <w:t xml:space="preserve"> </w:t>
      </w:r>
      <w:proofErr w:type="spellStart"/>
      <w:r w:rsidRPr="00563B50">
        <w:rPr>
          <w:rFonts w:cs="Times New Roman"/>
          <w:szCs w:val="24"/>
        </w:rPr>
        <w:t>dezvălui</w:t>
      </w:r>
      <w:proofErr w:type="spellEnd"/>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tale </w:t>
      </w:r>
      <w:proofErr w:type="spellStart"/>
      <w:r w:rsidRPr="00563B50">
        <w:rPr>
          <w:rFonts w:cs="Times New Roman"/>
          <w:szCs w:val="24"/>
        </w:rPr>
        <w:t>personale</w:t>
      </w:r>
      <w:proofErr w:type="spellEnd"/>
      <w:r w:rsidRPr="00563B50">
        <w:rPr>
          <w:rFonts w:cs="Times New Roman"/>
          <w:szCs w:val="24"/>
        </w:rPr>
        <w:t xml:space="preserve"> </w:t>
      </w:r>
      <w:proofErr w:type="spellStart"/>
      <w:r w:rsidRPr="00563B50">
        <w:rPr>
          <w:rFonts w:cs="Times New Roman"/>
          <w:szCs w:val="24"/>
        </w:rPr>
        <w:t>unor</w:t>
      </w:r>
      <w:proofErr w:type="spellEnd"/>
      <w:r w:rsidRPr="00563B50">
        <w:rPr>
          <w:rFonts w:cs="Times New Roman"/>
          <w:szCs w:val="24"/>
        </w:rPr>
        <w:t xml:space="preserve"> </w:t>
      </w:r>
      <w:proofErr w:type="spellStart"/>
      <w:r w:rsidRPr="00563B50">
        <w:rPr>
          <w:rFonts w:cs="Times New Roman"/>
          <w:szCs w:val="24"/>
        </w:rPr>
        <w:t>terți</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următoarele</w:t>
      </w:r>
      <w:proofErr w:type="spellEnd"/>
      <w:r w:rsidRPr="00563B50">
        <w:rPr>
          <w:rFonts w:cs="Times New Roman"/>
          <w:szCs w:val="24"/>
        </w:rPr>
        <w:t xml:space="preserve"> </w:t>
      </w:r>
      <w:proofErr w:type="spellStart"/>
      <w:r w:rsidRPr="00563B50">
        <w:rPr>
          <w:rFonts w:cs="Times New Roman"/>
          <w:szCs w:val="24"/>
        </w:rPr>
        <w:t>situații</w:t>
      </w:r>
      <w:proofErr w:type="spellEnd"/>
      <w:r w:rsidRPr="00563B50">
        <w:rPr>
          <w:rFonts w:cs="Times New Roman"/>
          <w:szCs w:val="24"/>
        </w:rPr>
        <w:t>:</w:t>
      </w:r>
    </w:p>
    <w:p w14:paraId="5F2210C1" w14:textId="77777777" w:rsidR="00EE7ED3" w:rsidRPr="00563B50" w:rsidRDefault="00000000">
      <w:pPr>
        <w:numPr>
          <w:ilvl w:val="0"/>
          <w:numId w:val="19"/>
        </w:numPr>
        <w:jc w:val="both"/>
        <w:rPr>
          <w:rFonts w:cs="Times New Roman"/>
          <w:szCs w:val="24"/>
        </w:rPr>
      </w:pP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cazul</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care ne </w:t>
      </w:r>
      <w:proofErr w:type="spellStart"/>
      <w:r w:rsidRPr="00563B50">
        <w:rPr>
          <w:rFonts w:cs="Times New Roman"/>
          <w:szCs w:val="24"/>
        </w:rPr>
        <w:t>solicitați</w:t>
      </w:r>
      <w:proofErr w:type="spellEnd"/>
      <w:r w:rsidRPr="00563B50">
        <w:rPr>
          <w:rFonts w:cs="Times New Roman"/>
          <w:szCs w:val="24"/>
        </w:rPr>
        <w:t xml:space="preserve"> personal </w:t>
      </w:r>
      <w:proofErr w:type="spellStart"/>
      <w:r w:rsidRPr="00563B50">
        <w:rPr>
          <w:rFonts w:cs="Times New Roman"/>
          <w:szCs w:val="24"/>
        </w:rPr>
        <w:t>această</w:t>
      </w:r>
      <w:proofErr w:type="spellEnd"/>
      <w:r w:rsidRPr="00563B50">
        <w:rPr>
          <w:rFonts w:cs="Times New Roman"/>
          <w:szCs w:val="24"/>
        </w:rPr>
        <w:t xml:space="preserve"> </w:t>
      </w:r>
      <w:proofErr w:type="spellStart"/>
      <w:r w:rsidRPr="00563B50">
        <w:rPr>
          <w:rFonts w:cs="Times New Roman"/>
          <w:szCs w:val="24"/>
        </w:rPr>
        <w:t>dezvăluire</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ne </w:t>
      </w:r>
      <w:proofErr w:type="spellStart"/>
      <w:r w:rsidRPr="00563B50">
        <w:rPr>
          <w:rFonts w:cs="Times New Roman"/>
          <w:szCs w:val="24"/>
        </w:rPr>
        <w:t>dați</w:t>
      </w:r>
      <w:proofErr w:type="spellEnd"/>
      <w:r w:rsidRPr="00563B50">
        <w:rPr>
          <w:rFonts w:cs="Times New Roman"/>
          <w:szCs w:val="24"/>
        </w:rPr>
        <w:t xml:space="preserve"> </w:t>
      </w:r>
      <w:proofErr w:type="spellStart"/>
      <w:r w:rsidRPr="00563B50">
        <w:rPr>
          <w:rFonts w:cs="Times New Roman"/>
          <w:szCs w:val="24"/>
        </w:rPr>
        <w:t>acordul</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acest</w:t>
      </w:r>
      <w:proofErr w:type="spellEnd"/>
      <w:r w:rsidRPr="00563B50">
        <w:rPr>
          <w:rFonts w:cs="Times New Roman"/>
          <w:szCs w:val="24"/>
        </w:rPr>
        <w:t xml:space="preserve"> </w:t>
      </w:r>
      <w:proofErr w:type="spellStart"/>
      <w:r w:rsidRPr="00563B50">
        <w:rPr>
          <w:rFonts w:cs="Times New Roman"/>
          <w:szCs w:val="24"/>
        </w:rPr>
        <w:t>sens</w:t>
      </w:r>
      <w:proofErr w:type="spellEnd"/>
      <w:r w:rsidRPr="00563B50">
        <w:rPr>
          <w:rFonts w:cs="Times New Roman"/>
          <w:szCs w:val="24"/>
        </w:rPr>
        <w:t>;</w:t>
      </w:r>
    </w:p>
    <w:p w14:paraId="38E99774" w14:textId="77777777" w:rsidR="00EE7ED3" w:rsidRPr="00563B50" w:rsidRDefault="00000000">
      <w:pPr>
        <w:numPr>
          <w:ilvl w:val="0"/>
          <w:numId w:val="19"/>
        </w:numPr>
        <w:jc w:val="both"/>
        <w:rPr>
          <w:rFonts w:cs="Times New Roman"/>
          <w:szCs w:val="24"/>
        </w:rPr>
      </w:pPr>
      <w:proofErr w:type="spellStart"/>
      <w:r w:rsidRPr="00563B50">
        <w:rPr>
          <w:rFonts w:cs="Times New Roman"/>
          <w:szCs w:val="24"/>
        </w:rPr>
        <w:t>persoanelor</w:t>
      </w:r>
      <w:proofErr w:type="spellEnd"/>
      <w:r w:rsidRPr="00563B50">
        <w:rPr>
          <w:rFonts w:cs="Times New Roman"/>
          <w:szCs w:val="24"/>
        </w:rPr>
        <w:t xml:space="preserve"> care pot </w:t>
      </w:r>
      <w:proofErr w:type="spellStart"/>
      <w:r w:rsidRPr="00563B50">
        <w:rPr>
          <w:rFonts w:cs="Times New Roman"/>
          <w:szCs w:val="24"/>
        </w:rPr>
        <w:t>demonstra</w:t>
      </w:r>
      <w:proofErr w:type="spellEnd"/>
      <w:r w:rsidRPr="00563B50">
        <w:rPr>
          <w:rFonts w:cs="Times New Roman"/>
          <w:szCs w:val="24"/>
        </w:rPr>
        <w:t xml:space="preserve"> </w:t>
      </w:r>
      <w:proofErr w:type="spellStart"/>
      <w:r w:rsidRPr="00563B50">
        <w:rPr>
          <w:rFonts w:cs="Times New Roman"/>
          <w:szCs w:val="24"/>
        </w:rPr>
        <w:t>că</w:t>
      </w:r>
      <w:proofErr w:type="spellEnd"/>
      <w:r w:rsidRPr="00563B50">
        <w:rPr>
          <w:rFonts w:cs="Times New Roman"/>
          <w:szCs w:val="24"/>
        </w:rPr>
        <w:t xml:space="preserve"> </w:t>
      </w:r>
      <w:proofErr w:type="spellStart"/>
      <w:r w:rsidRPr="00563B50">
        <w:rPr>
          <w:rFonts w:cs="Times New Roman"/>
          <w:szCs w:val="24"/>
        </w:rPr>
        <w:t>dețin</w:t>
      </w:r>
      <w:proofErr w:type="spellEnd"/>
      <w:r w:rsidRPr="00563B50">
        <w:rPr>
          <w:rFonts w:cs="Times New Roman"/>
          <w:szCs w:val="24"/>
        </w:rPr>
        <w:t xml:space="preserve"> </w:t>
      </w:r>
      <w:proofErr w:type="spellStart"/>
      <w:r w:rsidRPr="00563B50">
        <w:rPr>
          <w:rFonts w:cs="Times New Roman"/>
          <w:szCs w:val="24"/>
        </w:rPr>
        <w:t>autoritatea</w:t>
      </w:r>
      <w:proofErr w:type="spellEnd"/>
      <w:r w:rsidRPr="00563B50">
        <w:rPr>
          <w:rFonts w:cs="Times New Roman"/>
          <w:szCs w:val="24"/>
        </w:rPr>
        <w:t xml:space="preserve"> </w:t>
      </w:r>
      <w:proofErr w:type="spellStart"/>
      <w:r w:rsidRPr="00563B50">
        <w:rPr>
          <w:rFonts w:cs="Times New Roman"/>
          <w:szCs w:val="24"/>
        </w:rPr>
        <w:t>legală</w:t>
      </w:r>
      <w:proofErr w:type="spellEnd"/>
      <w:r w:rsidRPr="00563B50">
        <w:rPr>
          <w:rFonts w:cs="Times New Roman"/>
          <w:szCs w:val="24"/>
        </w:rPr>
        <w:t xml:space="preserve"> de a </w:t>
      </w:r>
      <w:proofErr w:type="spellStart"/>
      <w:r w:rsidRPr="00563B50">
        <w:rPr>
          <w:rFonts w:cs="Times New Roman"/>
          <w:szCs w:val="24"/>
        </w:rPr>
        <w:t>acționa</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numele</w:t>
      </w:r>
      <w:proofErr w:type="spellEnd"/>
      <w:r w:rsidRPr="00563B50">
        <w:rPr>
          <w:rFonts w:cs="Times New Roman"/>
          <w:szCs w:val="24"/>
        </w:rPr>
        <w:t xml:space="preserve"> </w:t>
      </w:r>
      <w:proofErr w:type="spellStart"/>
      <w:r w:rsidRPr="00563B50">
        <w:rPr>
          <w:rFonts w:cs="Times New Roman"/>
          <w:szCs w:val="24"/>
        </w:rPr>
        <w:t>dvs</w:t>
      </w:r>
      <w:proofErr w:type="spellEnd"/>
      <w:r w:rsidRPr="00563B50">
        <w:rPr>
          <w:rFonts w:cs="Times New Roman"/>
          <w:szCs w:val="24"/>
        </w:rPr>
        <w:t>.;</w:t>
      </w:r>
    </w:p>
    <w:p w14:paraId="746400B9" w14:textId="77777777" w:rsidR="00EE7ED3" w:rsidRPr="00563B50" w:rsidRDefault="00000000">
      <w:pPr>
        <w:numPr>
          <w:ilvl w:val="0"/>
          <w:numId w:val="19"/>
        </w:numPr>
        <w:jc w:val="both"/>
        <w:rPr>
          <w:rFonts w:cs="Times New Roman"/>
          <w:szCs w:val="24"/>
        </w:rPr>
      </w:pPr>
      <w:proofErr w:type="spellStart"/>
      <w:r w:rsidRPr="00563B50">
        <w:rPr>
          <w:rFonts w:cs="Times New Roman"/>
          <w:szCs w:val="24"/>
        </w:rPr>
        <w:lastRenderedPageBreak/>
        <w:t>în</w:t>
      </w:r>
      <w:proofErr w:type="spellEnd"/>
      <w:r w:rsidRPr="00563B50">
        <w:rPr>
          <w:rFonts w:cs="Times New Roman"/>
          <w:szCs w:val="24"/>
        </w:rPr>
        <w:t xml:space="preserve"> </w:t>
      </w:r>
      <w:proofErr w:type="spellStart"/>
      <w:r w:rsidRPr="00563B50">
        <w:rPr>
          <w:rFonts w:cs="Times New Roman"/>
          <w:szCs w:val="24"/>
        </w:rPr>
        <w:t>cazul</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care </w:t>
      </w:r>
      <w:proofErr w:type="spellStart"/>
      <w:r w:rsidRPr="00563B50">
        <w:rPr>
          <w:rFonts w:cs="Times New Roman"/>
          <w:szCs w:val="24"/>
        </w:rPr>
        <w:t>avem</w:t>
      </w:r>
      <w:proofErr w:type="spellEnd"/>
      <w:r w:rsidRPr="00563B50">
        <w:rPr>
          <w:rFonts w:cs="Times New Roman"/>
          <w:szCs w:val="24"/>
        </w:rPr>
        <w:t xml:space="preserve"> </w:t>
      </w:r>
      <w:proofErr w:type="spellStart"/>
      <w:r w:rsidRPr="00563B50">
        <w:rPr>
          <w:rFonts w:cs="Times New Roman"/>
          <w:szCs w:val="24"/>
        </w:rPr>
        <w:t>obligația</w:t>
      </w:r>
      <w:proofErr w:type="spellEnd"/>
      <w:r w:rsidRPr="00563B50">
        <w:rPr>
          <w:rFonts w:cs="Times New Roman"/>
          <w:szCs w:val="24"/>
        </w:rPr>
        <w:t xml:space="preserve"> de a </w:t>
      </w:r>
      <w:proofErr w:type="spellStart"/>
      <w:r w:rsidRPr="00563B50">
        <w:rPr>
          <w:rFonts w:cs="Times New Roman"/>
          <w:szCs w:val="24"/>
        </w:rPr>
        <w:t>dezvălui</w:t>
      </w:r>
      <w:proofErr w:type="spellEnd"/>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tale </w:t>
      </w:r>
      <w:proofErr w:type="spellStart"/>
      <w:r w:rsidRPr="00563B50">
        <w:rPr>
          <w:rFonts w:cs="Times New Roman"/>
          <w:szCs w:val="24"/>
        </w:rPr>
        <w:t>personale</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a </w:t>
      </w:r>
      <w:proofErr w:type="spellStart"/>
      <w:r w:rsidRPr="00563B50">
        <w:rPr>
          <w:rFonts w:cs="Times New Roman"/>
          <w:szCs w:val="24"/>
        </w:rPr>
        <w:t>respecta</w:t>
      </w:r>
      <w:proofErr w:type="spellEnd"/>
      <w:r w:rsidRPr="00563B50">
        <w:rPr>
          <w:rFonts w:cs="Times New Roman"/>
          <w:szCs w:val="24"/>
        </w:rPr>
        <w:t xml:space="preserve"> o </w:t>
      </w:r>
      <w:proofErr w:type="spellStart"/>
      <w:r w:rsidRPr="00563B50">
        <w:rPr>
          <w:rFonts w:cs="Times New Roman"/>
          <w:szCs w:val="24"/>
        </w:rPr>
        <w:t>obligație</w:t>
      </w:r>
      <w:proofErr w:type="spellEnd"/>
      <w:r w:rsidRPr="00563B50">
        <w:rPr>
          <w:rFonts w:cs="Times New Roman"/>
          <w:szCs w:val="24"/>
        </w:rPr>
        <w:t xml:space="preserve"> </w:t>
      </w:r>
      <w:proofErr w:type="spellStart"/>
      <w:r w:rsidRPr="00563B50">
        <w:rPr>
          <w:rFonts w:cs="Times New Roman"/>
          <w:szCs w:val="24"/>
        </w:rPr>
        <w:t>legală</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o </w:t>
      </w:r>
      <w:proofErr w:type="spellStart"/>
      <w:r w:rsidRPr="00563B50">
        <w:rPr>
          <w:rFonts w:cs="Times New Roman"/>
          <w:szCs w:val="24"/>
        </w:rPr>
        <w:t>solicitare</w:t>
      </w:r>
      <w:proofErr w:type="spellEnd"/>
      <w:r w:rsidRPr="00563B50">
        <w:rPr>
          <w:rFonts w:cs="Times New Roman"/>
          <w:szCs w:val="24"/>
        </w:rPr>
        <w:t xml:space="preserve"> din </w:t>
      </w:r>
      <w:proofErr w:type="spellStart"/>
      <w:r w:rsidRPr="00563B50">
        <w:rPr>
          <w:rFonts w:cs="Times New Roman"/>
          <w:szCs w:val="24"/>
        </w:rPr>
        <w:t>partea</w:t>
      </w:r>
      <w:proofErr w:type="spellEnd"/>
      <w:r w:rsidRPr="00563B50">
        <w:rPr>
          <w:rFonts w:cs="Times New Roman"/>
          <w:szCs w:val="24"/>
        </w:rPr>
        <w:t xml:space="preserve"> </w:t>
      </w:r>
      <w:proofErr w:type="spellStart"/>
      <w:r w:rsidRPr="00563B50">
        <w:rPr>
          <w:rFonts w:cs="Times New Roman"/>
          <w:szCs w:val="24"/>
        </w:rPr>
        <w:t>autorităților</w:t>
      </w:r>
      <w:proofErr w:type="spellEnd"/>
      <w:r w:rsidRPr="00563B50">
        <w:rPr>
          <w:rFonts w:cs="Times New Roman"/>
          <w:szCs w:val="24"/>
        </w:rPr>
        <w:t>;</w:t>
      </w:r>
    </w:p>
    <w:p w14:paraId="3B7CB344" w14:textId="77777777" w:rsidR="00EE7ED3" w:rsidRPr="00563B50" w:rsidRDefault="00000000">
      <w:pPr>
        <w:numPr>
          <w:ilvl w:val="0"/>
          <w:numId w:val="19"/>
        </w:numPr>
        <w:jc w:val="both"/>
        <w:rPr>
          <w:rFonts w:cs="Times New Roman"/>
          <w:szCs w:val="24"/>
        </w:rPr>
      </w:pPr>
      <w:proofErr w:type="spellStart"/>
      <w:r w:rsidRPr="00563B50">
        <w:rPr>
          <w:rFonts w:cs="Times New Roman"/>
          <w:szCs w:val="24"/>
        </w:rPr>
        <w:t>pentru</w:t>
      </w:r>
      <w:proofErr w:type="spellEnd"/>
      <w:r w:rsidRPr="00563B50">
        <w:rPr>
          <w:rFonts w:cs="Times New Roman"/>
          <w:szCs w:val="24"/>
        </w:rPr>
        <w:t xml:space="preserve"> a </w:t>
      </w:r>
      <w:proofErr w:type="spellStart"/>
      <w:r w:rsidRPr="00563B50">
        <w:rPr>
          <w:rFonts w:cs="Times New Roman"/>
          <w:szCs w:val="24"/>
        </w:rPr>
        <w:t>răspunde</w:t>
      </w:r>
      <w:proofErr w:type="spellEnd"/>
      <w:r w:rsidRPr="00563B50">
        <w:rPr>
          <w:rFonts w:cs="Times New Roman"/>
          <w:szCs w:val="24"/>
        </w:rPr>
        <w:t xml:space="preserve"> </w:t>
      </w:r>
      <w:proofErr w:type="spellStart"/>
      <w:r w:rsidRPr="00563B50">
        <w:rPr>
          <w:rFonts w:cs="Times New Roman"/>
          <w:szCs w:val="24"/>
        </w:rPr>
        <w:t>oricăror</w:t>
      </w:r>
      <w:proofErr w:type="spellEnd"/>
      <w:r w:rsidRPr="00563B50">
        <w:rPr>
          <w:rFonts w:cs="Times New Roman"/>
          <w:szCs w:val="24"/>
        </w:rPr>
        <w:t xml:space="preserve"> </w:t>
      </w:r>
      <w:proofErr w:type="spellStart"/>
      <w:r w:rsidRPr="00563B50">
        <w:rPr>
          <w:rFonts w:cs="Times New Roman"/>
          <w:szCs w:val="24"/>
        </w:rPr>
        <w:t>acțiuni</w:t>
      </w:r>
      <w:proofErr w:type="spellEnd"/>
      <w:r w:rsidRPr="00563B50">
        <w:rPr>
          <w:rFonts w:cs="Times New Roman"/>
          <w:szCs w:val="24"/>
        </w:rPr>
        <w:t xml:space="preserve"> </w:t>
      </w:r>
      <w:proofErr w:type="spellStart"/>
      <w:r w:rsidRPr="00563B50">
        <w:rPr>
          <w:rFonts w:cs="Times New Roman"/>
          <w:szCs w:val="24"/>
        </w:rPr>
        <w:t>juridice</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a </w:t>
      </w:r>
      <w:proofErr w:type="spellStart"/>
      <w:r w:rsidRPr="00563B50">
        <w:rPr>
          <w:rFonts w:cs="Times New Roman"/>
          <w:szCs w:val="24"/>
        </w:rPr>
        <w:t>proteja</w:t>
      </w:r>
      <w:proofErr w:type="spellEnd"/>
      <w:r w:rsidRPr="00563B50">
        <w:rPr>
          <w:rFonts w:cs="Times New Roman"/>
          <w:szCs w:val="24"/>
        </w:rPr>
        <w:t xml:space="preserve"> </w:t>
      </w:r>
      <w:proofErr w:type="spellStart"/>
      <w:r w:rsidRPr="00563B50">
        <w:rPr>
          <w:rFonts w:cs="Times New Roman"/>
          <w:szCs w:val="24"/>
        </w:rPr>
        <w:t>drepturile</w:t>
      </w:r>
      <w:proofErr w:type="spellEnd"/>
      <w:r w:rsidRPr="00563B50">
        <w:rPr>
          <w:rFonts w:cs="Times New Roman"/>
          <w:szCs w:val="24"/>
        </w:rPr>
        <w:t xml:space="preserve"> </w:t>
      </w:r>
      <w:proofErr w:type="spellStart"/>
      <w:r w:rsidRPr="00563B50">
        <w:rPr>
          <w:rFonts w:cs="Times New Roman"/>
          <w:szCs w:val="24"/>
        </w:rPr>
        <w:t>noastre</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ale </w:t>
      </w:r>
      <w:proofErr w:type="spellStart"/>
      <w:r w:rsidRPr="00563B50">
        <w:rPr>
          <w:rFonts w:cs="Times New Roman"/>
          <w:szCs w:val="24"/>
        </w:rPr>
        <w:t>unui</w:t>
      </w:r>
      <w:proofErr w:type="spellEnd"/>
      <w:r w:rsidRPr="00563B50">
        <w:rPr>
          <w:rFonts w:cs="Times New Roman"/>
          <w:szCs w:val="24"/>
        </w:rPr>
        <w:t xml:space="preserve"> </w:t>
      </w:r>
      <w:proofErr w:type="spellStart"/>
      <w:r w:rsidRPr="00563B50">
        <w:rPr>
          <w:rFonts w:cs="Times New Roman"/>
          <w:szCs w:val="24"/>
        </w:rPr>
        <w:t>terț</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siguranța</w:t>
      </w:r>
      <w:proofErr w:type="spellEnd"/>
      <w:r w:rsidRPr="00563B50">
        <w:rPr>
          <w:rFonts w:cs="Times New Roman"/>
          <w:szCs w:val="24"/>
        </w:rPr>
        <w:t xml:space="preserve"> </w:t>
      </w:r>
      <w:proofErr w:type="spellStart"/>
      <w:r w:rsidRPr="00563B50">
        <w:rPr>
          <w:rFonts w:cs="Times New Roman"/>
          <w:szCs w:val="24"/>
        </w:rPr>
        <w:t>oricărei</w:t>
      </w:r>
      <w:proofErr w:type="spellEnd"/>
      <w:r w:rsidRPr="00563B50">
        <w:rPr>
          <w:rFonts w:cs="Times New Roman"/>
          <w:szCs w:val="24"/>
        </w:rPr>
        <w:t xml:space="preserve"> </w:t>
      </w:r>
      <w:proofErr w:type="spellStart"/>
      <w:r w:rsidRPr="00563B50">
        <w:rPr>
          <w:rFonts w:cs="Times New Roman"/>
          <w:szCs w:val="24"/>
        </w:rPr>
        <w:t>persoane</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a </w:t>
      </w:r>
      <w:proofErr w:type="spellStart"/>
      <w:r w:rsidRPr="00563B50">
        <w:rPr>
          <w:rFonts w:cs="Times New Roman"/>
          <w:szCs w:val="24"/>
        </w:rPr>
        <w:t>preveni</w:t>
      </w:r>
      <w:proofErr w:type="spellEnd"/>
      <w:r w:rsidRPr="00563B50">
        <w:rPr>
          <w:rFonts w:cs="Times New Roman"/>
          <w:szCs w:val="24"/>
        </w:rPr>
        <w:t xml:space="preserve"> </w:t>
      </w:r>
      <w:proofErr w:type="spellStart"/>
      <w:r w:rsidRPr="00563B50">
        <w:rPr>
          <w:rFonts w:cs="Times New Roman"/>
          <w:szCs w:val="24"/>
        </w:rPr>
        <w:t>orice</w:t>
      </w:r>
      <w:proofErr w:type="spellEnd"/>
      <w:r w:rsidRPr="00563B50">
        <w:rPr>
          <w:rFonts w:cs="Times New Roman"/>
          <w:szCs w:val="24"/>
        </w:rPr>
        <w:t xml:space="preserve"> </w:t>
      </w:r>
      <w:proofErr w:type="spellStart"/>
      <w:r w:rsidRPr="00563B50">
        <w:rPr>
          <w:rFonts w:cs="Times New Roman"/>
          <w:szCs w:val="24"/>
        </w:rPr>
        <w:t>fel</w:t>
      </w:r>
      <w:proofErr w:type="spellEnd"/>
      <w:r w:rsidRPr="00563B50">
        <w:rPr>
          <w:rFonts w:cs="Times New Roman"/>
          <w:szCs w:val="24"/>
        </w:rPr>
        <w:t xml:space="preserve"> de </w:t>
      </w:r>
      <w:proofErr w:type="spellStart"/>
      <w:r w:rsidRPr="00563B50">
        <w:rPr>
          <w:rFonts w:cs="Times New Roman"/>
          <w:szCs w:val="24"/>
        </w:rPr>
        <w:t>activitate</w:t>
      </w:r>
      <w:proofErr w:type="spellEnd"/>
      <w:r w:rsidRPr="00563B50">
        <w:rPr>
          <w:rFonts w:cs="Times New Roman"/>
          <w:szCs w:val="24"/>
        </w:rPr>
        <w:t xml:space="preserve"> </w:t>
      </w:r>
      <w:proofErr w:type="spellStart"/>
      <w:r w:rsidRPr="00563B50">
        <w:rPr>
          <w:rFonts w:cs="Times New Roman"/>
          <w:szCs w:val="24"/>
        </w:rPr>
        <w:t>nelegală</w:t>
      </w:r>
      <w:proofErr w:type="spellEnd"/>
      <w:r w:rsidRPr="00563B50">
        <w:rPr>
          <w:rFonts w:cs="Times New Roman"/>
          <w:szCs w:val="24"/>
        </w:rPr>
        <w:t>.</w:t>
      </w:r>
    </w:p>
    <w:p w14:paraId="39F60D7F" w14:textId="77777777" w:rsidR="00EE7ED3" w:rsidRDefault="00EE7ED3" w:rsidP="00DD4FB6">
      <w:pPr>
        <w:jc w:val="both"/>
        <w:rPr>
          <w:rFonts w:cs="Times New Roman"/>
          <w:b/>
          <w:bCs/>
          <w:szCs w:val="24"/>
          <w:lang w:val="ro-RO"/>
        </w:rPr>
      </w:pPr>
    </w:p>
    <w:p w14:paraId="2F709A27" w14:textId="77777777" w:rsidR="00EE7ED3" w:rsidRDefault="00000000" w:rsidP="00DD4FB6">
      <w:pPr>
        <w:jc w:val="both"/>
        <w:rPr>
          <w:rFonts w:cs="Times New Roman"/>
          <w:b/>
          <w:bCs/>
          <w:szCs w:val="24"/>
          <w:lang w:val="ro-RO"/>
        </w:rPr>
      </w:pPr>
      <w:proofErr w:type="spellStart"/>
      <w:r w:rsidRPr="00563B50">
        <w:rPr>
          <w:rFonts w:cs="Times New Roman"/>
          <w:b/>
          <w:bCs/>
          <w:szCs w:val="24"/>
        </w:rPr>
        <w:t>Punerea</w:t>
      </w:r>
      <w:proofErr w:type="spellEnd"/>
      <w:r w:rsidRPr="00563B50">
        <w:rPr>
          <w:rFonts w:cs="Times New Roman"/>
          <w:b/>
          <w:bCs/>
          <w:szCs w:val="24"/>
        </w:rPr>
        <w:t xml:space="preserve"> la </w:t>
      </w:r>
      <w:proofErr w:type="spellStart"/>
      <w:r w:rsidRPr="00563B50">
        <w:rPr>
          <w:rFonts w:cs="Times New Roman"/>
          <w:b/>
          <w:bCs/>
          <w:szCs w:val="24"/>
        </w:rPr>
        <w:t>dispoziție</w:t>
      </w:r>
      <w:proofErr w:type="spellEnd"/>
      <w:r w:rsidRPr="00563B50">
        <w:rPr>
          <w:rFonts w:cs="Times New Roman"/>
          <w:b/>
          <w:bCs/>
          <w:szCs w:val="24"/>
        </w:rPr>
        <w:t xml:space="preserve"> a </w:t>
      </w:r>
      <w:proofErr w:type="spellStart"/>
      <w:r w:rsidRPr="00563B50">
        <w:rPr>
          <w:rFonts w:cs="Times New Roman"/>
          <w:b/>
          <w:bCs/>
          <w:szCs w:val="24"/>
        </w:rPr>
        <w:t>datelor</w:t>
      </w:r>
      <w:proofErr w:type="spellEnd"/>
      <w:r w:rsidRPr="00563B50">
        <w:rPr>
          <w:rFonts w:cs="Times New Roman"/>
          <w:b/>
          <w:bCs/>
          <w:szCs w:val="24"/>
        </w:rPr>
        <w:t xml:space="preserve"> cu </w:t>
      </w:r>
      <w:proofErr w:type="spellStart"/>
      <w:r w:rsidRPr="00563B50">
        <w:rPr>
          <w:rFonts w:cs="Times New Roman"/>
          <w:b/>
          <w:bCs/>
          <w:szCs w:val="24"/>
        </w:rPr>
        <w:t>caracter</w:t>
      </w:r>
      <w:proofErr w:type="spellEnd"/>
      <w:r w:rsidRPr="00563B50">
        <w:rPr>
          <w:rFonts w:cs="Times New Roman"/>
          <w:b/>
          <w:bCs/>
          <w:szCs w:val="24"/>
        </w:rPr>
        <w:t xml:space="preserve"> personal </w:t>
      </w:r>
      <w:proofErr w:type="spellStart"/>
      <w:r w:rsidRPr="00563B50">
        <w:rPr>
          <w:rFonts w:cs="Times New Roman"/>
          <w:b/>
          <w:bCs/>
          <w:szCs w:val="24"/>
        </w:rPr>
        <w:t>în</w:t>
      </w:r>
      <w:proofErr w:type="spellEnd"/>
      <w:r w:rsidRPr="00563B50">
        <w:rPr>
          <w:rFonts w:cs="Times New Roman"/>
          <w:b/>
          <w:bCs/>
          <w:szCs w:val="24"/>
        </w:rPr>
        <w:t xml:space="preserve"> </w:t>
      </w:r>
      <w:proofErr w:type="spellStart"/>
      <w:r w:rsidRPr="00563B50">
        <w:rPr>
          <w:rFonts w:cs="Times New Roman"/>
          <w:b/>
          <w:bCs/>
          <w:szCs w:val="24"/>
        </w:rPr>
        <w:t>interiorul</w:t>
      </w:r>
      <w:proofErr w:type="spellEnd"/>
      <w:r w:rsidRPr="00563B50">
        <w:rPr>
          <w:rFonts w:cs="Times New Roman"/>
          <w:b/>
          <w:bCs/>
          <w:szCs w:val="24"/>
        </w:rPr>
        <w:t xml:space="preserve"> </w:t>
      </w:r>
      <w:proofErr w:type="spellStart"/>
      <w:r w:rsidRPr="00563B50">
        <w:rPr>
          <w:rFonts w:cs="Times New Roman"/>
          <w:b/>
          <w:bCs/>
          <w:szCs w:val="24"/>
        </w:rPr>
        <w:t>entității</w:t>
      </w:r>
      <w:proofErr w:type="spellEnd"/>
      <w:r w:rsidRPr="00563B50">
        <w:rPr>
          <w:rFonts w:cs="Times New Roman"/>
          <w:b/>
          <w:bCs/>
          <w:szCs w:val="24"/>
        </w:rPr>
        <w:t>:</w:t>
      </w:r>
    </w:p>
    <w:p w14:paraId="0DD69BEB" w14:textId="77777777" w:rsidR="00EE7ED3" w:rsidRPr="00563B50" w:rsidRDefault="00000000" w:rsidP="00DD4FB6">
      <w:pPr>
        <w:jc w:val="both"/>
        <w:rPr>
          <w:rFonts w:cs="Times New Roman"/>
          <w:szCs w:val="24"/>
        </w:rPr>
      </w:pP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derularea</w:t>
      </w:r>
      <w:proofErr w:type="spellEnd"/>
      <w:r w:rsidRPr="00563B50">
        <w:rPr>
          <w:rFonts w:cs="Times New Roman"/>
          <w:szCs w:val="24"/>
        </w:rPr>
        <w:t xml:space="preserve"> </w:t>
      </w:r>
      <w:proofErr w:type="spellStart"/>
      <w:r w:rsidRPr="00563B50">
        <w:rPr>
          <w:rFonts w:cs="Times New Roman"/>
          <w:szCs w:val="24"/>
        </w:rPr>
        <w:t>activității</w:t>
      </w:r>
      <w:proofErr w:type="spellEnd"/>
      <w:r w:rsidRPr="00563B50">
        <w:rPr>
          <w:rFonts w:cs="Times New Roman"/>
          <w:szCs w:val="24"/>
        </w:rPr>
        <w:t xml:space="preserve"> </w:t>
      </w:r>
      <w:r w:rsidRPr="00DD4FB6">
        <w:rPr>
          <w:rFonts w:cs="Times New Roman"/>
          <w:b/>
          <w:bCs/>
          <w:szCs w:val="24"/>
        </w:rPr>
        <w:t>PRIMĂRIEI SATULUI MERENI</w:t>
      </w:r>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ale </w:t>
      </w:r>
      <w:proofErr w:type="spellStart"/>
      <w:r w:rsidRPr="00563B50">
        <w:rPr>
          <w:rFonts w:cs="Times New Roman"/>
          <w:szCs w:val="24"/>
        </w:rPr>
        <w:t>unor</w:t>
      </w:r>
      <w:proofErr w:type="spellEnd"/>
      <w:r w:rsidRPr="00563B50">
        <w:rPr>
          <w:rFonts w:cs="Times New Roman"/>
          <w:szCs w:val="24"/>
        </w:rPr>
        <w:t xml:space="preserve"> </w:t>
      </w:r>
      <w:proofErr w:type="spellStart"/>
      <w:r w:rsidRPr="00563B50">
        <w:rPr>
          <w:rFonts w:cs="Times New Roman"/>
          <w:szCs w:val="24"/>
        </w:rPr>
        <w:t>persoane</w:t>
      </w:r>
      <w:proofErr w:type="spellEnd"/>
      <w:r w:rsidRPr="00563B50">
        <w:rPr>
          <w:rFonts w:cs="Times New Roman"/>
          <w:szCs w:val="24"/>
        </w:rPr>
        <w:t xml:space="preserve"> </w:t>
      </w:r>
      <w:proofErr w:type="spellStart"/>
      <w:r w:rsidRPr="00563B50">
        <w:rPr>
          <w:rFonts w:cs="Times New Roman"/>
          <w:szCs w:val="24"/>
        </w:rPr>
        <w:t>vizate</w:t>
      </w:r>
      <w:proofErr w:type="spellEnd"/>
      <w:r w:rsidRPr="00563B50">
        <w:rPr>
          <w:rFonts w:cs="Times New Roman"/>
          <w:szCs w:val="24"/>
        </w:rPr>
        <w:t xml:space="preserve"> </w:t>
      </w:r>
      <w:proofErr w:type="spellStart"/>
      <w:r w:rsidRPr="00563B50">
        <w:rPr>
          <w:rFonts w:cs="Times New Roman"/>
          <w:szCs w:val="24"/>
        </w:rPr>
        <w:t>trebuie</w:t>
      </w:r>
      <w:proofErr w:type="spellEnd"/>
      <w:r w:rsidRPr="00563B50">
        <w:rPr>
          <w:rFonts w:cs="Times New Roman"/>
          <w:szCs w:val="24"/>
        </w:rPr>
        <w:t xml:space="preserve"> </w:t>
      </w:r>
      <w:proofErr w:type="spellStart"/>
      <w:r w:rsidRPr="00563B50">
        <w:rPr>
          <w:rFonts w:cs="Times New Roman"/>
          <w:szCs w:val="24"/>
        </w:rPr>
        <w:t>să</w:t>
      </w:r>
      <w:proofErr w:type="spellEnd"/>
      <w:r w:rsidRPr="00563B50">
        <w:rPr>
          <w:rFonts w:cs="Times New Roman"/>
          <w:szCs w:val="24"/>
        </w:rPr>
        <w:t xml:space="preserve"> fie </w:t>
      </w:r>
      <w:proofErr w:type="spellStart"/>
      <w:r w:rsidRPr="00563B50">
        <w:rPr>
          <w:rFonts w:cs="Times New Roman"/>
          <w:szCs w:val="24"/>
        </w:rPr>
        <w:t>prelucrate</w:t>
      </w:r>
      <w:proofErr w:type="spellEnd"/>
      <w:r w:rsidRPr="00563B50">
        <w:rPr>
          <w:rFonts w:cs="Times New Roman"/>
          <w:szCs w:val="24"/>
        </w:rPr>
        <w:t xml:space="preserve"> de </w:t>
      </w:r>
      <w:proofErr w:type="spellStart"/>
      <w:r w:rsidRPr="00563B50">
        <w:rPr>
          <w:rFonts w:cs="Times New Roman"/>
          <w:szCs w:val="24"/>
        </w:rPr>
        <w:t>către</w:t>
      </w:r>
      <w:proofErr w:type="spellEnd"/>
      <w:r w:rsidRPr="00563B50">
        <w:rPr>
          <w:rFonts w:cs="Times New Roman"/>
          <w:szCs w:val="24"/>
        </w:rPr>
        <w:t xml:space="preserve"> </w:t>
      </w:r>
      <w:proofErr w:type="spellStart"/>
      <w:r w:rsidRPr="00563B50">
        <w:rPr>
          <w:rFonts w:cs="Times New Roman"/>
          <w:szCs w:val="24"/>
        </w:rPr>
        <w:t>mai</w:t>
      </w:r>
      <w:proofErr w:type="spellEnd"/>
      <w:r w:rsidRPr="00563B50">
        <w:rPr>
          <w:rFonts w:cs="Times New Roman"/>
          <w:szCs w:val="24"/>
        </w:rPr>
        <w:t xml:space="preserve"> </w:t>
      </w:r>
      <w:proofErr w:type="spellStart"/>
      <w:r w:rsidRPr="00563B50">
        <w:rPr>
          <w:rFonts w:cs="Times New Roman"/>
          <w:szCs w:val="24"/>
        </w:rPr>
        <w:t>multe</w:t>
      </w:r>
      <w:proofErr w:type="spellEnd"/>
      <w:r w:rsidRPr="00563B50">
        <w:rPr>
          <w:rFonts w:cs="Times New Roman"/>
          <w:szCs w:val="24"/>
        </w:rPr>
        <w:t xml:space="preserve"> </w:t>
      </w:r>
      <w:proofErr w:type="spellStart"/>
      <w:r w:rsidRPr="00563B50">
        <w:rPr>
          <w:rFonts w:cs="Times New Roman"/>
          <w:szCs w:val="24"/>
        </w:rPr>
        <w:t>subdiviziuni</w:t>
      </w:r>
      <w:proofErr w:type="spellEnd"/>
      <w:r w:rsidRPr="00563B50">
        <w:rPr>
          <w:rFonts w:cs="Times New Roman"/>
          <w:szCs w:val="24"/>
        </w:rPr>
        <w:t>/</w:t>
      </w:r>
      <w:proofErr w:type="spellStart"/>
      <w:r w:rsidRPr="00563B50">
        <w:rPr>
          <w:rFonts w:cs="Times New Roman"/>
          <w:szCs w:val="24"/>
        </w:rPr>
        <w:t>departamente</w:t>
      </w:r>
      <w:proofErr w:type="spellEnd"/>
      <w:r w:rsidRPr="00563B50">
        <w:rPr>
          <w:rFonts w:cs="Times New Roman"/>
          <w:szCs w:val="24"/>
        </w:rPr>
        <w:t xml:space="preserve"> (ex: </w:t>
      </w:r>
      <w:proofErr w:type="spellStart"/>
      <w:r w:rsidRPr="00563B50">
        <w:rPr>
          <w:rFonts w:cs="Times New Roman"/>
          <w:szCs w:val="24"/>
        </w:rPr>
        <w:t>corelarea</w:t>
      </w:r>
      <w:proofErr w:type="spellEnd"/>
      <w:r w:rsidRPr="00563B50">
        <w:rPr>
          <w:rFonts w:cs="Times New Roman"/>
          <w:szCs w:val="24"/>
        </w:rPr>
        <w:t xml:space="preserve"> </w:t>
      </w:r>
      <w:proofErr w:type="spellStart"/>
      <w:r w:rsidRPr="00563B50">
        <w:rPr>
          <w:rFonts w:cs="Times New Roman"/>
          <w:szCs w:val="24"/>
        </w:rPr>
        <w:t>dintre</w:t>
      </w:r>
      <w:proofErr w:type="spellEnd"/>
      <w:r w:rsidRPr="00563B50">
        <w:rPr>
          <w:rFonts w:cs="Times New Roman"/>
          <w:szCs w:val="24"/>
        </w:rPr>
        <w:t xml:space="preserve"> </w:t>
      </w:r>
      <w:proofErr w:type="spellStart"/>
      <w:r w:rsidRPr="00563B50">
        <w:rPr>
          <w:rFonts w:cs="Times New Roman"/>
          <w:szCs w:val="24"/>
        </w:rPr>
        <w:t>asistentul</w:t>
      </w:r>
      <w:proofErr w:type="spellEnd"/>
      <w:r w:rsidRPr="00563B50">
        <w:rPr>
          <w:rFonts w:cs="Times New Roman"/>
          <w:szCs w:val="24"/>
        </w:rPr>
        <w:t xml:space="preserve"> social, </w:t>
      </w:r>
      <w:proofErr w:type="spellStart"/>
      <w:r w:rsidRPr="00563B50">
        <w:rPr>
          <w:rFonts w:cs="Times New Roman"/>
          <w:szCs w:val="24"/>
        </w:rPr>
        <w:t>perceptorul</w:t>
      </w:r>
      <w:proofErr w:type="spellEnd"/>
      <w:r w:rsidRPr="00563B50">
        <w:rPr>
          <w:rFonts w:cs="Times New Roman"/>
          <w:szCs w:val="24"/>
        </w:rPr>
        <w:t xml:space="preserve"> fiscal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secretar</w:t>
      </w:r>
      <w:proofErr w:type="spellEnd"/>
      <w:r w:rsidRPr="00563B50">
        <w:rPr>
          <w:rFonts w:cs="Times New Roman"/>
          <w:szCs w:val="24"/>
        </w:rPr>
        <w:t xml:space="preserve">). </w:t>
      </w:r>
      <w:proofErr w:type="spellStart"/>
      <w:r w:rsidRPr="00563B50">
        <w:rPr>
          <w:rFonts w:cs="Times New Roman"/>
          <w:szCs w:val="24"/>
        </w:rPr>
        <w:t>Procesele</w:t>
      </w:r>
      <w:proofErr w:type="spellEnd"/>
      <w:r w:rsidRPr="00563B50">
        <w:rPr>
          <w:rFonts w:cs="Times New Roman"/>
          <w:szCs w:val="24"/>
        </w:rPr>
        <w:t xml:space="preserve"> interne ale </w:t>
      </w:r>
      <w:proofErr w:type="spellStart"/>
      <w:r w:rsidRPr="00563B50">
        <w:rPr>
          <w:rFonts w:cs="Times New Roman"/>
          <w:szCs w:val="24"/>
        </w:rPr>
        <w:t>entității</w:t>
      </w:r>
      <w:proofErr w:type="spellEnd"/>
      <w:r w:rsidRPr="00563B50">
        <w:rPr>
          <w:rFonts w:cs="Times New Roman"/>
          <w:szCs w:val="24"/>
        </w:rPr>
        <w:t xml:space="preserve"> sunt </w:t>
      </w:r>
      <w:proofErr w:type="spellStart"/>
      <w:r w:rsidRPr="00563B50">
        <w:rPr>
          <w:rFonts w:cs="Times New Roman"/>
          <w:szCs w:val="24"/>
        </w:rPr>
        <w:t>concepute</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a </w:t>
      </w:r>
      <w:proofErr w:type="spellStart"/>
      <w:r w:rsidRPr="00563B50">
        <w:rPr>
          <w:rFonts w:cs="Times New Roman"/>
          <w:szCs w:val="24"/>
        </w:rPr>
        <w:t>respecta</w:t>
      </w:r>
      <w:proofErr w:type="spellEnd"/>
      <w:r w:rsidRPr="00563B50">
        <w:rPr>
          <w:rFonts w:cs="Times New Roman"/>
          <w:szCs w:val="24"/>
        </w:rPr>
        <w:t xml:space="preserve"> </w:t>
      </w:r>
      <w:proofErr w:type="spellStart"/>
      <w:r w:rsidRPr="00563B50">
        <w:rPr>
          <w:rFonts w:cs="Times New Roman"/>
          <w:szCs w:val="24"/>
        </w:rPr>
        <w:t>cerințele</w:t>
      </w:r>
      <w:proofErr w:type="spellEnd"/>
      <w:r w:rsidRPr="00563B50">
        <w:rPr>
          <w:rFonts w:cs="Times New Roman"/>
          <w:szCs w:val="24"/>
        </w:rPr>
        <w:t xml:space="preserve"> de </w:t>
      </w:r>
      <w:proofErr w:type="spellStart"/>
      <w:r w:rsidRPr="00563B50">
        <w:rPr>
          <w:rFonts w:cs="Times New Roman"/>
          <w:szCs w:val="24"/>
        </w:rPr>
        <w:t>protecție</w:t>
      </w:r>
      <w:proofErr w:type="spellEnd"/>
      <w:r w:rsidRPr="00563B50">
        <w:rPr>
          <w:rFonts w:cs="Times New Roman"/>
          <w:szCs w:val="24"/>
        </w:rPr>
        <w:t xml:space="preserve"> a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inclusiv</w:t>
      </w:r>
      <w:proofErr w:type="spellEnd"/>
      <w:r w:rsidRPr="00563B50">
        <w:rPr>
          <w:rFonts w:cs="Times New Roman"/>
          <w:szCs w:val="24"/>
        </w:rPr>
        <w:t xml:space="preserve"> </w:t>
      </w:r>
      <w:proofErr w:type="spellStart"/>
      <w:r w:rsidRPr="00563B50">
        <w:rPr>
          <w:rFonts w:cs="Times New Roman"/>
          <w:szCs w:val="24"/>
        </w:rPr>
        <w:t>reducerea</w:t>
      </w:r>
      <w:proofErr w:type="spellEnd"/>
      <w:r w:rsidRPr="00563B50">
        <w:rPr>
          <w:rFonts w:cs="Times New Roman"/>
          <w:szCs w:val="24"/>
        </w:rPr>
        <w:t xml:space="preserve"> la minim a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folosite</w:t>
      </w:r>
      <w:proofErr w:type="spellEnd"/>
      <w:r w:rsidRPr="00563B50">
        <w:rPr>
          <w:rFonts w:cs="Times New Roman"/>
          <w:szCs w:val="24"/>
        </w:rPr>
        <w:t xml:space="preserve"> de </w:t>
      </w:r>
      <w:proofErr w:type="spellStart"/>
      <w:r w:rsidRPr="00563B50">
        <w:rPr>
          <w:rFonts w:cs="Times New Roman"/>
          <w:szCs w:val="24"/>
        </w:rPr>
        <w:t>diferite</w:t>
      </w:r>
      <w:proofErr w:type="spellEnd"/>
      <w:r w:rsidRPr="00563B50">
        <w:rPr>
          <w:rFonts w:cs="Times New Roman"/>
          <w:szCs w:val="24"/>
        </w:rPr>
        <w:t xml:space="preserve"> </w:t>
      </w:r>
      <w:proofErr w:type="spellStart"/>
      <w:r w:rsidRPr="00563B50">
        <w:rPr>
          <w:rFonts w:cs="Times New Roman"/>
          <w:szCs w:val="24"/>
        </w:rPr>
        <w:t>subdiviziuni</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activitățile</w:t>
      </w:r>
      <w:proofErr w:type="spellEnd"/>
      <w:r w:rsidRPr="00563B50">
        <w:rPr>
          <w:rFonts w:cs="Times New Roman"/>
          <w:szCs w:val="24"/>
        </w:rPr>
        <w:t xml:space="preserve"> lor. </w:t>
      </w:r>
      <w:proofErr w:type="spellStart"/>
      <w:r w:rsidRPr="00563B50">
        <w:rPr>
          <w:rFonts w:cs="Times New Roman"/>
          <w:szCs w:val="24"/>
        </w:rPr>
        <w:t>Colectarea</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prelucrarea</w:t>
      </w:r>
      <w:proofErr w:type="spellEnd"/>
      <w:r w:rsidRPr="00563B50">
        <w:rPr>
          <w:rFonts w:cs="Times New Roman"/>
          <w:szCs w:val="24"/>
        </w:rPr>
        <w:t xml:space="preserve"> de </w:t>
      </w:r>
      <w:proofErr w:type="spellStart"/>
      <w:r w:rsidRPr="00563B50">
        <w:rPr>
          <w:rFonts w:cs="Times New Roman"/>
          <w:szCs w:val="24"/>
        </w:rPr>
        <w:t>către</w:t>
      </w:r>
      <w:proofErr w:type="spellEnd"/>
      <w:r w:rsidRPr="00563B50">
        <w:rPr>
          <w:rFonts w:cs="Times New Roman"/>
          <w:szCs w:val="24"/>
        </w:rPr>
        <w:t xml:space="preserve"> o </w:t>
      </w:r>
      <w:proofErr w:type="spellStart"/>
      <w:r w:rsidRPr="00563B50">
        <w:rPr>
          <w:rFonts w:cs="Times New Roman"/>
          <w:szCs w:val="24"/>
        </w:rPr>
        <w:t>subdiviziune</w:t>
      </w:r>
      <w:proofErr w:type="spellEnd"/>
      <w:r w:rsidRPr="00563B50">
        <w:rPr>
          <w:rFonts w:cs="Times New Roman"/>
          <w:szCs w:val="24"/>
        </w:rPr>
        <w:t xml:space="preserve"> a </w:t>
      </w:r>
      <w:proofErr w:type="spellStart"/>
      <w:r w:rsidRPr="00563B50">
        <w:rPr>
          <w:rFonts w:cs="Times New Roman"/>
          <w:szCs w:val="24"/>
        </w:rPr>
        <w:t>altor</w:t>
      </w:r>
      <w:proofErr w:type="spellEnd"/>
      <w:r w:rsidRPr="00563B50">
        <w:rPr>
          <w:rFonts w:cs="Times New Roman"/>
          <w:szCs w:val="24"/>
        </w:rPr>
        <w:t xml:space="preserve"> date </w:t>
      </w:r>
      <w:proofErr w:type="spellStart"/>
      <w:r w:rsidRPr="00563B50">
        <w:rPr>
          <w:rFonts w:cs="Times New Roman"/>
          <w:szCs w:val="24"/>
        </w:rPr>
        <w:t>decât</w:t>
      </w:r>
      <w:proofErr w:type="spellEnd"/>
      <w:r w:rsidRPr="00563B50">
        <w:rPr>
          <w:rFonts w:cs="Times New Roman"/>
          <w:szCs w:val="24"/>
        </w:rPr>
        <w:t xml:space="preserve"> </w:t>
      </w:r>
      <w:proofErr w:type="spellStart"/>
      <w:r w:rsidRPr="00563B50">
        <w:rPr>
          <w:rFonts w:cs="Times New Roman"/>
          <w:szCs w:val="24"/>
        </w:rPr>
        <w:t>cele</w:t>
      </w:r>
      <w:proofErr w:type="spellEnd"/>
      <w:r w:rsidRPr="00563B50">
        <w:rPr>
          <w:rFonts w:cs="Times New Roman"/>
          <w:szCs w:val="24"/>
        </w:rPr>
        <w:t xml:space="preserve"> </w:t>
      </w:r>
      <w:proofErr w:type="spellStart"/>
      <w:r w:rsidRPr="00563B50">
        <w:rPr>
          <w:rFonts w:cs="Times New Roman"/>
          <w:szCs w:val="24"/>
        </w:rPr>
        <w:t>prevăzute</w:t>
      </w:r>
      <w:proofErr w:type="spellEnd"/>
      <w:r w:rsidRPr="00563B50">
        <w:rPr>
          <w:rFonts w:cs="Times New Roman"/>
          <w:szCs w:val="24"/>
        </w:rPr>
        <w:t xml:space="preserve"> de </w:t>
      </w:r>
      <w:proofErr w:type="spellStart"/>
      <w:r w:rsidRPr="00563B50">
        <w:rPr>
          <w:rFonts w:cs="Times New Roman"/>
          <w:szCs w:val="24"/>
        </w:rPr>
        <w:t>aceste</w:t>
      </w:r>
      <w:proofErr w:type="spellEnd"/>
      <w:r w:rsidRPr="00563B50">
        <w:rPr>
          <w:rFonts w:cs="Times New Roman"/>
          <w:szCs w:val="24"/>
        </w:rPr>
        <w:t xml:space="preserve"> </w:t>
      </w:r>
      <w:proofErr w:type="spellStart"/>
      <w:r w:rsidRPr="00563B50">
        <w:rPr>
          <w:rFonts w:cs="Times New Roman"/>
          <w:szCs w:val="24"/>
        </w:rPr>
        <w:t>procese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modele</w:t>
      </w:r>
      <w:proofErr w:type="spellEnd"/>
      <w:r w:rsidRPr="00563B50">
        <w:rPr>
          <w:rFonts w:cs="Times New Roman"/>
          <w:szCs w:val="24"/>
        </w:rPr>
        <w:t xml:space="preserve"> interne pot fi </w:t>
      </w:r>
      <w:proofErr w:type="spellStart"/>
      <w:r w:rsidRPr="00563B50">
        <w:rPr>
          <w:rFonts w:cs="Times New Roman"/>
          <w:szCs w:val="24"/>
        </w:rPr>
        <w:t>efectuate</w:t>
      </w:r>
      <w:proofErr w:type="spellEnd"/>
      <w:r w:rsidRPr="00563B50">
        <w:rPr>
          <w:rFonts w:cs="Times New Roman"/>
          <w:szCs w:val="24"/>
        </w:rPr>
        <w:t xml:space="preserve"> </w:t>
      </w:r>
      <w:proofErr w:type="spellStart"/>
      <w:r w:rsidRPr="00563B50">
        <w:rPr>
          <w:rFonts w:cs="Times New Roman"/>
          <w:szCs w:val="24"/>
        </w:rPr>
        <w:t>numai</w:t>
      </w:r>
      <w:proofErr w:type="spellEnd"/>
      <w:r w:rsidRPr="00563B50">
        <w:rPr>
          <w:rFonts w:cs="Times New Roman"/>
          <w:szCs w:val="24"/>
        </w:rPr>
        <w:t xml:space="preserve"> cu </w:t>
      </w:r>
      <w:proofErr w:type="spellStart"/>
      <w:r w:rsidRPr="00563B50">
        <w:rPr>
          <w:rFonts w:cs="Times New Roman"/>
          <w:szCs w:val="24"/>
        </w:rPr>
        <w:t>aprobarea</w:t>
      </w:r>
      <w:proofErr w:type="spellEnd"/>
      <w:r w:rsidRPr="00563B50">
        <w:rPr>
          <w:rFonts w:cs="Times New Roman"/>
          <w:szCs w:val="24"/>
        </w:rPr>
        <w:t xml:space="preserve"> </w:t>
      </w:r>
      <w:proofErr w:type="spellStart"/>
      <w:r w:rsidRPr="00563B50">
        <w:rPr>
          <w:rFonts w:cs="Times New Roman"/>
          <w:szCs w:val="24"/>
        </w:rPr>
        <w:t>corespunzătoare</w:t>
      </w:r>
      <w:proofErr w:type="spellEnd"/>
      <w:r w:rsidRPr="00563B50">
        <w:rPr>
          <w:rFonts w:cs="Times New Roman"/>
          <w:szCs w:val="24"/>
        </w:rPr>
        <w:t xml:space="preserve"> a </w:t>
      </w:r>
      <w:proofErr w:type="spellStart"/>
      <w:r w:rsidRPr="00563B50">
        <w:rPr>
          <w:rFonts w:cs="Times New Roman"/>
          <w:szCs w:val="24"/>
        </w:rPr>
        <w:t>Primarului</w:t>
      </w:r>
      <w:proofErr w:type="spellEnd"/>
      <w:r w:rsidRPr="00563B50">
        <w:rPr>
          <w:rFonts w:cs="Times New Roman"/>
          <w:szCs w:val="24"/>
        </w:rPr>
        <w:t>.</w:t>
      </w:r>
    </w:p>
    <w:p w14:paraId="7D28405D" w14:textId="77777777" w:rsidR="00EE7ED3" w:rsidRDefault="00000000" w:rsidP="00DD4FB6">
      <w:pPr>
        <w:jc w:val="both"/>
        <w:rPr>
          <w:rFonts w:cs="Times New Roman"/>
          <w:b/>
          <w:bCs/>
          <w:szCs w:val="24"/>
          <w:lang w:val="ro-RO"/>
        </w:rPr>
      </w:pPr>
      <w:proofErr w:type="spellStart"/>
      <w:r w:rsidRPr="00563B50">
        <w:rPr>
          <w:rFonts w:cs="Times New Roman"/>
          <w:b/>
          <w:bCs/>
          <w:szCs w:val="24"/>
        </w:rPr>
        <w:t>Transferurile</w:t>
      </w:r>
      <w:proofErr w:type="spellEnd"/>
      <w:r w:rsidRPr="00563B50">
        <w:rPr>
          <w:rFonts w:cs="Times New Roman"/>
          <w:b/>
          <w:bCs/>
          <w:szCs w:val="24"/>
        </w:rPr>
        <w:t xml:space="preserve"> de date cu </w:t>
      </w:r>
      <w:proofErr w:type="spellStart"/>
      <w:r w:rsidRPr="00563B50">
        <w:rPr>
          <w:rFonts w:cs="Times New Roman"/>
          <w:b/>
          <w:bCs/>
          <w:szCs w:val="24"/>
        </w:rPr>
        <w:t>caracter</w:t>
      </w:r>
      <w:proofErr w:type="spellEnd"/>
      <w:r w:rsidRPr="00563B50">
        <w:rPr>
          <w:rFonts w:cs="Times New Roman"/>
          <w:b/>
          <w:bCs/>
          <w:szCs w:val="24"/>
        </w:rPr>
        <w:t xml:space="preserve"> personal </w:t>
      </w:r>
      <w:proofErr w:type="spellStart"/>
      <w:r w:rsidRPr="00563B50">
        <w:rPr>
          <w:rFonts w:cs="Times New Roman"/>
          <w:b/>
          <w:bCs/>
          <w:szCs w:val="24"/>
        </w:rPr>
        <w:t>către</w:t>
      </w:r>
      <w:proofErr w:type="spellEnd"/>
      <w:r w:rsidRPr="00563B50">
        <w:rPr>
          <w:rFonts w:cs="Times New Roman"/>
          <w:b/>
          <w:bCs/>
          <w:szCs w:val="24"/>
        </w:rPr>
        <w:t xml:space="preserve"> </w:t>
      </w:r>
      <w:proofErr w:type="spellStart"/>
      <w:r w:rsidRPr="00563B50">
        <w:rPr>
          <w:rFonts w:cs="Times New Roman"/>
          <w:b/>
          <w:bCs/>
          <w:szCs w:val="24"/>
        </w:rPr>
        <w:t>prestatorii</w:t>
      </w:r>
      <w:proofErr w:type="spellEnd"/>
      <w:r w:rsidRPr="00563B50">
        <w:rPr>
          <w:rFonts w:cs="Times New Roman"/>
          <w:b/>
          <w:bCs/>
          <w:szCs w:val="24"/>
        </w:rPr>
        <w:t xml:space="preserve"> de </w:t>
      </w:r>
      <w:proofErr w:type="spellStart"/>
      <w:r w:rsidRPr="00563B50">
        <w:rPr>
          <w:rFonts w:cs="Times New Roman"/>
          <w:b/>
          <w:bCs/>
          <w:szCs w:val="24"/>
        </w:rPr>
        <w:t>servicii</w:t>
      </w:r>
      <w:proofErr w:type="spellEnd"/>
      <w:r w:rsidRPr="00563B50">
        <w:rPr>
          <w:rFonts w:cs="Times New Roman"/>
          <w:b/>
          <w:bCs/>
          <w:szCs w:val="24"/>
        </w:rPr>
        <w:t>:</w:t>
      </w:r>
    </w:p>
    <w:p w14:paraId="0C3A2042" w14:textId="77777777" w:rsidR="00EE7ED3" w:rsidRPr="00DD4FB6" w:rsidRDefault="00000000" w:rsidP="00DD4FB6">
      <w:pPr>
        <w:jc w:val="both"/>
        <w:rPr>
          <w:rFonts w:cs="Times New Roman"/>
          <w:b/>
          <w:bCs/>
          <w:szCs w:val="24"/>
        </w:rPr>
      </w:pPr>
      <w:proofErr w:type="spellStart"/>
      <w:r w:rsidRPr="00563B50">
        <w:rPr>
          <w:rFonts w:cs="Times New Roman"/>
          <w:szCs w:val="24"/>
        </w:rPr>
        <w:t>Pentru</w:t>
      </w:r>
      <w:proofErr w:type="spellEnd"/>
      <w:r w:rsidRPr="00563B50">
        <w:rPr>
          <w:rFonts w:cs="Times New Roman"/>
          <w:szCs w:val="24"/>
        </w:rPr>
        <w:t xml:space="preserve"> a-</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îndeplini</w:t>
      </w:r>
      <w:proofErr w:type="spellEnd"/>
      <w:r w:rsidRPr="00563B50">
        <w:rPr>
          <w:rFonts w:cs="Times New Roman"/>
          <w:szCs w:val="24"/>
        </w:rPr>
        <w:t xml:space="preserve"> </w:t>
      </w:r>
      <w:proofErr w:type="spellStart"/>
      <w:r w:rsidRPr="00563B50">
        <w:rPr>
          <w:rFonts w:cs="Times New Roman"/>
          <w:szCs w:val="24"/>
        </w:rPr>
        <w:t>activitatea</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anumite</w:t>
      </w:r>
      <w:proofErr w:type="spellEnd"/>
      <w:r w:rsidRPr="00563B50">
        <w:rPr>
          <w:rFonts w:cs="Times New Roman"/>
          <w:szCs w:val="24"/>
        </w:rPr>
        <w:t xml:space="preserve"> </w:t>
      </w:r>
      <w:proofErr w:type="spellStart"/>
      <w:r w:rsidRPr="00563B50">
        <w:rPr>
          <w:rFonts w:cs="Times New Roman"/>
          <w:szCs w:val="24"/>
        </w:rPr>
        <w:t>situații</w:t>
      </w:r>
      <w:proofErr w:type="spellEnd"/>
      <w:r w:rsidRPr="00563B50">
        <w:rPr>
          <w:rFonts w:cs="Times New Roman"/>
          <w:szCs w:val="24"/>
        </w:rPr>
        <w:t xml:space="preserve"> </w:t>
      </w:r>
      <w:proofErr w:type="spellStart"/>
      <w:r w:rsidRPr="00563B50">
        <w:rPr>
          <w:rFonts w:cs="Times New Roman"/>
          <w:szCs w:val="24"/>
        </w:rPr>
        <w:t>primăria</w:t>
      </w:r>
      <w:proofErr w:type="spellEnd"/>
      <w:r w:rsidRPr="00563B50">
        <w:rPr>
          <w:rFonts w:cs="Times New Roman"/>
          <w:szCs w:val="24"/>
        </w:rPr>
        <w:t xml:space="preserve"> </w:t>
      </w:r>
      <w:proofErr w:type="spellStart"/>
      <w:r w:rsidRPr="00563B50">
        <w:rPr>
          <w:rFonts w:cs="Times New Roman"/>
          <w:szCs w:val="24"/>
        </w:rPr>
        <w:t>va</w:t>
      </w:r>
      <w:proofErr w:type="spellEnd"/>
      <w:r w:rsidRPr="00563B50">
        <w:rPr>
          <w:rFonts w:cs="Times New Roman"/>
          <w:szCs w:val="24"/>
        </w:rPr>
        <w:t xml:space="preserve"> </w:t>
      </w:r>
      <w:proofErr w:type="spellStart"/>
      <w:r w:rsidRPr="00563B50">
        <w:rPr>
          <w:rFonts w:cs="Times New Roman"/>
          <w:szCs w:val="24"/>
        </w:rPr>
        <w:t>pune</w:t>
      </w:r>
      <w:proofErr w:type="spellEnd"/>
      <w:r w:rsidRPr="00563B50">
        <w:rPr>
          <w:rFonts w:cs="Times New Roman"/>
          <w:szCs w:val="24"/>
        </w:rPr>
        <w:t xml:space="preserve"> la </w:t>
      </w:r>
      <w:proofErr w:type="spellStart"/>
      <w:r w:rsidRPr="00563B50">
        <w:rPr>
          <w:rFonts w:cs="Times New Roman"/>
          <w:szCs w:val="24"/>
        </w:rPr>
        <w:t>dispoziția</w:t>
      </w:r>
      <w:proofErr w:type="spellEnd"/>
      <w:r w:rsidRPr="00563B50">
        <w:rPr>
          <w:rFonts w:cs="Times New Roman"/>
          <w:szCs w:val="24"/>
        </w:rPr>
        <w:t xml:space="preserve"> </w:t>
      </w:r>
      <w:proofErr w:type="spellStart"/>
      <w:r w:rsidRPr="00563B50">
        <w:rPr>
          <w:rFonts w:cs="Times New Roman"/>
          <w:szCs w:val="24"/>
        </w:rPr>
        <w:t>prestatorilor</w:t>
      </w:r>
      <w:proofErr w:type="spellEnd"/>
      <w:r w:rsidRPr="00563B50">
        <w:rPr>
          <w:rFonts w:cs="Times New Roman"/>
          <w:szCs w:val="24"/>
        </w:rPr>
        <w:t xml:space="preserve"> </w:t>
      </w:r>
      <w:proofErr w:type="spellStart"/>
      <w:r w:rsidRPr="00563B50">
        <w:rPr>
          <w:rFonts w:cs="Times New Roman"/>
          <w:szCs w:val="24"/>
        </w:rPr>
        <w:t>săi</w:t>
      </w:r>
      <w:proofErr w:type="spellEnd"/>
      <w:r w:rsidRPr="00563B50">
        <w:rPr>
          <w:rFonts w:cs="Times New Roman"/>
          <w:szCs w:val="24"/>
        </w:rPr>
        <w:t xml:space="preserve"> de </w:t>
      </w:r>
      <w:proofErr w:type="spellStart"/>
      <w:r w:rsidRPr="00563B50">
        <w:rPr>
          <w:rFonts w:cs="Times New Roman"/>
          <w:szCs w:val="24"/>
        </w:rPr>
        <w:t>servicii</w:t>
      </w:r>
      <w:proofErr w:type="spellEnd"/>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ale </w:t>
      </w:r>
      <w:proofErr w:type="spellStart"/>
      <w:r w:rsidRPr="00563B50">
        <w:rPr>
          <w:rFonts w:cs="Times New Roman"/>
          <w:szCs w:val="24"/>
        </w:rPr>
        <w:t>persoanelor</w:t>
      </w:r>
      <w:proofErr w:type="spellEnd"/>
      <w:r w:rsidRPr="00563B50">
        <w:rPr>
          <w:rFonts w:cs="Times New Roman"/>
          <w:szCs w:val="24"/>
        </w:rPr>
        <w:t xml:space="preserve"> </w:t>
      </w:r>
      <w:proofErr w:type="spellStart"/>
      <w:r w:rsidRPr="00563B50">
        <w:rPr>
          <w:rFonts w:cs="Times New Roman"/>
          <w:szCs w:val="24"/>
        </w:rPr>
        <w:t>vizate</w:t>
      </w:r>
      <w:proofErr w:type="spellEnd"/>
      <w:r w:rsidRPr="00563B50">
        <w:rPr>
          <w:rFonts w:cs="Times New Roman"/>
          <w:szCs w:val="24"/>
        </w:rPr>
        <w:t xml:space="preserve">. </w:t>
      </w:r>
      <w:proofErr w:type="spellStart"/>
      <w:r w:rsidRPr="00563B50">
        <w:rPr>
          <w:rFonts w:cs="Times New Roman"/>
          <w:szCs w:val="24"/>
        </w:rPr>
        <w:t>Aceste</w:t>
      </w:r>
      <w:proofErr w:type="spellEnd"/>
      <w:r w:rsidRPr="00563B50">
        <w:rPr>
          <w:rFonts w:cs="Times New Roman"/>
          <w:szCs w:val="24"/>
        </w:rPr>
        <w:t xml:space="preserve"> </w:t>
      </w:r>
      <w:proofErr w:type="spellStart"/>
      <w:r w:rsidRPr="00563B50">
        <w:rPr>
          <w:rFonts w:cs="Times New Roman"/>
          <w:szCs w:val="24"/>
        </w:rPr>
        <w:t>transferuri</w:t>
      </w:r>
      <w:proofErr w:type="spellEnd"/>
      <w:r w:rsidRPr="00563B50">
        <w:rPr>
          <w:rFonts w:cs="Times New Roman"/>
          <w:szCs w:val="24"/>
        </w:rPr>
        <w:t xml:space="preserve"> </w:t>
      </w:r>
      <w:proofErr w:type="spellStart"/>
      <w:r w:rsidRPr="00563B50">
        <w:rPr>
          <w:rFonts w:cs="Times New Roman"/>
          <w:szCs w:val="24"/>
        </w:rPr>
        <w:t>trebuie</w:t>
      </w:r>
      <w:proofErr w:type="spellEnd"/>
      <w:r w:rsidRPr="00563B50">
        <w:rPr>
          <w:rFonts w:cs="Times New Roman"/>
          <w:szCs w:val="24"/>
        </w:rPr>
        <w:t xml:space="preserve"> </w:t>
      </w:r>
      <w:proofErr w:type="spellStart"/>
      <w:r w:rsidRPr="00563B50">
        <w:rPr>
          <w:rFonts w:cs="Times New Roman"/>
          <w:szCs w:val="24"/>
        </w:rPr>
        <w:t>să</w:t>
      </w:r>
      <w:proofErr w:type="spellEnd"/>
      <w:r w:rsidRPr="00563B50">
        <w:rPr>
          <w:rFonts w:cs="Times New Roman"/>
          <w:szCs w:val="24"/>
        </w:rPr>
        <w:t xml:space="preserve"> fie </w:t>
      </w:r>
      <w:proofErr w:type="spellStart"/>
      <w:r w:rsidRPr="00563B50">
        <w:rPr>
          <w:rFonts w:cs="Times New Roman"/>
          <w:szCs w:val="24"/>
        </w:rPr>
        <w:t>efectuate</w:t>
      </w:r>
      <w:proofErr w:type="spellEnd"/>
      <w:r w:rsidRPr="00563B50">
        <w:rPr>
          <w:rFonts w:cs="Times New Roman"/>
          <w:szCs w:val="24"/>
        </w:rPr>
        <w:t xml:space="preserve"> </w:t>
      </w:r>
      <w:proofErr w:type="spellStart"/>
      <w:r w:rsidRPr="00563B50">
        <w:rPr>
          <w:rFonts w:cs="Times New Roman"/>
          <w:szCs w:val="24"/>
        </w:rPr>
        <w:t>întotdeauna</w:t>
      </w:r>
      <w:proofErr w:type="spellEnd"/>
      <w:r w:rsidRPr="00563B50">
        <w:rPr>
          <w:rFonts w:cs="Times New Roman"/>
          <w:szCs w:val="24"/>
        </w:rPr>
        <w:t xml:space="preserve"> </w:t>
      </w:r>
      <w:proofErr w:type="spellStart"/>
      <w:r w:rsidRPr="00563B50">
        <w:rPr>
          <w:rFonts w:cs="Times New Roman"/>
          <w:szCs w:val="24"/>
        </w:rPr>
        <w:t>potrivit</w:t>
      </w:r>
      <w:proofErr w:type="spellEnd"/>
      <w:r w:rsidRPr="00563B50">
        <w:rPr>
          <w:rFonts w:cs="Times New Roman"/>
          <w:szCs w:val="24"/>
        </w:rPr>
        <w:t xml:space="preserve"> </w:t>
      </w:r>
      <w:proofErr w:type="spellStart"/>
      <w:r w:rsidRPr="00563B50">
        <w:rPr>
          <w:rFonts w:cs="Times New Roman"/>
          <w:szCs w:val="24"/>
        </w:rPr>
        <w:t>prevederilor</w:t>
      </w:r>
      <w:proofErr w:type="spellEnd"/>
      <w:r w:rsidRPr="00563B50">
        <w:rPr>
          <w:rFonts w:cs="Times New Roman"/>
          <w:szCs w:val="24"/>
        </w:rPr>
        <w:t xml:space="preserve"> </w:t>
      </w:r>
      <w:proofErr w:type="spellStart"/>
      <w:r w:rsidRPr="00563B50">
        <w:rPr>
          <w:rFonts w:cs="Times New Roman"/>
          <w:szCs w:val="24"/>
        </w:rPr>
        <w:t>contractuale</w:t>
      </w:r>
      <w:proofErr w:type="spellEnd"/>
      <w:r w:rsidRPr="00563B50">
        <w:rPr>
          <w:rFonts w:cs="Times New Roman"/>
          <w:szCs w:val="24"/>
        </w:rPr>
        <w:t xml:space="preserve"> </w:t>
      </w:r>
      <w:proofErr w:type="spellStart"/>
      <w:r w:rsidRPr="00563B50">
        <w:rPr>
          <w:rFonts w:cs="Times New Roman"/>
          <w:szCs w:val="24"/>
        </w:rPr>
        <w:t>dintre</w:t>
      </w:r>
      <w:proofErr w:type="spellEnd"/>
      <w:r w:rsidRPr="00563B50">
        <w:rPr>
          <w:rFonts w:cs="Times New Roman"/>
          <w:szCs w:val="24"/>
        </w:rPr>
        <w:t xml:space="preserve"> </w:t>
      </w:r>
      <w:proofErr w:type="spellStart"/>
      <w:r w:rsidRPr="00563B50">
        <w:rPr>
          <w:rFonts w:cs="Times New Roman"/>
          <w:szCs w:val="24"/>
        </w:rPr>
        <w:t>prestatorii</w:t>
      </w:r>
      <w:proofErr w:type="spellEnd"/>
      <w:r w:rsidRPr="00563B50">
        <w:rPr>
          <w:rFonts w:cs="Times New Roman"/>
          <w:szCs w:val="24"/>
        </w:rPr>
        <w:t xml:space="preserve"> de </w:t>
      </w:r>
      <w:proofErr w:type="spellStart"/>
      <w:r w:rsidRPr="00563B50">
        <w:rPr>
          <w:rFonts w:cs="Times New Roman"/>
          <w:szCs w:val="24"/>
        </w:rPr>
        <w:t>servicii</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r w:rsidRPr="00DD4FB6">
        <w:rPr>
          <w:rFonts w:cs="Times New Roman"/>
          <w:b/>
          <w:bCs/>
          <w:szCs w:val="24"/>
        </w:rPr>
        <w:t>PRIMĂRIA SATULUI MERENI.</w:t>
      </w:r>
    </w:p>
    <w:p w14:paraId="2CF429D1" w14:textId="77777777" w:rsidR="00EE7ED3" w:rsidRDefault="00000000" w:rsidP="00DD4FB6">
      <w:pPr>
        <w:jc w:val="both"/>
        <w:rPr>
          <w:rFonts w:cs="Times New Roman"/>
          <w:b/>
          <w:bCs/>
          <w:szCs w:val="24"/>
          <w:lang w:val="ro-RO"/>
        </w:rPr>
      </w:pPr>
      <w:proofErr w:type="spellStart"/>
      <w:r w:rsidRPr="00563B50">
        <w:rPr>
          <w:rFonts w:cs="Times New Roman"/>
          <w:b/>
          <w:bCs/>
          <w:szCs w:val="24"/>
        </w:rPr>
        <w:t>Transferurile</w:t>
      </w:r>
      <w:proofErr w:type="spellEnd"/>
      <w:r w:rsidRPr="00563B50">
        <w:rPr>
          <w:rFonts w:cs="Times New Roman"/>
          <w:b/>
          <w:bCs/>
          <w:szCs w:val="24"/>
        </w:rPr>
        <w:t xml:space="preserve"> de date cu </w:t>
      </w:r>
      <w:proofErr w:type="spellStart"/>
      <w:r w:rsidRPr="00563B50">
        <w:rPr>
          <w:rFonts w:cs="Times New Roman"/>
          <w:b/>
          <w:bCs/>
          <w:szCs w:val="24"/>
        </w:rPr>
        <w:t>caracter</w:t>
      </w:r>
      <w:proofErr w:type="spellEnd"/>
      <w:r w:rsidRPr="00563B50">
        <w:rPr>
          <w:rFonts w:cs="Times New Roman"/>
          <w:b/>
          <w:bCs/>
          <w:szCs w:val="24"/>
        </w:rPr>
        <w:t xml:space="preserve"> personal </w:t>
      </w:r>
      <w:proofErr w:type="spellStart"/>
      <w:r w:rsidRPr="00563B50">
        <w:rPr>
          <w:rFonts w:cs="Times New Roman"/>
          <w:b/>
          <w:bCs/>
          <w:szCs w:val="24"/>
        </w:rPr>
        <w:t>către</w:t>
      </w:r>
      <w:proofErr w:type="spellEnd"/>
      <w:r w:rsidRPr="00563B50">
        <w:rPr>
          <w:rFonts w:cs="Times New Roman"/>
          <w:b/>
          <w:bCs/>
          <w:szCs w:val="24"/>
        </w:rPr>
        <w:t xml:space="preserve"> </w:t>
      </w:r>
      <w:proofErr w:type="spellStart"/>
      <w:r w:rsidRPr="00563B50">
        <w:rPr>
          <w:rFonts w:cs="Times New Roman"/>
          <w:b/>
          <w:bCs/>
          <w:szCs w:val="24"/>
        </w:rPr>
        <w:t>Terți</w:t>
      </w:r>
      <w:proofErr w:type="spellEnd"/>
      <w:r w:rsidRPr="00563B50">
        <w:rPr>
          <w:rFonts w:cs="Times New Roman"/>
          <w:b/>
          <w:bCs/>
          <w:szCs w:val="24"/>
        </w:rPr>
        <w:t>:</w:t>
      </w:r>
    </w:p>
    <w:p w14:paraId="2DF5065A" w14:textId="77777777" w:rsidR="00EE7ED3" w:rsidRPr="00563B50" w:rsidRDefault="00000000" w:rsidP="00DD4FB6">
      <w:pPr>
        <w:jc w:val="both"/>
        <w:rPr>
          <w:rFonts w:cs="Times New Roman"/>
          <w:szCs w:val="24"/>
        </w:rPr>
      </w:pPr>
      <w:proofErr w:type="spellStart"/>
      <w:r w:rsidRPr="00563B50">
        <w:rPr>
          <w:rFonts w:cs="Times New Roman"/>
          <w:szCs w:val="24"/>
        </w:rPr>
        <w:t>Transferul</w:t>
      </w:r>
      <w:proofErr w:type="spellEnd"/>
      <w:r w:rsidRPr="00563B50">
        <w:rPr>
          <w:rFonts w:cs="Times New Roman"/>
          <w:szCs w:val="24"/>
        </w:rPr>
        <w:t xml:space="preserve"> de date </w:t>
      </w:r>
      <w:proofErr w:type="spellStart"/>
      <w:r w:rsidRPr="00563B50">
        <w:rPr>
          <w:rFonts w:cs="Times New Roman"/>
          <w:szCs w:val="24"/>
        </w:rPr>
        <w:t>către</w:t>
      </w:r>
      <w:proofErr w:type="spellEnd"/>
      <w:r w:rsidRPr="00563B50">
        <w:rPr>
          <w:rFonts w:cs="Times New Roman"/>
          <w:szCs w:val="24"/>
        </w:rPr>
        <w:t xml:space="preserve"> </w:t>
      </w:r>
      <w:proofErr w:type="spellStart"/>
      <w:r w:rsidRPr="00563B50">
        <w:rPr>
          <w:rFonts w:cs="Times New Roman"/>
          <w:szCs w:val="24"/>
        </w:rPr>
        <w:t>terți</w:t>
      </w:r>
      <w:proofErr w:type="spellEnd"/>
      <w:r w:rsidRPr="00563B50">
        <w:rPr>
          <w:rFonts w:cs="Times New Roman"/>
          <w:szCs w:val="24"/>
        </w:rPr>
        <w:t xml:space="preserve"> care nu sunt </w:t>
      </w:r>
      <w:proofErr w:type="spellStart"/>
      <w:r w:rsidRPr="00563B50">
        <w:rPr>
          <w:rFonts w:cs="Times New Roman"/>
          <w:szCs w:val="24"/>
        </w:rPr>
        <w:t>prestatori</w:t>
      </w:r>
      <w:proofErr w:type="spellEnd"/>
      <w:r w:rsidRPr="00563B50">
        <w:rPr>
          <w:rFonts w:cs="Times New Roman"/>
          <w:szCs w:val="24"/>
        </w:rPr>
        <w:t xml:space="preserve"> de </w:t>
      </w:r>
      <w:proofErr w:type="spellStart"/>
      <w:r w:rsidRPr="00563B50">
        <w:rPr>
          <w:rFonts w:cs="Times New Roman"/>
          <w:szCs w:val="24"/>
        </w:rPr>
        <w:t>servicii</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cu care </w:t>
      </w:r>
      <w:proofErr w:type="spellStart"/>
      <w:r w:rsidRPr="00563B50">
        <w:rPr>
          <w:rFonts w:cs="Times New Roman"/>
          <w:szCs w:val="24"/>
        </w:rPr>
        <w:t>în</w:t>
      </w:r>
      <w:proofErr w:type="spellEnd"/>
      <w:r w:rsidRPr="00563B50">
        <w:rPr>
          <w:rFonts w:cs="Times New Roman"/>
          <w:szCs w:val="24"/>
        </w:rPr>
        <w:t xml:space="preserve"> general </w:t>
      </w:r>
      <w:proofErr w:type="spellStart"/>
      <w:r w:rsidRPr="00563B50">
        <w:rPr>
          <w:rFonts w:cs="Times New Roman"/>
          <w:szCs w:val="24"/>
        </w:rPr>
        <w:t>primăria</w:t>
      </w:r>
      <w:proofErr w:type="spellEnd"/>
      <w:r w:rsidRPr="00563B50">
        <w:rPr>
          <w:rFonts w:cs="Times New Roman"/>
          <w:szCs w:val="24"/>
        </w:rPr>
        <w:t xml:space="preserve"> nu are </w:t>
      </w:r>
      <w:proofErr w:type="spellStart"/>
      <w:r w:rsidRPr="00563B50">
        <w:rPr>
          <w:rFonts w:cs="Times New Roman"/>
          <w:szCs w:val="24"/>
        </w:rPr>
        <w:t>încheiat</w:t>
      </w:r>
      <w:proofErr w:type="spellEnd"/>
      <w:r w:rsidRPr="00563B50">
        <w:rPr>
          <w:rFonts w:cs="Times New Roman"/>
          <w:szCs w:val="24"/>
        </w:rPr>
        <w:t xml:space="preserve"> un contract, </w:t>
      </w:r>
      <w:proofErr w:type="spellStart"/>
      <w:r w:rsidRPr="00563B50">
        <w:rPr>
          <w:rFonts w:cs="Times New Roman"/>
          <w:szCs w:val="24"/>
        </w:rPr>
        <w:t>va</w:t>
      </w:r>
      <w:proofErr w:type="spellEnd"/>
      <w:r w:rsidRPr="00563B50">
        <w:rPr>
          <w:rFonts w:cs="Times New Roman"/>
          <w:szCs w:val="24"/>
        </w:rPr>
        <w:t xml:space="preserve"> </w:t>
      </w:r>
      <w:proofErr w:type="spellStart"/>
      <w:r w:rsidRPr="00563B50">
        <w:rPr>
          <w:rFonts w:cs="Times New Roman"/>
          <w:szCs w:val="24"/>
        </w:rPr>
        <w:t>putea</w:t>
      </w:r>
      <w:proofErr w:type="spellEnd"/>
      <w:r w:rsidRPr="00563B50">
        <w:rPr>
          <w:rFonts w:cs="Times New Roman"/>
          <w:szCs w:val="24"/>
        </w:rPr>
        <w:t xml:space="preserve"> fi </w:t>
      </w:r>
      <w:proofErr w:type="spellStart"/>
      <w:r w:rsidRPr="00563B50">
        <w:rPr>
          <w:rFonts w:cs="Times New Roman"/>
          <w:szCs w:val="24"/>
        </w:rPr>
        <w:t>efectuat</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baza</w:t>
      </w:r>
      <w:proofErr w:type="spellEnd"/>
      <w:r w:rsidRPr="00563B50">
        <w:rPr>
          <w:rFonts w:cs="Times New Roman"/>
          <w:szCs w:val="24"/>
        </w:rPr>
        <w:t xml:space="preserve"> </w:t>
      </w:r>
      <w:proofErr w:type="spellStart"/>
      <w:r w:rsidRPr="00563B50">
        <w:rPr>
          <w:rFonts w:cs="Times New Roman"/>
          <w:szCs w:val="24"/>
        </w:rPr>
        <w:t>unor</w:t>
      </w:r>
      <w:proofErr w:type="spellEnd"/>
      <w:r w:rsidRPr="00563B50">
        <w:rPr>
          <w:rFonts w:cs="Times New Roman"/>
          <w:szCs w:val="24"/>
        </w:rPr>
        <w:t xml:space="preserve"> </w:t>
      </w:r>
      <w:proofErr w:type="spellStart"/>
      <w:r w:rsidRPr="00563B50">
        <w:rPr>
          <w:rFonts w:cs="Times New Roman"/>
          <w:szCs w:val="24"/>
        </w:rPr>
        <w:t>obligații</w:t>
      </w:r>
      <w:proofErr w:type="spellEnd"/>
      <w:r w:rsidRPr="00563B50">
        <w:rPr>
          <w:rFonts w:cs="Times New Roman"/>
          <w:szCs w:val="24"/>
        </w:rPr>
        <w:t xml:space="preserve"> </w:t>
      </w:r>
      <w:proofErr w:type="spellStart"/>
      <w:r w:rsidRPr="00563B50">
        <w:rPr>
          <w:rFonts w:cs="Times New Roman"/>
          <w:szCs w:val="24"/>
        </w:rPr>
        <w:t>legale</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executarea</w:t>
      </w:r>
      <w:proofErr w:type="spellEnd"/>
      <w:r w:rsidRPr="00563B50">
        <w:rPr>
          <w:rFonts w:cs="Times New Roman"/>
          <w:szCs w:val="24"/>
        </w:rPr>
        <w:t xml:space="preserve"> </w:t>
      </w:r>
      <w:proofErr w:type="spellStart"/>
      <w:r w:rsidRPr="00563B50">
        <w:rPr>
          <w:rFonts w:cs="Times New Roman"/>
          <w:szCs w:val="24"/>
        </w:rPr>
        <w:t>unei</w:t>
      </w:r>
      <w:proofErr w:type="spellEnd"/>
      <w:r w:rsidRPr="00563B50">
        <w:rPr>
          <w:rFonts w:cs="Times New Roman"/>
          <w:szCs w:val="24"/>
        </w:rPr>
        <w:t xml:space="preserve"> </w:t>
      </w:r>
      <w:proofErr w:type="spellStart"/>
      <w:r w:rsidRPr="00563B50">
        <w:rPr>
          <w:rFonts w:cs="Times New Roman"/>
          <w:szCs w:val="24"/>
        </w:rPr>
        <w:t>sarcini</w:t>
      </w:r>
      <w:proofErr w:type="spellEnd"/>
      <w:r w:rsidRPr="00563B50">
        <w:rPr>
          <w:rFonts w:cs="Times New Roman"/>
          <w:szCs w:val="24"/>
        </w:rPr>
        <w:t xml:space="preserve"> de </w:t>
      </w:r>
      <w:proofErr w:type="spellStart"/>
      <w:r w:rsidRPr="00563B50">
        <w:rPr>
          <w:rFonts w:cs="Times New Roman"/>
          <w:szCs w:val="24"/>
        </w:rPr>
        <w:t>interes</w:t>
      </w:r>
      <w:proofErr w:type="spellEnd"/>
      <w:r w:rsidRPr="00563B50">
        <w:rPr>
          <w:rFonts w:cs="Times New Roman"/>
          <w:szCs w:val="24"/>
        </w:rPr>
        <w:t xml:space="preserve"> public (ex: </w:t>
      </w:r>
      <w:proofErr w:type="spellStart"/>
      <w:r w:rsidRPr="00563B50">
        <w:rPr>
          <w:rFonts w:cs="Times New Roman"/>
          <w:szCs w:val="24"/>
        </w:rPr>
        <w:t>autoritățile</w:t>
      </w:r>
      <w:proofErr w:type="spellEnd"/>
      <w:r w:rsidRPr="00563B50">
        <w:rPr>
          <w:rFonts w:cs="Times New Roman"/>
          <w:szCs w:val="24"/>
        </w:rPr>
        <w:t xml:space="preserve"> </w:t>
      </w:r>
      <w:proofErr w:type="spellStart"/>
      <w:r w:rsidRPr="00563B50">
        <w:rPr>
          <w:rFonts w:cs="Times New Roman"/>
          <w:szCs w:val="24"/>
        </w:rPr>
        <w:t>fiscale</w:t>
      </w:r>
      <w:proofErr w:type="spellEnd"/>
      <w:r w:rsidRPr="00563B50">
        <w:rPr>
          <w:rFonts w:cs="Times New Roman"/>
          <w:szCs w:val="24"/>
        </w:rPr>
        <w:t xml:space="preserve">, </w:t>
      </w:r>
      <w:proofErr w:type="spellStart"/>
      <w:r w:rsidRPr="00563B50">
        <w:rPr>
          <w:rFonts w:cs="Times New Roman"/>
          <w:szCs w:val="24"/>
        </w:rPr>
        <w:t>instanțele</w:t>
      </w:r>
      <w:proofErr w:type="spellEnd"/>
      <w:r w:rsidRPr="00563B50">
        <w:rPr>
          <w:rFonts w:cs="Times New Roman"/>
          <w:szCs w:val="24"/>
        </w:rPr>
        <w:t xml:space="preserve"> de </w:t>
      </w:r>
      <w:proofErr w:type="spellStart"/>
      <w:r w:rsidRPr="00563B50">
        <w:rPr>
          <w:rFonts w:cs="Times New Roman"/>
          <w:szCs w:val="24"/>
        </w:rPr>
        <w:t>judecată</w:t>
      </w:r>
      <w:proofErr w:type="spellEnd"/>
      <w:r w:rsidRPr="00563B50">
        <w:rPr>
          <w:rFonts w:cs="Times New Roman"/>
          <w:szCs w:val="24"/>
        </w:rPr>
        <w:t xml:space="preserve">, </w:t>
      </w:r>
      <w:proofErr w:type="spellStart"/>
      <w:r w:rsidRPr="00563B50">
        <w:rPr>
          <w:rFonts w:cs="Times New Roman"/>
          <w:szCs w:val="24"/>
        </w:rPr>
        <w:t>executori</w:t>
      </w:r>
      <w:proofErr w:type="spellEnd"/>
      <w:r w:rsidRPr="00563B50">
        <w:rPr>
          <w:rFonts w:cs="Times New Roman"/>
          <w:szCs w:val="24"/>
        </w:rPr>
        <w:t xml:space="preserve"> </w:t>
      </w:r>
      <w:proofErr w:type="spellStart"/>
      <w:r w:rsidRPr="00563B50">
        <w:rPr>
          <w:rFonts w:cs="Times New Roman"/>
          <w:szCs w:val="24"/>
        </w:rPr>
        <w:t>judecătorești</w:t>
      </w:r>
      <w:proofErr w:type="spellEnd"/>
      <w:r w:rsidRPr="00563B50">
        <w:rPr>
          <w:rFonts w:cs="Times New Roman"/>
          <w:szCs w:val="24"/>
        </w:rPr>
        <w:t xml:space="preserve"> etc.).</w:t>
      </w:r>
    </w:p>
    <w:p w14:paraId="2C0172DA" w14:textId="77777777" w:rsidR="00EE7ED3" w:rsidRPr="00563B50" w:rsidRDefault="00000000" w:rsidP="00DD4FB6">
      <w:pPr>
        <w:jc w:val="both"/>
        <w:rPr>
          <w:rFonts w:cs="Times New Roman"/>
          <w:szCs w:val="24"/>
        </w:rPr>
      </w:pPr>
      <w:proofErr w:type="spellStart"/>
      <w:r w:rsidRPr="00563B50">
        <w:rPr>
          <w:rFonts w:cs="Times New Roman"/>
          <w:i/>
          <w:iCs/>
          <w:szCs w:val="24"/>
        </w:rPr>
        <w:t>Datele</w:t>
      </w:r>
      <w:proofErr w:type="spellEnd"/>
      <w:r w:rsidRPr="00563B50">
        <w:rPr>
          <w:rFonts w:cs="Times New Roman"/>
          <w:i/>
          <w:iCs/>
          <w:szCs w:val="24"/>
        </w:rPr>
        <w:t xml:space="preserve"> cu </w:t>
      </w:r>
      <w:proofErr w:type="spellStart"/>
      <w:r w:rsidRPr="00563B50">
        <w:rPr>
          <w:rFonts w:cs="Times New Roman"/>
          <w:i/>
          <w:iCs/>
          <w:szCs w:val="24"/>
        </w:rPr>
        <w:t>caracter</w:t>
      </w:r>
      <w:proofErr w:type="spellEnd"/>
      <w:r w:rsidRPr="00563B50">
        <w:rPr>
          <w:rFonts w:cs="Times New Roman"/>
          <w:i/>
          <w:iCs/>
          <w:szCs w:val="24"/>
        </w:rPr>
        <w:t xml:space="preserve"> personal sunt </w:t>
      </w:r>
      <w:proofErr w:type="spellStart"/>
      <w:r w:rsidRPr="00563B50">
        <w:rPr>
          <w:rFonts w:cs="Times New Roman"/>
          <w:i/>
          <w:iCs/>
          <w:szCs w:val="24"/>
        </w:rPr>
        <w:t>prelucrate</w:t>
      </w:r>
      <w:proofErr w:type="spellEnd"/>
      <w:r w:rsidRPr="00563B50">
        <w:rPr>
          <w:rFonts w:cs="Times New Roman"/>
          <w:i/>
          <w:iCs/>
          <w:szCs w:val="24"/>
        </w:rPr>
        <w:t xml:space="preserve"> </w:t>
      </w:r>
      <w:proofErr w:type="spellStart"/>
      <w:r w:rsidRPr="00563B50">
        <w:rPr>
          <w:rFonts w:cs="Times New Roman"/>
          <w:i/>
          <w:iCs/>
          <w:szCs w:val="24"/>
        </w:rPr>
        <w:t>numai</w:t>
      </w:r>
      <w:proofErr w:type="spellEnd"/>
      <w:r w:rsidRPr="00563B50">
        <w:rPr>
          <w:rFonts w:cs="Times New Roman"/>
          <w:i/>
          <w:iCs/>
          <w:szCs w:val="24"/>
        </w:rPr>
        <w:t xml:space="preserve"> pe </w:t>
      </w:r>
      <w:proofErr w:type="spellStart"/>
      <w:r w:rsidRPr="00563B50">
        <w:rPr>
          <w:rFonts w:cs="Times New Roman"/>
          <w:i/>
          <w:iCs/>
          <w:szCs w:val="24"/>
        </w:rPr>
        <w:t>teritoriul</w:t>
      </w:r>
      <w:proofErr w:type="spellEnd"/>
      <w:r w:rsidRPr="00563B50">
        <w:rPr>
          <w:rFonts w:cs="Times New Roman"/>
          <w:i/>
          <w:iCs/>
          <w:szCs w:val="24"/>
        </w:rPr>
        <w:t xml:space="preserve"> </w:t>
      </w:r>
      <w:proofErr w:type="spellStart"/>
      <w:r w:rsidRPr="00563B50">
        <w:rPr>
          <w:rFonts w:cs="Times New Roman"/>
          <w:i/>
          <w:iCs/>
          <w:szCs w:val="24"/>
        </w:rPr>
        <w:t>Republicii</w:t>
      </w:r>
      <w:proofErr w:type="spellEnd"/>
      <w:r w:rsidRPr="00563B50">
        <w:rPr>
          <w:rFonts w:cs="Times New Roman"/>
          <w:i/>
          <w:iCs/>
          <w:szCs w:val="24"/>
        </w:rPr>
        <w:t xml:space="preserve"> Moldova </w:t>
      </w:r>
      <w:proofErr w:type="spellStart"/>
      <w:r w:rsidRPr="00563B50">
        <w:rPr>
          <w:rFonts w:cs="Times New Roman"/>
          <w:i/>
          <w:iCs/>
          <w:szCs w:val="24"/>
        </w:rPr>
        <w:t>și</w:t>
      </w:r>
      <w:proofErr w:type="spellEnd"/>
      <w:r w:rsidRPr="00563B50">
        <w:rPr>
          <w:rFonts w:cs="Times New Roman"/>
          <w:i/>
          <w:iCs/>
          <w:szCs w:val="24"/>
        </w:rPr>
        <w:t xml:space="preserve"> nu sunt </w:t>
      </w:r>
      <w:proofErr w:type="spellStart"/>
      <w:r w:rsidRPr="00563B50">
        <w:rPr>
          <w:rFonts w:cs="Times New Roman"/>
          <w:i/>
          <w:iCs/>
          <w:szCs w:val="24"/>
        </w:rPr>
        <w:t>transferate</w:t>
      </w:r>
      <w:proofErr w:type="spellEnd"/>
      <w:r w:rsidRPr="00563B50">
        <w:rPr>
          <w:rFonts w:cs="Times New Roman"/>
          <w:i/>
          <w:iCs/>
          <w:szCs w:val="24"/>
        </w:rPr>
        <w:t xml:space="preserve"> </w:t>
      </w:r>
      <w:proofErr w:type="spellStart"/>
      <w:r w:rsidRPr="00563B50">
        <w:rPr>
          <w:rFonts w:cs="Times New Roman"/>
          <w:i/>
          <w:iCs/>
          <w:szCs w:val="24"/>
        </w:rPr>
        <w:t>în</w:t>
      </w:r>
      <w:proofErr w:type="spellEnd"/>
      <w:r w:rsidRPr="00563B50">
        <w:rPr>
          <w:rFonts w:cs="Times New Roman"/>
          <w:i/>
          <w:iCs/>
          <w:szCs w:val="24"/>
        </w:rPr>
        <w:t xml:space="preserve"> </w:t>
      </w:r>
      <w:proofErr w:type="spellStart"/>
      <w:r w:rsidRPr="00563B50">
        <w:rPr>
          <w:rFonts w:cs="Times New Roman"/>
          <w:i/>
          <w:iCs/>
          <w:szCs w:val="24"/>
        </w:rPr>
        <w:t>altă</w:t>
      </w:r>
      <w:proofErr w:type="spellEnd"/>
      <w:r w:rsidRPr="00563B50">
        <w:rPr>
          <w:rFonts w:cs="Times New Roman"/>
          <w:i/>
          <w:iCs/>
          <w:szCs w:val="24"/>
        </w:rPr>
        <w:t xml:space="preserve"> </w:t>
      </w:r>
      <w:proofErr w:type="spellStart"/>
      <w:r w:rsidRPr="00563B50">
        <w:rPr>
          <w:rFonts w:cs="Times New Roman"/>
          <w:i/>
          <w:iCs/>
          <w:szCs w:val="24"/>
        </w:rPr>
        <w:t>țară</w:t>
      </w:r>
      <w:proofErr w:type="spellEnd"/>
      <w:r w:rsidRPr="00563B50">
        <w:rPr>
          <w:rFonts w:cs="Times New Roman"/>
          <w:i/>
          <w:iCs/>
          <w:szCs w:val="24"/>
        </w:rPr>
        <w:t>.</w:t>
      </w:r>
    </w:p>
    <w:p w14:paraId="4E9FEBF6" w14:textId="77777777" w:rsidR="00EE7ED3" w:rsidRPr="00563B50" w:rsidRDefault="00000000" w:rsidP="00A33FF6">
      <w:pPr>
        <w:rPr>
          <w:rFonts w:cs="Times New Roman"/>
          <w:b/>
          <w:bCs/>
          <w:szCs w:val="24"/>
        </w:rPr>
      </w:pPr>
      <w:r w:rsidRPr="00563B50">
        <w:rPr>
          <w:rFonts w:cs="Times New Roman"/>
          <w:b/>
          <w:bCs/>
          <w:szCs w:val="24"/>
        </w:rPr>
        <w:t>IX. TERMENUL DE PRELUCRARE A DATELOR CU CARACTER PERSONAL</w:t>
      </w:r>
    </w:p>
    <w:p w14:paraId="682C233E" w14:textId="77777777" w:rsidR="00EE7ED3" w:rsidRPr="00563B50" w:rsidRDefault="00000000">
      <w:pPr>
        <w:numPr>
          <w:ilvl w:val="0"/>
          <w:numId w:val="20"/>
        </w:numPr>
        <w:jc w:val="both"/>
        <w:rPr>
          <w:rFonts w:cs="Times New Roman"/>
          <w:szCs w:val="24"/>
        </w:rPr>
      </w:pPr>
      <w:r w:rsidRPr="00DD4FB6">
        <w:rPr>
          <w:rFonts w:cs="Times New Roman"/>
          <w:b/>
          <w:bCs/>
          <w:szCs w:val="24"/>
        </w:rPr>
        <w:t>PRIMĂRIA SATULUI MERENI</w:t>
      </w:r>
      <w:r w:rsidRPr="00563B50">
        <w:rPr>
          <w:rFonts w:cs="Times New Roman"/>
          <w:szCs w:val="24"/>
        </w:rPr>
        <w:t xml:space="preserve"> </w:t>
      </w:r>
      <w:proofErr w:type="spellStart"/>
      <w:r w:rsidRPr="00563B50">
        <w:rPr>
          <w:rFonts w:cs="Times New Roman"/>
          <w:szCs w:val="24"/>
        </w:rPr>
        <w:t>păstrează</w:t>
      </w:r>
      <w:proofErr w:type="spellEnd"/>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ale </w:t>
      </w:r>
      <w:proofErr w:type="spellStart"/>
      <w:r w:rsidRPr="00563B50">
        <w:rPr>
          <w:rFonts w:cs="Times New Roman"/>
          <w:szCs w:val="24"/>
        </w:rPr>
        <w:t>cetățenilor</w:t>
      </w:r>
      <w:proofErr w:type="spellEnd"/>
      <w:r w:rsidRPr="00563B50">
        <w:rPr>
          <w:rFonts w:cs="Times New Roman"/>
          <w:szCs w:val="24"/>
        </w:rPr>
        <w:t>/</w:t>
      </w:r>
      <w:proofErr w:type="spellStart"/>
      <w:r w:rsidRPr="00563B50">
        <w:rPr>
          <w:rFonts w:cs="Times New Roman"/>
          <w:szCs w:val="24"/>
        </w:rPr>
        <w:t>petiționarilor</w:t>
      </w:r>
      <w:proofErr w:type="spellEnd"/>
      <w:r w:rsidRPr="00563B50">
        <w:rPr>
          <w:rFonts w:cs="Times New Roman"/>
          <w:szCs w:val="24"/>
        </w:rPr>
        <w:t xml:space="preserve"> pe o </w:t>
      </w:r>
      <w:proofErr w:type="spellStart"/>
      <w:r w:rsidRPr="00563B50">
        <w:rPr>
          <w:rFonts w:cs="Times New Roman"/>
          <w:szCs w:val="24"/>
        </w:rPr>
        <w:t>perioadă</w:t>
      </w:r>
      <w:proofErr w:type="spellEnd"/>
      <w:r w:rsidRPr="00563B50">
        <w:rPr>
          <w:rFonts w:cs="Times New Roman"/>
          <w:szCs w:val="24"/>
        </w:rPr>
        <w:t xml:space="preserve"> care nu </w:t>
      </w:r>
      <w:proofErr w:type="spellStart"/>
      <w:r w:rsidRPr="00563B50">
        <w:rPr>
          <w:rFonts w:cs="Times New Roman"/>
          <w:szCs w:val="24"/>
        </w:rPr>
        <w:t>depășește</w:t>
      </w:r>
      <w:proofErr w:type="spellEnd"/>
      <w:r w:rsidRPr="00563B50">
        <w:rPr>
          <w:rFonts w:cs="Times New Roman"/>
          <w:szCs w:val="24"/>
        </w:rPr>
        <w:t xml:space="preserve"> </w:t>
      </w:r>
      <w:proofErr w:type="spellStart"/>
      <w:r w:rsidRPr="00563B50">
        <w:rPr>
          <w:rFonts w:cs="Times New Roman"/>
          <w:szCs w:val="24"/>
        </w:rPr>
        <w:t>perioada</w:t>
      </w:r>
      <w:proofErr w:type="spellEnd"/>
      <w:r w:rsidRPr="00563B50">
        <w:rPr>
          <w:rFonts w:cs="Times New Roman"/>
          <w:szCs w:val="24"/>
        </w:rPr>
        <w:t xml:space="preserve"> </w:t>
      </w:r>
      <w:proofErr w:type="spellStart"/>
      <w:r w:rsidRPr="00563B50">
        <w:rPr>
          <w:rFonts w:cs="Times New Roman"/>
          <w:szCs w:val="24"/>
        </w:rPr>
        <w:t>necesară</w:t>
      </w:r>
      <w:proofErr w:type="spellEnd"/>
      <w:r w:rsidRPr="00563B50">
        <w:rPr>
          <w:rFonts w:cs="Times New Roman"/>
          <w:szCs w:val="24"/>
        </w:rPr>
        <w:t xml:space="preserve"> </w:t>
      </w:r>
      <w:proofErr w:type="spellStart"/>
      <w:r w:rsidRPr="00563B50">
        <w:rPr>
          <w:rFonts w:cs="Times New Roman"/>
          <w:szCs w:val="24"/>
        </w:rPr>
        <w:t>îndeplinirii</w:t>
      </w:r>
      <w:proofErr w:type="spellEnd"/>
      <w:r w:rsidRPr="00563B50">
        <w:rPr>
          <w:rFonts w:cs="Times New Roman"/>
          <w:szCs w:val="24"/>
        </w:rPr>
        <w:t xml:space="preserve"> </w:t>
      </w:r>
      <w:proofErr w:type="spellStart"/>
      <w:r w:rsidRPr="00563B50">
        <w:rPr>
          <w:rFonts w:cs="Times New Roman"/>
          <w:szCs w:val="24"/>
        </w:rPr>
        <w:t>scopurilor</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care au </w:t>
      </w:r>
      <w:proofErr w:type="spellStart"/>
      <w:r w:rsidRPr="00563B50">
        <w:rPr>
          <w:rFonts w:cs="Times New Roman"/>
          <w:szCs w:val="24"/>
        </w:rPr>
        <w:t>fost</w:t>
      </w:r>
      <w:proofErr w:type="spellEnd"/>
      <w:r w:rsidRPr="00563B50">
        <w:rPr>
          <w:rFonts w:cs="Times New Roman"/>
          <w:szCs w:val="24"/>
        </w:rPr>
        <w:t xml:space="preserve"> </w:t>
      </w:r>
      <w:proofErr w:type="spellStart"/>
      <w:r w:rsidRPr="00563B50">
        <w:rPr>
          <w:rFonts w:cs="Times New Roman"/>
          <w:szCs w:val="24"/>
        </w:rPr>
        <w:t>colectate</w:t>
      </w:r>
      <w:proofErr w:type="spellEnd"/>
      <w:r w:rsidRPr="00563B50">
        <w:rPr>
          <w:rFonts w:cs="Times New Roman"/>
          <w:szCs w:val="24"/>
        </w:rPr>
        <w:t xml:space="preserve">, </w:t>
      </w:r>
      <w:proofErr w:type="spellStart"/>
      <w:r w:rsidRPr="00563B50">
        <w:rPr>
          <w:rFonts w:cs="Times New Roman"/>
          <w:szCs w:val="24"/>
        </w:rPr>
        <w:t>după</w:t>
      </w:r>
      <w:proofErr w:type="spellEnd"/>
      <w:r w:rsidRPr="00563B50">
        <w:rPr>
          <w:rFonts w:cs="Times New Roman"/>
          <w:szCs w:val="24"/>
        </w:rPr>
        <w:t xml:space="preserve"> care se </w:t>
      </w:r>
      <w:proofErr w:type="spellStart"/>
      <w:r w:rsidRPr="00563B50">
        <w:rPr>
          <w:rFonts w:cs="Times New Roman"/>
          <w:szCs w:val="24"/>
        </w:rPr>
        <w:t>arhivează</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depozitul</w:t>
      </w:r>
      <w:proofErr w:type="spellEnd"/>
      <w:r w:rsidRPr="00563B50">
        <w:rPr>
          <w:rFonts w:cs="Times New Roman"/>
          <w:szCs w:val="24"/>
        </w:rPr>
        <w:t xml:space="preserve"> </w:t>
      </w:r>
      <w:proofErr w:type="spellStart"/>
      <w:r w:rsidRPr="00563B50">
        <w:rPr>
          <w:rFonts w:cs="Times New Roman"/>
          <w:szCs w:val="24"/>
        </w:rPr>
        <w:t>arhivistic</w:t>
      </w:r>
      <w:proofErr w:type="spellEnd"/>
      <w:r w:rsidRPr="00563B50">
        <w:rPr>
          <w:rFonts w:cs="Times New Roman"/>
          <w:szCs w:val="24"/>
        </w:rPr>
        <w:t xml:space="preserve"> </w:t>
      </w:r>
      <w:proofErr w:type="spellStart"/>
      <w:r w:rsidRPr="00563B50">
        <w:rPr>
          <w:rFonts w:cs="Times New Roman"/>
          <w:szCs w:val="24"/>
        </w:rPr>
        <w:t>instituțional</w:t>
      </w:r>
      <w:proofErr w:type="spellEnd"/>
      <w:r w:rsidRPr="00563B50">
        <w:rPr>
          <w:rFonts w:cs="Times New Roman"/>
          <w:szCs w:val="24"/>
        </w:rPr>
        <w:t xml:space="preserve"> </w:t>
      </w:r>
      <w:proofErr w:type="spellStart"/>
      <w:r w:rsidRPr="00563B50">
        <w:rPr>
          <w:rFonts w:cs="Times New Roman"/>
          <w:szCs w:val="24"/>
        </w:rPr>
        <w:t>dacă</w:t>
      </w:r>
      <w:proofErr w:type="spellEnd"/>
      <w:r w:rsidRPr="00563B50">
        <w:rPr>
          <w:rFonts w:cs="Times New Roman"/>
          <w:szCs w:val="24"/>
        </w:rPr>
        <w:t xml:space="preserve"> </w:t>
      </w:r>
      <w:proofErr w:type="spellStart"/>
      <w:r w:rsidRPr="00563B50">
        <w:rPr>
          <w:rFonts w:cs="Times New Roman"/>
          <w:szCs w:val="24"/>
        </w:rPr>
        <w:t>legislația</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vigoare</w:t>
      </w:r>
      <w:proofErr w:type="spellEnd"/>
      <w:r w:rsidRPr="00563B50">
        <w:rPr>
          <w:rFonts w:cs="Times New Roman"/>
          <w:szCs w:val="24"/>
        </w:rPr>
        <w:t xml:space="preserve"> nu </w:t>
      </w:r>
      <w:proofErr w:type="spellStart"/>
      <w:r w:rsidRPr="00563B50">
        <w:rPr>
          <w:rFonts w:cs="Times New Roman"/>
          <w:szCs w:val="24"/>
        </w:rPr>
        <w:t>prevede</w:t>
      </w:r>
      <w:proofErr w:type="spellEnd"/>
      <w:r w:rsidRPr="00563B50">
        <w:rPr>
          <w:rFonts w:cs="Times New Roman"/>
          <w:szCs w:val="24"/>
        </w:rPr>
        <w:t xml:space="preserve"> </w:t>
      </w:r>
      <w:proofErr w:type="spellStart"/>
      <w:r w:rsidRPr="00563B50">
        <w:rPr>
          <w:rFonts w:cs="Times New Roman"/>
          <w:szCs w:val="24"/>
        </w:rPr>
        <w:t>altfel</w:t>
      </w:r>
      <w:proofErr w:type="spellEnd"/>
      <w:r w:rsidRPr="00563B50">
        <w:rPr>
          <w:rFonts w:cs="Times New Roman"/>
          <w:szCs w:val="24"/>
        </w:rPr>
        <w:t>.</w:t>
      </w:r>
    </w:p>
    <w:p w14:paraId="0050EA6D" w14:textId="77777777" w:rsidR="00EE7ED3" w:rsidRPr="00563B50" w:rsidRDefault="00000000" w:rsidP="00A33FF6">
      <w:pPr>
        <w:rPr>
          <w:rFonts w:cs="Times New Roman"/>
          <w:b/>
          <w:bCs/>
          <w:szCs w:val="24"/>
        </w:rPr>
      </w:pPr>
      <w:r w:rsidRPr="00563B50">
        <w:rPr>
          <w:rFonts w:cs="Times New Roman"/>
          <w:b/>
          <w:bCs/>
          <w:szCs w:val="24"/>
        </w:rPr>
        <w:t>X. MIJLOACE SUPUSE PRINCIPIILOR DE PROTECTIE A DATELOR CU CARACTER PERSONAL</w:t>
      </w:r>
    </w:p>
    <w:p w14:paraId="3B3E1677" w14:textId="77777777" w:rsidR="00EE7ED3" w:rsidRPr="00563B50" w:rsidRDefault="00000000" w:rsidP="002E7997">
      <w:pPr>
        <w:jc w:val="both"/>
        <w:rPr>
          <w:rFonts w:cs="Times New Roman"/>
          <w:szCs w:val="24"/>
        </w:rPr>
      </w:pPr>
      <w:proofErr w:type="spellStart"/>
      <w:r w:rsidRPr="00563B50">
        <w:rPr>
          <w:rFonts w:cs="Times New Roman"/>
          <w:szCs w:val="24"/>
        </w:rPr>
        <w:t>Protecția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cadrul</w:t>
      </w:r>
      <w:proofErr w:type="spellEnd"/>
      <w:r w:rsidRPr="00563B50">
        <w:rPr>
          <w:rFonts w:cs="Times New Roman"/>
          <w:szCs w:val="24"/>
        </w:rPr>
        <w:t xml:space="preserve"> </w:t>
      </w:r>
      <w:r w:rsidRPr="00DD4FB6">
        <w:rPr>
          <w:rFonts w:cs="Times New Roman"/>
          <w:b/>
          <w:bCs/>
          <w:szCs w:val="24"/>
        </w:rPr>
        <w:t>PRIMĂRIEI SATULUI MERENI</w:t>
      </w:r>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calitate</w:t>
      </w:r>
      <w:proofErr w:type="spellEnd"/>
      <w:r w:rsidRPr="00563B50">
        <w:rPr>
          <w:rFonts w:cs="Times New Roman"/>
          <w:szCs w:val="24"/>
        </w:rPr>
        <w:t xml:space="preserve"> de operator)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asigurată</w:t>
      </w:r>
      <w:proofErr w:type="spellEnd"/>
      <w:r w:rsidRPr="00563B50">
        <w:rPr>
          <w:rFonts w:cs="Times New Roman"/>
          <w:szCs w:val="24"/>
        </w:rPr>
        <w:t xml:space="preserve"> </w:t>
      </w:r>
      <w:proofErr w:type="spellStart"/>
      <w:r w:rsidRPr="00563B50">
        <w:rPr>
          <w:rFonts w:cs="Times New Roman"/>
          <w:szCs w:val="24"/>
        </w:rPr>
        <w:t>printr</w:t>
      </w:r>
      <w:proofErr w:type="spellEnd"/>
      <w:r w:rsidRPr="00563B50">
        <w:rPr>
          <w:rFonts w:cs="Times New Roman"/>
          <w:szCs w:val="24"/>
        </w:rPr>
        <w:t xml:space="preserve">-un complex de </w:t>
      </w:r>
      <w:proofErr w:type="spellStart"/>
      <w:r w:rsidRPr="00563B50">
        <w:rPr>
          <w:rFonts w:cs="Times New Roman"/>
          <w:szCs w:val="24"/>
        </w:rPr>
        <w:t>măsuri</w:t>
      </w:r>
      <w:proofErr w:type="spellEnd"/>
      <w:r w:rsidRPr="00563B50">
        <w:rPr>
          <w:rFonts w:cs="Times New Roman"/>
          <w:szCs w:val="24"/>
        </w:rPr>
        <w:t xml:space="preserve"> </w:t>
      </w:r>
      <w:proofErr w:type="spellStart"/>
      <w:r w:rsidRPr="00563B50">
        <w:rPr>
          <w:rFonts w:cs="Times New Roman"/>
          <w:szCs w:val="24"/>
        </w:rPr>
        <w:t>tehnice</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organizatorice</w:t>
      </w:r>
      <w:proofErr w:type="spellEnd"/>
      <w:r w:rsidRPr="00563B50">
        <w:rPr>
          <w:rFonts w:cs="Times New Roman"/>
          <w:szCs w:val="24"/>
        </w:rPr>
        <w:t xml:space="preserve"> de </w:t>
      </w:r>
      <w:proofErr w:type="spellStart"/>
      <w:r w:rsidRPr="00563B50">
        <w:rPr>
          <w:rFonts w:cs="Times New Roman"/>
          <w:szCs w:val="24"/>
        </w:rPr>
        <w:t>preîntâmpinare</w:t>
      </w:r>
      <w:proofErr w:type="spellEnd"/>
      <w:r w:rsidRPr="00563B50">
        <w:rPr>
          <w:rFonts w:cs="Times New Roman"/>
          <w:szCs w:val="24"/>
        </w:rPr>
        <w:t xml:space="preserve"> a </w:t>
      </w:r>
      <w:proofErr w:type="spellStart"/>
      <w:r w:rsidRPr="00563B50">
        <w:rPr>
          <w:rFonts w:cs="Times New Roman"/>
          <w:szCs w:val="24"/>
        </w:rPr>
        <w:t>prelucrării</w:t>
      </w:r>
      <w:proofErr w:type="spellEnd"/>
      <w:r w:rsidRPr="00563B50">
        <w:rPr>
          <w:rFonts w:cs="Times New Roman"/>
          <w:szCs w:val="24"/>
        </w:rPr>
        <w:t xml:space="preserve"> </w:t>
      </w:r>
      <w:proofErr w:type="spellStart"/>
      <w:r w:rsidRPr="00563B50">
        <w:rPr>
          <w:rFonts w:cs="Times New Roman"/>
          <w:szCs w:val="24"/>
        </w:rPr>
        <w:t>ilicite</w:t>
      </w:r>
      <w:proofErr w:type="spellEnd"/>
      <w:r w:rsidRPr="00563B50">
        <w:rPr>
          <w:rFonts w:cs="Times New Roman"/>
          <w:szCs w:val="24"/>
        </w:rPr>
        <w:t xml:space="preserve"> a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Sânt</w:t>
      </w:r>
      <w:proofErr w:type="spellEnd"/>
      <w:r w:rsidRPr="00563B50">
        <w:rPr>
          <w:rFonts w:cs="Times New Roman"/>
          <w:szCs w:val="24"/>
        </w:rPr>
        <w:t xml:space="preserve"> </w:t>
      </w:r>
      <w:proofErr w:type="spellStart"/>
      <w:r w:rsidRPr="00563B50">
        <w:rPr>
          <w:rFonts w:cs="Times New Roman"/>
          <w:szCs w:val="24"/>
        </w:rPr>
        <w:t>supuse</w:t>
      </w:r>
      <w:proofErr w:type="spellEnd"/>
      <w:r w:rsidRPr="00563B50">
        <w:rPr>
          <w:rFonts w:cs="Times New Roman"/>
          <w:szCs w:val="24"/>
        </w:rPr>
        <w:t xml:space="preserve"> </w:t>
      </w:r>
      <w:proofErr w:type="spellStart"/>
      <w:r w:rsidRPr="00563B50">
        <w:rPr>
          <w:rFonts w:cs="Times New Roman"/>
          <w:szCs w:val="24"/>
        </w:rPr>
        <w:t>protecției</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mijloace</w:t>
      </w:r>
      <w:proofErr w:type="spellEnd"/>
      <w:r w:rsidRPr="00563B50">
        <w:rPr>
          <w:rFonts w:cs="Times New Roman"/>
          <w:szCs w:val="24"/>
        </w:rPr>
        <w:t>/</w:t>
      </w:r>
      <w:proofErr w:type="spellStart"/>
      <w:r w:rsidRPr="00563B50">
        <w:rPr>
          <w:rFonts w:cs="Times New Roman"/>
          <w:szCs w:val="24"/>
        </w:rPr>
        <w:t>procedee</w:t>
      </w:r>
      <w:proofErr w:type="spellEnd"/>
      <w:r w:rsidRPr="00563B50">
        <w:rPr>
          <w:rFonts w:cs="Times New Roman"/>
          <w:szCs w:val="24"/>
        </w:rPr>
        <w:t xml:space="preserve"> </w:t>
      </w:r>
      <w:proofErr w:type="spellStart"/>
      <w:r w:rsidRPr="00563B50">
        <w:rPr>
          <w:rFonts w:cs="Times New Roman"/>
          <w:szCs w:val="24"/>
        </w:rPr>
        <w:t>specifice</w:t>
      </w:r>
      <w:proofErr w:type="spellEnd"/>
      <w:r w:rsidRPr="00563B50">
        <w:rPr>
          <w:rFonts w:cs="Times New Roman"/>
          <w:szCs w:val="24"/>
        </w:rPr>
        <w:t xml:space="preserve">, </w:t>
      </w:r>
      <w:proofErr w:type="spellStart"/>
      <w:r w:rsidRPr="00563B50">
        <w:rPr>
          <w:rFonts w:cs="Times New Roman"/>
          <w:szCs w:val="24"/>
        </w:rPr>
        <w:t>toate</w:t>
      </w:r>
      <w:proofErr w:type="spellEnd"/>
      <w:r w:rsidRPr="00563B50">
        <w:rPr>
          <w:rFonts w:cs="Times New Roman"/>
          <w:szCs w:val="24"/>
        </w:rPr>
        <w:t xml:space="preserve"> </w:t>
      </w:r>
      <w:proofErr w:type="spellStart"/>
      <w:r w:rsidRPr="00563B50">
        <w:rPr>
          <w:rFonts w:cs="Times New Roman"/>
          <w:szCs w:val="24"/>
        </w:rPr>
        <w:t>resursele</w:t>
      </w:r>
      <w:proofErr w:type="spellEnd"/>
      <w:r w:rsidRPr="00563B50">
        <w:rPr>
          <w:rFonts w:cs="Times New Roman"/>
          <w:szCs w:val="24"/>
        </w:rPr>
        <w:t xml:space="preserve"> </w:t>
      </w:r>
      <w:proofErr w:type="spellStart"/>
      <w:r w:rsidRPr="00563B50">
        <w:rPr>
          <w:rFonts w:cs="Times New Roman"/>
          <w:szCs w:val="24"/>
        </w:rPr>
        <w:t>informaționale</w:t>
      </w:r>
      <w:proofErr w:type="spellEnd"/>
      <w:r w:rsidRPr="00563B50">
        <w:rPr>
          <w:rFonts w:cs="Times New Roman"/>
          <w:szCs w:val="24"/>
        </w:rPr>
        <w:t xml:space="preserve"> ale </w:t>
      </w:r>
      <w:proofErr w:type="spellStart"/>
      <w:r w:rsidRPr="00563B50">
        <w:rPr>
          <w:rFonts w:cs="Times New Roman"/>
          <w:szCs w:val="24"/>
        </w:rPr>
        <w:t>operatorului</w:t>
      </w:r>
      <w:proofErr w:type="spellEnd"/>
      <w:r w:rsidRPr="00563B50">
        <w:rPr>
          <w:rFonts w:cs="Times New Roman"/>
          <w:szCs w:val="24"/>
        </w:rPr>
        <w:t xml:space="preserve"> </w:t>
      </w:r>
      <w:proofErr w:type="spellStart"/>
      <w:r w:rsidRPr="00563B50">
        <w:rPr>
          <w:rFonts w:cs="Times New Roman"/>
          <w:szCs w:val="24"/>
        </w:rPr>
        <w:t>gestionate</w:t>
      </w:r>
      <w:proofErr w:type="spellEnd"/>
      <w:r w:rsidRPr="00563B50">
        <w:rPr>
          <w:rFonts w:cs="Times New Roman"/>
          <w:szCs w:val="24"/>
        </w:rPr>
        <w:t xml:space="preserve">, care </w:t>
      </w:r>
      <w:proofErr w:type="spellStart"/>
      <w:r w:rsidRPr="00563B50">
        <w:rPr>
          <w:rFonts w:cs="Times New Roman"/>
          <w:szCs w:val="24"/>
        </w:rPr>
        <w:t>conțin</w:t>
      </w:r>
      <w:proofErr w:type="spellEnd"/>
      <w:r w:rsidRPr="00563B50">
        <w:rPr>
          <w:rFonts w:cs="Times New Roman"/>
          <w:szCs w:val="24"/>
        </w:rPr>
        <w:t xml:space="preserve"> date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păstrate</w:t>
      </w:r>
      <w:proofErr w:type="spellEnd"/>
      <w:r w:rsidRPr="00563B50">
        <w:rPr>
          <w:rFonts w:cs="Times New Roman"/>
          <w:szCs w:val="24"/>
        </w:rPr>
        <w:t xml:space="preserve"> pe:</w:t>
      </w:r>
    </w:p>
    <w:p w14:paraId="57F095EB" w14:textId="77777777" w:rsidR="00EE7ED3" w:rsidRPr="00563B50" w:rsidRDefault="00000000">
      <w:pPr>
        <w:numPr>
          <w:ilvl w:val="0"/>
          <w:numId w:val="21"/>
        </w:numPr>
        <w:jc w:val="both"/>
        <w:rPr>
          <w:rFonts w:cs="Times New Roman"/>
          <w:szCs w:val="24"/>
        </w:rPr>
      </w:pPr>
      <w:proofErr w:type="spellStart"/>
      <w:r w:rsidRPr="00563B50">
        <w:rPr>
          <w:rFonts w:cs="Times New Roman"/>
          <w:szCs w:val="24"/>
        </w:rPr>
        <w:lastRenderedPageBreak/>
        <w:t>suporturi</w:t>
      </w:r>
      <w:proofErr w:type="spellEnd"/>
      <w:r w:rsidRPr="00563B50">
        <w:rPr>
          <w:rFonts w:cs="Times New Roman"/>
          <w:szCs w:val="24"/>
        </w:rPr>
        <w:t xml:space="preserve"> </w:t>
      </w:r>
      <w:proofErr w:type="spellStart"/>
      <w:r w:rsidRPr="00563B50">
        <w:rPr>
          <w:rFonts w:cs="Times New Roman"/>
          <w:szCs w:val="24"/>
        </w:rPr>
        <w:t>magnetice</w:t>
      </w:r>
      <w:proofErr w:type="spellEnd"/>
      <w:r w:rsidRPr="00563B50">
        <w:rPr>
          <w:rFonts w:cs="Times New Roman"/>
          <w:szCs w:val="24"/>
        </w:rPr>
        <w:t xml:space="preserve">, </w:t>
      </w:r>
      <w:proofErr w:type="spellStart"/>
      <w:r w:rsidRPr="00563B50">
        <w:rPr>
          <w:rFonts w:cs="Times New Roman"/>
          <w:szCs w:val="24"/>
        </w:rPr>
        <w:t>optice</w:t>
      </w:r>
      <w:proofErr w:type="spellEnd"/>
      <w:r w:rsidRPr="00563B50">
        <w:rPr>
          <w:rFonts w:cs="Times New Roman"/>
          <w:szCs w:val="24"/>
        </w:rPr>
        <w:t xml:space="preserve">, laser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alte</w:t>
      </w:r>
      <w:proofErr w:type="spellEnd"/>
      <w:r w:rsidRPr="00563B50">
        <w:rPr>
          <w:rFonts w:cs="Times New Roman"/>
          <w:szCs w:val="24"/>
        </w:rPr>
        <w:t xml:space="preserve"> </w:t>
      </w:r>
      <w:proofErr w:type="spellStart"/>
      <w:r w:rsidRPr="00563B50">
        <w:rPr>
          <w:rFonts w:cs="Times New Roman"/>
          <w:szCs w:val="24"/>
        </w:rPr>
        <w:t>suporturi</w:t>
      </w:r>
      <w:proofErr w:type="spellEnd"/>
      <w:r w:rsidRPr="00563B50">
        <w:rPr>
          <w:rFonts w:cs="Times New Roman"/>
          <w:szCs w:val="24"/>
        </w:rPr>
        <w:t xml:space="preserve"> ale </w:t>
      </w:r>
      <w:proofErr w:type="spellStart"/>
      <w:r w:rsidRPr="00563B50">
        <w:rPr>
          <w:rFonts w:cs="Times New Roman"/>
          <w:szCs w:val="24"/>
        </w:rPr>
        <w:t>informației</w:t>
      </w:r>
      <w:proofErr w:type="spellEnd"/>
      <w:r w:rsidRPr="00563B50">
        <w:rPr>
          <w:rFonts w:cs="Times New Roman"/>
          <w:szCs w:val="24"/>
        </w:rPr>
        <w:t xml:space="preserve"> </w:t>
      </w:r>
      <w:proofErr w:type="spellStart"/>
      <w:r w:rsidRPr="00563B50">
        <w:rPr>
          <w:rFonts w:cs="Times New Roman"/>
          <w:szCs w:val="24"/>
        </w:rPr>
        <w:t>electronice</w:t>
      </w:r>
      <w:proofErr w:type="spellEnd"/>
      <w:r w:rsidRPr="00563B50">
        <w:rPr>
          <w:rFonts w:cs="Times New Roman"/>
          <w:szCs w:val="24"/>
        </w:rPr>
        <w:t xml:space="preserve">, </w:t>
      </w:r>
      <w:proofErr w:type="spellStart"/>
      <w:r w:rsidRPr="00563B50">
        <w:rPr>
          <w:rFonts w:cs="Times New Roman"/>
          <w:szCs w:val="24"/>
        </w:rPr>
        <w:t>masive</w:t>
      </w:r>
      <w:proofErr w:type="spellEnd"/>
      <w:r w:rsidRPr="00563B50">
        <w:rPr>
          <w:rFonts w:cs="Times New Roman"/>
          <w:szCs w:val="24"/>
        </w:rPr>
        <w:t xml:space="preserve"> </w:t>
      </w:r>
      <w:proofErr w:type="spellStart"/>
      <w:r w:rsidRPr="00563B50">
        <w:rPr>
          <w:rFonts w:cs="Times New Roman"/>
          <w:szCs w:val="24"/>
        </w:rPr>
        <w:t>informaționale</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baze</w:t>
      </w:r>
      <w:proofErr w:type="spellEnd"/>
      <w:r w:rsidRPr="00563B50">
        <w:rPr>
          <w:rFonts w:cs="Times New Roman"/>
          <w:szCs w:val="24"/>
        </w:rPr>
        <w:t xml:space="preserve"> de date;</w:t>
      </w:r>
    </w:p>
    <w:p w14:paraId="43B4338F" w14:textId="77777777" w:rsidR="00EE7ED3" w:rsidRPr="00563B50" w:rsidRDefault="00000000">
      <w:pPr>
        <w:numPr>
          <w:ilvl w:val="0"/>
          <w:numId w:val="21"/>
        </w:numPr>
        <w:jc w:val="both"/>
        <w:rPr>
          <w:rFonts w:cs="Times New Roman"/>
          <w:szCs w:val="24"/>
        </w:rPr>
      </w:pPr>
      <w:proofErr w:type="spellStart"/>
      <w:r w:rsidRPr="00563B50">
        <w:rPr>
          <w:rFonts w:cs="Times New Roman"/>
          <w:szCs w:val="24"/>
        </w:rPr>
        <w:t>sistemele</w:t>
      </w:r>
      <w:proofErr w:type="spellEnd"/>
      <w:r w:rsidRPr="00563B50">
        <w:rPr>
          <w:rFonts w:cs="Times New Roman"/>
          <w:szCs w:val="24"/>
        </w:rPr>
        <w:t xml:space="preserve"> </w:t>
      </w:r>
      <w:proofErr w:type="spellStart"/>
      <w:r w:rsidRPr="00563B50">
        <w:rPr>
          <w:rFonts w:cs="Times New Roman"/>
          <w:szCs w:val="24"/>
        </w:rPr>
        <w:t>informaționale</w:t>
      </w:r>
      <w:proofErr w:type="spellEnd"/>
      <w:r w:rsidRPr="00563B50">
        <w:rPr>
          <w:rFonts w:cs="Times New Roman"/>
          <w:szCs w:val="24"/>
        </w:rPr>
        <w:t xml:space="preserve">, </w:t>
      </w:r>
      <w:proofErr w:type="spellStart"/>
      <w:r w:rsidRPr="00563B50">
        <w:rPr>
          <w:rFonts w:cs="Times New Roman"/>
          <w:szCs w:val="24"/>
        </w:rPr>
        <w:t>rețelele</w:t>
      </w:r>
      <w:proofErr w:type="spellEnd"/>
      <w:r w:rsidRPr="00563B50">
        <w:rPr>
          <w:rFonts w:cs="Times New Roman"/>
          <w:szCs w:val="24"/>
        </w:rPr>
        <w:t xml:space="preserve">, </w:t>
      </w:r>
      <w:proofErr w:type="spellStart"/>
      <w:r w:rsidRPr="00563B50">
        <w:rPr>
          <w:rFonts w:cs="Times New Roman"/>
          <w:szCs w:val="24"/>
        </w:rPr>
        <w:t>sistemele</w:t>
      </w:r>
      <w:proofErr w:type="spellEnd"/>
      <w:r w:rsidRPr="00563B50">
        <w:rPr>
          <w:rFonts w:cs="Times New Roman"/>
          <w:szCs w:val="24"/>
        </w:rPr>
        <w:t xml:space="preserve"> </w:t>
      </w:r>
      <w:proofErr w:type="spellStart"/>
      <w:r w:rsidRPr="00563B50">
        <w:rPr>
          <w:rFonts w:cs="Times New Roman"/>
          <w:szCs w:val="24"/>
        </w:rPr>
        <w:t>operaționale</w:t>
      </w:r>
      <w:proofErr w:type="spellEnd"/>
      <w:r w:rsidRPr="00563B50">
        <w:rPr>
          <w:rFonts w:cs="Times New Roman"/>
          <w:szCs w:val="24"/>
        </w:rPr>
        <w:t xml:space="preserve">, </w:t>
      </w:r>
      <w:proofErr w:type="spellStart"/>
      <w:r w:rsidRPr="00563B50">
        <w:rPr>
          <w:rFonts w:cs="Times New Roman"/>
          <w:szCs w:val="24"/>
        </w:rPr>
        <w:t>sistemele</w:t>
      </w:r>
      <w:proofErr w:type="spellEnd"/>
      <w:r w:rsidRPr="00563B50">
        <w:rPr>
          <w:rFonts w:cs="Times New Roman"/>
          <w:szCs w:val="24"/>
        </w:rPr>
        <w:t xml:space="preserve"> de </w:t>
      </w:r>
      <w:proofErr w:type="spellStart"/>
      <w:r w:rsidRPr="00563B50">
        <w:rPr>
          <w:rFonts w:cs="Times New Roman"/>
          <w:szCs w:val="24"/>
        </w:rPr>
        <w:t>gestionare</w:t>
      </w:r>
      <w:proofErr w:type="spellEnd"/>
      <w:r w:rsidRPr="00563B50">
        <w:rPr>
          <w:rFonts w:cs="Times New Roman"/>
          <w:szCs w:val="24"/>
        </w:rPr>
        <w:t xml:space="preserve"> a </w:t>
      </w:r>
      <w:proofErr w:type="spellStart"/>
      <w:r w:rsidRPr="00563B50">
        <w:rPr>
          <w:rFonts w:cs="Times New Roman"/>
          <w:szCs w:val="24"/>
        </w:rPr>
        <w:t>bazelor</w:t>
      </w:r>
      <w:proofErr w:type="spellEnd"/>
      <w:r w:rsidRPr="00563B50">
        <w:rPr>
          <w:rFonts w:cs="Times New Roman"/>
          <w:szCs w:val="24"/>
        </w:rPr>
        <w:t xml:space="preserve"> de date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alte</w:t>
      </w:r>
      <w:proofErr w:type="spellEnd"/>
      <w:r w:rsidRPr="00563B50">
        <w:rPr>
          <w:rFonts w:cs="Times New Roman"/>
          <w:szCs w:val="24"/>
        </w:rPr>
        <w:t xml:space="preserve"> </w:t>
      </w:r>
      <w:proofErr w:type="spellStart"/>
      <w:r w:rsidRPr="00563B50">
        <w:rPr>
          <w:rFonts w:cs="Times New Roman"/>
          <w:szCs w:val="24"/>
        </w:rPr>
        <w:t>aplicații</w:t>
      </w:r>
      <w:proofErr w:type="spellEnd"/>
      <w:r w:rsidRPr="00563B50">
        <w:rPr>
          <w:rFonts w:cs="Times New Roman"/>
          <w:szCs w:val="24"/>
        </w:rPr>
        <w:t xml:space="preserve">, </w:t>
      </w:r>
      <w:proofErr w:type="spellStart"/>
      <w:r w:rsidRPr="00563B50">
        <w:rPr>
          <w:rFonts w:cs="Times New Roman"/>
          <w:szCs w:val="24"/>
        </w:rPr>
        <w:t>sistemele</w:t>
      </w:r>
      <w:proofErr w:type="spellEnd"/>
      <w:r w:rsidRPr="00563B50">
        <w:rPr>
          <w:rFonts w:cs="Times New Roman"/>
          <w:szCs w:val="24"/>
        </w:rPr>
        <w:t xml:space="preserve"> de </w:t>
      </w:r>
      <w:proofErr w:type="spellStart"/>
      <w:r w:rsidRPr="00563B50">
        <w:rPr>
          <w:rFonts w:cs="Times New Roman"/>
          <w:szCs w:val="24"/>
        </w:rPr>
        <w:t>telecomunicații</w:t>
      </w:r>
      <w:proofErr w:type="spellEnd"/>
      <w:r w:rsidRPr="00563B50">
        <w:rPr>
          <w:rFonts w:cs="Times New Roman"/>
          <w:szCs w:val="24"/>
        </w:rPr>
        <w:t xml:space="preserve">, </w:t>
      </w:r>
      <w:proofErr w:type="spellStart"/>
      <w:r w:rsidRPr="00563B50">
        <w:rPr>
          <w:rFonts w:cs="Times New Roman"/>
          <w:szCs w:val="24"/>
        </w:rPr>
        <w:t>inclusiv</w:t>
      </w:r>
      <w:proofErr w:type="spellEnd"/>
      <w:r w:rsidRPr="00563B50">
        <w:rPr>
          <w:rFonts w:cs="Times New Roman"/>
          <w:szCs w:val="24"/>
        </w:rPr>
        <w:t xml:space="preserve"> </w:t>
      </w:r>
      <w:proofErr w:type="spellStart"/>
      <w:r w:rsidRPr="00563B50">
        <w:rPr>
          <w:rFonts w:cs="Times New Roman"/>
          <w:szCs w:val="24"/>
        </w:rPr>
        <w:t>mijloacele</w:t>
      </w:r>
      <w:proofErr w:type="spellEnd"/>
      <w:r w:rsidRPr="00563B50">
        <w:rPr>
          <w:rFonts w:cs="Times New Roman"/>
          <w:szCs w:val="24"/>
        </w:rPr>
        <w:t xml:space="preserve"> de </w:t>
      </w:r>
      <w:proofErr w:type="spellStart"/>
      <w:r w:rsidRPr="00563B50">
        <w:rPr>
          <w:rFonts w:cs="Times New Roman"/>
          <w:szCs w:val="24"/>
        </w:rPr>
        <w:t>confecționare</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multiplicare</w:t>
      </w:r>
      <w:proofErr w:type="spellEnd"/>
      <w:r w:rsidRPr="00563B50">
        <w:rPr>
          <w:rFonts w:cs="Times New Roman"/>
          <w:szCs w:val="24"/>
        </w:rPr>
        <w:t xml:space="preserve"> a </w:t>
      </w:r>
      <w:proofErr w:type="spellStart"/>
      <w:r w:rsidRPr="00563B50">
        <w:rPr>
          <w:rFonts w:cs="Times New Roman"/>
          <w:szCs w:val="24"/>
        </w:rPr>
        <w:t>documentelor</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alte</w:t>
      </w:r>
      <w:proofErr w:type="spellEnd"/>
      <w:r w:rsidRPr="00563B50">
        <w:rPr>
          <w:rFonts w:cs="Times New Roman"/>
          <w:szCs w:val="24"/>
        </w:rPr>
        <w:t xml:space="preserve"> </w:t>
      </w:r>
      <w:proofErr w:type="spellStart"/>
      <w:r w:rsidRPr="00563B50">
        <w:rPr>
          <w:rFonts w:cs="Times New Roman"/>
          <w:szCs w:val="24"/>
        </w:rPr>
        <w:t>mijloace</w:t>
      </w:r>
      <w:proofErr w:type="spellEnd"/>
      <w:r w:rsidRPr="00563B50">
        <w:rPr>
          <w:rFonts w:cs="Times New Roman"/>
          <w:szCs w:val="24"/>
        </w:rPr>
        <w:t xml:space="preserve"> </w:t>
      </w:r>
      <w:proofErr w:type="spellStart"/>
      <w:r w:rsidRPr="00563B50">
        <w:rPr>
          <w:rFonts w:cs="Times New Roman"/>
          <w:szCs w:val="24"/>
        </w:rPr>
        <w:t>tehnice</w:t>
      </w:r>
      <w:proofErr w:type="spellEnd"/>
      <w:r w:rsidRPr="00563B50">
        <w:rPr>
          <w:rFonts w:cs="Times New Roman"/>
          <w:szCs w:val="24"/>
        </w:rPr>
        <w:t xml:space="preserve"> de </w:t>
      </w:r>
      <w:proofErr w:type="spellStart"/>
      <w:r w:rsidRPr="00563B50">
        <w:rPr>
          <w:rFonts w:cs="Times New Roman"/>
          <w:szCs w:val="24"/>
        </w:rPr>
        <w:t>prelucrare</w:t>
      </w:r>
      <w:proofErr w:type="spellEnd"/>
      <w:r w:rsidRPr="00563B50">
        <w:rPr>
          <w:rFonts w:cs="Times New Roman"/>
          <w:szCs w:val="24"/>
        </w:rPr>
        <w:t xml:space="preserve"> a </w:t>
      </w:r>
      <w:proofErr w:type="spellStart"/>
      <w:r w:rsidRPr="00563B50">
        <w:rPr>
          <w:rFonts w:cs="Times New Roman"/>
          <w:szCs w:val="24"/>
        </w:rPr>
        <w:t>informației</w:t>
      </w:r>
      <w:proofErr w:type="spellEnd"/>
      <w:r w:rsidRPr="00563B50">
        <w:rPr>
          <w:rFonts w:cs="Times New Roman"/>
          <w:szCs w:val="24"/>
        </w:rPr>
        <w:t>;</w:t>
      </w:r>
    </w:p>
    <w:p w14:paraId="732AD0F5" w14:textId="77777777" w:rsidR="00EE7ED3" w:rsidRPr="00563B50" w:rsidRDefault="00000000">
      <w:pPr>
        <w:numPr>
          <w:ilvl w:val="0"/>
          <w:numId w:val="21"/>
        </w:numPr>
        <w:jc w:val="both"/>
        <w:rPr>
          <w:rFonts w:cs="Times New Roman"/>
          <w:szCs w:val="24"/>
        </w:rPr>
      </w:pPr>
      <w:proofErr w:type="spellStart"/>
      <w:r w:rsidRPr="00563B50">
        <w:rPr>
          <w:rFonts w:cs="Times New Roman"/>
          <w:szCs w:val="24"/>
        </w:rPr>
        <w:t>suporturi</w:t>
      </w:r>
      <w:proofErr w:type="spellEnd"/>
      <w:r w:rsidRPr="00563B50">
        <w:rPr>
          <w:rFonts w:cs="Times New Roman"/>
          <w:szCs w:val="24"/>
        </w:rPr>
        <w:t xml:space="preserve"> de </w:t>
      </w:r>
      <w:proofErr w:type="spellStart"/>
      <w:r w:rsidRPr="00563B50">
        <w:rPr>
          <w:rFonts w:cs="Times New Roman"/>
          <w:szCs w:val="24"/>
        </w:rPr>
        <w:t>hârtie</w:t>
      </w:r>
      <w:proofErr w:type="spellEnd"/>
      <w:r w:rsidRPr="00563B50">
        <w:rPr>
          <w:rFonts w:cs="Times New Roman"/>
          <w:szCs w:val="24"/>
        </w:rPr>
        <w:t xml:space="preserve"> (</w:t>
      </w:r>
      <w:proofErr w:type="spellStart"/>
      <w:r w:rsidRPr="00563B50">
        <w:rPr>
          <w:rFonts w:cs="Times New Roman"/>
          <w:szCs w:val="24"/>
        </w:rPr>
        <w:t>registre</w:t>
      </w:r>
      <w:proofErr w:type="spellEnd"/>
      <w:r w:rsidRPr="00563B50">
        <w:rPr>
          <w:rFonts w:cs="Times New Roman"/>
          <w:szCs w:val="24"/>
        </w:rPr>
        <w:t xml:space="preserve"> </w:t>
      </w:r>
      <w:proofErr w:type="spellStart"/>
      <w:r w:rsidRPr="00563B50">
        <w:rPr>
          <w:rFonts w:cs="Times New Roman"/>
          <w:szCs w:val="24"/>
        </w:rPr>
        <w:t>fizice</w:t>
      </w:r>
      <w:proofErr w:type="spellEnd"/>
      <w:r w:rsidRPr="00563B50">
        <w:rPr>
          <w:rFonts w:cs="Times New Roman"/>
          <w:szCs w:val="24"/>
        </w:rPr>
        <w:t>).</w:t>
      </w:r>
    </w:p>
    <w:p w14:paraId="4C9F494E" w14:textId="77777777" w:rsidR="00EE7ED3" w:rsidRPr="00563B50" w:rsidRDefault="00000000" w:rsidP="00A33FF6">
      <w:pPr>
        <w:rPr>
          <w:rFonts w:cs="Times New Roman"/>
          <w:b/>
          <w:bCs/>
          <w:szCs w:val="24"/>
        </w:rPr>
      </w:pPr>
      <w:r w:rsidRPr="00563B50">
        <w:rPr>
          <w:rFonts w:cs="Times New Roman"/>
          <w:b/>
          <w:bCs/>
          <w:szCs w:val="24"/>
        </w:rPr>
        <w:t>XI. MĂSURILE DE PROTECȚIE A DATELOR CU CARACTER PERSONAL</w:t>
      </w:r>
    </w:p>
    <w:p w14:paraId="15CC0A62" w14:textId="77777777" w:rsidR="00EE7ED3" w:rsidRPr="00563B50" w:rsidRDefault="00000000" w:rsidP="00A33FF6">
      <w:pPr>
        <w:rPr>
          <w:rFonts w:cs="Times New Roman"/>
          <w:szCs w:val="24"/>
        </w:rPr>
      </w:pPr>
      <w:proofErr w:type="spellStart"/>
      <w:r w:rsidRPr="00563B50">
        <w:rPr>
          <w:rFonts w:cs="Times New Roman"/>
          <w:szCs w:val="24"/>
        </w:rPr>
        <w:t>Măsurile</w:t>
      </w:r>
      <w:proofErr w:type="spellEnd"/>
      <w:r w:rsidRPr="00563B50">
        <w:rPr>
          <w:rFonts w:cs="Times New Roman"/>
          <w:szCs w:val="24"/>
        </w:rPr>
        <w:t xml:space="preserve"> de </w:t>
      </w:r>
      <w:proofErr w:type="spellStart"/>
      <w:r w:rsidRPr="00563B50">
        <w:rPr>
          <w:rFonts w:cs="Times New Roman"/>
          <w:szCs w:val="24"/>
        </w:rPr>
        <w:t>protecție</w:t>
      </w:r>
      <w:proofErr w:type="spellEnd"/>
      <w:r w:rsidRPr="00563B50">
        <w:rPr>
          <w:rFonts w:cs="Times New Roman"/>
          <w:szCs w:val="24"/>
        </w:rPr>
        <w:t xml:space="preserve"> a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sunt </w:t>
      </w:r>
      <w:proofErr w:type="spellStart"/>
      <w:r w:rsidRPr="00563B50">
        <w:rPr>
          <w:rFonts w:cs="Times New Roman"/>
          <w:szCs w:val="24"/>
        </w:rPr>
        <w:t>asigurate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scopul</w:t>
      </w:r>
      <w:proofErr w:type="spellEnd"/>
      <w:r w:rsidRPr="00563B50">
        <w:rPr>
          <w:rFonts w:cs="Times New Roman"/>
          <w:szCs w:val="24"/>
        </w:rPr>
        <w:t>:</w:t>
      </w:r>
    </w:p>
    <w:p w14:paraId="4FB70B4C" w14:textId="77777777" w:rsidR="00EE7ED3" w:rsidRPr="00563B50" w:rsidRDefault="00000000">
      <w:pPr>
        <w:numPr>
          <w:ilvl w:val="0"/>
          <w:numId w:val="22"/>
        </w:numPr>
        <w:jc w:val="both"/>
        <w:rPr>
          <w:rFonts w:cs="Times New Roman"/>
          <w:szCs w:val="24"/>
        </w:rPr>
      </w:pPr>
      <w:proofErr w:type="spellStart"/>
      <w:r w:rsidRPr="00563B50">
        <w:rPr>
          <w:rFonts w:cs="Times New Roman"/>
          <w:szCs w:val="24"/>
        </w:rPr>
        <w:t>preîntâmpinării</w:t>
      </w:r>
      <w:proofErr w:type="spellEnd"/>
      <w:r w:rsidRPr="00563B50">
        <w:rPr>
          <w:rFonts w:cs="Times New Roman"/>
          <w:szCs w:val="24"/>
        </w:rPr>
        <w:t xml:space="preserve"> </w:t>
      </w:r>
      <w:proofErr w:type="spellStart"/>
      <w:r w:rsidRPr="00563B50">
        <w:rPr>
          <w:rFonts w:cs="Times New Roman"/>
          <w:szCs w:val="24"/>
        </w:rPr>
        <w:t>scurgerii</w:t>
      </w:r>
      <w:proofErr w:type="spellEnd"/>
      <w:r w:rsidRPr="00563B50">
        <w:rPr>
          <w:rFonts w:cs="Times New Roman"/>
          <w:szCs w:val="24"/>
        </w:rPr>
        <w:t xml:space="preserve"> </w:t>
      </w:r>
      <w:proofErr w:type="spellStart"/>
      <w:r w:rsidRPr="00563B50">
        <w:rPr>
          <w:rFonts w:cs="Times New Roman"/>
          <w:szCs w:val="24"/>
        </w:rPr>
        <w:t>informației</w:t>
      </w:r>
      <w:proofErr w:type="spellEnd"/>
      <w:r w:rsidRPr="00563B50">
        <w:rPr>
          <w:rFonts w:cs="Times New Roman"/>
          <w:szCs w:val="24"/>
        </w:rPr>
        <w:t xml:space="preserve"> care </w:t>
      </w:r>
      <w:proofErr w:type="spellStart"/>
      <w:r w:rsidRPr="00563B50">
        <w:rPr>
          <w:rFonts w:cs="Times New Roman"/>
          <w:szCs w:val="24"/>
        </w:rPr>
        <w:t>conține</w:t>
      </w:r>
      <w:proofErr w:type="spellEnd"/>
      <w:r w:rsidRPr="00563B50">
        <w:rPr>
          <w:rFonts w:cs="Times New Roman"/>
          <w:szCs w:val="24"/>
        </w:rPr>
        <w:t xml:space="preserve"> date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metoda</w:t>
      </w:r>
      <w:proofErr w:type="spellEnd"/>
      <w:r w:rsidRPr="00563B50">
        <w:rPr>
          <w:rFonts w:cs="Times New Roman"/>
          <w:szCs w:val="24"/>
        </w:rPr>
        <w:t xml:space="preserve"> </w:t>
      </w:r>
      <w:proofErr w:type="spellStart"/>
      <w:r w:rsidRPr="00563B50">
        <w:rPr>
          <w:rFonts w:cs="Times New Roman"/>
          <w:szCs w:val="24"/>
        </w:rPr>
        <w:t>excluderii</w:t>
      </w:r>
      <w:proofErr w:type="spellEnd"/>
      <w:r w:rsidRPr="00563B50">
        <w:rPr>
          <w:rFonts w:cs="Times New Roman"/>
          <w:szCs w:val="24"/>
        </w:rPr>
        <w:t xml:space="preserve"> </w:t>
      </w:r>
      <w:proofErr w:type="spellStart"/>
      <w:r w:rsidRPr="00563B50">
        <w:rPr>
          <w:rFonts w:cs="Times New Roman"/>
          <w:szCs w:val="24"/>
        </w:rPr>
        <w:t>accesului</w:t>
      </w:r>
      <w:proofErr w:type="spellEnd"/>
      <w:r w:rsidRPr="00563B50">
        <w:rPr>
          <w:rFonts w:cs="Times New Roman"/>
          <w:szCs w:val="24"/>
        </w:rPr>
        <w:t xml:space="preserve"> </w:t>
      </w:r>
      <w:proofErr w:type="spellStart"/>
      <w:r w:rsidRPr="00563B50">
        <w:rPr>
          <w:rFonts w:cs="Times New Roman"/>
          <w:szCs w:val="24"/>
        </w:rPr>
        <w:t>neautorizat</w:t>
      </w:r>
      <w:proofErr w:type="spellEnd"/>
      <w:r w:rsidRPr="00563B50">
        <w:rPr>
          <w:rFonts w:cs="Times New Roman"/>
          <w:szCs w:val="24"/>
        </w:rPr>
        <w:t xml:space="preserve"> la </w:t>
      </w:r>
      <w:proofErr w:type="spellStart"/>
      <w:r w:rsidRPr="00563B50">
        <w:rPr>
          <w:rFonts w:cs="Times New Roman"/>
          <w:szCs w:val="24"/>
        </w:rPr>
        <w:t>aceasta</w:t>
      </w:r>
      <w:proofErr w:type="spellEnd"/>
      <w:r w:rsidRPr="00563B50">
        <w:rPr>
          <w:rFonts w:cs="Times New Roman"/>
          <w:szCs w:val="24"/>
        </w:rPr>
        <w:t>;</w:t>
      </w:r>
    </w:p>
    <w:p w14:paraId="3C393734" w14:textId="77777777" w:rsidR="00EE7ED3" w:rsidRPr="00563B50" w:rsidRDefault="00000000">
      <w:pPr>
        <w:numPr>
          <w:ilvl w:val="0"/>
          <w:numId w:val="22"/>
        </w:numPr>
        <w:jc w:val="both"/>
        <w:rPr>
          <w:rFonts w:cs="Times New Roman"/>
          <w:szCs w:val="24"/>
        </w:rPr>
      </w:pPr>
      <w:proofErr w:type="spellStart"/>
      <w:r w:rsidRPr="00563B50">
        <w:rPr>
          <w:rFonts w:cs="Times New Roman"/>
          <w:szCs w:val="24"/>
        </w:rPr>
        <w:t>preîntâmpinării</w:t>
      </w:r>
      <w:proofErr w:type="spellEnd"/>
      <w:r w:rsidRPr="00563B50">
        <w:rPr>
          <w:rFonts w:cs="Times New Roman"/>
          <w:szCs w:val="24"/>
        </w:rPr>
        <w:t xml:space="preserve"> </w:t>
      </w:r>
      <w:proofErr w:type="spellStart"/>
      <w:r w:rsidRPr="00563B50">
        <w:rPr>
          <w:rFonts w:cs="Times New Roman"/>
          <w:szCs w:val="24"/>
        </w:rPr>
        <w:t>distrugerii</w:t>
      </w:r>
      <w:proofErr w:type="spellEnd"/>
      <w:r w:rsidRPr="00563B50">
        <w:rPr>
          <w:rFonts w:cs="Times New Roman"/>
          <w:szCs w:val="24"/>
        </w:rPr>
        <w:t xml:space="preserve">, </w:t>
      </w:r>
      <w:proofErr w:type="spellStart"/>
      <w:r w:rsidRPr="00563B50">
        <w:rPr>
          <w:rFonts w:cs="Times New Roman"/>
          <w:szCs w:val="24"/>
        </w:rPr>
        <w:t>modificării</w:t>
      </w:r>
      <w:proofErr w:type="spellEnd"/>
      <w:r w:rsidRPr="00563B50">
        <w:rPr>
          <w:rFonts w:cs="Times New Roman"/>
          <w:szCs w:val="24"/>
        </w:rPr>
        <w:t xml:space="preserve">, </w:t>
      </w:r>
      <w:proofErr w:type="spellStart"/>
      <w:r w:rsidRPr="00563B50">
        <w:rPr>
          <w:rFonts w:cs="Times New Roman"/>
          <w:szCs w:val="24"/>
        </w:rPr>
        <w:t>copierii</w:t>
      </w:r>
      <w:proofErr w:type="spellEnd"/>
      <w:r w:rsidRPr="00563B50">
        <w:rPr>
          <w:rFonts w:cs="Times New Roman"/>
          <w:szCs w:val="24"/>
        </w:rPr>
        <w:t xml:space="preserve">, </w:t>
      </w:r>
      <w:proofErr w:type="spellStart"/>
      <w:r w:rsidRPr="00563B50">
        <w:rPr>
          <w:rFonts w:cs="Times New Roman"/>
          <w:szCs w:val="24"/>
        </w:rPr>
        <w:t>blocării</w:t>
      </w:r>
      <w:proofErr w:type="spellEnd"/>
      <w:r w:rsidRPr="00563B50">
        <w:rPr>
          <w:rFonts w:cs="Times New Roman"/>
          <w:szCs w:val="24"/>
        </w:rPr>
        <w:t xml:space="preserve"> </w:t>
      </w:r>
      <w:proofErr w:type="spellStart"/>
      <w:r w:rsidRPr="00563B50">
        <w:rPr>
          <w:rFonts w:cs="Times New Roman"/>
          <w:szCs w:val="24"/>
        </w:rPr>
        <w:t>neautorizate</w:t>
      </w:r>
      <w:proofErr w:type="spellEnd"/>
      <w:r w:rsidRPr="00563B50">
        <w:rPr>
          <w:rFonts w:cs="Times New Roman"/>
          <w:szCs w:val="24"/>
        </w:rPr>
        <w:t xml:space="preserve"> a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rețelele</w:t>
      </w:r>
      <w:proofErr w:type="spellEnd"/>
      <w:r w:rsidRPr="00563B50">
        <w:rPr>
          <w:rFonts w:cs="Times New Roman"/>
          <w:szCs w:val="24"/>
        </w:rPr>
        <w:t xml:space="preserve"> </w:t>
      </w:r>
      <w:proofErr w:type="spellStart"/>
      <w:r w:rsidRPr="00563B50">
        <w:rPr>
          <w:rFonts w:cs="Times New Roman"/>
          <w:szCs w:val="24"/>
        </w:rPr>
        <w:t>telecomunicaţionale</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resursele</w:t>
      </w:r>
      <w:proofErr w:type="spellEnd"/>
      <w:r w:rsidRPr="00563B50">
        <w:rPr>
          <w:rFonts w:cs="Times New Roman"/>
          <w:szCs w:val="24"/>
        </w:rPr>
        <w:t xml:space="preserve"> </w:t>
      </w:r>
      <w:proofErr w:type="spellStart"/>
      <w:r w:rsidRPr="00563B50">
        <w:rPr>
          <w:rFonts w:cs="Times New Roman"/>
          <w:szCs w:val="24"/>
        </w:rPr>
        <w:t>informaționale</w:t>
      </w:r>
      <w:proofErr w:type="spellEnd"/>
      <w:r w:rsidRPr="00563B50">
        <w:rPr>
          <w:rFonts w:cs="Times New Roman"/>
          <w:szCs w:val="24"/>
        </w:rPr>
        <w:t>;</w:t>
      </w:r>
    </w:p>
    <w:p w14:paraId="7A07A280" w14:textId="77777777" w:rsidR="00EE7ED3" w:rsidRPr="00563B50" w:rsidRDefault="00000000">
      <w:pPr>
        <w:numPr>
          <w:ilvl w:val="0"/>
          <w:numId w:val="22"/>
        </w:numPr>
        <w:jc w:val="both"/>
        <w:rPr>
          <w:rFonts w:cs="Times New Roman"/>
          <w:szCs w:val="24"/>
        </w:rPr>
      </w:pPr>
      <w:proofErr w:type="spellStart"/>
      <w:r w:rsidRPr="00563B50">
        <w:rPr>
          <w:rFonts w:cs="Times New Roman"/>
          <w:szCs w:val="24"/>
        </w:rPr>
        <w:t>neadmiterea</w:t>
      </w:r>
      <w:proofErr w:type="spellEnd"/>
      <w:r w:rsidRPr="00563B50">
        <w:rPr>
          <w:rFonts w:cs="Times New Roman"/>
          <w:szCs w:val="24"/>
        </w:rPr>
        <w:t xml:space="preserve"> </w:t>
      </w:r>
      <w:proofErr w:type="spellStart"/>
      <w:r w:rsidRPr="00563B50">
        <w:rPr>
          <w:rFonts w:cs="Times New Roman"/>
          <w:szCs w:val="24"/>
        </w:rPr>
        <w:t>dezvăluirii</w:t>
      </w:r>
      <w:proofErr w:type="spellEnd"/>
      <w:r w:rsidRPr="00563B50">
        <w:rPr>
          <w:rFonts w:cs="Times New Roman"/>
          <w:szCs w:val="24"/>
        </w:rPr>
        <w:t xml:space="preserve"> </w:t>
      </w:r>
      <w:proofErr w:type="spellStart"/>
      <w:r w:rsidRPr="00563B50">
        <w:rPr>
          <w:rFonts w:cs="Times New Roman"/>
          <w:szCs w:val="24"/>
        </w:rPr>
        <w:t>terților</w:t>
      </w:r>
      <w:proofErr w:type="spellEnd"/>
      <w:r w:rsidRPr="00563B50">
        <w:rPr>
          <w:rFonts w:cs="Times New Roman"/>
          <w:szCs w:val="24"/>
        </w:rPr>
        <w:t xml:space="preserve"> a </w:t>
      </w:r>
      <w:proofErr w:type="spellStart"/>
      <w:r w:rsidRPr="00563B50">
        <w:rPr>
          <w:rFonts w:cs="Times New Roman"/>
          <w:szCs w:val="24"/>
        </w:rPr>
        <w:t>informației</w:t>
      </w:r>
      <w:proofErr w:type="spellEnd"/>
      <w:r w:rsidRPr="00563B50">
        <w:rPr>
          <w:rFonts w:cs="Times New Roman"/>
          <w:szCs w:val="24"/>
        </w:rPr>
        <w:t xml:space="preserve"> cu </w:t>
      </w:r>
      <w:proofErr w:type="spellStart"/>
      <w:r w:rsidRPr="00563B50">
        <w:rPr>
          <w:rFonts w:cs="Times New Roman"/>
          <w:szCs w:val="24"/>
        </w:rPr>
        <w:t>accesibilitate</w:t>
      </w:r>
      <w:proofErr w:type="spellEnd"/>
      <w:r w:rsidRPr="00563B50">
        <w:rPr>
          <w:rFonts w:cs="Times New Roman"/>
          <w:szCs w:val="24"/>
        </w:rPr>
        <w:t xml:space="preserve"> </w:t>
      </w:r>
      <w:proofErr w:type="spellStart"/>
      <w:r w:rsidRPr="00563B50">
        <w:rPr>
          <w:rFonts w:cs="Times New Roman"/>
          <w:szCs w:val="24"/>
        </w:rPr>
        <w:t>limitată</w:t>
      </w:r>
      <w:proofErr w:type="spellEnd"/>
      <w:r w:rsidRPr="00563B50">
        <w:rPr>
          <w:rFonts w:cs="Times New Roman"/>
          <w:szCs w:val="24"/>
        </w:rPr>
        <w:t>;</w:t>
      </w:r>
    </w:p>
    <w:p w14:paraId="11F1F5D3" w14:textId="77777777" w:rsidR="00EE7ED3" w:rsidRPr="00563B50" w:rsidRDefault="00000000">
      <w:pPr>
        <w:numPr>
          <w:ilvl w:val="0"/>
          <w:numId w:val="22"/>
        </w:numPr>
        <w:jc w:val="both"/>
        <w:rPr>
          <w:rFonts w:cs="Times New Roman"/>
          <w:szCs w:val="24"/>
        </w:rPr>
      </w:pPr>
      <w:proofErr w:type="spellStart"/>
      <w:r w:rsidRPr="00563B50">
        <w:rPr>
          <w:rFonts w:cs="Times New Roman"/>
          <w:szCs w:val="24"/>
        </w:rPr>
        <w:t>eficientizarea</w:t>
      </w:r>
      <w:proofErr w:type="spellEnd"/>
      <w:r w:rsidRPr="00563B50">
        <w:rPr>
          <w:rFonts w:cs="Times New Roman"/>
          <w:szCs w:val="24"/>
        </w:rPr>
        <w:t xml:space="preserve"> </w:t>
      </w:r>
      <w:proofErr w:type="spellStart"/>
      <w:r w:rsidRPr="00563B50">
        <w:rPr>
          <w:rFonts w:cs="Times New Roman"/>
          <w:szCs w:val="24"/>
        </w:rPr>
        <w:t>resurselor</w:t>
      </w:r>
      <w:proofErr w:type="spellEnd"/>
      <w:r w:rsidRPr="00563B50">
        <w:rPr>
          <w:rFonts w:cs="Times New Roman"/>
          <w:szCs w:val="24"/>
        </w:rPr>
        <w:t xml:space="preserve"> </w:t>
      </w:r>
      <w:proofErr w:type="spellStart"/>
      <w:r w:rsidRPr="00563B50">
        <w:rPr>
          <w:rFonts w:cs="Times New Roman"/>
          <w:szCs w:val="24"/>
        </w:rPr>
        <w:t>informaționale</w:t>
      </w:r>
      <w:proofErr w:type="spellEnd"/>
      <w:r w:rsidRPr="00563B50">
        <w:rPr>
          <w:rFonts w:cs="Times New Roman"/>
          <w:szCs w:val="24"/>
        </w:rPr>
        <w:t xml:space="preserve"> </w:t>
      </w:r>
      <w:proofErr w:type="spellStart"/>
      <w:r w:rsidRPr="00563B50">
        <w:rPr>
          <w:rFonts w:cs="Times New Roman"/>
          <w:szCs w:val="24"/>
        </w:rPr>
        <w:t>atât</w:t>
      </w:r>
      <w:proofErr w:type="spellEnd"/>
      <w:r w:rsidRPr="00563B50">
        <w:rPr>
          <w:rFonts w:cs="Times New Roman"/>
          <w:szCs w:val="24"/>
        </w:rPr>
        <w:t xml:space="preserve"> pe </w:t>
      </w:r>
      <w:proofErr w:type="spellStart"/>
      <w:r w:rsidRPr="00563B50">
        <w:rPr>
          <w:rFonts w:cs="Times New Roman"/>
          <w:szCs w:val="24"/>
        </w:rPr>
        <w:t>suport</w:t>
      </w:r>
      <w:proofErr w:type="spellEnd"/>
      <w:r w:rsidRPr="00563B50">
        <w:rPr>
          <w:rFonts w:cs="Times New Roman"/>
          <w:szCs w:val="24"/>
        </w:rPr>
        <w:t xml:space="preserve"> de </w:t>
      </w:r>
      <w:proofErr w:type="spellStart"/>
      <w:r w:rsidRPr="00563B50">
        <w:rPr>
          <w:rFonts w:cs="Times New Roman"/>
          <w:szCs w:val="24"/>
        </w:rPr>
        <w:t>hârtie</w:t>
      </w:r>
      <w:proofErr w:type="spellEnd"/>
      <w:r w:rsidRPr="00563B50">
        <w:rPr>
          <w:rFonts w:cs="Times New Roman"/>
          <w:szCs w:val="24"/>
        </w:rPr>
        <w:t xml:space="preserve"> </w:t>
      </w:r>
      <w:proofErr w:type="spellStart"/>
      <w:r w:rsidRPr="00563B50">
        <w:rPr>
          <w:rFonts w:cs="Times New Roman"/>
          <w:szCs w:val="24"/>
        </w:rPr>
        <w:t>cât</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cel </w:t>
      </w:r>
      <w:proofErr w:type="spellStart"/>
      <w:r w:rsidRPr="00563B50">
        <w:rPr>
          <w:rFonts w:cs="Times New Roman"/>
          <w:szCs w:val="24"/>
        </w:rPr>
        <w:t>în</w:t>
      </w:r>
      <w:proofErr w:type="spellEnd"/>
      <w:r w:rsidRPr="00563B50">
        <w:rPr>
          <w:rFonts w:cs="Times New Roman"/>
          <w:szCs w:val="24"/>
        </w:rPr>
        <w:t xml:space="preserve"> format electronic.</w:t>
      </w:r>
    </w:p>
    <w:p w14:paraId="0A7053BB" w14:textId="77777777" w:rsidR="00EE7ED3" w:rsidRPr="00563B50" w:rsidRDefault="00000000" w:rsidP="00A33FF6">
      <w:pPr>
        <w:rPr>
          <w:rFonts w:cs="Times New Roman"/>
          <w:b/>
          <w:bCs/>
          <w:szCs w:val="24"/>
        </w:rPr>
      </w:pPr>
      <w:r w:rsidRPr="00563B50">
        <w:rPr>
          <w:rFonts w:cs="Times New Roman"/>
          <w:b/>
          <w:bCs/>
          <w:szCs w:val="24"/>
        </w:rPr>
        <w:t>XII. METODE DE PROTECȚIE A DATELOR CU CARACTER PERSONAL PRELUCRATE ÎN SISTEMELE INFORMAȚIONALE</w:t>
      </w:r>
    </w:p>
    <w:p w14:paraId="1248E9A1" w14:textId="77777777" w:rsidR="00EE7ED3" w:rsidRPr="00563B50" w:rsidRDefault="00000000" w:rsidP="002E7997">
      <w:pPr>
        <w:jc w:val="both"/>
        <w:rPr>
          <w:rFonts w:cs="Times New Roman"/>
          <w:szCs w:val="24"/>
        </w:rPr>
      </w:pPr>
      <w:proofErr w:type="spellStart"/>
      <w:r w:rsidRPr="00563B50">
        <w:rPr>
          <w:rFonts w:cs="Times New Roman"/>
          <w:szCs w:val="24"/>
        </w:rPr>
        <w:t>Protecția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prelucrate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sistemele</w:t>
      </w:r>
      <w:proofErr w:type="spellEnd"/>
      <w:r w:rsidRPr="00563B50">
        <w:rPr>
          <w:rFonts w:cs="Times New Roman"/>
          <w:szCs w:val="24"/>
        </w:rPr>
        <w:t xml:space="preserve"> </w:t>
      </w:r>
      <w:proofErr w:type="spellStart"/>
      <w:r w:rsidRPr="00563B50">
        <w:rPr>
          <w:rFonts w:cs="Times New Roman"/>
          <w:szCs w:val="24"/>
        </w:rPr>
        <w:t>informaționale</w:t>
      </w:r>
      <w:proofErr w:type="spellEnd"/>
      <w:r w:rsidRPr="00563B50">
        <w:rPr>
          <w:rFonts w:cs="Times New Roman"/>
          <w:szCs w:val="24"/>
        </w:rPr>
        <w:t xml:space="preserve"> se </w:t>
      </w:r>
      <w:proofErr w:type="spellStart"/>
      <w:r w:rsidRPr="00563B50">
        <w:rPr>
          <w:rFonts w:cs="Times New Roman"/>
          <w:szCs w:val="24"/>
        </w:rPr>
        <w:t>efectuează</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următoarele</w:t>
      </w:r>
      <w:proofErr w:type="spellEnd"/>
      <w:r w:rsidRPr="00563B50">
        <w:rPr>
          <w:rFonts w:cs="Times New Roman"/>
          <w:szCs w:val="24"/>
        </w:rPr>
        <w:t xml:space="preserve"> </w:t>
      </w:r>
      <w:proofErr w:type="spellStart"/>
      <w:r w:rsidRPr="00563B50">
        <w:rPr>
          <w:rFonts w:cs="Times New Roman"/>
          <w:szCs w:val="24"/>
        </w:rPr>
        <w:t>metode</w:t>
      </w:r>
      <w:proofErr w:type="spellEnd"/>
      <w:r w:rsidRPr="00563B50">
        <w:rPr>
          <w:rFonts w:cs="Times New Roman"/>
          <w:szCs w:val="24"/>
        </w:rPr>
        <w:t>:</w:t>
      </w:r>
    </w:p>
    <w:p w14:paraId="12377DEA" w14:textId="77777777" w:rsidR="00EE7ED3" w:rsidRPr="00563B50" w:rsidRDefault="00000000">
      <w:pPr>
        <w:numPr>
          <w:ilvl w:val="0"/>
          <w:numId w:val="23"/>
        </w:numPr>
        <w:jc w:val="both"/>
        <w:rPr>
          <w:rFonts w:cs="Times New Roman"/>
          <w:szCs w:val="24"/>
        </w:rPr>
      </w:pPr>
      <w:proofErr w:type="spellStart"/>
      <w:r w:rsidRPr="00563B50">
        <w:rPr>
          <w:rFonts w:cs="Times New Roman"/>
          <w:szCs w:val="24"/>
        </w:rPr>
        <w:t>preîntâmpinarea</w:t>
      </w:r>
      <w:proofErr w:type="spellEnd"/>
      <w:r w:rsidRPr="00563B50">
        <w:rPr>
          <w:rFonts w:cs="Times New Roman"/>
          <w:szCs w:val="24"/>
        </w:rPr>
        <w:t xml:space="preserve"> </w:t>
      </w:r>
      <w:proofErr w:type="spellStart"/>
      <w:r w:rsidRPr="00563B50">
        <w:rPr>
          <w:rFonts w:cs="Times New Roman"/>
          <w:szCs w:val="24"/>
        </w:rPr>
        <w:t>conexiunilor</w:t>
      </w:r>
      <w:proofErr w:type="spellEnd"/>
      <w:r w:rsidRPr="00563B50">
        <w:rPr>
          <w:rFonts w:cs="Times New Roman"/>
          <w:szCs w:val="24"/>
        </w:rPr>
        <w:t xml:space="preserve"> </w:t>
      </w:r>
      <w:proofErr w:type="spellStart"/>
      <w:r w:rsidRPr="00563B50">
        <w:rPr>
          <w:rFonts w:cs="Times New Roman"/>
          <w:szCs w:val="24"/>
        </w:rPr>
        <w:t>neautorizate</w:t>
      </w:r>
      <w:proofErr w:type="spellEnd"/>
      <w:r w:rsidRPr="00563B50">
        <w:rPr>
          <w:rFonts w:cs="Times New Roman"/>
          <w:szCs w:val="24"/>
        </w:rPr>
        <w:t xml:space="preserve"> la </w:t>
      </w:r>
      <w:proofErr w:type="spellStart"/>
      <w:r w:rsidRPr="00563B50">
        <w:rPr>
          <w:rFonts w:cs="Times New Roman"/>
          <w:szCs w:val="24"/>
        </w:rPr>
        <w:t>rețelele</w:t>
      </w:r>
      <w:proofErr w:type="spellEnd"/>
      <w:r w:rsidRPr="00563B50">
        <w:rPr>
          <w:rFonts w:cs="Times New Roman"/>
          <w:szCs w:val="24"/>
        </w:rPr>
        <w:t xml:space="preserve"> </w:t>
      </w:r>
      <w:proofErr w:type="spellStart"/>
      <w:r w:rsidRPr="00563B50">
        <w:rPr>
          <w:rFonts w:cs="Times New Roman"/>
          <w:szCs w:val="24"/>
        </w:rPr>
        <w:t>telecomunicaţionale</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interceptării</w:t>
      </w:r>
      <w:proofErr w:type="spellEnd"/>
      <w:r w:rsidRPr="00563B50">
        <w:rPr>
          <w:rFonts w:cs="Times New Roman"/>
          <w:szCs w:val="24"/>
        </w:rPr>
        <w:t xml:space="preserve"> cu </w:t>
      </w:r>
      <w:proofErr w:type="spellStart"/>
      <w:r w:rsidRPr="00563B50">
        <w:rPr>
          <w:rFonts w:cs="Times New Roman"/>
          <w:szCs w:val="24"/>
        </w:rPr>
        <w:t>ajutorul</w:t>
      </w:r>
      <w:proofErr w:type="spellEnd"/>
      <w:r w:rsidRPr="00563B50">
        <w:rPr>
          <w:rFonts w:cs="Times New Roman"/>
          <w:szCs w:val="24"/>
        </w:rPr>
        <w:t xml:space="preserve"> </w:t>
      </w:r>
      <w:proofErr w:type="spellStart"/>
      <w:r w:rsidRPr="00563B50">
        <w:rPr>
          <w:rFonts w:cs="Times New Roman"/>
          <w:szCs w:val="24"/>
        </w:rPr>
        <w:t>mijloacelor</w:t>
      </w:r>
      <w:proofErr w:type="spellEnd"/>
      <w:r w:rsidRPr="00563B50">
        <w:rPr>
          <w:rFonts w:cs="Times New Roman"/>
          <w:szCs w:val="24"/>
        </w:rPr>
        <w:t xml:space="preserve"> </w:t>
      </w:r>
      <w:proofErr w:type="spellStart"/>
      <w:r w:rsidRPr="00563B50">
        <w:rPr>
          <w:rFonts w:cs="Times New Roman"/>
          <w:szCs w:val="24"/>
        </w:rPr>
        <w:t>tehnice</w:t>
      </w:r>
      <w:proofErr w:type="spellEnd"/>
      <w:r w:rsidRPr="00563B50">
        <w:rPr>
          <w:rFonts w:cs="Times New Roman"/>
          <w:szCs w:val="24"/>
        </w:rPr>
        <w:t xml:space="preserve"> a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transmise</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aceste</w:t>
      </w:r>
      <w:proofErr w:type="spellEnd"/>
      <w:r w:rsidRPr="00563B50">
        <w:rPr>
          <w:rFonts w:cs="Times New Roman"/>
          <w:szCs w:val="24"/>
        </w:rPr>
        <w:t xml:space="preserve"> </w:t>
      </w:r>
      <w:proofErr w:type="spellStart"/>
      <w:r w:rsidRPr="00563B50">
        <w:rPr>
          <w:rFonts w:cs="Times New Roman"/>
          <w:szCs w:val="24"/>
        </w:rPr>
        <w:t>rețele</w:t>
      </w:r>
      <w:proofErr w:type="spellEnd"/>
      <w:r w:rsidRPr="00563B50">
        <w:rPr>
          <w:rFonts w:cs="Times New Roman"/>
          <w:szCs w:val="24"/>
        </w:rPr>
        <w:t>;</w:t>
      </w:r>
    </w:p>
    <w:p w14:paraId="75E624DD" w14:textId="77777777" w:rsidR="00EE7ED3" w:rsidRPr="00563B50" w:rsidRDefault="00000000">
      <w:pPr>
        <w:numPr>
          <w:ilvl w:val="0"/>
          <w:numId w:val="23"/>
        </w:numPr>
        <w:jc w:val="both"/>
        <w:rPr>
          <w:rFonts w:cs="Times New Roman"/>
          <w:szCs w:val="24"/>
        </w:rPr>
      </w:pPr>
      <w:proofErr w:type="spellStart"/>
      <w:r w:rsidRPr="00563B50">
        <w:rPr>
          <w:rFonts w:cs="Times New Roman"/>
          <w:szCs w:val="24"/>
        </w:rPr>
        <w:t>excluderea</w:t>
      </w:r>
      <w:proofErr w:type="spellEnd"/>
      <w:r w:rsidRPr="00563B50">
        <w:rPr>
          <w:rFonts w:cs="Times New Roman"/>
          <w:szCs w:val="24"/>
        </w:rPr>
        <w:t xml:space="preserve"> </w:t>
      </w:r>
      <w:proofErr w:type="spellStart"/>
      <w:r w:rsidRPr="00563B50">
        <w:rPr>
          <w:rFonts w:cs="Times New Roman"/>
          <w:szCs w:val="24"/>
        </w:rPr>
        <w:t>accesului</w:t>
      </w:r>
      <w:proofErr w:type="spellEnd"/>
      <w:r w:rsidRPr="00563B50">
        <w:rPr>
          <w:rFonts w:cs="Times New Roman"/>
          <w:szCs w:val="24"/>
        </w:rPr>
        <w:t xml:space="preserve"> </w:t>
      </w:r>
      <w:proofErr w:type="spellStart"/>
      <w:r w:rsidRPr="00563B50">
        <w:rPr>
          <w:rFonts w:cs="Times New Roman"/>
          <w:szCs w:val="24"/>
        </w:rPr>
        <w:t>neautorizat</w:t>
      </w:r>
      <w:proofErr w:type="spellEnd"/>
      <w:r w:rsidRPr="00563B50">
        <w:rPr>
          <w:rFonts w:cs="Times New Roman"/>
          <w:szCs w:val="24"/>
        </w:rPr>
        <w:t xml:space="preserve"> la </w:t>
      </w:r>
      <w:proofErr w:type="spellStart"/>
      <w:r w:rsidRPr="00563B50">
        <w:rPr>
          <w:rFonts w:cs="Times New Roman"/>
          <w:szCs w:val="24"/>
        </w:rPr>
        <w:t>datele</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prelucrate</w:t>
      </w:r>
      <w:proofErr w:type="spellEnd"/>
      <w:r w:rsidRPr="00563B50">
        <w:rPr>
          <w:rFonts w:cs="Times New Roman"/>
          <w:szCs w:val="24"/>
        </w:rPr>
        <w:t>;</w:t>
      </w:r>
    </w:p>
    <w:p w14:paraId="19212E98" w14:textId="77777777" w:rsidR="00EE7ED3" w:rsidRPr="00563B50" w:rsidRDefault="00000000">
      <w:pPr>
        <w:numPr>
          <w:ilvl w:val="0"/>
          <w:numId w:val="23"/>
        </w:numPr>
        <w:jc w:val="both"/>
        <w:rPr>
          <w:rFonts w:cs="Times New Roman"/>
          <w:szCs w:val="24"/>
        </w:rPr>
      </w:pPr>
      <w:proofErr w:type="spellStart"/>
      <w:r w:rsidRPr="00563B50">
        <w:rPr>
          <w:rFonts w:cs="Times New Roman"/>
          <w:szCs w:val="24"/>
        </w:rPr>
        <w:t>preîntâmpinarea</w:t>
      </w:r>
      <w:proofErr w:type="spellEnd"/>
      <w:r w:rsidRPr="00563B50">
        <w:rPr>
          <w:rFonts w:cs="Times New Roman"/>
          <w:szCs w:val="24"/>
        </w:rPr>
        <w:t xml:space="preserve"> </w:t>
      </w:r>
      <w:proofErr w:type="spellStart"/>
      <w:r w:rsidRPr="00563B50">
        <w:rPr>
          <w:rFonts w:cs="Times New Roman"/>
          <w:szCs w:val="24"/>
        </w:rPr>
        <w:t>acțiunilor</w:t>
      </w:r>
      <w:proofErr w:type="spellEnd"/>
      <w:r w:rsidRPr="00563B50">
        <w:rPr>
          <w:rFonts w:cs="Times New Roman"/>
          <w:szCs w:val="24"/>
        </w:rPr>
        <w:t xml:space="preserve"> </w:t>
      </w:r>
      <w:proofErr w:type="spellStart"/>
      <w:r w:rsidRPr="00563B50">
        <w:rPr>
          <w:rFonts w:cs="Times New Roman"/>
          <w:szCs w:val="24"/>
        </w:rPr>
        <w:t>speciale</w:t>
      </w:r>
      <w:proofErr w:type="spellEnd"/>
      <w:r w:rsidRPr="00563B50">
        <w:rPr>
          <w:rFonts w:cs="Times New Roman"/>
          <w:szCs w:val="24"/>
        </w:rPr>
        <w:t xml:space="preserve"> </w:t>
      </w:r>
      <w:proofErr w:type="spellStart"/>
      <w:r w:rsidRPr="00563B50">
        <w:rPr>
          <w:rFonts w:cs="Times New Roman"/>
          <w:szCs w:val="24"/>
        </w:rPr>
        <w:t>tehnice</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de program, care </w:t>
      </w:r>
      <w:proofErr w:type="spellStart"/>
      <w:r w:rsidRPr="00563B50">
        <w:rPr>
          <w:rFonts w:cs="Times New Roman"/>
          <w:szCs w:val="24"/>
        </w:rPr>
        <w:t>condiționează</w:t>
      </w:r>
      <w:proofErr w:type="spellEnd"/>
      <w:r w:rsidRPr="00563B50">
        <w:rPr>
          <w:rFonts w:cs="Times New Roman"/>
          <w:szCs w:val="24"/>
        </w:rPr>
        <w:t xml:space="preserve"> </w:t>
      </w:r>
      <w:proofErr w:type="spellStart"/>
      <w:r w:rsidRPr="00563B50">
        <w:rPr>
          <w:rFonts w:cs="Times New Roman"/>
          <w:szCs w:val="24"/>
        </w:rPr>
        <w:t>distrugerea</w:t>
      </w:r>
      <w:proofErr w:type="spellEnd"/>
      <w:r w:rsidRPr="00563B50">
        <w:rPr>
          <w:rFonts w:cs="Times New Roman"/>
          <w:szCs w:val="24"/>
        </w:rPr>
        <w:t xml:space="preserve">, </w:t>
      </w:r>
      <w:proofErr w:type="spellStart"/>
      <w:r w:rsidRPr="00563B50">
        <w:rPr>
          <w:rFonts w:cs="Times New Roman"/>
          <w:szCs w:val="24"/>
        </w:rPr>
        <w:t>modificarea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defecțiuni</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lucrul</w:t>
      </w:r>
      <w:proofErr w:type="spellEnd"/>
      <w:r w:rsidRPr="00563B50">
        <w:rPr>
          <w:rFonts w:cs="Times New Roman"/>
          <w:szCs w:val="24"/>
        </w:rPr>
        <w:t xml:space="preserve"> </w:t>
      </w:r>
      <w:proofErr w:type="spellStart"/>
      <w:r w:rsidRPr="00563B50">
        <w:rPr>
          <w:rFonts w:cs="Times New Roman"/>
          <w:szCs w:val="24"/>
        </w:rPr>
        <w:t>complexului</w:t>
      </w:r>
      <w:proofErr w:type="spellEnd"/>
      <w:r w:rsidRPr="00563B50">
        <w:rPr>
          <w:rFonts w:cs="Times New Roman"/>
          <w:szCs w:val="24"/>
        </w:rPr>
        <w:t xml:space="preserve"> </w:t>
      </w:r>
      <w:proofErr w:type="spellStart"/>
      <w:r w:rsidRPr="00563B50">
        <w:rPr>
          <w:rFonts w:cs="Times New Roman"/>
          <w:szCs w:val="24"/>
        </w:rPr>
        <w:t>tehnic</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de program;</w:t>
      </w:r>
    </w:p>
    <w:p w14:paraId="29053DE2" w14:textId="77777777" w:rsidR="00EE7ED3" w:rsidRPr="00563B50" w:rsidRDefault="00000000">
      <w:pPr>
        <w:numPr>
          <w:ilvl w:val="0"/>
          <w:numId w:val="23"/>
        </w:numPr>
        <w:jc w:val="both"/>
        <w:rPr>
          <w:rFonts w:cs="Times New Roman"/>
          <w:szCs w:val="24"/>
        </w:rPr>
      </w:pPr>
      <w:proofErr w:type="spellStart"/>
      <w:r w:rsidRPr="00563B50">
        <w:rPr>
          <w:rFonts w:cs="Times New Roman"/>
          <w:szCs w:val="24"/>
        </w:rPr>
        <w:t>preîntâmpinarea</w:t>
      </w:r>
      <w:proofErr w:type="spellEnd"/>
      <w:r w:rsidRPr="00563B50">
        <w:rPr>
          <w:rFonts w:cs="Times New Roman"/>
          <w:szCs w:val="24"/>
        </w:rPr>
        <w:t xml:space="preserve"> </w:t>
      </w:r>
      <w:proofErr w:type="spellStart"/>
      <w:r w:rsidRPr="00563B50">
        <w:rPr>
          <w:rFonts w:cs="Times New Roman"/>
          <w:szCs w:val="24"/>
        </w:rPr>
        <w:t>acțiunilor</w:t>
      </w:r>
      <w:proofErr w:type="spellEnd"/>
      <w:r w:rsidRPr="00563B50">
        <w:rPr>
          <w:rFonts w:cs="Times New Roman"/>
          <w:szCs w:val="24"/>
        </w:rPr>
        <w:t xml:space="preserve"> </w:t>
      </w:r>
      <w:proofErr w:type="spellStart"/>
      <w:r w:rsidRPr="00563B50">
        <w:rPr>
          <w:rFonts w:cs="Times New Roman"/>
          <w:szCs w:val="24"/>
        </w:rPr>
        <w:t>intenționate</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neintenționate</w:t>
      </w:r>
      <w:proofErr w:type="spellEnd"/>
      <w:r w:rsidRPr="00563B50">
        <w:rPr>
          <w:rFonts w:cs="Times New Roman"/>
          <w:szCs w:val="24"/>
        </w:rPr>
        <w:t xml:space="preserve"> a </w:t>
      </w:r>
      <w:proofErr w:type="spellStart"/>
      <w:r w:rsidRPr="00563B50">
        <w:rPr>
          <w:rFonts w:cs="Times New Roman"/>
          <w:szCs w:val="24"/>
        </w:rPr>
        <w:t>utilizatorilor</w:t>
      </w:r>
      <w:proofErr w:type="spellEnd"/>
      <w:r w:rsidRPr="00563B50">
        <w:rPr>
          <w:rFonts w:cs="Times New Roman"/>
          <w:szCs w:val="24"/>
        </w:rPr>
        <w:t xml:space="preserve"> </w:t>
      </w:r>
      <w:proofErr w:type="spellStart"/>
      <w:r w:rsidRPr="00563B50">
        <w:rPr>
          <w:rFonts w:cs="Times New Roman"/>
          <w:szCs w:val="24"/>
        </w:rPr>
        <w:t>interni</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externi</w:t>
      </w:r>
      <w:proofErr w:type="spellEnd"/>
      <w:r w:rsidRPr="00563B50">
        <w:rPr>
          <w:rFonts w:cs="Times New Roman"/>
          <w:szCs w:val="24"/>
        </w:rPr>
        <w:t xml:space="preserve">, precum </w:t>
      </w:r>
      <w:proofErr w:type="spellStart"/>
      <w:r w:rsidRPr="00563B50">
        <w:rPr>
          <w:rFonts w:cs="Times New Roman"/>
          <w:szCs w:val="24"/>
        </w:rPr>
        <w:t>şi</w:t>
      </w:r>
      <w:proofErr w:type="spellEnd"/>
      <w:r w:rsidRPr="00563B50">
        <w:rPr>
          <w:rFonts w:cs="Times New Roman"/>
          <w:szCs w:val="24"/>
        </w:rPr>
        <w:t xml:space="preserve"> a </w:t>
      </w:r>
      <w:proofErr w:type="spellStart"/>
      <w:r w:rsidRPr="00563B50">
        <w:rPr>
          <w:rFonts w:cs="Times New Roman"/>
          <w:szCs w:val="24"/>
        </w:rPr>
        <w:t>altor</w:t>
      </w:r>
      <w:proofErr w:type="spellEnd"/>
      <w:r w:rsidRPr="00563B50">
        <w:rPr>
          <w:rFonts w:cs="Times New Roman"/>
          <w:szCs w:val="24"/>
        </w:rPr>
        <w:t xml:space="preserve"> </w:t>
      </w:r>
      <w:proofErr w:type="spellStart"/>
      <w:r w:rsidRPr="00563B50">
        <w:rPr>
          <w:rFonts w:cs="Times New Roman"/>
          <w:szCs w:val="24"/>
        </w:rPr>
        <w:t>membri</w:t>
      </w:r>
      <w:proofErr w:type="spellEnd"/>
      <w:r w:rsidRPr="00563B50">
        <w:rPr>
          <w:rFonts w:cs="Times New Roman"/>
          <w:szCs w:val="24"/>
        </w:rPr>
        <w:t xml:space="preserve"> ai </w:t>
      </w:r>
      <w:proofErr w:type="spellStart"/>
      <w:r w:rsidRPr="00563B50">
        <w:rPr>
          <w:rFonts w:cs="Times New Roman"/>
          <w:szCs w:val="24"/>
        </w:rPr>
        <w:t>operatorului</w:t>
      </w:r>
      <w:proofErr w:type="spellEnd"/>
      <w:r w:rsidRPr="00563B50">
        <w:rPr>
          <w:rFonts w:cs="Times New Roman"/>
          <w:szCs w:val="24"/>
        </w:rPr>
        <w:t>/</w:t>
      </w:r>
      <w:proofErr w:type="spellStart"/>
      <w:r w:rsidRPr="00563B50">
        <w:rPr>
          <w:rFonts w:cs="Times New Roman"/>
          <w:szCs w:val="24"/>
        </w:rPr>
        <w:t>persoanelor</w:t>
      </w:r>
      <w:proofErr w:type="spellEnd"/>
      <w:r w:rsidRPr="00563B50">
        <w:rPr>
          <w:rFonts w:cs="Times New Roman"/>
          <w:szCs w:val="24"/>
        </w:rPr>
        <w:t xml:space="preserve"> </w:t>
      </w:r>
      <w:proofErr w:type="spellStart"/>
      <w:r w:rsidRPr="00563B50">
        <w:rPr>
          <w:rFonts w:cs="Times New Roman"/>
          <w:szCs w:val="24"/>
        </w:rPr>
        <w:t>împuternicite</w:t>
      </w:r>
      <w:proofErr w:type="spellEnd"/>
      <w:r w:rsidRPr="00563B50">
        <w:rPr>
          <w:rFonts w:cs="Times New Roman"/>
          <w:szCs w:val="24"/>
        </w:rPr>
        <w:t xml:space="preserve">, care </w:t>
      </w:r>
      <w:proofErr w:type="spellStart"/>
      <w:r w:rsidRPr="00563B50">
        <w:rPr>
          <w:rFonts w:cs="Times New Roman"/>
          <w:szCs w:val="24"/>
        </w:rPr>
        <w:t>condiționează</w:t>
      </w:r>
      <w:proofErr w:type="spellEnd"/>
      <w:r w:rsidRPr="00563B50">
        <w:rPr>
          <w:rFonts w:cs="Times New Roman"/>
          <w:szCs w:val="24"/>
        </w:rPr>
        <w:t xml:space="preserve"> </w:t>
      </w:r>
      <w:proofErr w:type="spellStart"/>
      <w:r w:rsidRPr="00563B50">
        <w:rPr>
          <w:rFonts w:cs="Times New Roman"/>
          <w:szCs w:val="24"/>
        </w:rPr>
        <w:t>distrugerea</w:t>
      </w:r>
      <w:proofErr w:type="spellEnd"/>
      <w:r w:rsidRPr="00563B50">
        <w:rPr>
          <w:rFonts w:cs="Times New Roman"/>
          <w:szCs w:val="24"/>
        </w:rPr>
        <w:t xml:space="preserve">, </w:t>
      </w:r>
      <w:proofErr w:type="spellStart"/>
      <w:r w:rsidRPr="00563B50">
        <w:rPr>
          <w:rFonts w:cs="Times New Roman"/>
          <w:szCs w:val="24"/>
        </w:rPr>
        <w:t>modificarea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defecțiuni</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lucrul</w:t>
      </w:r>
      <w:proofErr w:type="spellEnd"/>
      <w:r w:rsidRPr="00563B50">
        <w:rPr>
          <w:rFonts w:cs="Times New Roman"/>
          <w:szCs w:val="24"/>
        </w:rPr>
        <w:t xml:space="preserve"> </w:t>
      </w:r>
      <w:proofErr w:type="spellStart"/>
      <w:r w:rsidRPr="00563B50">
        <w:rPr>
          <w:rFonts w:cs="Times New Roman"/>
          <w:szCs w:val="24"/>
        </w:rPr>
        <w:t>complexului</w:t>
      </w:r>
      <w:proofErr w:type="spellEnd"/>
      <w:r w:rsidRPr="00563B50">
        <w:rPr>
          <w:rFonts w:cs="Times New Roman"/>
          <w:szCs w:val="24"/>
        </w:rPr>
        <w:t xml:space="preserve"> </w:t>
      </w:r>
      <w:proofErr w:type="spellStart"/>
      <w:r w:rsidRPr="00563B50">
        <w:rPr>
          <w:rFonts w:cs="Times New Roman"/>
          <w:szCs w:val="24"/>
        </w:rPr>
        <w:t>tehnic</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de program, pe </w:t>
      </w:r>
      <w:proofErr w:type="spellStart"/>
      <w:r w:rsidRPr="00563B50">
        <w:rPr>
          <w:rFonts w:cs="Times New Roman"/>
          <w:szCs w:val="24"/>
        </w:rPr>
        <w:t>suport</w:t>
      </w:r>
      <w:proofErr w:type="spellEnd"/>
      <w:r w:rsidRPr="00563B50">
        <w:rPr>
          <w:rFonts w:cs="Times New Roman"/>
          <w:szCs w:val="24"/>
        </w:rPr>
        <w:t xml:space="preserve"> de </w:t>
      </w:r>
      <w:proofErr w:type="spellStart"/>
      <w:r w:rsidRPr="00563B50">
        <w:rPr>
          <w:rFonts w:cs="Times New Roman"/>
          <w:szCs w:val="24"/>
        </w:rPr>
        <w:t>hârtie</w:t>
      </w:r>
      <w:proofErr w:type="spellEnd"/>
      <w:r w:rsidRPr="00563B50">
        <w:rPr>
          <w:rFonts w:cs="Times New Roman"/>
          <w:szCs w:val="24"/>
        </w:rPr>
        <w:t>;</w:t>
      </w:r>
    </w:p>
    <w:p w14:paraId="4923D793" w14:textId="77777777" w:rsidR="00EE7ED3" w:rsidRPr="00563B50" w:rsidRDefault="00000000">
      <w:pPr>
        <w:numPr>
          <w:ilvl w:val="0"/>
          <w:numId w:val="23"/>
        </w:numPr>
        <w:jc w:val="both"/>
        <w:rPr>
          <w:rFonts w:cs="Times New Roman"/>
          <w:szCs w:val="24"/>
        </w:rPr>
      </w:pPr>
      <w:proofErr w:type="spellStart"/>
      <w:r w:rsidRPr="00563B50">
        <w:rPr>
          <w:rFonts w:cs="Times New Roman"/>
          <w:szCs w:val="24"/>
        </w:rPr>
        <w:t>preîntâmpinarea</w:t>
      </w:r>
      <w:proofErr w:type="spellEnd"/>
      <w:r w:rsidRPr="00563B50">
        <w:rPr>
          <w:rFonts w:cs="Times New Roman"/>
          <w:szCs w:val="24"/>
        </w:rPr>
        <w:t xml:space="preserve"> </w:t>
      </w:r>
      <w:proofErr w:type="spellStart"/>
      <w:r w:rsidRPr="00563B50">
        <w:rPr>
          <w:rFonts w:cs="Times New Roman"/>
          <w:szCs w:val="24"/>
        </w:rPr>
        <w:t>scurgerii</w:t>
      </w:r>
      <w:proofErr w:type="spellEnd"/>
      <w:r w:rsidRPr="00563B50">
        <w:rPr>
          <w:rFonts w:cs="Times New Roman"/>
          <w:szCs w:val="24"/>
        </w:rPr>
        <w:t xml:space="preserve"> de </w:t>
      </w:r>
      <w:proofErr w:type="spellStart"/>
      <w:r w:rsidRPr="00563B50">
        <w:rPr>
          <w:rFonts w:cs="Times New Roman"/>
          <w:szCs w:val="24"/>
        </w:rPr>
        <w:t>informații</w:t>
      </w:r>
      <w:proofErr w:type="spellEnd"/>
      <w:r w:rsidRPr="00563B50">
        <w:rPr>
          <w:rFonts w:cs="Times New Roman"/>
          <w:szCs w:val="24"/>
        </w:rPr>
        <w:t xml:space="preserve"> care </w:t>
      </w:r>
      <w:proofErr w:type="spellStart"/>
      <w:r w:rsidRPr="00563B50">
        <w:rPr>
          <w:rFonts w:cs="Times New Roman"/>
          <w:szCs w:val="24"/>
        </w:rPr>
        <w:t>conțin</w:t>
      </w:r>
      <w:proofErr w:type="spellEnd"/>
      <w:r w:rsidRPr="00563B50">
        <w:rPr>
          <w:rFonts w:cs="Times New Roman"/>
          <w:szCs w:val="24"/>
        </w:rPr>
        <w:t xml:space="preserve"> date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transmise</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canalele</w:t>
      </w:r>
      <w:proofErr w:type="spellEnd"/>
      <w:r w:rsidRPr="00563B50">
        <w:rPr>
          <w:rFonts w:cs="Times New Roman"/>
          <w:szCs w:val="24"/>
        </w:rPr>
        <w:t xml:space="preserve"> de </w:t>
      </w:r>
      <w:proofErr w:type="spellStart"/>
      <w:r w:rsidRPr="00563B50">
        <w:rPr>
          <w:rFonts w:cs="Times New Roman"/>
          <w:szCs w:val="24"/>
        </w:rPr>
        <w:t>legătură</w:t>
      </w:r>
      <w:proofErr w:type="spellEnd"/>
      <w:r w:rsidRPr="00563B50">
        <w:rPr>
          <w:rFonts w:cs="Times New Roman"/>
          <w:szCs w:val="24"/>
        </w:rPr>
        <w:t xml:space="preserve">,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asigurată</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folosirea</w:t>
      </w:r>
      <w:proofErr w:type="spellEnd"/>
      <w:r w:rsidRPr="00563B50">
        <w:rPr>
          <w:rFonts w:cs="Times New Roman"/>
          <w:szCs w:val="24"/>
        </w:rPr>
        <w:t xml:space="preserve"> </w:t>
      </w:r>
      <w:proofErr w:type="spellStart"/>
      <w:r w:rsidRPr="00563B50">
        <w:rPr>
          <w:rFonts w:cs="Times New Roman"/>
          <w:szCs w:val="24"/>
        </w:rPr>
        <w:t>metodelor</w:t>
      </w:r>
      <w:proofErr w:type="spellEnd"/>
      <w:r w:rsidRPr="00563B50">
        <w:rPr>
          <w:rFonts w:cs="Times New Roman"/>
          <w:szCs w:val="24"/>
        </w:rPr>
        <w:t xml:space="preserve"> de </w:t>
      </w:r>
      <w:proofErr w:type="spellStart"/>
      <w:r w:rsidRPr="00563B50">
        <w:rPr>
          <w:rFonts w:cs="Times New Roman"/>
          <w:szCs w:val="24"/>
        </w:rPr>
        <w:t>cifrare</w:t>
      </w:r>
      <w:proofErr w:type="spellEnd"/>
      <w:r w:rsidRPr="00563B50">
        <w:rPr>
          <w:rFonts w:cs="Times New Roman"/>
          <w:szCs w:val="24"/>
        </w:rPr>
        <w:t xml:space="preserve"> a </w:t>
      </w:r>
      <w:proofErr w:type="spellStart"/>
      <w:r w:rsidRPr="00563B50">
        <w:rPr>
          <w:rFonts w:cs="Times New Roman"/>
          <w:szCs w:val="24"/>
        </w:rPr>
        <w:t>acestei</w:t>
      </w:r>
      <w:proofErr w:type="spellEnd"/>
      <w:r w:rsidRPr="00563B50">
        <w:rPr>
          <w:rFonts w:cs="Times New Roman"/>
          <w:szCs w:val="24"/>
        </w:rPr>
        <w:t xml:space="preserve"> </w:t>
      </w:r>
      <w:proofErr w:type="spellStart"/>
      <w:r w:rsidRPr="00563B50">
        <w:rPr>
          <w:rFonts w:cs="Times New Roman"/>
          <w:szCs w:val="24"/>
        </w:rPr>
        <w:t>informații</w:t>
      </w:r>
      <w:proofErr w:type="spellEnd"/>
      <w:r w:rsidRPr="00563B50">
        <w:rPr>
          <w:rFonts w:cs="Times New Roman"/>
          <w:szCs w:val="24"/>
        </w:rPr>
        <w:t xml:space="preserve">, precum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utilizarea</w:t>
      </w:r>
      <w:proofErr w:type="spellEnd"/>
      <w:r w:rsidRPr="00563B50">
        <w:rPr>
          <w:rFonts w:cs="Times New Roman"/>
          <w:szCs w:val="24"/>
        </w:rPr>
        <w:t xml:space="preserve"> </w:t>
      </w:r>
      <w:proofErr w:type="spellStart"/>
      <w:r w:rsidRPr="00563B50">
        <w:rPr>
          <w:rFonts w:cs="Times New Roman"/>
          <w:szCs w:val="24"/>
        </w:rPr>
        <w:t>canalelor</w:t>
      </w:r>
      <w:proofErr w:type="spellEnd"/>
      <w:r w:rsidRPr="00563B50">
        <w:rPr>
          <w:rFonts w:cs="Times New Roman"/>
          <w:szCs w:val="24"/>
        </w:rPr>
        <w:t xml:space="preserve"> VPN;</w:t>
      </w:r>
    </w:p>
    <w:p w14:paraId="7F11FF63" w14:textId="77777777" w:rsidR="00EE7ED3" w:rsidRPr="00563B50" w:rsidRDefault="00000000">
      <w:pPr>
        <w:numPr>
          <w:ilvl w:val="0"/>
          <w:numId w:val="23"/>
        </w:numPr>
        <w:jc w:val="both"/>
        <w:rPr>
          <w:rFonts w:cs="Times New Roman"/>
          <w:szCs w:val="24"/>
        </w:rPr>
      </w:pPr>
      <w:proofErr w:type="spellStart"/>
      <w:r w:rsidRPr="00563B50">
        <w:rPr>
          <w:rFonts w:cs="Times New Roman"/>
          <w:szCs w:val="24"/>
        </w:rPr>
        <w:t>preîntâmpinarea</w:t>
      </w:r>
      <w:proofErr w:type="spellEnd"/>
      <w:r w:rsidRPr="00563B50">
        <w:rPr>
          <w:rFonts w:cs="Times New Roman"/>
          <w:szCs w:val="24"/>
        </w:rPr>
        <w:t xml:space="preserve"> </w:t>
      </w:r>
      <w:proofErr w:type="spellStart"/>
      <w:r w:rsidRPr="00563B50">
        <w:rPr>
          <w:rFonts w:cs="Times New Roman"/>
          <w:szCs w:val="24"/>
        </w:rPr>
        <w:t>distrugerii</w:t>
      </w:r>
      <w:proofErr w:type="spellEnd"/>
      <w:r w:rsidRPr="00563B50">
        <w:rPr>
          <w:rFonts w:cs="Times New Roman"/>
          <w:szCs w:val="24"/>
        </w:rPr>
        <w:t xml:space="preserve">, </w:t>
      </w:r>
      <w:proofErr w:type="spellStart"/>
      <w:r w:rsidRPr="00563B50">
        <w:rPr>
          <w:rFonts w:cs="Times New Roman"/>
          <w:szCs w:val="24"/>
        </w:rPr>
        <w:t>modificării</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defecțiunilor</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funcționarea</w:t>
      </w:r>
      <w:proofErr w:type="spellEnd"/>
      <w:r w:rsidRPr="00563B50">
        <w:rPr>
          <w:rFonts w:cs="Times New Roman"/>
          <w:szCs w:val="24"/>
        </w:rPr>
        <w:t xml:space="preserve"> soft-</w:t>
      </w:r>
      <w:proofErr w:type="spellStart"/>
      <w:r w:rsidRPr="00563B50">
        <w:rPr>
          <w:rFonts w:cs="Times New Roman"/>
          <w:szCs w:val="24"/>
        </w:rPr>
        <w:t>ului</w:t>
      </w:r>
      <w:proofErr w:type="spellEnd"/>
      <w:r w:rsidRPr="00563B50">
        <w:rPr>
          <w:rFonts w:cs="Times New Roman"/>
          <w:szCs w:val="24"/>
        </w:rPr>
        <w:t xml:space="preserve"> </w:t>
      </w:r>
      <w:proofErr w:type="spellStart"/>
      <w:r w:rsidRPr="00563B50">
        <w:rPr>
          <w:rFonts w:cs="Times New Roman"/>
          <w:szCs w:val="24"/>
        </w:rPr>
        <w:t>destinat</w:t>
      </w:r>
      <w:proofErr w:type="spellEnd"/>
      <w:r w:rsidRPr="00563B50">
        <w:rPr>
          <w:rFonts w:cs="Times New Roman"/>
          <w:szCs w:val="24"/>
        </w:rPr>
        <w:t xml:space="preserve"> </w:t>
      </w:r>
      <w:proofErr w:type="spellStart"/>
      <w:r w:rsidRPr="00563B50">
        <w:rPr>
          <w:rFonts w:cs="Times New Roman"/>
          <w:szCs w:val="24"/>
        </w:rPr>
        <w:t>prelucrării</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asigurată</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metoda</w:t>
      </w:r>
      <w:proofErr w:type="spellEnd"/>
      <w:r w:rsidRPr="00563B50">
        <w:rPr>
          <w:rFonts w:cs="Times New Roman"/>
          <w:szCs w:val="24"/>
        </w:rPr>
        <w:t xml:space="preserve"> </w:t>
      </w:r>
      <w:proofErr w:type="spellStart"/>
      <w:r w:rsidRPr="00563B50">
        <w:rPr>
          <w:rFonts w:cs="Times New Roman"/>
          <w:szCs w:val="24"/>
        </w:rPr>
        <w:t>folosirii</w:t>
      </w:r>
      <w:proofErr w:type="spellEnd"/>
      <w:r w:rsidRPr="00563B50">
        <w:rPr>
          <w:rFonts w:cs="Times New Roman"/>
          <w:szCs w:val="24"/>
        </w:rPr>
        <w:t xml:space="preserve"> </w:t>
      </w:r>
      <w:proofErr w:type="spellStart"/>
      <w:r w:rsidRPr="00563B50">
        <w:rPr>
          <w:rFonts w:cs="Times New Roman"/>
          <w:szCs w:val="24"/>
        </w:rPr>
        <w:t>mijloacelor</w:t>
      </w:r>
      <w:proofErr w:type="spellEnd"/>
      <w:r w:rsidRPr="00563B50">
        <w:rPr>
          <w:rFonts w:cs="Times New Roman"/>
          <w:szCs w:val="24"/>
        </w:rPr>
        <w:t xml:space="preserve"> de </w:t>
      </w:r>
      <w:proofErr w:type="spellStart"/>
      <w:r w:rsidRPr="00563B50">
        <w:rPr>
          <w:rFonts w:cs="Times New Roman"/>
          <w:szCs w:val="24"/>
        </w:rPr>
        <w:t>protecție</w:t>
      </w:r>
      <w:proofErr w:type="spellEnd"/>
      <w:r w:rsidRPr="00563B50">
        <w:rPr>
          <w:rFonts w:cs="Times New Roman"/>
          <w:szCs w:val="24"/>
        </w:rPr>
        <w:t xml:space="preserve"> </w:t>
      </w:r>
      <w:proofErr w:type="spellStart"/>
      <w:r w:rsidRPr="00563B50">
        <w:rPr>
          <w:rFonts w:cs="Times New Roman"/>
          <w:szCs w:val="24"/>
        </w:rPr>
        <w:t>speciale</w:t>
      </w:r>
      <w:proofErr w:type="spellEnd"/>
      <w:r w:rsidRPr="00563B50">
        <w:rPr>
          <w:rFonts w:cs="Times New Roman"/>
          <w:szCs w:val="24"/>
        </w:rPr>
        <w:t xml:space="preserve"> </w:t>
      </w:r>
      <w:proofErr w:type="spellStart"/>
      <w:r w:rsidRPr="00563B50">
        <w:rPr>
          <w:rFonts w:cs="Times New Roman"/>
          <w:szCs w:val="24"/>
        </w:rPr>
        <w:t>tehnice</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de program, </w:t>
      </w:r>
      <w:proofErr w:type="spellStart"/>
      <w:r w:rsidRPr="00563B50">
        <w:rPr>
          <w:rFonts w:cs="Times New Roman"/>
          <w:szCs w:val="24"/>
        </w:rPr>
        <w:t>inclusiv</w:t>
      </w:r>
      <w:proofErr w:type="spellEnd"/>
      <w:r w:rsidRPr="00563B50">
        <w:rPr>
          <w:rFonts w:cs="Times New Roman"/>
          <w:szCs w:val="24"/>
        </w:rPr>
        <w:t xml:space="preserve"> a </w:t>
      </w:r>
      <w:proofErr w:type="spellStart"/>
      <w:r w:rsidRPr="00563B50">
        <w:rPr>
          <w:rFonts w:cs="Times New Roman"/>
          <w:szCs w:val="24"/>
        </w:rPr>
        <w:t>programelor</w:t>
      </w:r>
      <w:proofErr w:type="spellEnd"/>
      <w:r w:rsidRPr="00563B50">
        <w:rPr>
          <w:rFonts w:cs="Times New Roman"/>
          <w:szCs w:val="24"/>
        </w:rPr>
        <w:t xml:space="preserve"> </w:t>
      </w:r>
      <w:proofErr w:type="spellStart"/>
      <w:r w:rsidRPr="00563B50">
        <w:rPr>
          <w:rFonts w:cs="Times New Roman"/>
          <w:szCs w:val="24"/>
        </w:rPr>
        <w:t>licențiate</w:t>
      </w:r>
      <w:proofErr w:type="spellEnd"/>
      <w:r w:rsidRPr="00563B50">
        <w:rPr>
          <w:rFonts w:cs="Times New Roman"/>
          <w:szCs w:val="24"/>
        </w:rPr>
        <w:t xml:space="preserve">, </w:t>
      </w:r>
      <w:proofErr w:type="spellStart"/>
      <w:r w:rsidRPr="00563B50">
        <w:rPr>
          <w:rFonts w:cs="Times New Roman"/>
          <w:szCs w:val="24"/>
        </w:rPr>
        <w:t>programelor</w:t>
      </w:r>
      <w:proofErr w:type="spellEnd"/>
      <w:r w:rsidRPr="00563B50">
        <w:rPr>
          <w:rFonts w:cs="Times New Roman"/>
          <w:szCs w:val="24"/>
        </w:rPr>
        <w:t xml:space="preserve"> antivirus, </w:t>
      </w:r>
      <w:proofErr w:type="spellStart"/>
      <w:r w:rsidRPr="00563B50">
        <w:rPr>
          <w:rFonts w:cs="Times New Roman"/>
          <w:szCs w:val="24"/>
        </w:rPr>
        <w:t>organizării</w:t>
      </w:r>
      <w:proofErr w:type="spellEnd"/>
      <w:r w:rsidRPr="00563B50">
        <w:rPr>
          <w:rFonts w:cs="Times New Roman"/>
          <w:szCs w:val="24"/>
        </w:rPr>
        <w:t xml:space="preserve"> </w:t>
      </w:r>
      <w:proofErr w:type="spellStart"/>
      <w:r w:rsidRPr="00563B50">
        <w:rPr>
          <w:rFonts w:cs="Times New Roman"/>
          <w:szCs w:val="24"/>
        </w:rPr>
        <w:t>sistemului</w:t>
      </w:r>
      <w:proofErr w:type="spellEnd"/>
      <w:r w:rsidRPr="00563B50">
        <w:rPr>
          <w:rFonts w:cs="Times New Roman"/>
          <w:szCs w:val="24"/>
        </w:rPr>
        <w:t xml:space="preserve"> de control al </w:t>
      </w:r>
      <w:proofErr w:type="spellStart"/>
      <w:r w:rsidRPr="00563B50">
        <w:rPr>
          <w:rFonts w:cs="Times New Roman"/>
          <w:szCs w:val="24"/>
        </w:rPr>
        <w:t>securității</w:t>
      </w:r>
      <w:proofErr w:type="spellEnd"/>
      <w:r w:rsidRPr="00563B50">
        <w:rPr>
          <w:rFonts w:cs="Times New Roman"/>
          <w:szCs w:val="24"/>
        </w:rPr>
        <w:t xml:space="preserve"> soft-</w:t>
      </w:r>
      <w:proofErr w:type="spellStart"/>
      <w:r w:rsidRPr="00563B50">
        <w:rPr>
          <w:rFonts w:cs="Times New Roman"/>
          <w:szCs w:val="24"/>
        </w:rPr>
        <w:t>ului</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efectuarea</w:t>
      </w:r>
      <w:proofErr w:type="spellEnd"/>
      <w:r w:rsidRPr="00563B50">
        <w:rPr>
          <w:rFonts w:cs="Times New Roman"/>
          <w:szCs w:val="24"/>
        </w:rPr>
        <w:t xml:space="preserve"> </w:t>
      </w:r>
      <w:proofErr w:type="spellStart"/>
      <w:r w:rsidRPr="00563B50">
        <w:rPr>
          <w:rFonts w:cs="Times New Roman"/>
          <w:szCs w:val="24"/>
        </w:rPr>
        <w:t>periodică</w:t>
      </w:r>
      <w:proofErr w:type="spellEnd"/>
      <w:r w:rsidRPr="00563B50">
        <w:rPr>
          <w:rFonts w:cs="Times New Roman"/>
          <w:szCs w:val="24"/>
        </w:rPr>
        <w:t xml:space="preserve"> a </w:t>
      </w:r>
      <w:proofErr w:type="spellStart"/>
      <w:r w:rsidRPr="00563B50">
        <w:rPr>
          <w:rFonts w:cs="Times New Roman"/>
          <w:szCs w:val="24"/>
        </w:rPr>
        <w:t>copiilor</w:t>
      </w:r>
      <w:proofErr w:type="spellEnd"/>
      <w:r w:rsidRPr="00563B50">
        <w:rPr>
          <w:rFonts w:cs="Times New Roman"/>
          <w:szCs w:val="24"/>
        </w:rPr>
        <w:t xml:space="preserve"> de </w:t>
      </w:r>
      <w:proofErr w:type="spellStart"/>
      <w:r w:rsidRPr="00563B50">
        <w:rPr>
          <w:rFonts w:cs="Times New Roman"/>
          <w:szCs w:val="24"/>
        </w:rPr>
        <w:t>siguranță</w:t>
      </w:r>
      <w:proofErr w:type="spellEnd"/>
      <w:r w:rsidRPr="00563B50">
        <w:rPr>
          <w:rFonts w:cs="Times New Roman"/>
          <w:szCs w:val="24"/>
        </w:rPr>
        <w:t>;</w:t>
      </w:r>
    </w:p>
    <w:p w14:paraId="707F62C3" w14:textId="77777777" w:rsidR="00EE7ED3" w:rsidRPr="00563B50" w:rsidRDefault="00000000">
      <w:pPr>
        <w:numPr>
          <w:ilvl w:val="0"/>
          <w:numId w:val="23"/>
        </w:numPr>
        <w:jc w:val="both"/>
        <w:rPr>
          <w:rFonts w:cs="Times New Roman"/>
          <w:szCs w:val="24"/>
        </w:rPr>
      </w:pPr>
      <w:proofErr w:type="spellStart"/>
      <w:r w:rsidRPr="00563B50">
        <w:rPr>
          <w:rFonts w:cs="Times New Roman"/>
          <w:szCs w:val="24"/>
        </w:rPr>
        <w:lastRenderedPageBreak/>
        <w:t>preîntâmpinarea</w:t>
      </w:r>
      <w:proofErr w:type="spellEnd"/>
      <w:r w:rsidRPr="00563B50">
        <w:rPr>
          <w:rFonts w:cs="Times New Roman"/>
          <w:szCs w:val="24"/>
        </w:rPr>
        <w:t xml:space="preserve"> </w:t>
      </w:r>
      <w:proofErr w:type="spellStart"/>
      <w:r w:rsidRPr="00563B50">
        <w:rPr>
          <w:rFonts w:cs="Times New Roman"/>
          <w:szCs w:val="24"/>
        </w:rPr>
        <w:t>scurgerii</w:t>
      </w:r>
      <w:proofErr w:type="spellEnd"/>
      <w:r w:rsidRPr="00563B50">
        <w:rPr>
          <w:rFonts w:cs="Times New Roman"/>
          <w:szCs w:val="24"/>
        </w:rPr>
        <w:t xml:space="preserve"> de </w:t>
      </w:r>
      <w:proofErr w:type="spellStart"/>
      <w:r w:rsidRPr="00563B50">
        <w:rPr>
          <w:rFonts w:cs="Times New Roman"/>
          <w:szCs w:val="24"/>
        </w:rPr>
        <w:t>informații</w:t>
      </w:r>
      <w:proofErr w:type="spellEnd"/>
      <w:r w:rsidRPr="00563B50">
        <w:rPr>
          <w:rFonts w:cs="Times New Roman"/>
          <w:szCs w:val="24"/>
        </w:rPr>
        <w:t xml:space="preserve">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asigurată</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auditul</w:t>
      </w:r>
      <w:proofErr w:type="spellEnd"/>
      <w:r w:rsidRPr="00563B50">
        <w:rPr>
          <w:rFonts w:cs="Times New Roman"/>
          <w:szCs w:val="24"/>
        </w:rPr>
        <w:t xml:space="preserve"> intern al </w:t>
      </w:r>
      <w:proofErr w:type="spellStart"/>
      <w:r w:rsidRPr="00563B50">
        <w:rPr>
          <w:rFonts w:cs="Times New Roman"/>
          <w:szCs w:val="24"/>
        </w:rPr>
        <w:t>sistemelor</w:t>
      </w:r>
      <w:proofErr w:type="spellEnd"/>
      <w:r w:rsidRPr="00563B50">
        <w:rPr>
          <w:rFonts w:cs="Times New Roman"/>
          <w:szCs w:val="24"/>
        </w:rPr>
        <w:t xml:space="preserve"> </w:t>
      </w:r>
      <w:proofErr w:type="spellStart"/>
      <w:r w:rsidRPr="00563B50">
        <w:rPr>
          <w:rFonts w:cs="Times New Roman"/>
          <w:szCs w:val="24"/>
        </w:rPr>
        <w:t>informaționale</w:t>
      </w:r>
      <w:proofErr w:type="spellEnd"/>
      <w:r w:rsidRPr="00563B50">
        <w:rPr>
          <w:rFonts w:cs="Times New Roman"/>
          <w:szCs w:val="24"/>
        </w:rPr>
        <w:t xml:space="preserve">, care se </w:t>
      </w:r>
      <w:proofErr w:type="spellStart"/>
      <w:r w:rsidRPr="00563B50">
        <w:rPr>
          <w:rFonts w:cs="Times New Roman"/>
          <w:szCs w:val="24"/>
        </w:rPr>
        <w:t>efectuează</w:t>
      </w:r>
      <w:proofErr w:type="spellEnd"/>
      <w:r w:rsidRPr="00563B50">
        <w:rPr>
          <w:rFonts w:cs="Times New Roman"/>
          <w:szCs w:val="24"/>
        </w:rPr>
        <w:t xml:space="preserve"> permanent;</w:t>
      </w:r>
    </w:p>
    <w:p w14:paraId="61FCBEF6" w14:textId="77777777" w:rsidR="00EE7ED3" w:rsidRPr="00563B50" w:rsidRDefault="00000000">
      <w:pPr>
        <w:numPr>
          <w:ilvl w:val="0"/>
          <w:numId w:val="23"/>
        </w:numPr>
        <w:jc w:val="both"/>
        <w:rPr>
          <w:rFonts w:cs="Times New Roman"/>
          <w:szCs w:val="24"/>
        </w:rPr>
      </w:pPr>
      <w:proofErr w:type="spellStart"/>
      <w:r w:rsidRPr="00563B50">
        <w:rPr>
          <w:rFonts w:cs="Times New Roman"/>
          <w:szCs w:val="24"/>
        </w:rPr>
        <w:t>stabilirea</w:t>
      </w:r>
      <w:proofErr w:type="spellEnd"/>
      <w:r w:rsidRPr="00563B50">
        <w:rPr>
          <w:rFonts w:cs="Times New Roman"/>
          <w:szCs w:val="24"/>
        </w:rPr>
        <w:t xml:space="preserve"> </w:t>
      </w:r>
      <w:proofErr w:type="spellStart"/>
      <w:r w:rsidRPr="00563B50">
        <w:rPr>
          <w:rFonts w:cs="Times New Roman"/>
          <w:szCs w:val="24"/>
        </w:rPr>
        <w:t>exactă</w:t>
      </w:r>
      <w:proofErr w:type="spellEnd"/>
      <w:r w:rsidRPr="00563B50">
        <w:rPr>
          <w:rFonts w:cs="Times New Roman"/>
          <w:szCs w:val="24"/>
        </w:rPr>
        <w:t xml:space="preserve"> a </w:t>
      </w:r>
      <w:proofErr w:type="spellStart"/>
      <w:r w:rsidRPr="00563B50">
        <w:rPr>
          <w:rFonts w:cs="Times New Roman"/>
          <w:szCs w:val="24"/>
        </w:rPr>
        <w:t>ordinii</w:t>
      </w:r>
      <w:proofErr w:type="spellEnd"/>
      <w:r w:rsidRPr="00563B50">
        <w:rPr>
          <w:rFonts w:cs="Times New Roman"/>
          <w:szCs w:val="24"/>
        </w:rPr>
        <w:t xml:space="preserve"> de </w:t>
      </w:r>
      <w:proofErr w:type="spellStart"/>
      <w:r w:rsidRPr="00563B50">
        <w:rPr>
          <w:rFonts w:cs="Times New Roman"/>
          <w:szCs w:val="24"/>
        </w:rPr>
        <w:t>acces</w:t>
      </w:r>
      <w:proofErr w:type="spellEnd"/>
      <w:r w:rsidRPr="00563B50">
        <w:rPr>
          <w:rFonts w:cs="Times New Roman"/>
          <w:szCs w:val="24"/>
        </w:rPr>
        <w:t xml:space="preserve"> la </w:t>
      </w:r>
      <w:proofErr w:type="spellStart"/>
      <w:r w:rsidRPr="00563B50">
        <w:rPr>
          <w:rFonts w:cs="Times New Roman"/>
          <w:szCs w:val="24"/>
        </w:rPr>
        <w:t>informația</w:t>
      </w:r>
      <w:proofErr w:type="spellEnd"/>
      <w:r w:rsidRPr="00563B50">
        <w:rPr>
          <w:rFonts w:cs="Times New Roman"/>
          <w:szCs w:val="24"/>
        </w:rPr>
        <w:t xml:space="preserve"> care </w:t>
      </w:r>
      <w:proofErr w:type="spellStart"/>
      <w:r w:rsidRPr="00563B50">
        <w:rPr>
          <w:rFonts w:cs="Times New Roman"/>
          <w:szCs w:val="24"/>
        </w:rPr>
        <w:t>conține</w:t>
      </w:r>
      <w:proofErr w:type="spellEnd"/>
      <w:r w:rsidRPr="00563B50">
        <w:rPr>
          <w:rFonts w:cs="Times New Roman"/>
          <w:szCs w:val="24"/>
        </w:rPr>
        <w:t xml:space="preserve"> date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prelucrate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cadrul</w:t>
      </w:r>
      <w:proofErr w:type="spellEnd"/>
      <w:r w:rsidRPr="00563B50">
        <w:rPr>
          <w:rFonts w:cs="Times New Roman"/>
          <w:szCs w:val="24"/>
        </w:rPr>
        <w:t xml:space="preserve"> </w:t>
      </w:r>
      <w:proofErr w:type="spellStart"/>
      <w:r w:rsidRPr="00563B50">
        <w:rPr>
          <w:rFonts w:cs="Times New Roman"/>
          <w:szCs w:val="24"/>
        </w:rPr>
        <w:t>sistemelor</w:t>
      </w:r>
      <w:proofErr w:type="spellEnd"/>
      <w:r w:rsidRPr="00563B50">
        <w:rPr>
          <w:rFonts w:cs="Times New Roman"/>
          <w:szCs w:val="24"/>
        </w:rPr>
        <w:t xml:space="preserve"> </w:t>
      </w:r>
      <w:proofErr w:type="spellStart"/>
      <w:r w:rsidRPr="00563B50">
        <w:rPr>
          <w:rFonts w:cs="Times New Roman"/>
          <w:szCs w:val="24"/>
        </w:rPr>
        <w:t>informaționale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de </w:t>
      </w:r>
      <w:proofErr w:type="spellStart"/>
      <w:r w:rsidRPr="00563B50">
        <w:rPr>
          <w:rFonts w:cs="Times New Roman"/>
          <w:szCs w:val="24"/>
        </w:rPr>
        <w:t>evidență</w:t>
      </w:r>
      <w:proofErr w:type="spellEnd"/>
      <w:r w:rsidRPr="00563B50">
        <w:rPr>
          <w:rFonts w:cs="Times New Roman"/>
          <w:szCs w:val="24"/>
        </w:rPr>
        <w:t xml:space="preserve"> </w:t>
      </w:r>
      <w:proofErr w:type="spellStart"/>
      <w:r w:rsidRPr="00563B50">
        <w:rPr>
          <w:rFonts w:cs="Times New Roman"/>
          <w:szCs w:val="24"/>
        </w:rPr>
        <w:t>instituite</w:t>
      </w:r>
      <w:proofErr w:type="spellEnd"/>
      <w:r w:rsidRPr="00563B50">
        <w:rPr>
          <w:rFonts w:cs="Times New Roman"/>
          <w:szCs w:val="24"/>
        </w:rPr>
        <w:t xml:space="preserve"> </w:t>
      </w:r>
      <w:proofErr w:type="spellStart"/>
      <w:r w:rsidRPr="00563B50">
        <w:rPr>
          <w:rFonts w:cs="Times New Roman"/>
          <w:szCs w:val="24"/>
        </w:rPr>
        <w:t>atât</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utilizatorii</w:t>
      </w:r>
      <w:proofErr w:type="spellEnd"/>
      <w:r w:rsidRPr="00563B50">
        <w:rPr>
          <w:rFonts w:cs="Times New Roman"/>
          <w:szCs w:val="24"/>
        </w:rPr>
        <w:t xml:space="preserve"> </w:t>
      </w:r>
      <w:proofErr w:type="spellStart"/>
      <w:r w:rsidRPr="00563B50">
        <w:rPr>
          <w:rFonts w:cs="Times New Roman"/>
          <w:szCs w:val="24"/>
        </w:rPr>
        <w:t>interni</w:t>
      </w:r>
      <w:proofErr w:type="spellEnd"/>
      <w:r w:rsidRPr="00563B50">
        <w:rPr>
          <w:rFonts w:cs="Times New Roman"/>
          <w:szCs w:val="24"/>
        </w:rPr>
        <w:t xml:space="preserve"> </w:t>
      </w:r>
      <w:proofErr w:type="spellStart"/>
      <w:r w:rsidRPr="00563B50">
        <w:rPr>
          <w:rFonts w:cs="Times New Roman"/>
          <w:szCs w:val="24"/>
        </w:rPr>
        <w:t>cât</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cei</w:t>
      </w:r>
      <w:proofErr w:type="spellEnd"/>
      <w:r w:rsidRPr="00563B50">
        <w:rPr>
          <w:rFonts w:cs="Times New Roman"/>
          <w:szCs w:val="24"/>
        </w:rPr>
        <w:t xml:space="preserve"> </w:t>
      </w:r>
      <w:proofErr w:type="spellStart"/>
      <w:r w:rsidRPr="00563B50">
        <w:rPr>
          <w:rFonts w:cs="Times New Roman"/>
          <w:szCs w:val="24"/>
        </w:rPr>
        <w:t>externi</w:t>
      </w:r>
      <w:proofErr w:type="spellEnd"/>
      <w:r w:rsidRPr="00563B50">
        <w:rPr>
          <w:rFonts w:cs="Times New Roman"/>
          <w:szCs w:val="24"/>
        </w:rPr>
        <w:t>;</w:t>
      </w:r>
    </w:p>
    <w:p w14:paraId="3836C167" w14:textId="77777777" w:rsidR="00EE7ED3" w:rsidRPr="00563B50" w:rsidRDefault="00000000">
      <w:pPr>
        <w:numPr>
          <w:ilvl w:val="0"/>
          <w:numId w:val="23"/>
        </w:numPr>
        <w:jc w:val="both"/>
        <w:rPr>
          <w:rFonts w:cs="Times New Roman"/>
          <w:szCs w:val="24"/>
        </w:rPr>
      </w:pPr>
      <w:proofErr w:type="spellStart"/>
      <w:r w:rsidRPr="00563B50">
        <w:rPr>
          <w:rFonts w:cs="Times New Roman"/>
          <w:szCs w:val="24"/>
        </w:rPr>
        <w:t>instruirea</w:t>
      </w:r>
      <w:proofErr w:type="spellEnd"/>
      <w:r w:rsidRPr="00563B50">
        <w:rPr>
          <w:rFonts w:cs="Times New Roman"/>
          <w:szCs w:val="24"/>
        </w:rPr>
        <w:t xml:space="preserve"> </w:t>
      </w:r>
      <w:proofErr w:type="spellStart"/>
      <w:r w:rsidRPr="00563B50">
        <w:rPr>
          <w:rFonts w:cs="Times New Roman"/>
          <w:szCs w:val="24"/>
        </w:rPr>
        <w:t>angajaților</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sensibilizarea</w:t>
      </w:r>
      <w:proofErr w:type="spellEnd"/>
      <w:r w:rsidRPr="00563B50">
        <w:rPr>
          <w:rFonts w:cs="Times New Roman"/>
          <w:szCs w:val="24"/>
        </w:rPr>
        <w:t xml:space="preserve"> </w:t>
      </w:r>
      <w:proofErr w:type="spellStart"/>
      <w:r w:rsidRPr="00563B50">
        <w:rPr>
          <w:rFonts w:cs="Times New Roman"/>
          <w:szCs w:val="24"/>
        </w:rPr>
        <w:t>acestora</w:t>
      </w:r>
      <w:proofErr w:type="spellEnd"/>
      <w:r w:rsidRPr="00563B50">
        <w:rPr>
          <w:rFonts w:cs="Times New Roman"/>
          <w:szCs w:val="24"/>
        </w:rPr>
        <w:t xml:space="preserve"> </w:t>
      </w:r>
      <w:proofErr w:type="spellStart"/>
      <w:r w:rsidRPr="00563B50">
        <w:rPr>
          <w:rFonts w:cs="Times New Roman"/>
          <w:szCs w:val="24"/>
        </w:rPr>
        <w:t>față</w:t>
      </w:r>
      <w:proofErr w:type="spellEnd"/>
      <w:r w:rsidRPr="00563B50">
        <w:rPr>
          <w:rFonts w:cs="Times New Roman"/>
          <w:szCs w:val="24"/>
        </w:rPr>
        <w:t xml:space="preserve"> de </w:t>
      </w:r>
      <w:proofErr w:type="spellStart"/>
      <w:r w:rsidRPr="00563B50">
        <w:rPr>
          <w:rFonts w:cs="Times New Roman"/>
          <w:szCs w:val="24"/>
        </w:rPr>
        <w:t>importanța</w:t>
      </w:r>
      <w:proofErr w:type="spellEnd"/>
      <w:r w:rsidRPr="00563B50">
        <w:rPr>
          <w:rFonts w:cs="Times New Roman"/>
          <w:szCs w:val="24"/>
        </w:rPr>
        <w:t xml:space="preserve"> </w:t>
      </w:r>
      <w:proofErr w:type="spellStart"/>
      <w:r w:rsidRPr="00563B50">
        <w:rPr>
          <w:rFonts w:cs="Times New Roman"/>
          <w:szCs w:val="24"/>
        </w:rPr>
        <w:t>protecției</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w:t>
      </w:r>
    </w:p>
    <w:p w14:paraId="27A664AF" w14:textId="77777777" w:rsidR="00EE7ED3" w:rsidRPr="00563B50" w:rsidRDefault="00000000" w:rsidP="002E7997">
      <w:pPr>
        <w:jc w:val="both"/>
        <w:rPr>
          <w:rFonts w:cs="Times New Roman"/>
          <w:b/>
          <w:bCs/>
          <w:szCs w:val="24"/>
        </w:rPr>
      </w:pPr>
      <w:r w:rsidRPr="00563B50">
        <w:rPr>
          <w:rFonts w:cs="Times New Roman"/>
          <w:b/>
          <w:bCs/>
          <w:szCs w:val="24"/>
        </w:rPr>
        <w:t>XIII. PROCEDURI ORGANIZATORICE ȘI TEHNICE</w:t>
      </w:r>
    </w:p>
    <w:p w14:paraId="3571665D" w14:textId="77777777" w:rsidR="00EE7ED3" w:rsidRPr="00563B50" w:rsidRDefault="00000000" w:rsidP="002E7997">
      <w:pPr>
        <w:jc w:val="both"/>
        <w:rPr>
          <w:rFonts w:cs="Times New Roman"/>
          <w:szCs w:val="24"/>
        </w:rPr>
      </w:pPr>
      <w:proofErr w:type="spellStart"/>
      <w:r w:rsidRPr="00563B50">
        <w:rPr>
          <w:rFonts w:cs="Times New Roman"/>
          <w:szCs w:val="24"/>
        </w:rPr>
        <w:t>Procedurile</w:t>
      </w:r>
      <w:proofErr w:type="spellEnd"/>
      <w:r w:rsidRPr="00563B50">
        <w:rPr>
          <w:rFonts w:cs="Times New Roman"/>
          <w:szCs w:val="24"/>
        </w:rPr>
        <w:t xml:space="preserve"> </w:t>
      </w:r>
      <w:proofErr w:type="spellStart"/>
      <w:r w:rsidRPr="00563B50">
        <w:rPr>
          <w:rFonts w:cs="Times New Roman"/>
          <w:szCs w:val="24"/>
        </w:rPr>
        <w:t>organizatorice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tehnice</w:t>
      </w:r>
      <w:proofErr w:type="spellEnd"/>
      <w:r w:rsidRPr="00563B50">
        <w:rPr>
          <w:rFonts w:cs="Times New Roman"/>
          <w:szCs w:val="24"/>
        </w:rPr>
        <w:t xml:space="preserve"> care </w:t>
      </w:r>
      <w:proofErr w:type="spellStart"/>
      <w:r w:rsidRPr="00563B50">
        <w:rPr>
          <w:rFonts w:cs="Times New Roman"/>
          <w:szCs w:val="24"/>
        </w:rPr>
        <w:t>urmează</w:t>
      </w:r>
      <w:proofErr w:type="spellEnd"/>
      <w:r w:rsidRPr="00563B50">
        <w:rPr>
          <w:rFonts w:cs="Times New Roman"/>
          <w:szCs w:val="24"/>
        </w:rPr>
        <w:t xml:space="preserve"> a fi </w:t>
      </w:r>
      <w:proofErr w:type="spellStart"/>
      <w:r w:rsidRPr="00563B50">
        <w:rPr>
          <w:rFonts w:cs="Times New Roman"/>
          <w:szCs w:val="24"/>
        </w:rPr>
        <w:t>respectate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cadrul</w:t>
      </w:r>
      <w:proofErr w:type="spellEnd"/>
      <w:r w:rsidRPr="00563B50">
        <w:rPr>
          <w:rFonts w:cs="Times New Roman"/>
          <w:szCs w:val="24"/>
        </w:rPr>
        <w:t xml:space="preserve"> </w:t>
      </w:r>
      <w:r w:rsidRPr="002E7997">
        <w:rPr>
          <w:rFonts w:cs="Times New Roman"/>
          <w:b/>
          <w:bCs/>
          <w:szCs w:val="24"/>
        </w:rPr>
        <w:t xml:space="preserve">PRIMĂRIEI SATULUI MERENI </w:t>
      </w:r>
      <w:r w:rsidRPr="00563B50">
        <w:rPr>
          <w:rFonts w:cs="Times New Roman"/>
          <w:szCs w:val="24"/>
        </w:rPr>
        <w:t xml:space="preserve">la </w:t>
      </w:r>
      <w:proofErr w:type="spellStart"/>
      <w:r w:rsidRPr="00563B50">
        <w:rPr>
          <w:rFonts w:cs="Times New Roman"/>
          <w:szCs w:val="24"/>
        </w:rPr>
        <w:t>prelucrarea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sunt de </w:t>
      </w:r>
      <w:proofErr w:type="spellStart"/>
      <w:r w:rsidRPr="00563B50">
        <w:rPr>
          <w:rFonts w:cs="Times New Roman"/>
          <w:szCs w:val="24"/>
        </w:rPr>
        <w:t>ordin</w:t>
      </w:r>
      <w:proofErr w:type="spellEnd"/>
      <w:r w:rsidRPr="00563B50">
        <w:rPr>
          <w:rFonts w:cs="Times New Roman"/>
          <w:szCs w:val="24"/>
        </w:rPr>
        <w:t xml:space="preserve"> </w:t>
      </w:r>
      <w:proofErr w:type="spellStart"/>
      <w:r w:rsidRPr="00563B50">
        <w:rPr>
          <w:rFonts w:cs="Times New Roman"/>
          <w:szCs w:val="24"/>
        </w:rPr>
        <w:t>administrativ</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tehnologic</w:t>
      </w:r>
      <w:proofErr w:type="spellEnd"/>
      <w:r w:rsidRPr="00563B50">
        <w:rPr>
          <w:rFonts w:cs="Times New Roman"/>
          <w:szCs w:val="24"/>
        </w:rPr>
        <w:t xml:space="preserve">, precum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menționat</w:t>
      </w:r>
      <w:proofErr w:type="spellEnd"/>
      <w:r w:rsidRPr="00563B50">
        <w:rPr>
          <w:rFonts w:cs="Times New Roman"/>
          <w:szCs w:val="24"/>
        </w:rPr>
        <w:t xml:space="preserve"> </w:t>
      </w:r>
      <w:proofErr w:type="spellStart"/>
      <w:r w:rsidRPr="00563B50">
        <w:rPr>
          <w:rFonts w:cs="Times New Roman"/>
          <w:szCs w:val="24"/>
        </w:rPr>
        <w:t>mai</w:t>
      </w:r>
      <w:proofErr w:type="spellEnd"/>
      <w:r w:rsidRPr="00563B50">
        <w:rPr>
          <w:rFonts w:cs="Times New Roman"/>
          <w:szCs w:val="24"/>
        </w:rPr>
        <w:t xml:space="preserve"> </w:t>
      </w:r>
      <w:proofErr w:type="spellStart"/>
      <w:r w:rsidRPr="00563B50">
        <w:rPr>
          <w:rFonts w:cs="Times New Roman"/>
          <w:szCs w:val="24"/>
        </w:rPr>
        <w:t>jos</w:t>
      </w:r>
      <w:proofErr w:type="spellEnd"/>
      <w:r w:rsidRPr="00563B50">
        <w:rPr>
          <w:rFonts w:cs="Times New Roman"/>
          <w:szCs w:val="24"/>
        </w:rPr>
        <w:t>:</w:t>
      </w:r>
    </w:p>
    <w:p w14:paraId="5A70E0FD" w14:textId="77777777" w:rsidR="00EE7ED3" w:rsidRPr="00563B50" w:rsidRDefault="00000000" w:rsidP="002E7997">
      <w:pPr>
        <w:jc w:val="both"/>
        <w:rPr>
          <w:rFonts w:cs="Times New Roman"/>
          <w:b/>
          <w:bCs/>
          <w:szCs w:val="24"/>
        </w:rPr>
      </w:pPr>
      <w:r w:rsidRPr="00563B50">
        <w:rPr>
          <w:rFonts w:cs="Times New Roman"/>
          <w:b/>
          <w:bCs/>
          <w:szCs w:val="24"/>
        </w:rPr>
        <w:t xml:space="preserve">1. </w:t>
      </w:r>
      <w:proofErr w:type="spellStart"/>
      <w:r w:rsidRPr="00563B50">
        <w:rPr>
          <w:rFonts w:cs="Times New Roman"/>
          <w:b/>
          <w:bCs/>
          <w:szCs w:val="24"/>
        </w:rPr>
        <w:t>Măsurile</w:t>
      </w:r>
      <w:proofErr w:type="spellEnd"/>
      <w:r w:rsidRPr="00563B50">
        <w:rPr>
          <w:rFonts w:cs="Times New Roman"/>
          <w:b/>
          <w:bCs/>
          <w:szCs w:val="24"/>
        </w:rPr>
        <w:t xml:space="preserve"> generale de </w:t>
      </w:r>
      <w:proofErr w:type="spellStart"/>
      <w:r w:rsidRPr="00563B50">
        <w:rPr>
          <w:rFonts w:cs="Times New Roman"/>
          <w:b/>
          <w:bCs/>
          <w:szCs w:val="24"/>
        </w:rPr>
        <w:t>administrare</w:t>
      </w:r>
      <w:proofErr w:type="spellEnd"/>
      <w:r w:rsidRPr="00563B50">
        <w:rPr>
          <w:rFonts w:cs="Times New Roman"/>
          <w:b/>
          <w:bCs/>
          <w:szCs w:val="24"/>
        </w:rPr>
        <w:t xml:space="preserve"> a </w:t>
      </w:r>
      <w:proofErr w:type="spellStart"/>
      <w:r w:rsidRPr="00563B50">
        <w:rPr>
          <w:rFonts w:cs="Times New Roman"/>
          <w:b/>
          <w:bCs/>
          <w:szCs w:val="24"/>
        </w:rPr>
        <w:t>securității</w:t>
      </w:r>
      <w:proofErr w:type="spellEnd"/>
      <w:r w:rsidRPr="00563B50">
        <w:rPr>
          <w:rFonts w:cs="Times New Roman"/>
          <w:b/>
          <w:bCs/>
          <w:szCs w:val="24"/>
        </w:rPr>
        <w:t xml:space="preserve"> </w:t>
      </w:r>
      <w:proofErr w:type="spellStart"/>
      <w:r w:rsidRPr="00563B50">
        <w:rPr>
          <w:rFonts w:cs="Times New Roman"/>
          <w:b/>
          <w:bCs/>
          <w:szCs w:val="24"/>
        </w:rPr>
        <w:t>informaționale</w:t>
      </w:r>
      <w:proofErr w:type="spellEnd"/>
    </w:p>
    <w:p w14:paraId="377436A2" w14:textId="77777777" w:rsidR="00EE7ED3" w:rsidRDefault="00000000" w:rsidP="002E7997">
      <w:pPr>
        <w:jc w:val="both"/>
        <w:rPr>
          <w:rFonts w:cs="Times New Roman"/>
          <w:szCs w:val="24"/>
          <w:lang w:val="ro-RO"/>
        </w:rPr>
      </w:pPr>
      <w:r w:rsidRPr="00563B50">
        <w:rPr>
          <w:rFonts w:cs="Times New Roman"/>
          <w:szCs w:val="24"/>
        </w:rPr>
        <w:t xml:space="preserve">a)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cadrul</w:t>
      </w:r>
      <w:proofErr w:type="spellEnd"/>
      <w:r w:rsidRPr="00563B50">
        <w:rPr>
          <w:rFonts w:cs="Times New Roman"/>
          <w:szCs w:val="24"/>
        </w:rPr>
        <w:t xml:space="preserve"> </w:t>
      </w:r>
      <w:proofErr w:type="spellStart"/>
      <w:r w:rsidRPr="00563B50">
        <w:rPr>
          <w:rFonts w:cs="Times New Roman"/>
          <w:szCs w:val="24"/>
        </w:rPr>
        <w:t>neutilizării</w:t>
      </w:r>
      <w:proofErr w:type="spellEnd"/>
      <w:r w:rsidRPr="00563B50">
        <w:rPr>
          <w:rFonts w:cs="Times New Roman"/>
          <w:szCs w:val="24"/>
        </w:rPr>
        <w:t xml:space="preserve"> </w:t>
      </w:r>
      <w:proofErr w:type="spellStart"/>
      <w:r w:rsidRPr="00563B50">
        <w:rPr>
          <w:rFonts w:cs="Times New Roman"/>
          <w:szCs w:val="24"/>
        </w:rPr>
        <w:t>temporare</w:t>
      </w:r>
      <w:proofErr w:type="spellEnd"/>
      <w:r w:rsidRPr="00563B50">
        <w:rPr>
          <w:rFonts w:cs="Times New Roman"/>
          <w:szCs w:val="24"/>
        </w:rPr>
        <w:t xml:space="preserve"> a </w:t>
      </w:r>
      <w:proofErr w:type="spellStart"/>
      <w:r w:rsidRPr="00563B50">
        <w:rPr>
          <w:rFonts w:cs="Times New Roman"/>
          <w:szCs w:val="24"/>
        </w:rPr>
        <w:t>purtătorilor</w:t>
      </w:r>
      <w:proofErr w:type="spellEnd"/>
      <w:r w:rsidRPr="00563B50">
        <w:rPr>
          <w:rFonts w:cs="Times New Roman"/>
          <w:szCs w:val="24"/>
        </w:rPr>
        <w:t xml:space="preserve"> de </w:t>
      </w:r>
      <w:proofErr w:type="spellStart"/>
      <w:r w:rsidRPr="00563B50">
        <w:rPr>
          <w:rFonts w:cs="Times New Roman"/>
          <w:szCs w:val="24"/>
        </w:rPr>
        <w:t>informație</w:t>
      </w:r>
      <w:proofErr w:type="spellEnd"/>
      <w:r w:rsidRPr="00563B50">
        <w:rPr>
          <w:rFonts w:cs="Times New Roman"/>
          <w:szCs w:val="24"/>
        </w:rPr>
        <w:t xml:space="preserve"> pe </w:t>
      </w:r>
      <w:proofErr w:type="spellStart"/>
      <w:r w:rsidRPr="00563B50">
        <w:rPr>
          <w:rFonts w:cs="Times New Roman"/>
          <w:szCs w:val="24"/>
        </w:rPr>
        <w:t>suport</w:t>
      </w:r>
      <w:proofErr w:type="spellEnd"/>
      <w:r w:rsidRPr="00563B50">
        <w:rPr>
          <w:rFonts w:cs="Times New Roman"/>
          <w:szCs w:val="24"/>
        </w:rPr>
        <w:t xml:space="preserve"> de </w:t>
      </w:r>
      <w:proofErr w:type="spellStart"/>
      <w:r w:rsidRPr="00563B50">
        <w:rPr>
          <w:rFonts w:cs="Times New Roman"/>
          <w:szCs w:val="24"/>
        </w:rPr>
        <w:t>hârtie</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electronici</w:t>
      </w:r>
      <w:proofErr w:type="spellEnd"/>
      <w:r w:rsidRPr="00563B50">
        <w:rPr>
          <w:rFonts w:cs="Times New Roman"/>
          <w:szCs w:val="24"/>
        </w:rPr>
        <w:t xml:space="preserve"> (</w:t>
      </w:r>
      <w:proofErr w:type="spellStart"/>
      <w:r w:rsidRPr="00563B50">
        <w:rPr>
          <w:rFonts w:cs="Times New Roman"/>
          <w:szCs w:val="24"/>
        </w:rPr>
        <w:t>digitali</w:t>
      </w:r>
      <w:proofErr w:type="spellEnd"/>
      <w:r w:rsidRPr="00563B50">
        <w:rPr>
          <w:rFonts w:cs="Times New Roman"/>
          <w:szCs w:val="24"/>
        </w:rPr>
        <w:t xml:space="preserve">) care </w:t>
      </w:r>
      <w:proofErr w:type="spellStart"/>
      <w:r w:rsidRPr="00563B50">
        <w:rPr>
          <w:rFonts w:cs="Times New Roman"/>
          <w:szCs w:val="24"/>
        </w:rPr>
        <w:t>conțin</w:t>
      </w:r>
      <w:proofErr w:type="spellEnd"/>
      <w:r w:rsidRPr="00563B50">
        <w:rPr>
          <w:rFonts w:cs="Times New Roman"/>
          <w:szCs w:val="24"/>
        </w:rPr>
        <w:t xml:space="preserve"> date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aceștia</w:t>
      </w:r>
      <w:proofErr w:type="spellEnd"/>
      <w:r w:rsidRPr="00563B50">
        <w:rPr>
          <w:rFonts w:cs="Times New Roman"/>
          <w:szCs w:val="24"/>
        </w:rPr>
        <w:t xml:space="preserve"> se </w:t>
      </w:r>
      <w:proofErr w:type="spellStart"/>
      <w:r w:rsidRPr="00563B50">
        <w:rPr>
          <w:rFonts w:cs="Times New Roman"/>
          <w:szCs w:val="24"/>
        </w:rPr>
        <w:t>păstrează</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safeuri</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dulapuri</w:t>
      </w:r>
      <w:proofErr w:type="spellEnd"/>
      <w:r w:rsidRPr="00563B50">
        <w:rPr>
          <w:rFonts w:cs="Times New Roman"/>
          <w:szCs w:val="24"/>
        </w:rPr>
        <w:t xml:space="preserve"> </w:t>
      </w:r>
      <w:proofErr w:type="spellStart"/>
      <w:r w:rsidRPr="00563B50">
        <w:rPr>
          <w:rFonts w:cs="Times New Roman"/>
          <w:szCs w:val="24"/>
        </w:rPr>
        <w:t>metalice</w:t>
      </w:r>
      <w:proofErr w:type="spellEnd"/>
      <w:r w:rsidRPr="00563B50">
        <w:rPr>
          <w:rFonts w:cs="Times New Roman"/>
          <w:szCs w:val="24"/>
        </w:rPr>
        <w:t xml:space="preserve"> care se </w:t>
      </w:r>
      <w:proofErr w:type="spellStart"/>
      <w:r w:rsidRPr="00563B50">
        <w:rPr>
          <w:rFonts w:cs="Times New Roman"/>
          <w:szCs w:val="24"/>
        </w:rPr>
        <w:t>încuie</w:t>
      </w:r>
      <w:proofErr w:type="spellEnd"/>
      <w:r w:rsidRPr="00563B50">
        <w:rPr>
          <w:rFonts w:cs="Times New Roman"/>
          <w:szCs w:val="24"/>
        </w:rPr>
        <w:t>.</w:t>
      </w:r>
    </w:p>
    <w:p w14:paraId="0060ADD6" w14:textId="77777777" w:rsidR="00EE7ED3" w:rsidRDefault="00000000" w:rsidP="002E7997">
      <w:pPr>
        <w:jc w:val="both"/>
        <w:rPr>
          <w:rFonts w:cs="Times New Roman"/>
          <w:szCs w:val="24"/>
          <w:lang w:val="ro-RO"/>
        </w:rPr>
      </w:pPr>
      <w:r w:rsidRPr="00563B50">
        <w:rPr>
          <w:rFonts w:cs="Times New Roman"/>
          <w:szCs w:val="24"/>
        </w:rPr>
        <w:t xml:space="preserve">b) </w:t>
      </w:r>
      <w:proofErr w:type="spellStart"/>
      <w:r w:rsidRPr="00563B50">
        <w:rPr>
          <w:rFonts w:cs="Times New Roman"/>
          <w:szCs w:val="24"/>
        </w:rPr>
        <w:t>Computerele</w:t>
      </w:r>
      <w:proofErr w:type="spellEnd"/>
      <w:r w:rsidRPr="00563B50">
        <w:rPr>
          <w:rFonts w:cs="Times New Roman"/>
          <w:szCs w:val="24"/>
        </w:rPr>
        <w:t xml:space="preserve">, </w:t>
      </w:r>
      <w:proofErr w:type="spellStart"/>
      <w:r w:rsidRPr="00563B50">
        <w:rPr>
          <w:rFonts w:cs="Times New Roman"/>
          <w:szCs w:val="24"/>
        </w:rPr>
        <w:t>terminalele</w:t>
      </w:r>
      <w:proofErr w:type="spellEnd"/>
      <w:r w:rsidRPr="00563B50">
        <w:rPr>
          <w:rFonts w:cs="Times New Roman"/>
          <w:szCs w:val="24"/>
        </w:rPr>
        <w:t xml:space="preserve"> de </w:t>
      </w:r>
      <w:proofErr w:type="spellStart"/>
      <w:r w:rsidRPr="00563B50">
        <w:rPr>
          <w:rFonts w:cs="Times New Roman"/>
          <w:szCs w:val="24"/>
        </w:rPr>
        <w:t>acces</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imprimantele</w:t>
      </w:r>
      <w:proofErr w:type="spellEnd"/>
      <w:r w:rsidRPr="00563B50">
        <w:rPr>
          <w:rFonts w:cs="Times New Roman"/>
          <w:szCs w:val="24"/>
        </w:rPr>
        <w:t xml:space="preserve"> </w:t>
      </w:r>
      <w:proofErr w:type="spellStart"/>
      <w:r w:rsidRPr="00563B50">
        <w:rPr>
          <w:rFonts w:cs="Times New Roman"/>
          <w:szCs w:val="24"/>
        </w:rPr>
        <w:t>sânt</w:t>
      </w:r>
      <w:proofErr w:type="spellEnd"/>
      <w:r w:rsidRPr="00563B50">
        <w:rPr>
          <w:rFonts w:cs="Times New Roman"/>
          <w:szCs w:val="24"/>
        </w:rPr>
        <w:t xml:space="preserve"> </w:t>
      </w:r>
      <w:proofErr w:type="spellStart"/>
      <w:r w:rsidRPr="00563B50">
        <w:rPr>
          <w:rFonts w:cs="Times New Roman"/>
          <w:szCs w:val="24"/>
        </w:rPr>
        <w:t>deconectate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mod </w:t>
      </w:r>
      <w:proofErr w:type="spellStart"/>
      <w:r w:rsidRPr="00563B50">
        <w:rPr>
          <w:rFonts w:cs="Times New Roman"/>
          <w:szCs w:val="24"/>
        </w:rPr>
        <w:t>obligatoriu</w:t>
      </w:r>
      <w:proofErr w:type="spellEnd"/>
      <w:r w:rsidRPr="00563B50">
        <w:rPr>
          <w:rFonts w:cs="Times New Roman"/>
          <w:szCs w:val="24"/>
        </w:rPr>
        <w:t xml:space="preserve"> la </w:t>
      </w:r>
      <w:proofErr w:type="spellStart"/>
      <w:r w:rsidRPr="00563B50">
        <w:rPr>
          <w:rFonts w:cs="Times New Roman"/>
          <w:szCs w:val="24"/>
        </w:rPr>
        <w:t>terminarea</w:t>
      </w:r>
      <w:proofErr w:type="spellEnd"/>
      <w:r w:rsidRPr="00563B50">
        <w:rPr>
          <w:rFonts w:cs="Times New Roman"/>
          <w:szCs w:val="24"/>
        </w:rPr>
        <w:t xml:space="preserve"> </w:t>
      </w:r>
      <w:proofErr w:type="spellStart"/>
      <w:r w:rsidRPr="00563B50">
        <w:rPr>
          <w:rFonts w:cs="Times New Roman"/>
          <w:szCs w:val="24"/>
        </w:rPr>
        <w:t>sesiunilor</w:t>
      </w:r>
      <w:proofErr w:type="spellEnd"/>
      <w:r w:rsidRPr="00563B50">
        <w:rPr>
          <w:rFonts w:cs="Times New Roman"/>
          <w:szCs w:val="24"/>
        </w:rPr>
        <w:t xml:space="preserve"> de </w:t>
      </w:r>
      <w:proofErr w:type="spellStart"/>
      <w:r w:rsidRPr="00563B50">
        <w:rPr>
          <w:rFonts w:cs="Times New Roman"/>
          <w:szCs w:val="24"/>
        </w:rPr>
        <w:t>lucru</w:t>
      </w:r>
      <w:proofErr w:type="spellEnd"/>
      <w:r w:rsidRPr="00563B50">
        <w:rPr>
          <w:rFonts w:cs="Times New Roman"/>
          <w:szCs w:val="24"/>
        </w:rPr>
        <w:t>.</w:t>
      </w:r>
    </w:p>
    <w:p w14:paraId="17F99B13" w14:textId="77777777" w:rsidR="00EE7ED3" w:rsidRDefault="00000000" w:rsidP="002E7997">
      <w:pPr>
        <w:jc w:val="both"/>
        <w:rPr>
          <w:rFonts w:cs="Times New Roman"/>
          <w:szCs w:val="24"/>
          <w:lang w:val="ro-RO"/>
        </w:rPr>
      </w:pPr>
      <w:r w:rsidRPr="00563B50">
        <w:rPr>
          <w:rFonts w:cs="Times New Roman"/>
          <w:szCs w:val="24"/>
        </w:rPr>
        <w:t xml:space="preserve">c) Este </w:t>
      </w:r>
      <w:proofErr w:type="spellStart"/>
      <w:r w:rsidRPr="00563B50">
        <w:rPr>
          <w:rFonts w:cs="Times New Roman"/>
          <w:szCs w:val="24"/>
        </w:rPr>
        <w:t>asigurată</w:t>
      </w:r>
      <w:proofErr w:type="spellEnd"/>
      <w:r w:rsidRPr="00563B50">
        <w:rPr>
          <w:rFonts w:cs="Times New Roman"/>
          <w:szCs w:val="24"/>
        </w:rPr>
        <w:t xml:space="preserve"> </w:t>
      </w:r>
      <w:proofErr w:type="spellStart"/>
      <w:r w:rsidRPr="00563B50">
        <w:rPr>
          <w:rFonts w:cs="Times New Roman"/>
          <w:szCs w:val="24"/>
        </w:rPr>
        <w:t>securitatea</w:t>
      </w:r>
      <w:proofErr w:type="spellEnd"/>
      <w:r w:rsidRPr="00563B50">
        <w:rPr>
          <w:rFonts w:cs="Times New Roman"/>
          <w:szCs w:val="24"/>
        </w:rPr>
        <w:t xml:space="preserve"> </w:t>
      </w:r>
      <w:proofErr w:type="spellStart"/>
      <w:r w:rsidRPr="00563B50">
        <w:rPr>
          <w:rFonts w:cs="Times New Roman"/>
          <w:szCs w:val="24"/>
        </w:rPr>
        <w:t>punctelor</w:t>
      </w:r>
      <w:proofErr w:type="spellEnd"/>
      <w:r w:rsidRPr="00563B50">
        <w:rPr>
          <w:rFonts w:cs="Times New Roman"/>
          <w:szCs w:val="24"/>
        </w:rPr>
        <w:t xml:space="preserve"> de </w:t>
      </w:r>
      <w:proofErr w:type="spellStart"/>
      <w:r w:rsidRPr="00563B50">
        <w:rPr>
          <w:rFonts w:cs="Times New Roman"/>
          <w:szCs w:val="24"/>
        </w:rPr>
        <w:t>primire</w:t>
      </w:r>
      <w:proofErr w:type="spellEnd"/>
      <w:r w:rsidRPr="00563B50">
        <w:rPr>
          <w:rFonts w:cs="Times New Roman"/>
          <w:szCs w:val="24"/>
        </w:rPr>
        <w:t>/</w:t>
      </w:r>
      <w:proofErr w:type="spellStart"/>
      <w:r w:rsidRPr="00563B50">
        <w:rPr>
          <w:rFonts w:cs="Times New Roman"/>
          <w:szCs w:val="24"/>
        </w:rPr>
        <w:t>expediere</w:t>
      </w:r>
      <w:proofErr w:type="spellEnd"/>
      <w:r w:rsidRPr="00563B50">
        <w:rPr>
          <w:rFonts w:cs="Times New Roman"/>
          <w:szCs w:val="24"/>
        </w:rPr>
        <w:t xml:space="preserve"> a </w:t>
      </w:r>
      <w:proofErr w:type="spellStart"/>
      <w:r w:rsidRPr="00563B50">
        <w:rPr>
          <w:rFonts w:cs="Times New Roman"/>
          <w:szCs w:val="24"/>
        </w:rPr>
        <w:t>corespondenței</w:t>
      </w:r>
      <w:proofErr w:type="spellEnd"/>
      <w:r w:rsidRPr="00563B50">
        <w:rPr>
          <w:rFonts w:cs="Times New Roman"/>
          <w:szCs w:val="24"/>
        </w:rPr>
        <w:t xml:space="preserve"> (</w:t>
      </w:r>
      <w:proofErr w:type="spellStart"/>
      <w:r w:rsidRPr="00563B50">
        <w:rPr>
          <w:rFonts w:cs="Times New Roman"/>
          <w:szCs w:val="24"/>
        </w:rPr>
        <w:t>Cancelarie</w:t>
      </w:r>
      <w:proofErr w:type="spellEnd"/>
      <w:r w:rsidRPr="00563B50">
        <w:rPr>
          <w:rFonts w:cs="Times New Roman"/>
          <w:szCs w:val="24"/>
        </w:rPr>
        <w:t>/</w:t>
      </w:r>
      <w:proofErr w:type="spellStart"/>
      <w:r w:rsidRPr="00563B50">
        <w:rPr>
          <w:rFonts w:cs="Times New Roman"/>
          <w:szCs w:val="24"/>
        </w:rPr>
        <w:t>Secretar</w:t>
      </w:r>
      <w:proofErr w:type="spellEnd"/>
      <w:r w:rsidRPr="00563B50">
        <w:rPr>
          <w:rFonts w:cs="Times New Roman"/>
          <w:szCs w:val="24"/>
        </w:rPr>
        <w:t xml:space="preserve">), precum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securitatea</w:t>
      </w:r>
      <w:proofErr w:type="spellEnd"/>
      <w:r w:rsidRPr="00563B50">
        <w:rPr>
          <w:rFonts w:cs="Times New Roman"/>
          <w:szCs w:val="24"/>
        </w:rPr>
        <w:t xml:space="preserve"> contra </w:t>
      </w:r>
      <w:proofErr w:type="spellStart"/>
      <w:r w:rsidRPr="00563B50">
        <w:rPr>
          <w:rFonts w:cs="Times New Roman"/>
          <w:szCs w:val="24"/>
        </w:rPr>
        <w:t>accesului</w:t>
      </w:r>
      <w:proofErr w:type="spellEnd"/>
      <w:r w:rsidRPr="00563B50">
        <w:rPr>
          <w:rFonts w:cs="Times New Roman"/>
          <w:szCs w:val="24"/>
        </w:rPr>
        <w:t xml:space="preserve"> </w:t>
      </w:r>
      <w:proofErr w:type="spellStart"/>
      <w:r w:rsidRPr="00563B50">
        <w:rPr>
          <w:rFonts w:cs="Times New Roman"/>
          <w:szCs w:val="24"/>
        </w:rPr>
        <w:t>neautorizat</w:t>
      </w:r>
      <w:proofErr w:type="spellEnd"/>
      <w:r w:rsidRPr="00563B50">
        <w:rPr>
          <w:rFonts w:cs="Times New Roman"/>
          <w:szCs w:val="24"/>
        </w:rPr>
        <w:t xml:space="preserve"> la </w:t>
      </w:r>
      <w:proofErr w:type="spellStart"/>
      <w:r w:rsidRPr="00563B50">
        <w:rPr>
          <w:rFonts w:cs="Times New Roman"/>
          <w:szCs w:val="24"/>
        </w:rPr>
        <w:t>aparatele</w:t>
      </w:r>
      <w:proofErr w:type="spellEnd"/>
      <w:r w:rsidRPr="00563B50">
        <w:rPr>
          <w:rFonts w:cs="Times New Roman"/>
          <w:szCs w:val="24"/>
        </w:rPr>
        <w:t xml:space="preserve"> fax </w:t>
      </w:r>
      <w:proofErr w:type="spellStart"/>
      <w:r w:rsidRPr="00563B50">
        <w:rPr>
          <w:rFonts w:cs="Times New Roman"/>
          <w:szCs w:val="24"/>
        </w:rPr>
        <w:t>şi</w:t>
      </w:r>
      <w:proofErr w:type="spellEnd"/>
      <w:r w:rsidRPr="00563B50">
        <w:rPr>
          <w:rFonts w:cs="Times New Roman"/>
          <w:szCs w:val="24"/>
        </w:rPr>
        <w:t xml:space="preserve"> de </w:t>
      </w:r>
      <w:proofErr w:type="spellStart"/>
      <w:r w:rsidRPr="00563B50">
        <w:rPr>
          <w:rFonts w:cs="Times New Roman"/>
          <w:szCs w:val="24"/>
        </w:rPr>
        <w:t>copiere</w:t>
      </w:r>
      <w:proofErr w:type="spellEnd"/>
      <w:r w:rsidRPr="00563B50">
        <w:rPr>
          <w:rFonts w:cs="Times New Roman"/>
          <w:szCs w:val="24"/>
        </w:rPr>
        <w:t>.</w:t>
      </w:r>
    </w:p>
    <w:p w14:paraId="5DBEE172" w14:textId="77777777" w:rsidR="00EE7ED3" w:rsidRDefault="00000000" w:rsidP="002E7997">
      <w:pPr>
        <w:jc w:val="both"/>
        <w:rPr>
          <w:rFonts w:cs="Times New Roman"/>
          <w:szCs w:val="24"/>
          <w:lang w:val="ro-RO"/>
        </w:rPr>
      </w:pPr>
      <w:r w:rsidRPr="00563B50">
        <w:rPr>
          <w:rFonts w:cs="Times New Roman"/>
          <w:szCs w:val="24"/>
        </w:rPr>
        <w:t xml:space="preserve">d) Este </w:t>
      </w:r>
      <w:proofErr w:type="spellStart"/>
      <w:r w:rsidRPr="00563B50">
        <w:rPr>
          <w:rFonts w:cs="Times New Roman"/>
          <w:szCs w:val="24"/>
        </w:rPr>
        <w:t>asigurată</w:t>
      </w:r>
      <w:proofErr w:type="spellEnd"/>
      <w:r w:rsidRPr="00563B50">
        <w:rPr>
          <w:rFonts w:cs="Times New Roman"/>
          <w:szCs w:val="24"/>
        </w:rPr>
        <w:t xml:space="preserve"> </w:t>
      </w:r>
      <w:proofErr w:type="spellStart"/>
      <w:r w:rsidRPr="00563B50">
        <w:rPr>
          <w:rFonts w:cs="Times New Roman"/>
          <w:szCs w:val="24"/>
        </w:rPr>
        <w:t>securitatea</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accesul</w:t>
      </w:r>
      <w:proofErr w:type="spellEnd"/>
      <w:r w:rsidRPr="00563B50">
        <w:rPr>
          <w:rFonts w:cs="Times New Roman"/>
          <w:szCs w:val="24"/>
        </w:rPr>
        <w:t xml:space="preserve"> </w:t>
      </w:r>
      <w:proofErr w:type="spellStart"/>
      <w:r w:rsidRPr="00563B50">
        <w:rPr>
          <w:rFonts w:cs="Times New Roman"/>
          <w:szCs w:val="24"/>
        </w:rPr>
        <w:t>fizic</w:t>
      </w:r>
      <w:proofErr w:type="spellEnd"/>
      <w:r w:rsidRPr="00563B50">
        <w:rPr>
          <w:rFonts w:cs="Times New Roman"/>
          <w:szCs w:val="24"/>
        </w:rPr>
        <w:t xml:space="preserve"> la </w:t>
      </w:r>
      <w:proofErr w:type="spellStart"/>
      <w:r w:rsidRPr="00563B50">
        <w:rPr>
          <w:rFonts w:cs="Times New Roman"/>
          <w:szCs w:val="24"/>
        </w:rPr>
        <w:t>mijloacele</w:t>
      </w:r>
      <w:proofErr w:type="spellEnd"/>
      <w:r w:rsidRPr="00563B50">
        <w:rPr>
          <w:rFonts w:cs="Times New Roman"/>
          <w:szCs w:val="24"/>
        </w:rPr>
        <w:t xml:space="preserve"> de </w:t>
      </w:r>
      <w:proofErr w:type="spellStart"/>
      <w:r w:rsidRPr="00563B50">
        <w:rPr>
          <w:rFonts w:cs="Times New Roman"/>
          <w:szCs w:val="24"/>
        </w:rPr>
        <w:t>reprezentare</w:t>
      </w:r>
      <w:proofErr w:type="spellEnd"/>
      <w:r w:rsidRPr="00563B50">
        <w:rPr>
          <w:rFonts w:cs="Times New Roman"/>
          <w:szCs w:val="24"/>
        </w:rPr>
        <w:t xml:space="preserve"> a </w:t>
      </w:r>
      <w:proofErr w:type="spellStart"/>
      <w:r w:rsidRPr="00563B50">
        <w:rPr>
          <w:rFonts w:cs="Times New Roman"/>
          <w:szCs w:val="24"/>
        </w:rPr>
        <w:t>informației</w:t>
      </w:r>
      <w:proofErr w:type="spellEnd"/>
      <w:r w:rsidRPr="00563B50">
        <w:rPr>
          <w:rFonts w:cs="Times New Roman"/>
          <w:szCs w:val="24"/>
        </w:rPr>
        <w:t xml:space="preserve"> care </w:t>
      </w:r>
      <w:proofErr w:type="spellStart"/>
      <w:r w:rsidRPr="00563B50">
        <w:rPr>
          <w:rFonts w:cs="Times New Roman"/>
          <w:szCs w:val="24"/>
        </w:rPr>
        <w:t>conține</w:t>
      </w:r>
      <w:proofErr w:type="spellEnd"/>
      <w:r w:rsidRPr="00563B50">
        <w:rPr>
          <w:rFonts w:cs="Times New Roman"/>
          <w:szCs w:val="24"/>
        </w:rPr>
        <w:t xml:space="preserve"> date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scopul</w:t>
      </w:r>
      <w:proofErr w:type="spellEnd"/>
      <w:r w:rsidRPr="00563B50">
        <w:rPr>
          <w:rFonts w:cs="Times New Roman"/>
          <w:szCs w:val="24"/>
        </w:rPr>
        <w:t xml:space="preserve"> </w:t>
      </w:r>
      <w:proofErr w:type="spellStart"/>
      <w:r w:rsidRPr="00563B50">
        <w:rPr>
          <w:rFonts w:cs="Times New Roman"/>
          <w:szCs w:val="24"/>
        </w:rPr>
        <w:t>împiedicării</w:t>
      </w:r>
      <w:proofErr w:type="spellEnd"/>
      <w:r w:rsidRPr="00563B50">
        <w:rPr>
          <w:rFonts w:cs="Times New Roman"/>
          <w:szCs w:val="24"/>
        </w:rPr>
        <w:t xml:space="preserve"> </w:t>
      </w:r>
      <w:proofErr w:type="spellStart"/>
      <w:r w:rsidRPr="00563B50">
        <w:rPr>
          <w:rFonts w:cs="Times New Roman"/>
          <w:szCs w:val="24"/>
        </w:rPr>
        <w:t>vizualizării</w:t>
      </w:r>
      <w:proofErr w:type="spellEnd"/>
      <w:r w:rsidRPr="00563B50">
        <w:rPr>
          <w:rFonts w:cs="Times New Roman"/>
          <w:szCs w:val="24"/>
        </w:rPr>
        <w:t xml:space="preserve"> </w:t>
      </w:r>
      <w:proofErr w:type="spellStart"/>
      <w:r w:rsidRPr="00563B50">
        <w:rPr>
          <w:rFonts w:cs="Times New Roman"/>
          <w:szCs w:val="24"/>
        </w:rPr>
        <w:t>acesteia</w:t>
      </w:r>
      <w:proofErr w:type="spellEnd"/>
      <w:r w:rsidRPr="00563B50">
        <w:rPr>
          <w:rFonts w:cs="Times New Roman"/>
          <w:szCs w:val="24"/>
        </w:rPr>
        <w:t xml:space="preserve"> de </w:t>
      </w:r>
      <w:proofErr w:type="spellStart"/>
      <w:r w:rsidRPr="00563B50">
        <w:rPr>
          <w:rFonts w:cs="Times New Roman"/>
          <w:szCs w:val="24"/>
        </w:rPr>
        <w:t>către</w:t>
      </w:r>
      <w:proofErr w:type="spellEnd"/>
      <w:r w:rsidRPr="00563B50">
        <w:rPr>
          <w:rFonts w:cs="Times New Roman"/>
          <w:szCs w:val="24"/>
        </w:rPr>
        <w:t xml:space="preserve"> </w:t>
      </w:r>
      <w:proofErr w:type="spellStart"/>
      <w:r w:rsidRPr="00563B50">
        <w:rPr>
          <w:rFonts w:cs="Times New Roman"/>
          <w:szCs w:val="24"/>
        </w:rPr>
        <w:t>persoane</w:t>
      </w:r>
      <w:proofErr w:type="spellEnd"/>
      <w:r w:rsidRPr="00563B50">
        <w:rPr>
          <w:rFonts w:cs="Times New Roman"/>
          <w:szCs w:val="24"/>
        </w:rPr>
        <w:t xml:space="preserve"> </w:t>
      </w:r>
      <w:proofErr w:type="spellStart"/>
      <w:r w:rsidRPr="00563B50">
        <w:rPr>
          <w:rFonts w:cs="Times New Roman"/>
          <w:szCs w:val="24"/>
        </w:rPr>
        <w:t>neautorizate</w:t>
      </w:r>
      <w:proofErr w:type="spellEnd"/>
      <w:r w:rsidRPr="00563B50">
        <w:rPr>
          <w:rFonts w:cs="Times New Roman"/>
          <w:szCs w:val="24"/>
        </w:rPr>
        <w:t>.</w:t>
      </w:r>
      <w:r w:rsidRPr="00563B50">
        <w:rPr>
          <w:rFonts w:cs="Times New Roman"/>
          <w:szCs w:val="24"/>
        </w:rPr>
        <w:br/>
        <w:t xml:space="preserve">e) </w:t>
      </w:r>
      <w:proofErr w:type="spellStart"/>
      <w:r w:rsidRPr="00563B50">
        <w:rPr>
          <w:rFonts w:cs="Times New Roman"/>
          <w:szCs w:val="24"/>
        </w:rPr>
        <w:t>Mijloacele</w:t>
      </w:r>
      <w:proofErr w:type="spellEnd"/>
      <w:r w:rsidRPr="00563B50">
        <w:rPr>
          <w:rFonts w:cs="Times New Roman"/>
          <w:szCs w:val="24"/>
        </w:rPr>
        <w:t xml:space="preserve"> de </w:t>
      </w:r>
      <w:proofErr w:type="spellStart"/>
      <w:r w:rsidRPr="00563B50">
        <w:rPr>
          <w:rFonts w:cs="Times New Roman"/>
          <w:szCs w:val="24"/>
        </w:rPr>
        <w:t>prelucrare</w:t>
      </w:r>
      <w:proofErr w:type="spellEnd"/>
      <w:r w:rsidRPr="00563B50">
        <w:rPr>
          <w:rFonts w:cs="Times New Roman"/>
          <w:szCs w:val="24"/>
        </w:rPr>
        <w:t xml:space="preserve"> a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informația</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soft-urile destinate </w:t>
      </w:r>
      <w:proofErr w:type="spellStart"/>
      <w:r w:rsidRPr="00563B50">
        <w:rPr>
          <w:rFonts w:cs="Times New Roman"/>
          <w:szCs w:val="24"/>
        </w:rPr>
        <w:t>prelucrării</w:t>
      </w:r>
      <w:proofErr w:type="spellEnd"/>
      <w:r w:rsidRPr="00563B50">
        <w:rPr>
          <w:rFonts w:cs="Times New Roman"/>
          <w:szCs w:val="24"/>
        </w:rPr>
        <w:t xml:space="preserve"> </w:t>
      </w:r>
      <w:proofErr w:type="spellStart"/>
      <w:r w:rsidRPr="00563B50">
        <w:rPr>
          <w:rFonts w:cs="Times New Roman"/>
          <w:szCs w:val="24"/>
        </w:rPr>
        <w:t>sînt</w:t>
      </w:r>
      <w:proofErr w:type="spellEnd"/>
      <w:r w:rsidRPr="00563B50">
        <w:rPr>
          <w:rFonts w:cs="Times New Roman"/>
          <w:szCs w:val="24"/>
        </w:rPr>
        <w:t xml:space="preserve"> </w:t>
      </w:r>
      <w:proofErr w:type="spellStart"/>
      <w:r w:rsidRPr="00563B50">
        <w:rPr>
          <w:rFonts w:cs="Times New Roman"/>
          <w:szCs w:val="24"/>
        </w:rPr>
        <w:t>scoase</w:t>
      </w:r>
      <w:proofErr w:type="spellEnd"/>
      <w:r w:rsidRPr="00563B50">
        <w:rPr>
          <w:rFonts w:cs="Times New Roman"/>
          <w:szCs w:val="24"/>
        </w:rPr>
        <w:t xml:space="preserve"> din </w:t>
      </w:r>
      <w:proofErr w:type="spellStart"/>
      <w:r w:rsidRPr="00563B50">
        <w:rPr>
          <w:rFonts w:cs="Times New Roman"/>
          <w:szCs w:val="24"/>
        </w:rPr>
        <w:t>perimetrul</w:t>
      </w:r>
      <w:proofErr w:type="spellEnd"/>
      <w:r w:rsidRPr="00563B50">
        <w:rPr>
          <w:rFonts w:cs="Times New Roman"/>
          <w:szCs w:val="24"/>
        </w:rPr>
        <w:t xml:space="preserve"> de </w:t>
      </w:r>
      <w:proofErr w:type="spellStart"/>
      <w:r w:rsidRPr="00563B50">
        <w:rPr>
          <w:rFonts w:cs="Times New Roman"/>
          <w:szCs w:val="24"/>
        </w:rPr>
        <w:t>securitate</w:t>
      </w:r>
      <w:proofErr w:type="spellEnd"/>
      <w:r w:rsidRPr="00563B50">
        <w:rPr>
          <w:rFonts w:cs="Times New Roman"/>
          <w:szCs w:val="24"/>
        </w:rPr>
        <w:t xml:space="preserve"> </w:t>
      </w:r>
      <w:proofErr w:type="spellStart"/>
      <w:r w:rsidRPr="00563B50">
        <w:rPr>
          <w:rFonts w:cs="Times New Roman"/>
          <w:szCs w:val="24"/>
        </w:rPr>
        <w:t>doar</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temeiul</w:t>
      </w:r>
      <w:proofErr w:type="spellEnd"/>
      <w:r w:rsidRPr="00563B50">
        <w:rPr>
          <w:rFonts w:cs="Times New Roman"/>
          <w:szCs w:val="24"/>
        </w:rPr>
        <w:t xml:space="preserve"> </w:t>
      </w:r>
      <w:proofErr w:type="spellStart"/>
      <w:r w:rsidRPr="00563B50">
        <w:rPr>
          <w:rFonts w:cs="Times New Roman"/>
          <w:szCs w:val="24"/>
        </w:rPr>
        <w:t>unei</w:t>
      </w:r>
      <w:proofErr w:type="spellEnd"/>
      <w:r w:rsidRPr="00563B50">
        <w:rPr>
          <w:rFonts w:cs="Times New Roman"/>
          <w:szCs w:val="24"/>
        </w:rPr>
        <w:t xml:space="preserve"> </w:t>
      </w:r>
      <w:proofErr w:type="spellStart"/>
      <w:r w:rsidRPr="00563B50">
        <w:rPr>
          <w:rFonts w:cs="Times New Roman"/>
          <w:szCs w:val="24"/>
        </w:rPr>
        <w:t>permisiuni</w:t>
      </w:r>
      <w:proofErr w:type="spellEnd"/>
      <w:r w:rsidRPr="00563B50">
        <w:rPr>
          <w:rFonts w:cs="Times New Roman"/>
          <w:szCs w:val="24"/>
        </w:rPr>
        <w:t xml:space="preserve"> </w:t>
      </w:r>
      <w:proofErr w:type="spellStart"/>
      <w:r w:rsidRPr="00563B50">
        <w:rPr>
          <w:rFonts w:cs="Times New Roman"/>
          <w:szCs w:val="24"/>
        </w:rPr>
        <w:t>scrise</w:t>
      </w:r>
      <w:proofErr w:type="spellEnd"/>
      <w:r w:rsidRPr="00563B50">
        <w:rPr>
          <w:rFonts w:cs="Times New Roman"/>
          <w:szCs w:val="24"/>
        </w:rPr>
        <w:t xml:space="preserve"> a </w:t>
      </w:r>
      <w:proofErr w:type="spellStart"/>
      <w:r w:rsidRPr="00563B50">
        <w:rPr>
          <w:rFonts w:cs="Times New Roman"/>
          <w:szCs w:val="24"/>
        </w:rPr>
        <w:t>conducerii</w:t>
      </w:r>
      <w:proofErr w:type="spellEnd"/>
      <w:r w:rsidRPr="00563B50">
        <w:rPr>
          <w:rFonts w:cs="Times New Roman"/>
          <w:szCs w:val="24"/>
        </w:rPr>
        <w:t>.</w:t>
      </w:r>
    </w:p>
    <w:p w14:paraId="7EDBCDCC" w14:textId="77777777" w:rsidR="00EE7ED3" w:rsidRDefault="00000000" w:rsidP="002E7997">
      <w:pPr>
        <w:jc w:val="both"/>
        <w:rPr>
          <w:rFonts w:cs="Times New Roman"/>
          <w:szCs w:val="24"/>
          <w:lang w:val="ro-RO"/>
        </w:rPr>
      </w:pPr>
      <w:r w:rsidRPr="00563B50">
        <w:rPr>
          <w:rFonts w:cs="Times New Roman"/>
          <w:szCs w:val="24"/>
        </w:rPr>
        <w:t xml:space="preserve">f) </w:t>
      </w:r>
      <w:proofErr w:type="spellStart"/>
      <w:r w:rsidRPr="00563B50">
        <w:rPr>
          <w:rFonts w:cs="Times New Roman"/>
          <w:szCs w:val="24"/>
        </w:rPr>
        <w:t>Toate</w:t>
      </w:r>
      <w:proofErr w:type="spellEnd"/>
      <w:r w:rsidRPr="00563B50">
        <w:rPr>
          <w:rFonts w:cs="Times New Roman"/>
          <w:szCs w:val="24"/>
        </w:rPr>
        <w:t xml:space="preserve"> </w:t>
      </w:r>
      <w:proofErr w:type="spellStart"/>
      <w:r w:rsidRPr="00563B50">
        <w:rPr>
          <w:rFonts w:cs="Times New Roman"/>
          <w:szCs w:val="24"/>
        </w:rPr>
        <w:t>programele</w:t>
      </w:r>
      <w:proofErr w:type="spellEnd"/>
      <w:r w:rsidRPr="00563B50">
        <w:rPr>
          <w:rFonts w:cs="Times New Roman"/>
          <w:szCs w:val="24"/>
        </w:rPr>
        <w:t xml:space="preserve"> </w:t>
      </w:r>
      <w:proofErr w:type="spellStart"/>
      <w:r w:rsidRPr="00563B50">
        <w:rPr>
          <w:rFonts w:cs="Times New Roman"/>
          <w:szCs w:val="24"/>
        </w:rPr>
        <w:t>utilizate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cadrul</w:t>
      </w:r>
      <w:proofErr w:type="spellEnd"/>
      <w:r w:rsidRPr="00563B50">
        <w:rPr>
          <w:rFonts w:cs="Times New Roman"/>
          <w:szCs w:val="24"/>
        </w:rPr>
        <w:t xml:space="preserve"> </w:t>
      </w:r>
      <w:proofErr w:type="spellStart"/>
      <w:r w:rsidRPr="00563B50">
        <w:rPr>
          <w:rFonts w:cs="Times New Roman"/>
          <w:szCs w:val="24"/>
        </w:rPr>
        <w:t>sistemului</w:t>
      </w:r>
      <w:proofErr w:type="spellEnd"/>
      <w:r w:rsidRPr="00563B50">
        <w:rPr>
          <w:rFonts w:cs="Times New Roman"/>
          <w:szCs w:val="24"/>
        </w:rPr>
        <w:t xml:space="preserve"> informatic al </w:t>
      </w:r>
      <w:proofErr w:type="spellStart"/>
      <w:r w:rsidRPr="00563B50">
        <w:rPr>
          <w:rFonts w:cs="Times New Roman"/>
          <w:szCs w:val="24"/>
        </w:rPr>
        <w:t>instituției</w:t>
      </w:r>
      <w:proofErr w:type="spellEnd"/>
      <w:r w:rsidRPr="00563B50">
        <w:rPr>
          <w:rFonts w:cs="Times New Roman"/>
          <w:szCs w:val="24"/>
        </w:rPr>
        <w:t xml:space="preserve"> </w:t>
      </w:r>
      <w:proofErr w:type="spellStart"/>
      <w:r w:rsidRPr="00563B50">
        <w:rPr>
          <w:rFonts w:cs="Times New Roman"/>
          <w:szCs w:val="24"/>
        </w:rPr>
        <w:t>respectă</w:t>
      </w:r>
      <w:proofErr w:type="spellEnd"/>
      <w:r w:rsidRPr="00563B50">
        <w:rPr>
          <w:rFonts w:cs="Times New Roman"/>
          <w:szCs w:val="24"/>
        </w:rPr>
        <w:t xml:space="preserve"> cu </w:t>
      </w:r>
      <w:proofErr w:type="spellStart"/>
      <w:r w:rsidRPr="00563B50">
        <w:rPr>
          <w:rFonts w:cs="Times New Roman"/>
          <w:szCs w:val="24"/>
        </w:rPr>
        <w:t>strictețe</w:t>
      </w:r>
      <w:proofErr w:type="spellEnd"/>
      <w:r w:rsidRPr="00563B50">
        <w:rPr>
          <w:rFonts w:cs="Times New Roman"/>
          <w:szCs w:val="24"/>
        </w:rPr>
        <w:t xml:space="preserve"> </w:t>
      </w:r>
      <w:proofErr w:type="spellStart"/>
      <w:r w:rsidRPr="00563B50">
        <w:rPr>
          <w:rFonts w:cs="Times New Roman"/>
          <w:szCs w:val="24"/>
        </w:rPr>
        <w:t>condiţiile</w:t>
      </w:r>
      <w:proofErr w:type="spellEnd"/>
      <w:r w:rsidRPr="00563B50">
        <w:rPr>
          <w:rFonts w:cs="Times New Roman"/>
          <w:szCs w:val="24"/>
        </w:rPr>
        <w:t xml:space="preserve"> de </w:t>
      </w:r>
      <w:proofErr w:type="spellStart"/>
      <w:r w:rsidRPr="00563B50">
        <w:rPr>
          <w:rFonts w:cs="Times New Roman"/>
          <w:szCs w:val="24"/>
        </w:rPr>
        <w:t>licenţiere</w:t>
      </w:r>
      <w:proofErr w:type="spellEnd"/>
      <w:r w:rsidRPr="00563B50">
        <w:rPr>
          <w:rFonts w:cs="Times New Roman"/>
          <w:szCs w:val="24"/>
        </w:rPr>
        <w:t>.</w:t>
      </w:r>
    </w:p>
    <w:p w14:paraId="51731966" w14:textId="77777777" w:rsidR="00EE7ED3" w:rsidRPr="00563B50" w:rsidRDefault="00000000" w:rsidP="002E7997">
      <w:pPr>
        <w:jc w:val="both"/>
        <w:rPr>
          <w:rFonts w:cs="Times New Roman"/>
          <w:szCs w:val="24"/>
        </w:rPr>
      </w:pPr>
      <w:r w:rsidRPr="00563B50">
        <w:rPr>
          <w:rFonts w:cs="Times New Roman"/>
          <w:szCs w:val="24"/>
        </w:rPr>
        <w:t xml:space="preserve">g) Este </w:t>
      </w:r>
      <w:proofErr w:type="spellStart"/>
      <w:r w:rsidRPr="00563B50">
        <w:rPr>
          <w:rFonts w:cs="Times New Roman"/>
          <w:szCs w:val="24"/>
        </w:rPr>
        <w:t>interzisă</w:t>
      </w:r>
      <w:proofErr w:type="spellEnd"/>
      <w:r w:rsidRPr="00563B50">
        <w:rPr>
          <w:rFonts w:cs="Times New Roman"/>
          <w:szCs w:val="24"/>
        </w:rPr>
        <w:t xml:space="preserve"> </w:t>
      </w:r>
      <w:proofErr w:type="spellStart"/>
      <w:r w:rsidRPr="00563B50">
        <w:rPr>
          <w:rFonts w:cs="Times New Roman"/>
          <w:szCs w:val="24"/>
        </w:rPr>
        <w:t>instalarea</w:t>
      </w:r>
      <w:proofErr w:type="spellEnd"/>
      <w:r w:rsidRPr="00563B50">
        <w:rPr>
          <w:rFonts w:cs="Times New Roman"/>
          <w:szCs w:val="24"/>
        </w:rPr>
        <w:t xml:space="preserve"> </w:t>
      </w:r>
      <w:proofErr w:type="spellStart"/>
      <w:r w:rsidRPr="00563B50">
        <w:rPr>
          <w:rFonts w:cs="Times New Roman"/>
          <w:szCs w:val="24"/>
        </w:rPr>
        <w:t>programelor</w:t>
      </w:r>
      <w:proofErr w:type="spellEnd"/>
      <w:r w:rsidRPr="00563B50">
        <w:rPr>
          <w:rFonts w:cs="Times New Roman"/>
          <w:szCs w:val="24"/>
        </w:rPr>
        <w:t xml:space="preserve"> de tip Shareware </w:t>
      </w:r>
      <w:proofErr w:type="spellStart"/>
      <w:r w:rsidRPr="00563B50">
        <w:rPr>
          <w:rFonts w:cs="Times New Roman"/>
          <w:szCs w:val="24"/>
        </w:rPr>
        <w:t>sau</w:t>
      </w:r>
      <w:proofErr w:type="spellEnd"/>
      <w:r w:rsidRPr="00563B50">
        <w:rPr>
          <w:rFonts w:cs="Times New Roman"/>
          <w:szCs w:val="24"/>
        </w:rPr>
        <w:t xml:space="preserve"> freeware, </w:t>
      </w:r>
      <w:proofErr w:type="spellStart"/>
      <w:r w:rsidRPr="00563B50">
        <w:rPr>
          <w:rFonts w:cs="Times New Roman"/>
          <w:szCs w:val="24"/>
        </w:rPr>
        <w:t>fără</w:t>
      </w:r>
      <w:proofErr w:type="spellEnd"/>
      <w:r w:rsidRPr="00563B50">
        <w:rPr>
          <w:rFonts w:cs="Times New Roman"/>
          <w:szCs w:val="24"/>
        </w:rPr>
        <w:t xml:space="preserve"> </w:t>
      </w:r>
      <w:proofErr w:type="spellStart"/>
      <w:r w:rsidRPr="00563B50">
        <w:rPr>
          <w:rFonts w:cs="Times New Roman"/>
          <w:szCs w:val="24"/>
        </w:rPr>
        <w:t>aprobarea</w:t>
      </w:r>
      <w:proofErr w:type="spellEnd"/>
      <w:r w:rsidRPr="00563B50">
        <w:rPr>
          <w:rFonts w:cs="Times New Roman"/>
          <w:szCs w:val="24"/>
        </w:rPr>
        <w:t xml:space="preserve"> </w:t>
      </w:r>
      <w:proofErr w:type="spellStart"/>
      <w:r w:rsidRPr="00563B50">
        <w:rPr>
          <w:rFonts w:cs="Times New Roman"/>
          <w:szCs w:val="24"/>
        </w:rPr>
        <w:t>expresă</w:t>
      </w:r>
      <w:proofErr w:type="spellEnd"/>
      <w:r w:rsidRPr="00563B50">
        <w:rPr>
          <w:rFonts w:cs="Times New Roman"/>
          <w:szCs w:val="24"/>
        </w:rPr>
        <w:t xml:space="preserve"> a </w:t>
      </w:r>
      <w:proofErr w:type="spellStart"/>
      <w:r w:rsidRPr="00563B50">
        <w:rPr>
          <w:rFonts w:cs="Times New Roman"/>
          <w:szCs w:val="24"/>
        </w:rPr>
        <w:t>administratorului</w:t>
      </w:r>
      <w:proofErr w:type="spellEnd"/>
      <w:r w:rsidRPr="00563B50">
        <w:rPr>
          <w:rFonts w:cs="Times New Roman"/>
          <w:szCs w:val="24"/>
        </w:rPr>
        <w:t xml:space="preserve"> </w:t>
      </w:r>
      <w:proofErr w:type="spellStart"/>
      <w:r w:rsidRPr="00563B50">
        <w:rPr>
          <w:rFonts w:cs="Times New Roman"/>
          <w:szCs w:val="24"/>
        </w:rPr>
        <w:t>sistemului</w:t>
      </w:r>
      <w:proofErr w:type="spellEnd"/>
      <w:r w:rsidRPr="00563B50">
        <w:rPr>
          <w:rFonts w:cs="Times New Roman"/>
          <w:szCs w:val="24"/>
        </w:rPr>
        <w:t xml:space="preserve"> informatic.</w:t>
      </w:r>
    </w:p>
    <w:p w14:paraId="47A2357F" w14:textId="77777777" w:rsidR="00EE7ED3" w:rsidRPr="00563B50" w:rsidRDefault="00000000" w:rsidP="002E7997">
      <w:pPr>
        <w:jc w:val="both"/>
        <w:rPr>
          <w:rFonts w:cs="Times New Roman"/>
          <w:b/>
          <w:bCs/>
          <w:szCs w:val="24"/>
        </w:rPr>
      </w:pPr>
      <w:r w:rsidRPr="00563B50">
        <w:rPr>
          <w:rFonts w:cs="Times New Roman"/>
          <w:b/>
          <w:bCs/>
          <w:szCs w:val="24"/>
        </w:rPr>
        <w:t xml:space="preserve">2. </w:t>
      </w:r>
      <w:proofErr w:type="spellStart"/>
      <w:r w:rsidRPr="00563B50">
        <w:rPr>
          <w:rFonts w:cs="Times New Roman"/>
          <w:b/>
          <w:bCs/>
          <w:szCs w:val="24"/>
        </w:rPr>
        <w:t>Securitatea</w:t>
      </w:r>
      <w:proofErr w:type="spellEnd"/>
      <w:r w:rsidRPr="00563B50">
        <w:rPr>
          <w:rFonts w:cs="Times New Roman"/>
          <w:b/>
          <w:bCs/>
          <w:szCs w:val="24"/>
        </w:rPr>
        <w:t xml:space="preserve"> </w:t>
      </w:r>
      <w:proofErr w:type="spellStart"/>
      <w:r w:rsidRPr="00563B50">
        <w:rPr>
          <w:rFonts w:cs="Times New Roman"/>
          <w:b/>
          <w:bCs/>
          <w:szCs w:val="24"/>
        </w:rPr>
        <w:t>mediului</w:t>
      </w:r>
      <w:proofErr w:type="spellEnd"/>
      <w:r w:rsidRPr="00563B50">
        <w:rPr>
          <w:rFonts w:cs="Times New Roman"/>
          <w:b/>
          <w:bCs/>
          <w:szCs w:val="24"/>
        </w:rPr>
        <w:t xml:space="preserve"> </w:t>
      </w:r>
      <w:proofErr w:type="spellStart"/>
      <w:r w:rsidRPr="00563B50">
        <w:rPr>
          <w:rFonts w:cs="Times New Roman"/>
          <w:b/>
          <w:bCs/>
          <w:szCs w:val="24"/>
        </w:rPr>
        <w:t>fizic</w:t>
      </w:r>
      <w:proofErr w:type="spellEnd"/>
      <w:r w:rsidRPr="00563B50">
        <w:rPr>
          <w:rFonts w:cs="Times New Roman"/>
          <w:b/>
          <w:bCs/>
          <w:szCs w:val="24"/>
        </w:rPr>
        <w:t xml:space="preserve"> </w:t>
      </w:r>
      <w:proofErr w:type="spellStart"/>
      <w:r w:rsidRPr="00563B50">
        <w:rPr>
          <w:rFonts w:cs="Times New Roman"/>
          <w:b/>
          <w:bCs/>
          <w:szCs w:val="24"/>
        </w:rPr>
        <w:t>și</w:t>
      </w:r>
      <w:proofErr w:type="spellEnd"/>
      <w:r w:rsidRPr="00563B50">
        <w:rPr>
          <w:rFonts w:cs="Times New Roman"/>
          <w:b/>
          <w:bCs/>
          <w:szCs w:val="24"/>
        </w:rPr>
        <w:t xml:space="preserve"> a </w:t>
      </w:r>
      <w:proofErr w:type="spellStart"/>
      <w:r w:rsidRPr="00563B50">
        <w:rPr>
          <w:rFonts w:cs="Times New Roman"/>
          <w:b/>
          <w:bCs/>
          <w:szCs w:val="24"/>
        </w:rPr>
        <w:t>tehnologiilor</w:t>
      </w:r>
      <w:proofErr w:type="spellEnd"/>
      <w:r w:rsidRPr="00563B50">
        <w:rPr>
          <w:rFonts w:cs="Times New Roman"/>
          <w:b/>
          <w:bCs/>
          <w:szCs w:val="24"/>
        </w:rPr>
        <w:t xml:space="preserve"> </w:t>
      </w:r>
      <w:proofErr w:type="spellStart"/>
      <w:r w:rsidRPr="00563B50">
        <w:rPr>
          <w:rFonts w:cs="Times New Roman"/>
          <w:b/>
          <w:bCs/>
          <w:szCs w:val="24"/>
        </w:rPr>
        <w:t>informaționale</w:t>
      </w:r>
      <w:proofErr w:type="spellEnd"/>
      <w:r w:rsidRPr="00563B50">
        <w:rPr>
          <w:rFonts w:cs="Times New Roman"/>
          <w:b/>
          <w:bCs/>
          <w:szCs w:val="24"/>
        </w:rPr>
        <w:t xml:space="preserve"> </w:t>
      </w:r>
      <w:proofErr w:type="spellStart"/>
      <w:r w:rsidRPr="00563B50">
        <w:rPr>
          <w:rFonts w:cs="Times New Roman"/>
          <w:b/>
          <w:bCs/>
          <w:szCs w:val="24"/>
        </w:rPr>
        <w:t>folosite</w:t>
      </w:r>
      <w:proofErr w:type="spellEnd"/>
      <w:r w:rsidRPr="00563B50">
        <w:rPr>
          <w:rFonts w:cs="Times New Roman"/>
          <w:b/>
          <w:bCs/>
          <w:szCs w:val="24"/>
        </w:rPr>
        <w:t xml:space="preserve"> </w:t>
      </w:r>
      <w:proofErr w:type="spellStart"/>
      <w:r w:rsidRPr="00563B50">
        <w:rPr>
          <w:rFonts w:cs="Times New Roman"/>
          <w:b/>
          <w:bCs/>
          <w:szCs w:val="24"/>
        </w:rPr>
        <w:t>în</w:t>
      </w:r>
      <w:proofErr w:type="spellEnd"/>
      <w:r w:rsidRPr="00563B50">
        <w:rPr>
          <w:rFonts w:cs="Times New Roman"/>
          <w:b/>
          <w:bCs/>
          <w:szCs w:val="24"/>
        </w:rPr>
        <w:t xml:space="preserve"> </w:t>
      </w:r>
      <w:proofErr w:type="spellStart"/>
      <w:r w:rsidRPr="00563B50">
        <w:rPr>
          <w:rFonts w:cs="Times New Roman"/>
          <w:b/>
          <w:bCs/>
          <w:szCs w:val="24"/>
        </w:rPr>
        <w:t>procesul</w:t>
      </w:r>
      <w:proofErr w:type="spellEnd"/>
      <w:r w:rsidRPr="00563B50">
        <w:rPr>
          <w:rFonts w:cs="Times New Roman"/>
          <w:b/>
          <w:bCs/>
          <w:szCs w:val="24"/>
        </w:rPr>
        <w:t xml:space="preserve"> </w:t>
      </w:r>
      <w:proofErr w:type="spellStart"/>
      <w:r w:rsidRPr="00563B50">
        <w:rPr>
          <w:rFonts w:cs="Times New Roman"/>
          <w:b/>
          <w:bCs/>
          <w:szCs w:val="24"/>
        </w:rPr>
        <w:t>prelucrării</w:t>
      </w:r>
      <w:proofErr w:type="spellEnd"/>
    </w:p>
    <w:p w14:paraId="34EB2201" w14:textId="77777777" w:rsidR="00EE7ED3" w:rsidRDefault="00000000" w:rsidP="002E7997">
      <w:pPr>
        <w:jc w:val="both"/>
        <w:rPr>
          <w:rFonts w:cs="Times New Roman"/>
          <w:szCs w:val="24"/>
          <w:lang w:val="ro-RO"/>
        </w:rPr>
      </w:pPr>
      <w:r w:rsidRPr="00563B50">
        <w:rPr>
          <w:rFonts w:cs="Times New Roman"/>
          <w:szCs w:val="24"/>
        </w:rPr>
        <w:t xml:space="preserve">a) </w:t>
      </w:r>
      <w:proofErr w:type="spellStart"/>
      <w:r w:rsidRPr="00563B50">
        <w:rPr>
          <w:rFonts w:cs="Times New Roman"/>
          <w:szCs w:val="24"/>
        </w:rPr>
        <w:t>Accesul</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sediile</w:t>
      </w:r>
      <w:proofErr w:type="spellEnd"/>
      <w:r w:rsidRPr="00563B50">
        <w:rPr>
          <w:rFonts w:cs="Times New Roman"/>
          <w:szCs w:val="24"/>
        </w:rPr>
        <w:t>/</w:t>
      </w:r>
      <w:proofErr w:type="spellStart"/>
      <w:r w:rsidRPr="00563B50">
        <w:rPr>
          <w:rFonts w:cs="Times New Roman"/>
          <w:szCs w:val="24"/>
        </w:rPr>
        <w:t>oficiile</w:t>
      </w:r>
      <w:proofErr w:type="spellEnd"/>
      <w:r w:rsidRPr="00563B50">
        <w:rPr>
          <w:rFonts w:cs="Times New Roman"/>
          <w:szCs w:val="24"/>
        </w:rPr>
        <w:t>/</w:t>
      </w:r>
      <w:proofErr w:type="spellStart"/>
      <w:r w:rsidRPr="00563B50">
        <w:rPr>
          <w:rFonts w:cs="Times New Roman"/>
          <w:szCs w:val="24"/>
        </w:rPr>
        <w:t>birourile</w:t>
      </w:r>
      <w:proofErr w:type="spellEnd"/>
      <w:r w:rsidRPr="00563B50">
        <w:rPr>
          <w:rFonts w:cs="Times New Roman"/>
          <w:szCs w:val="24"/>
        </w:rPr>
        <w:t xml:space="preserve"> </w:t>
      </w:r>
      <w:proofErr w:type="spellStart"/>
      <w:r w:rsidRPr="00563B50">
        <w:rPr>
          <w:rFonts w:cs="Times New Roman"/>
          <w:szCs w:val="24"/>
        </w:rPr>
        <w:t>ori</w:t>
      </w:r>
      <w:proofErr w:type="spellEnd"/>
      <w:r w:rsidRPr="00563B50">
        <w:rPr>
          <w:rFonts w:cs="Times New Roman"/>
          <w:szCs w:val="24"/>
        </w:rPr>
        <w:t xml:space="preserve"> </w:t>
      </w:r>
      <w:proofErr w:type="spellStart"/>
      <w:r w:rsidRPr="00563B50">
        <w:rPr>
          <w:rFonts w:cs="Times New Roman"/>
          <w:szCs w:val="24"/>
        </w:rPr>
        <w:t>spaţiile</w:t>
      </w:r>
      <w:proofErr w:type="spellEnd"/>
      <w:r w:rsidRPr="00563B50">
        <w:rPr>
          <w:rFonts w:cs="Times New Roman"/>
          <w:szCs w:val="24"/>
        </w:rPr>
        <w:t xml:space="preserve"> </w:t>
      </w:r>
      <w:proofErr w:type="spellStart"/>
      <w:r w:rsidRPr="00563B50">
        <w:rPr>
          <w:rFonts w:cs="Times New Roman"/>
          <w:szCs w:val="24"/>
        </w:rPr>
        <w:t>unde</w:t>
      </w:r>
      <w:proofErr w:type="spellEnd"/>
      <w:r w:rsidRPr="00563B50">
        <w:rPr>
          <w:rFonts w:cs="Times New Roman"/>
          <w:szCs w:val="24"/>
        </w:rPr>
        <w:t xml:space="preserve"> </w:t>
      </w:r>
      <w:proofErr w:type="spellStart"/>
      <w:r w:rsidRPr="00563B50">
        <w:rPr>
          <w:rFonts w:cs="Times New Roman"/>
          <w:szCs w:val="24"/>
        </w:rPr>
        <w:t>sînt</w:t>
      </w:r>
      <w:proofErr w:type="spellEnd"/>
      <w:r w:rsidRPr="00563B50">
        <w:rPr>
          <w:rFonts w:cs="Times New Roman"/>
          <w:szCs w:val="24"/>
        </w:rPr>
        <w:t xml:space="preserve"> </w:t>
      </w:r>
      <w:proofErr w:type="spellStart"/>
      <w:r w:rsidRPr="00563B50">
        <w:rPr>
          <w:rFonts w:cs="Times New Roman"/>
          <w:szCs w:val="24"/>
        </w:rPr>
        <w:t>amplasate</w:t>
      </w:r>
      <w:proofErr w:type="spellEnd"/>
      <w:r w:rsidRPr="00563B50">
        <w:rPr>
          <w:rFonts w:cs="Times New Roman"/>
          <w:szCs w:val="24"/>
        </w:rPr>
        <w:t xml:space="preserve"> </w:t>
      </w:r>
      <w:proofErr w:type="spellStart"/>
      <w:r w:rsidRPr="00563B50">
        <w:rPr>
          <w:rFonts w:cs="Times New Roman"/>
          <w:szCs w:val="24"/>
        </w:rPr>
        <w:t>sistemele</w:t>
      </w:r>
      <w:proofErr w:type="spellEnd"/>
      <w:r w:rsidRPr="00563B50">
        <w:rPr>
          <w:rFonts w:cs="Times New Roman"/>
          <w:szCs w:val="24"/>
        </w:rPr>
        <w:t xml:space="preserve"> </w:t>
      </w:r>
      <w:proofErr w:type="spellStart"/>
      <w:r w:rsidRPr="00563B50">
        <w:rPr>
          <w:rFonts w:cs="Times New Roman"/>
          <w:szCs w:val="24"/>
        </w:rPr>
        <w:t>informaţionale</w:t>
      </w:r>
      <w:proofErr w:type="spellEnd"/>
      <w:r w:rsidRPr="00563B50">
        <w:rPr>
          <w:rFonts w:cs="Times New Roman"/>
          <w:szCs w:val="24"/>
        </w:rPr>
        <w:t xml:space="preserve"> de date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restricţionat</w:t>
      </w:r>
      <w:proofErr w:type="spellEnd"/>
      <w:r w:rsidRPr="00563B50">
        <w:rPr>
          <w:rFonts w:cs="Times New Roman"/>
          <w:szCs w:val="24"/>
        </w:rPr>
        <w:t xml:space="preserve">, </w:t>
      </w:r>
      <w:proofErr w:type="spellStart"/>
      <w:r w:rsidRPr="00563B50">
        <w:rPr>
          <w:rFonts w:cs="Times New Roman"/>
          <w:szCs w:val="24"/>
        </w:rPr>
        <w:t>fiind</w:t>
      </w:r>
      <w:proofErr w:type="spellEnd"/>
      <w:r w:rsidRPr="00563B50">
        <w:rPr>
          <w:rFonts w:cs="Times New Roman"/>
          <w:szCs w:val="24"/>
        </w:rPr>
        <w:t xml:space="preserve"> </w:t>
      </w:r>
      <w:proofErr w:type="spellStart"/>
      <w:r w:rsidRPr="00563B50">
        <w:rPr>
          <w:rFonts w:cs="Times New Roman"/>
          <w:szCs w:val="24"/>
        </w:rPr>
        <w:t>permis</w:t>
      </w:r>
      <w:proofErr w:type="spellEnd"/>
      <w:r w:rsidRPr="00563B50">
        <w:rPr>
          <w:rFonts w:cs="Times New Roman"/>
          <w:szCs w:val="24"/>
        </w:rPr>
        <w:t xml:space="preserve"> </w:t>
      </w:r>
      <w:proofErr w:type="spellStart"/>
      <w:r w:rsidRPr="00563B50">
        <w:rPr>
          <w:rFonts w:cs="Times New Roman"/>
          <w:szCs w:val="24"/>
        </w:rPr>
        <w:t>doar</w:t>
      </w:r>
      <w:proofErr w:type="spellEnd"/>
      <w:r w:rsidRPr="00563B50">
        <w:rPr>
          <w:rFonts w:cs="Times New Roman"/>
          <w:szCs w:val="24"/>
        </w:rPr>
        <w:t xml:space="preserve"> </w:t>
      </w:r>
      <w:proofErr w:type="spellStart"/>
      <w:r w:rsidRPr="00563B50">
        <w:rPr>
          <w:rFonts w:cs="Times New Roman"/>
          <w:szCs w:val="24"/>
        </w:rPr>
        <w:t>persoanelor</w:t>
      </w:r>
      <w:proofErr w:type="spellEnd"/>
      <w:r w:rsidRPr="00563B50">
        <w:rPr>
          <w:rFonts w:cs="Times New Roman"/>
          <w:szCs w:val="24"/>
        </w:rPr>
        <w:t xml:space="preserve"> care au </w:t>
      </w:r>
      <w:proofErr w:type="spellStart"/>
      <w:r w:rsidRPr="00563B50">
        <w:rPr>
          <w:rFonts w:cs="Times New Roman"/>
          <w:szCs w:val="24"/>
        </w:rPr>
        <w:t>autorizaţia</w:t>
      </w:r>
      <w:proofErr w:type="spellEnd"/>
      <w:r w:rsidRPr="00563B50">
        <w:rPr>
          <w:rFonts w:cs="Times New Roman"/>
          <w:szCs w:val="24"/>
        </w:rPr>
        <w:t xml:space="preserve"> </w:t>
      </w:r>
      <w:proofErr w:type="spellStart"/>
      <w:r w:rsidRPr="00563B50">
        <w:rPr>
          <w:rFonts w:cs="Times New Roman"/>
          <w:szCs w:val="24"/>
        </w:rPr>
        <w:t>necesară</w:t>
      </w:r>
      <w:proofErr w:type="spellEnd"/>
      <w:r w:rsidRPr="00563B50">
        <w:rPr>
          <w:rFonts w:cs="Times New Roman"/>
          <w:szCs w:val="24"/>
        </w:rPr>
        <w:t xml:space="preserve">, conform </w:t>
      </w:r>
      <w:proofErr w:type="spellStart"/>
      <w:r w:rsidRPr="00563B50">
        <w:rPr>
          <w:rFonts w:cs="Times New Roman"/>
          <w:szCs w:val="24"/>
        </w:rPr>
        <w:t>listei</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însemnelor</w:t>
      </w:r>
      <w:proofErr w:type="spellEnd"/>
      <w:r w:rsidRPr="00563B50">
        <w:rPr>
          <w:rFonts w:cs="Times New Roman"/>
          <w:szCs w:val="24"/>
        </w:rPr>
        <w:t xml:space="preserve"> </w:t>
      </w:r>
      <w:proofErr w:type="spellStart"/>
      <w:r w:rsidRPr="00563B50">
        <w:rPr>
          <w:rFonts w:cs="Times New Roman"/>
          <w:szCs w:val="24"/>
        </w:rPr>
        <w:t>corespunzătoare</w:t>
      </w:r>
      <w:proofErr w:type="spellEnd"/>
      <w:r w:rsidRPr="00563B50">
        <w:rPr>
          <w:rFonts w:cs="Times New Roman"/>
          <w:szCs w:val="24"/>
        </w:rPr>
        <w:t>.</w:t>
      </w:r>
    </w:p>
    <w:p w14:paraId="3B84442D" w14:textId="77777777" w:rsidR="00EE7ED3" w:rsidRDefault="00000000" w:rsidP="002E7997">
      <w:pPr>
        <w:jc w:val="both"/>
        <w:rPr>
          <w:rFonts w:cs="Times New Roman"/>
          <w:szCs w:val="24"/>
          <w:lang w:val="ro-RO"/>
        </w:rPr>
      </w:pPr>
      <w:r w:rsidRPr="00563B50">
        <w:rPr>
          <w:rFonts w:cs="Times New Roman"/>
          <w:szCs w:val="24"/>
        </w:rPr>
        <w:t xml:space="preserve">b) Se </w:t>
      </w:r>
      <w:proofErr w:type="spellStart"/>
      <w:r w:rsidRPr="00563B50">
        <w:rPr>
          <w:rFonts w:cs="Times New Roman"/>
          <w:szCs w:val="24"/>
        </w:rPr>
        <w:t>asigură</w:t>
      </w:r>
      <w:proofErr w:type="spellEnd"/>
      <w:r w:rsidRPr="00563B50">
        <w:rPr>
          <w:rFonts w:cs="Times New Roman"/>
          <w:szCs w:val="24"/>
        </w:rPr>
        <w:t xml:space="preserve"> </w:t>
      </w:r>
      <w:proofErr w:type="spellStart"/>
      <w:r w:rsidRPr="00563B50">
        <w:rPr>
          <w:rFonts w:cs="Times New Roman"/>
          <w:szCs w:val="24"/>
        </w:rPr>
        <w:t>administrarea</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monitorizarea</w:t>
      </w:r>
      <w:proofErr w:type="spellEnd"/>
      <w:r w:rsidRPr="00563B50">
        <w:rPr>
          <w:rFonts w:cs="Times New Roman"/>
          <w:szCs w:val="24"/>
        </w:rPr>
        <w:t xml:space="preserve"> </w:t>
      </w:r>
      <w:proofErr w:type="spellStart"/>
      <w:r w:rsidRPr="00563B50">
        <w:rPr>
          <w:rFonts w:cs="Times New Roman"/>
          <w:szCs w:val="24"/>
        </w:rPr>
        <w:t>accesului</w:t>
      </w:r>
      <w:proofErr w:type="spellEnd"/>
      <w:r w:rsidRPr="00563B50">
        <w:rPr>
          <w:rFonts w:cs="Times New Roman"/>
          <w:szCs w:val="24"/>
        </w:rPr>
        <w:t xml:space="preserve"> </w:t>
      </w:r>
      <w:proofErr w:type="spellStart"/>
      <w:r w:rsidRPr="00563B50">
        <w:rPr>
          <w:rFonts w:cs="Times New Roman"/>
          <w:szCs w:val="24"/>
        </w:rPr>
        <w:t>fizic</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toate</w:t>
      </w:r>
      <w:proofErr w:type="spellEnd"/>
      <w:r w:rsidRPr="00563B50">
        <w:rPr>
          <w:rFonts w:cs="Times New Roman"/>
          <w:szCs w:val="24"/>
        </w:rPr>
        <w:t xml:space="preserve"> </w:t>
      </w:r>
      <w:proofErr w:type="spellStart"/>
      <w:r w:rsidRPr="00563B50">
        <w:rPr>
          <w:rFonts w:cs="Times New Roman"/>
          <w:szCs w:val="24"/>
        </w:rPr>
        <w:t>punctele</w:t>
      </w:r>
      <w:proofErr w:type="spellEnd"/>
      <w:r w:rsidRPr="00563B50">
        <w:rPr>
          <w:rFonts w:cs="Times New Roman"/>
          <w:szCs w:val="24"/>
        </w:rPr>
        <w:t xml:space="preserve"> de </w:t>
      </w:r>
      <w:proofErr w:type="spellStart"/>
      <w:r w:rsidRPr="00563B50">
        <w:rPr>
          <w:rFonts w:cs="Times New Roman"/>
          <w:szCs w:val="24"/>
        </w:rPr>
        <w:t>acces</w:t>
      </w:r>
      <w:proofErr w:type="spellEnd"/>
      <w:r w:rsidRPr="00563B50">
        <w:rPr>
          <w:rFonts w:cs="Times New Roman"/>
          <w:szCs w:val="24"/>
        </w:rPr>
        <w:t xml:space="preserve"> la </w:t>
      </w:r>
      <w:proofErr w:type="spellStart"/>
      <w:r w:rsidRPr="00563B50">
        <w:rPr>
          <w:rFonts w:cs="Times New Roman"/>
          <w:szCs w:val="24"/>
        </w:rPr>
        <w:t>sistemele</w:t>
      </w:r>
      <w:proofErr w:type="spellEnd"/>
      <w:r w:rsidRPr="00563B50">
        <w:rPr>
          <w:rFonts w:cs="Times New Roman"/>
          <w:szCs w:val="24"/>
        </w:rPr>
        <w:t xml:space="preserve"> </w:t>
      </w:r>
      <w:proofErr w:type="spellStart"/>
      <w:r w:rsidRPr="00563B50">
        <w:rPr>
          <w:rFonts w:cs="Times New Roman"/>
          <w:szCs w:val="24"/>
        </w:rPr>
        <w:t>informaţionale</w:t>
      </w:r>
      <w:proofErr w:type="spellEnd"/>
      <w:r w:rsidRPr="00563B50">
        <w:rPr>
          <w:rFonts w:cs="Times New Roman"/>
          <w:szCs w:val="24"/>
        </w:rPr>
        <w:t xml:space="preserve">, </w:t>
      </w:r>
      <w:proofErr w:type="spellStart"/>
      <w:r w:rsidRPr="00563B50">
        <w:rPr>
          <w:rFonts w:cs="Times New Roman"/>
          <w:szCs w:val="24"/>
        </w:rPr>
        <w:t>inclusiv</w:t>
      </w:r>
      <w:proofErr w:type="spellEnd"/>
      <w:r w:rsidRPr="00563B50">
        <w:rPr>
          <w:rFonts w:cs="Times New Roman"/>
          <w:szCs w:val="24"/>
        </w:rPr>
        <w:t xml:space="preserve"> se </w:t>
      </w:r>
      <w:proofErr w:type="spellStart"/>
      <w:r w:rsidRPr="00563B50">
        <w:rPr>
          <w:rFonts w:cs="Times New Roman"/>
          <w:szCs w:val="24"/>
        </w:rPr>
        <w:t>reacţionează</w:t>
      </w:r>
      <w:proofErr w:type="spellEnd"/>
      <w:r w:rsidRPr="00563B50">
        <w:rPr>
          <w:rFonts w:cs="Times New Roman"/>
          <w:szCs w:val="24"/>
        </w:rPr>
        <w:t xml:space="preserve"> prompt la </w:t>
      </w:r>
      <w:proofErr w:type="spellStart"/>
      <w:r w:rsidRPr="00563B50">
        <w:rPr>
          <w:rFonts w:cs="Times New Roman"/>
          <w:szCs w:val="24"/>
        </w:rPr>
        <w:t>încălcarea</w:t>
      </w:r>
      <w:proofErr w:type="spellEnd"/>
      <w:r w:rsidRPr="00563B50">
        <w:rPr>
          <w:rFonts w:cs="Times New Roman"/>
          <w:szCs w:val="24"/>
        </w:rPr>
        <w:t xml:space="preserve"> </w:t>
      </w:r>
      <w:proofErr w:type="spellStart"/>
      <w:r w:rsidRPr="00563B50">
        <w:rPr>
          <w:rFonts w:cs="Times New Roman"/>
          <w:szCs w:val="24"/>
        </w:rPr>
        <w:t>regimului</w:t>
      </w:r>
      <w:proofErr w:type="spellEnd"/>
      <w:r w:rsidRPr="00563B50">
        <w:rPr>
          <w:rFonts w:cs="Times New Roman"/>
          <w:szCs w:val="24"/>
        </w:rPr>
        <w:t xml:space="preserve"> de </w:t>
      </w:r>
      <w:proofErr w:type="spellStart"/>
      <w:r w:rsidRPr="00563B50">
        <w:rPr>
          <w:rFonts w:cs="Times New Roman"/>
          <w:szCs w:val="24"/>
        </w:rPr>
        <w:t>acces</w:t>
      </w:r>
      <w:proofErr w:type="spellEnd"/>
      <w:r w:rsidRPr="00563B50">
        <w:rPr>
          <w:rFonts w:cs="Times New Roman"/>
          <w:szCs w:val="24"/>
        </w:rPr>
        <w:t>.</w:t>
      </w:r>
    </w:p>
    <w:p w14:paraId="5C383495" w14:textId="77777777" w:rsidR="00EE7ED3" w:rsidRDefault="00000000" w:rsidP="002E7997">
      <w:pPr>
        <w:jc w:val="both"/>
        <w:rPr>
          <w:rFonts w:cs="Times New Roman"/>
          <w:szCs w:val="24"/>
          <w:lang w:val="ro-RO"/>
        </w:rPr>
      </w:pPr>
      <w:r w:rsidRPr="00563B50">
        <w:rPr>
          <w:rFonts w:cs="Times New Roman"/>
          <w:szCs w:val="24"/>
        </w:rPr>
        <w:t xml:space="preserve">c) </w:t>
      </w:r>
      <w:proofErr w:type="spellStart"/>
      <w:r w:rsidRPr="00563B50">
        <w:rPr>
          <w:rFonts w:cs="Times New Roman"/>
          <w:szCs w:val="24"/>
        </w:rPr>
        <w:t>Perimetrul</w:t>
      </w:r>
      <w:proofErr w:type="spellEnd"/>
      <w:r w:rsidRPr="00563B50">
        <w:rPr>
          <w:rFonts w:cs="Times New Roman"/>
          <w:szCs w:val="24"/>
        </w:rPr>
        <w:t xml:space="preserve"> de </w:t>
      </w:r>
      <w:proofErr w:type="spellStart"/>
      <w:r w:rsidRPr="00563B50">
        <w:rPr>
          <w:rFonts w:cs="Times New Roman"/>
          <w:szCs w:val="24"/>
        </w:rPr>
        <w:t>securitate</w:t>
      </w:r>
      <w:proofErr w:type="spellEnd"/>
      <w:r w:rsidRPr="00563B50">
        <w:rPr>
          <w:rFonts w:cs="Times New Roman"/>
          <w:szCs w:val="24"/>
        </w:rPr>
        <w:t xml:space="preserve"> a </w:t>
      </w:r>
      <w:r w:rsidRPr="009D3D35">
        <w:rPr>
          <w:rFonts w:cs="Times New Roman"/>
          <w:b/>
          <w:bCs/>
          <w:szCs w:val="24"/>
        </w:rPr>
        <w:t>PRIMĂRIEI SATULUI MERENI</w:t>
      </w:r>
      <w:r w:rsidRPr="00563B50">
        <w:rPr>
          <w:rFonts w:cs="Times New Roman"/>
          <w:szCs w:val="24"/>
        </w:rPr>
        <w:t xml:space="preserve"> </w:t>
      </w:r>
      <w:proofErr w:type="spellStart"/>
      <w:r w:rsidRPr="00563B50">
        <w:rPr>
          <w:rFonts w:cs="Times New Roman"/>
          <w:szCs w:val="24"/>
        </w:rPr>
        <w:t>reprezintă</w:t>
      </w:r>
      <w:proofErr w:type="spellEnd"/>
      <w:r w:rsidRPr="00563B50">
        <w:rPr>
          <w:rFonts w:cs="Times New Roman"/>
          <w:szCs w:val="24"/>
        </w:rPr>
        <w:t xml:space="preserve"> </w:t>
      </w:r>
      <w:proofErr w:type="spellStart"/>
      <w:r w:rsidRPr="00563B50">
        <w:rPr>
          <w:rFonts w:cs="Times New Roman"/>
          <w:szCs w:val="24"/>
        </w:rPr>
        <w:t>perimetrul</w:t>
      </w:r>
      <w:proofErr w:type="spellEnd"/>
      <w:r w:rsidRPr="00563B50">
        <w:rPr>
          <w:rFonts w:cs="Times New Roman"/>
          <w:szCs w:val="24"/>
        </w:rPr>
        <w:t xml:space="preserve"> </w:t>
      </w:r>
      <w:proofErr w:type="spellStart"/>
      <w:r w:rsidRPr="00563B50">
        <w:rPr>
          <w:rFonts w:cs="Times New Roman"/>
          <w:szCs w:val="24"/>
        </w:rPr>
        <w:t>clădirii</w:t>
      </w:r>
      <w:proofErr w:type="spellEnd"/>
      <w:r w:rsidRPr="00563B50">
        <w:rPr>
          <w:rFonts w:cs="Times New Roman"/>
          <w:szCs w:val="24"/>
        </w:rPr>
        <w:t xml:space="preserve"> </w:t>
      </w:r>
      <w:proofErr w:type="spellStart"/>
      <w:r w:rsidRPr="00563B50">
        <w:rPr>
          <w:rFonts w:cs="Times New Roman"/>
          <w:szCs w:val="24"/>
        </w:rPr>
        <w:t>sediului</w:t>
      </w:r>
      <w:proofErr w:type="spellEnd"/>
      <w:r w:rsidRPr="00563B50">
        <w:rPr>
          <w:rFonts w:cs="Times New Roman"/>
          <w:szCs w:val="24"/>
        </w:rPr>
        <w:t xml:space="preserve"> central </w:t>
      </w:r>
      <w:proofErr w:type="spellStart"/>
      <w:r w:rsidRPr="00563B50">
        <w:rPr>
          <w:rFonts w:cs="Times New Roman"/>
          <w:szCs w:val="24"/>
        </w:rPr>
        <w:t>în</w:t>
      </w:r>
      <w:proofErr w:type="spellEnd"/>
      <w:r w:rsidRPr="00563B50">
        <w:rPr>
          <w:rFonts w:cs="Times New Roman"/>
          <w:szCs w:val="24"/>
        </w:rPr>
        <w:t xml:space="preserve"> care se </w:t>
      </w:r>
      <w:proofErr w:type="spellStart"/>
      <w:r w:rsidRPr="00563B50">
        <w:rPr>
          <w:rFonts w:cs="Times New Roman"/>
          <w:szCs w:val="24"/>
        </w:rPr>
        <w:t>prelucrează</w:t>
      </w:r>
      <w:proofErr w:type="spellEnd"/>
      <w:r w:rsidRPr="00563B50">
        <w:rPr>
          <w:rFonts w:cs="Times New Roman"/>
          <w:szCs w:val="24"/>
        </w:rPr>
        <w:t>/</w:t>
      </w:r>
      <w:proofErr w:type="spellStart"/>
      <w:r w:rsidRPr="00563B50">
        <w:rPr>
          <w:rFonts w:cs="Times New Roman"/>
          <w:szCs w:val="24"/>
        </w:rPr>
        <w:t>stochează</w:t>
      </w:r>
      <w:proofErr w:type="spellEnd"/>
      <w:r w:rsidRPr="00563B50">
        <w:rPr>
          <w:rFonts w:cs="Times New Roman"/>
          <w:szCs w:val="24"/>
        </w:rPr>
        <w:t xml:space="preserve"> date cu </w:t>
      </w:r>
      <w:proofErr w:type="spellStart"/>
      <w:r w:rsidRPr="00563B50">
        <w:rPr>
          <w:rFonts w:cs="Times New Roman"/>
          <w:szCs w:val="24"/>
        </w:rPr>
        <w:t>caracter</w:t>
      </w:r>
      <w:proofErr w:type="spellEnd"/>
      <w:r w:rsidRPr="00563B50">
        <w:rPr>
          <w:rFonts w:cs="Times New Roman"/>
          <w:szCs w:val="24"/>
        </w:rPr>
        <w:t xml:space="preserve"> personal.</w:t>
      </w:r>
      <w:r w:rsidRPr="00563B50">
        <w:rPr>
          <w:rFonts w:cs="Times New Roman"/>
          <w:szCs w:val="24"/>
        </w:rPr>
        <w:br/>
        <w:t xml:space="preserve">d) </w:t>
      </w:r>
      <w:proofErr w:type="spellStart"/>
      <w:r w:rsidRPr="00563B50">
        <w:rPr>
          <w:rFonts w:cs="Times New Roman"/>
          <w:szCs w:val="24"/>
        </w:rPr>
        <w:t>Perimetrul</w:t>
      </w:r>
      <w:proofErr w:type="spellEnd"/>
      <w:r w:rsidRPr="00563B50">
        <w:rPr>
          <w:rFonts w:cs="Times New Roman"/>
          <w:szCs w:val="24"/>
        </w:rPr>
        <w:t xml:space="preserve"> </w:t>
      </w:r>
      <w:proofErr w:type="spellStart"/>
      <w:r w:rsidRPr="00563B50">
        <w:rPr>
          <w:rFonts w:cs="Times New Roman"/>
          <w:szCs w:val="24"/>
        </w:rPr>
        <w:t>clădirii</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încăperilor</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care </w:t>
      </w:r>
      <w:proofErr w:type="spellStart"/>
      <w:r w:rsidRPr="00563B50">
        <w:rPr>
          <w:rFonts w:cs="Times New Roman"/>
          <w:szCs w:val="24"/>
        </w:rPr>
        <w:t>sînt</w:t>
      </w:r>
      <w:proofErr w:type="spellEnd"/>
      <w:r w:rsidRPr="00563B50">
        <w:rPr>
          <w:rFonts w:cs="Times New Roman"/>
          <w:szCs w:val="24"/>
        </w:rPr>
        <w:t xml:space="preserve"> </w:t>
      </w:r>
      <w:proofErr w:type="spellStart"/>
      <w:r w:rsidRPr="00563B50">
        <w:rPr>
          <w:rFonts w:cs="Times New Roman"/>
          <w:szCs w:val="24"/>
        </w:rPr>
        <w:t>amplasate</w:t>
      </w:r>
      <w:proofErr w:type="spellEnd"/>
      <w:r w:rsidRPr="00563B50">
        <w:rPr>
          <w:rFonts w:cs="Times New Roman"/>
          <w:szCs w:val="24"/>
        </w:rPr>
        <w:t xml:space="preserve"> </w:t>
      </w:r>
      <w:proofErr w:type="spellStart"/>
      <w:r w:rsidRPr="00563B50">
        <w:rPr>
          <w:rFonts w:cs="Times New Roman"/>
          <w:szCs w:val="24"/>
        </w:rPr>
        <w:t>mijloacele</w:t>
      </w:r>
      <w:proofErr w:type="spellEnd"/>
      <w:r w:rsidRPr="00563B50">
        <w:rPr>
          <w:rFonts w:cs="Times New Roman"/>
          <w:szCs w:val="24"/>
        </w:rPr>
        <w:t xml:space="preserve"> de </w:t>
      </w:r>
      <w:proofErr w:type="spellStart"/>
      <w:r w:rsidRPr="00563B50">
        <w:rPr>
          <w:rFonts w:cs="Times New Roman"/>
          <w:szCs w:val="24"/>
        </w:rPr>
        <w:t>prelucrare</w:t>
      </w:r>
      <w:proofErr w:type="spellEnd"/>
      <w:r w:rsidRPr="00563B50">
        <w:rPr>
          <w:rFonts w:cs="Times New Roman"/>
          <w:szCs w:val="24"/>
        </w:rPr>
        <w:t xml:space="preserve">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integru</w:t>
      </w:r>
      <w:proofErr w:type="spellEnd"/>
      <w:r w:rsidRPr="00563B50">
        <w:rPr>
          <w:rFonts w:cs="Times New Roman"/>
          <w:szCs w:val="24"/>
        </w:rPr>
        <w:t xml:space="preserve"> din </w:t>
      </w:r>
      <w:proofErr w:type="spellStart"/>
      <w:r w:rsidRPr="00563B50">
        <w:rPr>
          <w:rFonts w:cs="Times New Roman"/>
          <w:szCs w:val="24"/>
        </w:rPr>
        <w:t>punct</w:t>
      </w:r>
      <w:proofErr w:type="spellEnd"/>
      <w:r w:rsidRPr="00563B50">
        <w:rPr>
          <w:rFonts w:cs="Times New Roman"/>
          <w:szCs w:val="24"/>
        </w:rPr>
        <w:t xml:space="preserve"> </w:t>
      </w:r>
      <w:r w:rsidRPr="00563B50">
        <w:rPr>
          <w:rFonts w:cs="Times New Roman"/>
          <w:szCs w:val="24"/>
        </w:rPr>
        <w:lastRenderedPageBreak/>
        <w:t xml:space="preserve">de </w:t>
      </w:r>
      <w:proofErr w:type="spellStart"/>
      <w:r w:rsidRPr="00563B50">
        <w:rPr>
          <w:rFonts w:cs="Times New Roman"/>
          <w:szCs w:val="24"/>
        </w:rPr>
        <w:t>vedere</w:t>
      </w:r>
      <w:proofErr w:type="spellEnd"/>
      <w:r w:rsidRPr="00563B50">
        <w:rPr>
          <w:rFonts w:cs="Times New Roman"/>
          <w:szCs w:val="24"/>
        </w:rPr>
        <w:t xml:space="preserve"> </w:t>
      </w:r>
      <w:proofErr w:type="spellStart"/>
      <w:r w:rsidRPr="00563B50">
        <w:rPr>
          <w:rFonts w:cs="Times New Roman"/>
          <w:szCs w:val="24"/>
        </w:rPr>
        <w:t>fizic</w:t>
      </w:r>
      <w:proofErr w:type="spellEnd"/>
      <w:r w:rsidRPr="00563B50">
        <w:rPr>
          <w:rFonts w:cs="Times New Roman"/>
          <w:szCs w:val="24"/>
        </w:rPr>
        <w:t xml:space="preserve">, </w:t>
      </w:r>
      <w:proofErr w:type="spellStart"/>
      <w:r w:rsidRPr="00563B50">
        <w:rPr>
          <w:rFonts w:cs="Times New Roman"/>
          <w:szCs w:val="24"/>
        </w:rPr>
        <w:t>pereţii</w:t>
      </w:r>
      <w:proofErr w:type="spellEnd"/>
      <w:r w:rsidRPr="00563B50">
        <w:rPr>
          <w:rFonts w:cs="Times New Roman"/>
          <w:szCs w:val="24"/>
        </w:rPr>
        <w:t xml:space="preserve"> </w:t>
      </w:r>
      <w:proofErr w:type="spellStart"/>
      <w:r w:rsidRPr="00563B50">
        <w:rPr>
          <w:rFonts w:cs="Times New Roman"/>
          <w:szCs w:val="24"/>
        </w:rPr>
        <w:t>exteriori</w:t>
      </w:r>
      <w:proofErr w:type="spellEnd"/>
      <w:r w:rsidRPr="00563B50">
        <w:rPr>
          <w:rFonts w:cs="Times New Roman"/>
          <w:szCs w:val="24"/>
        </w:rPr>
        <w:t xml:space="preserve"> ai </w:t>
      </w:r>
      <w:proofErr w:type="spellStart"/>
      <w:r w:rsidRPr="00563B50">
        <w:rPr>
          <w:rFonts w:cs="Times New Roman"/>
          <w:szCs w:val="24"/>
        </w:rPr>
        <w:t>încăperilor</w:t>
      </w:r>
      <w:proofErr w:type="spellEnd"/>
      <w:r w:rsidRPr="00563B50">
        <w:rPr>
          <w:rFonts w:cs="Times New Roman"/>
          <w:szCs w:val="24"/>
        </w:rPr>
        <w:t xml:space="preserve"> </w:t>
      </w:r>
      <w:proofErr w:type="spellStart"/>
      <w:r w:rsidRPr="00563B50">
        <w:rPr>
          <w:rFonts w:cs="Times New Roman"/>
          <w:szCs w:val="24"/>
        </w:rPr>
        <w:t>sînt</w:t>
      </w:r>
      <w:proofErr w:type="spellEnd"/>
      <w:r w:rsidRPr="00563B50">
        <w:rPr>
          <w:rFonts w:cs="Times New Roman"/>
          <w:szCs w:val="24"/>
        </w:rPr>
        <w:t xml:space="preserve"> </w:t>
      </w:r>
      <w:proofErr w:type="spellStart"/>
      <w:r w:rsidRPr="00563B50">
        <w:rPr>
          <w:rFonts w:cs="Times New Roman"/>
          <w:szCs w:val="24"/>
        </w:rPr>
        <w:t>rezistenţi</w:t>
      </w:r>
      <w:proofErr w:type="spellEnd"/>
      <w:r w:rsidRPr="00563B50">
        <w:rPr>
          <w:rFonts w:cs="Times New Roman"/>
          <w:szCs w:val="24"/>
        </w:rPr>
        <w:t xml:space="preserve">, </w:t>
      </w:r>
      <w:proofErr w:type="spellStart"/>
      <w:r w:rsidRPr="00563B50">
        <w:rPr>
          <w:rFonts w:cs="Times New Roman"/>
          <w:szCs w:val="24"/>
        </w:rPr>
        <w:t>intrările</w:t>
      </w:r>
      <w:proofErr w:type="spellEnd"/>
      <w:r w:rsidRPr="00563B50">
        <w:rPr>
          <w:rFonts w:cs="Times New Roman"/>
          <w:szCs w:val="24"/>
        </w:rPr>
        <w:t xml:space="preserve"> sunt </w:t>
      </w:r>
      <w:proofErr w:type="spellStart"/>
      <w:r w:rsidRPr="00563B50">
        <w:rPr>
          <w:rFonts w:cs="Times New Roman"/>
          <w:szCs w:val="24"/>
        </w:rPr>
        <w:t>echipate</w:t>
      </w:r>
      <w:proofErr w:type="spellEnd"/>
      <w:r w:rsidRPr="00563B50">
        <w:rPr>
          <w:rFonts w:cs="Times New Roman"/>
          <w:szCs w:val="24"/>
        </w:rPr>
        <w:t xml:space="preserve"> cu </w:t>
      </w:r>
      <w:proofErr w:type="spellStart"/>
      <w:r w:rsidRPr="00563B50">
        <w:rPr>
          <w:rFonts w:cs="Times New Roman"/>
          <w:szCs w:val="24"/>
        </w:rPr>
        <w:t>lacăte</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sisteme</w:t>
      </w:r>
      <w:proofErr w:type="spellEnd"/>
      <w:r w:rsidRPr="00563B50">
        <w:rPr>
          <w:rFonts w:cs="Times New Roman"/>
          <w:szCs w:val="24"/>
        </w:rPr>
        <w:t xml:space="preserve"> de </w:t>
      </w:r>
      <w:proofErr w:type="spellStart"/>
      <w:r w:rsidRPr="00563B50">
        <w:rPr>
          <w:rFonts w:cs="Times New Roman"/>
          <w:szCs w:val="24"/>
        </w:rPr>
        <w:t>semnalizare</w:t>
      </w:r>
      <w:proofErr w:type="spellEnd"/>
      <w:r w:rsidRPr="00563B50">
        <w:rPr>
          <w:rFonts w:cs="Times New Roman"/>
          <w:szCs w:val="24"/>
        </w:rPr>
        <w:t>.</w:t>
      </w:r>
    </w:p>
    <w:p w14:paraId="734627D8" w14:textId="77777777" w:rsidR="00EE7ED3" w:rsidRDefault="00000000" w:rsidP="002E7997">
      <w:pPr>
        <w:jc w:val="both"/>
        <w:rPr>
          <w:rFonts w:cs="Times New Roman"/>
          <w:szCs w:val="24"/>
          <w:lang w:val="ro-RO"/>
        </w:rPr>
      </w:pPr>
      <w:r w:rsidRPr="00563B50">
        <w:rPr>
          <w:rFonts w:cs="Times New Roman"/>
          <w:szCs w:val="24"/>
        </w:rPr>
        <w:t xml:space="preserve">e) </w:t>
      </w:r>
      <w:proofErr w:type="spellStart"/>
      <w:r w:rsidRPr="00563B50">
        <w:rPr>
          <w:rFonts w:cs="Times New Roman"/>
          <w:szCs w:val="24"/>
        </w:rPr>
        <w:t>Amplasarea</w:t>
      </w:r>
      <w:proofErr w:type="spellEnd"/>
      <w:r w:rsidRPr="00563B50">
        <w:rPr>
          <w:rFonts w:cs="Times New Roman"/>
          <w:szCs w:val="24"/>
        </w:rPr>
        <w:t xml:space="preserve"> </w:t>
      </w:r>
      <w:proofErr w:type="spellStart"/>
      <w:r w:rsidRPr="00563B50">
        <w:rPr>
          <w:rFonts w:cs="Times New Roman"/>
          <w:szCs w:val="24"/>
        </w:rPr>
        <w:t>mijloacelor</w:t>
      </w:r>
      <w:proofErr w:type="spellEnd"/>
      <w:r w:rsidRPr="00563B50">
        <w:rPr>
          <w:rFonts w:cs="Times New Roman"/>
          <w:szCs w:val="24"/>
        </w:rPr>
        <w:t xml:space="preserve"> de </w:t>
      </w:r>
      <w:proofErr w:type="spellStart"/>
      <w:r w:rsidRPr="00563B50">
        <w:rPr>
          <w:rFonts w:cs="Times New Roman"/>
          <w:szCs w:val="24"/>
        </w:rPr>
        <w:t>prelucrare</w:t>
      </w:r>
      <w:proofErr w:type="spellEnd"/>
      <w:r w:rsidRPr="00563B50">
        <w:rPr>
          <w:rFonts w:cs="Times New Roman"/>
          <w:szCs w:val="24"/>
        </w:rPr>
        <w:t xml:space="preserve"> </w:t>
      </w:r>
      <w:proofErr w:type="spellStart"/>
      <w:r w:rsidRPr="00563B50">
        <w:rPr>
          <w:rFonts w:cs="Times New Roman"/>
          <w:szCs w:val="24"/>
        </w:rPr>
        <w:t>corespunde</w:t>
      </w:r>
      <w:proofErr w:type="spellEnd"/>
      <w:r w:rsidRPr="00563B50">
        <w:rPr>
          <w:rFonts w:cs="Times New Roman"/>
          <w:szCs w:val="24"/>
        </w:rPr>
        <w:t xml:space="preserve"> </w:t>
      </w:r>
      <w:proofErr w:type="spellStart"/>
      <w:r w:rsidRPr="00563B50">
        <w:rPr>
          <w:rFonts w:cs="Times New Roman"/>
          <w:szCs w:val="24"/>
        </w:rPr>
        <w:t>necesităţii</w:t>
      </w:r>
      <w:proofErr w:type="spellEnd"/>
      <w:r w:rsidRPr="00563B50">
        <w:rPr>
          <w:rFonts w:cs="Times New Roman"/>
          <w:szCs w:val="24"/>
        </w:rPr>
        <w:t xml:space="preserve"> </w:t>
      </w:r>
      <w:proofErr w:type="spellStart"/>
      <w:r w:rsidRPr="00563B50">
        <w:rPr>
          <w:rFonts w:cs="Times New Roman"/>
          <w:szCs w:val="24"/>
        </w:rPr>
        <w:t>asigurării</w:t>
      </w:r>
      <w:proofErr w:type="spellEnd"/>
      <w:r w:rsidRPr="00563B50">
        <w:rPr>
          <w:rFonts w:cs="Times New Roman"/>
          <w:szCs w:val="24"/>
        </w:rPr>
        <w:t xml:space="preserve"> </w:t>
      </w:r>
      <w:proofErr w:type="spellStart"/>
      <w:r w:rsidRPr="00563B50">
        <w:rPr>
          <w:rFonts w:cs="Times New Roman"/>
          <w:szCs w:val="24"/>
        </w:rPr>
        <w:t>securităţii</w:t>
      </w:r>
      <w:proofErr w:type="spellEnd"/>
      <w:r w:rsidRPr="00563B50">
        <w:rPr>
          <w:rFonts w:cs="Times New Roman"/>
          <w:szCs w:val="24"/>
        </w:rPr>
        <w:t xml:space="preserve"> </w:t>
      </w:r>
      <w:proofErr w:type="spellStart"/>
      <w:r w:rsidRPr="00563B50">
        <w:rPr>
          <w:rFonts w:cs="Times New Roman"/>
          <w:szCs w:val="24"/>
        </w:rPr>
        <w:t>acestora</w:t>
      </w:r>
      <w:proofErr w:type="spellEnd"/>
      <w:r w:rsidRPr="00563B50">
        <w:rPr>
          <w:rFonts w:cs="Times New Roman"/>
          <w:szCs w:val="24"/>
        </w:rPr>
        <w:t xml:space="preserve"> contra </w:t>
      </w:r>
      <w:proofErr w:type="spellStart"/>
      <w:r w:rsidRPr="00563B50">
        <w:rPr>
          <w:rFonts w:cs="Times New Roman"/>
          <w:szCs w:val="24"/>
        </w:rPr>
        <w:t>accesului</w:t>
      </w:r>
      <w:proofErr w:type="spellEnd"/>
      <w:r w:rsidRPr="00563B50">
        <w:rPr>
          <w:rFonts w:cs="Times New Roman"/>
          <w:szCs w:val="24"/>
        </w:rPr>
        <w:t xml:space="preserve"> </w:t>
      </w:r>
      <w:proofErr w:type="spellStart"/>
      <w:r w:rsidRPr="00563B50">
        <w:rPr>
          <w:rFonts w:cs="Times New Roman"/>
          <w:szCs w:val="24"/>
        </w:rPr>
        <w:t>nesancţionat</w:t>
      </w:r>
      <w:proofErr w:type="spellEnd"/>
      <w:r w:rsidRPr="00563B50">
        <w:rPr>
          <w:rFonts w:cs="Times New Roman"/>
          <w:szCs w:val="24"/>
        </w:rPr>
        <w:t xml:space="preserve">, </w:t>
      </w:r>
      <w:proofErr w:type="spellStart"/>
      <w:r w:rsidRPr="00563B50">
        <w:rPr>
          <w:rFonts w:cs="Times New Roman"/>
          <w:szCs w:val="24"/>
        </w:rPr>
        <w:t>furturilor</w:t>
      </w:r>
      <w:proofErr w:type="spellEnd"/>
      <w:r w:rsidRPr="00563B50">
        <w:rPr>
          <w:rFonts w:cs="Times New Roman"/>
          <w:szCs w:val="24"/>
        </w:rPr>
        <w:t xml:space="preserve">, </w:t>
      </w:r>
      <w:proofErr w:type="spellStart"/>
      <w:r w:rsidRPr="00563B50">
        <w:rPr>
          <w:rFonts w:cs="Times New Roman"/>
          <w:szCs w:val="24"/>
        </w:rPr>
        <w:t>incendiilor</w:t>
      </w:r>
      <w:proofErr w:type="spellEnd"/>
      <w:r w:rsidRPr="00563B50">
        <w:rPr>
          <w:rFonts w:cs="Times New Roman"/>
          <w:szCs w:val="24"/>
        </w:rPr>
        <w:t xml:space="preserve">, </w:t>
      </w:r>
      <w:proofErr w:type="spellStart"/>
      <w:r w:rsidRPr="00563B50">
        <w:rPr>
          <w:rFonts w:cs="Times New Roman"/>
          <w:szCs w:val="24"/>
        </w:rPr>
        <w:t>inundaţiilor</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altor</w:t>
      </w:r>
      <w:proofErr w:type="spellEnd"/>
      <w:r w:rsidRPr="00563B50">
        <w:rPr>
          <w:rFonts w:cs="Times New Roman"/>
          <w:szCs w:val="24"/>
        </w:rPr>
        <w:t xml:space="preserve"> </w:t>
      </w:r>
      <w:proofErr w:type="spellStart"/>
      <w:r w:rsidRPr="00563B50">
        <w:rPr>
          <w:rFonts w:cs="Times New Roman"/>
          <w:szCs w:val="24"/>
        </w:rPr>
        <w:t>posibile</w:t>
      </w:r>
      <w:proofErr w:type="spellEnd"/>
      <w:r w:rsidRPr="00563B50">
        <w:rPr>
          <w:rFonts w:cs="Times New Roman"/>
          <w:szCs w:val="24"/>
        </w:rPr>
        <w:t xml:space="preserve"> </w:t>
      </w:r>
      <w:proofErr w:type="spellStart"/>
      <w:r w:rsidRPr="00563B50">
        <w:rPr>
          <w:rFonts w:cs="Times New Roman"/>
          <w:szCs w:val="24"/>
        </w:rPr>
        <w:t>riscuri</w:t>
      </w:r>
      <w:proofErr w:type="spellEnd"/>
      <w:r w:rsidRPr="00563B50">
        <w:rPr>
          <w:rFonts w:cs="Times New Roman"/>
          <w:szCs w:val="24"/>
        </w:rPr>
        <w:t>.</w:t>
      </w:r>
      <w:r w:rsidRPr="00563B50">
        <w:rPr>
          <w:rFonts w:cs="Times New Roman"/>
          <w:szCs w:val="24"/>
        </w:rPr>
        <w:br/>
        <w:t xml:space="preserve">f) </w:t>
      </w:r>
      <w:proofErr w:type="spellStart"/>
      <w:r w:rsidRPr="00563B50">
        <w:rPr>
          <w:rFonts w:cs="Times New Roman"/>
          <w:szCs w:val="24"/>
        </w:rPr>
        <w:t>Uşile</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ferestrele</w:t>
      </w:r>
      <w:proofErr w:type="spellEnd"/>
      <w:r w:rsidRPr="00563B50">
        <w:rPr>
          <w:rFonts w:cs="Times New Roman"/>
          <w:szCs w:val="24"/>
        </w:rPr>
        <w:t xml:space="preserve"> se </w:t>
      </w:r>
      <w:proofErr w:type="spellStart"/>
      <w:r w:rsidRPr="00563B50">
        <w:rPr>
          <w:rFonts w:cs="Times New Roman"/>
          <w:szCs w:val="24"/>
        </w:rPr>
        <w:t>încuie</w:t>
      </w:r>
      <w:proofErr w:type="spellEnd"/>
      <w:r w:rsidRPr="00563B50">
        <w:rPr>
          <w:rFonts w:cs="Times New Roman"/>
          <w:szCs w:val="24"/>
        </w:rPr>
        <w:t xml:space="preserve"> </w:t>
      </w:r>
      <w:proofErr w:type="spellStart"/>
      <w:r w:rsidRPr="00563B50">
        <w:rPr>
          <w:rFonts w:cs="Times New Roman"/>
          <w:szCs w:val="24"/>
        </w:rPr>
        <w:t>obligatoriu</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cazul</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care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încăpere</w:t>
      </w:r>
      <w:proofErr w:type="spellEnd"/>
      <w:r w:rsidRPr="00563B50">
        <w:rPr>
          <w:rFonts w:cs="Times New Roman"/>
          <w:szCs w:val="24"/>
        </w:rPr>
        <w:t xml:space="preserve"> </w:t>
      </w:r>
      <w:proofErr w:type="spellStart"/>
      <w:r w:rsidRPr="00563B50">
        <w:rPr>
          <w:rFonts w:cs="Times New Roman"/>
          <w:szCs w:val="24"/>
        </w:rPr>
        <w:t>lipsesc</w:t>
      </w:r>
      <w:proofErr w:type="spellEnd"/>
      <w:r w:rsidRPr="00563B50">
        <w:rPr>
          <w:rFonts w:cs="Times New Roman"/>
          <w:szCs w:val="24"/>
        </w:rPr>
        <w:t xml:space="preserve"> </w:t>
      </w:r>
      <w:proofErr w:type="spellStart"/>
      <w:r w:rsidRPr="00563B50">
        <w:rPr>
          <w:rFonts w:cs="Times New Roman"/>
          <w:szCs w:val="24"/>
        </w:rPr>
        <w:t>membrii</w:t>
      </w:r>
      <w:proofErr w:type="spellEnd"/>
      <w:r w:rsidRPr="00563B50">
        <w:rPr>
          <w:rFonts w:cs="Times New Roman"/>
          <w:szCs w:val="24"/>
        </w:rPr>
        <w:t xml:space="preserve"> </w:t>
      </w:r>
      <w:proofErr w:type="spellStart"/>
      <w:r w:rsidRPr="00563B50">
        <w:rPr>
          <w:rFonts w:cs="Times New Roman"/>
          <w:szCs w:val="24"/>
        </w:rPr>
        <w:t>aparatului</w:t>
      </w:r>
      <w:proofErr w:type="spellEnd"/>
      <w:r w:rsidRPr="00563B50">
        <w:rPr>
          <w:rFonts w:cs="Times New Roman"/>
          <w:szCs w:val="24"/>
        </w:rPr>
        <w:t>.</w:t>
      </w:r>
      <w:r w:rsidRPr="00563B50">
        <w:rPr>
          <w:rFonts w:cs="Times New Roman"/>
          <w:szCs w:val="24"/>
        </w:rPr>
        <w:br/>
        <w:t xml:space="preserve">g) </w:t>
      </w:r>
      <w:proofErr w:type="spellStart"/>
      <w:r w:rsidRPr="00563B50">
        <w:rPr>
          <w:rFonts w:cs="Times New Roman"/>
          <w:szCs w:val="24"/>
        </w:rPr>
        <w:t>Computerele</w:t>
      </w:r>
      <w:proofErr w:type="spellEnd"/>
      <w:r w:rsidRPr="00563B50">
        <w:rPr>
          <w:rFonts w:cs="Times New Roman"/>
          <w:szCs w:val="24"/>
        </w:rPr>
        <w:t xml:space="preserve">, </w:t>
      </w:r>
      <w:proofErr w:type="spellStart"/>
      <w:r w:rsidRPr="00563B50">
        <w:rPr>
          <w:rFonts w:cs="Times New Roman"/>
          <w:szCs w:val="24"/>
        </w:rPr>
        <w:t>serverele</w:t>
      </w:r>
      <w:proofErr w:type="spellEnd"/>
      <w:r w:rsidRPr="00563B50">
        <w:rPr>
          <w:rFonts w:cs="Times New Roman"/>
          <w:szCs w:val="24"/>
        </w:rPr>
        <w:t xml:space="preserve">, </w:t>
      </w:r>
      <w:proofErr w:type="spellStart"/>
      <w:r w:rsidRPr="00563B50">
        <w:rPr>
          <w:rFonts w:cs="Times New Roman"/>
          <w:szCs w:val="24"/>
        </w:rPr>
        <w:t>alte</w:t>
      </w:r>
      <w:proofErr w:type="spellEnd"/>
      <w:r w:rsidRPr="00563B50">
        <w:rPr>
          <w:rFonts w:cs="Times New Roman"/>
          <w:szCs w:val="24"/>
        </w:rPr>
        <w:t xml:space="preserve"> </w:t>
      </w:r>
      <w:proofErr w:type="spellStart"/>
      <w:r w:rsidRPr="00563B50">
        <w:rPr>
          <w:rFonts w:cs="Times New Roman"/>
          <w:szCs w:val="24"/>
        </w:rPr>
        <w:t>terminale</w:t>
      </w:r>
      <w:proofErr w:type="spellEnd"/>
      <w:r w:rsidRPr="00563B50">
        <w:rPr>
          <w:rFonts w:cs="Times New Roman"/>
          <w:szCs w:val="24"/>
        </w:rPr>
        <w:t xml:space="preserve"> de </w:t>
      </w:r>
      <w:proofErr w:type="spellStart"/>
      <w:r w:rsidRPr="00563B50">
        <w:rPr>
          <w:rFonts w:cs="Times New Roman"/>
          <w:szCs w:val="24"/>
        </w:rPr>
        <w:t>acces</w:t>
      </w:r>
      <w:proofErr w:type="spellEnd"/>
      <w:r w:rsidRPr="00563B50">
        <w:rPr>
          <w:rFonts w:cs="Times New Roman"/>
          <w:szCs w:val="24"/>
        </w:rPr>
        <w:t xml:space="preserve"> sunt </w:t>
      </w:r>
      <w:proofErr w:type="spellStart"/>
      <w:r w:rsidRPr="00563B50">
        <w:rPr>
          <w:rFonts w:cs="Times New Roman"/>
          <w:szCs w:val="24"/>
        </w:rPr>
        <w:t>amplasate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locuri</w:t>
      </w:r>
      <w:proofErr w:type="spellEnd"/>
      <w:r w:rsidRPr="00563B50">
        <w:rPr>
          <w:rFonts w:cs="Times New Roman"/>
          <w:szCs w:val="24"/>
        </w:rPr>
        <w:t xml:space="preserve"> cu </w:t>
      </w:r>
      <w:proofErr w:type="spellStart"/>
      <w:r w:rsidRPr="00563B50">
        <w:rPr>
          <w:rFonts w:cs="Times New Roman"/>
          <w:szCs w:val="24"/>
        </w:rPr>
        <w:t>acces</w:t>
      </w:r>
      <w:proofErr w:type="spellEnd"/>
      <w:r w:rsidRPr="00563B50">
        <w:rPr>
          <w:rFonts w:cs="Times New Roman"/>
          <w:szCs w:val="24"/>
        </w:rPr>
        <w:t xml:space="preserve"> </w:t>
      </w:r>
      <w:proofErr w:type="spellStart"/>
      <w:r w:rsidRPr="00563B50">
        <w:rPr>
          <w:rFonts w:cs="Times New Roman"/>
          <w:szCs w:val="24"/>
        </w:rPr>
        <w:t>limitat</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persoane</w:t>
      </w:r>
      <w:proofErr w:type="spellEnd"/>
      <w:r w:rsidRPr="00563B50">
        <w:rPr>
          <w:rFonts w:cs="Times New Roman"/>
          <w:szCs w:val="24"/>
        </w:rPr>
        <w:t xml:space="preserve"> </w:t>
      </w:r>
      <w:proofErr w:type="spellStart"/>
      <w:r w:rsidRPr="00563B50">
        <w:rPr>
          <w:rFonts w:cs="Times New Roman"/>
          <w:szCs w:val="24"/>
        </w:rPr>
        <w:t>străine</w:t>
      </w:r>
      <w:proofErr w:type="spellEnd"/>
      <w:r w:rsidRPr="00563B50">
        <w:rPr>
          <w:rFonts w:cs="Times New Roman"/>
          <w:szCs w:val="24"/>
        </w:rPr>
        <w:t>.</w:t>
      </w:r>
    </w:p>
    <w:p w14:paraId="65738300" w14:textId="77777777" w:rsidR="00EE7ED3" w:rsidRPr="00563B50" w:rsidRDefault="00000000" w:rsidP="002E7997">
      <w:pPr>
        <w:jc w:val="both"/>
        <w:rPr>
          <w:rFonts w:cs="Times New Roman"/>
          <w:szCs w:val="24"/>
        </w:rPr>
      </w:pPr>
      <w:r w:rsidRPr="00563B50">
        <w:rPr>
          <w:rFonts w:cs="Times New Roman"/>
          <w:szCs w:val="24"/>
        </w:rPr>
        <w:t xml:space="preserve">h) </w:t>
      </w:r>
      <w:proofErr w:type="spellStart"/>
      <w:r w:rsidRPr="00563B50">
        <w:rPr>
          <w:rFonts w:cs="Times New Roman"/>
          <w:szCs w:val="24"/>
        </w:rPr>
        <w:t>Accesul</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perimetrul</w:t>
      </w:r>
      <w:proofErr w:type="spellEnd"/>
      <w:r w:rsidRPr="00563B50">
        <w:rPr>
          <w:rFonts w:cs="Times New Roman"/>
          <w:szCs w:val="24"/>
        </w:rPr>
        <w:t xml:space="preserve"> de </w:t>
      </w:r>
      <w:proofErr w:type="spellStart"/>
      <w:r w:rsidRPr="00563B50">
        <w:rPr>
          <w:rFonts w:cs="Times New Roman"/>
          <w:szCs w:val="24"/>
        </w:rPr>
        <w:t>securitate</w:t>
      </w:r>
      <w:proofErr w:type="spellEnd"/>
      <w:r w:rsidRPr="00563B50">
        <w:rPr>
          <w:rFonts w:cs="Times New Roman"/>
          <w:szCs w:val="24"/>
        </w:rPr>
        <w:t xml:space="preserve"> a </w:t>
      </w:r>
      <w:proofErr w:type="spellStart"/>
      <w:r w:rsidRPr="00563B50">
        <w:rPr>
          <w:rFonts w:cs="Times New Roman"/>
          <w:szCs w:val="24"/>
        </w:rPr>
        <w:t>clădirii</w:t>
      </w:r>
      <w:proofErr w:type="spellEnd"/>
      <w:r w:rsidRPr="00563B50">
        <w:rPr>
          <w:rFonts w:cs="Times New Roman"/>
          <w:szCs w:val="24"/>
        </w:rPr>
        <w:t xml:space="preserve"> </w:t>
      </w:r>
      <w:proofErr w:type="spellStart"/>
      <w:r w:rsidRPr="00563B50">
        <w:rPr>
          <w:rFonts w:cs="Times New Roman"/>
          <w:szCs w:val="24"/>
        </w:rPr>
        <w:t>primăriei</w:t>
      </w:r>
      <w:proofErr w:type="spellEnd"/>
      <w:r w:rsidRPr="00563B50">
        <w:rPr>
          <w:rFonts w:cs="Times New Roman"/>
          <w:szCs w:val="24"/>
        </w:rPr>
        <w:t xml:space="preserve"> </w:t>
      </w:r>
      <w:proofErr w:type="spellStart"/>
      <w:r w:rsidRPr="00563B50">
        <w:rPr>
          <w:rFonts w:cs="Times New Roman"/>
          <w:szCs w:val="24"/>
        </w:rPr>
        <w:t>unde</w:t>
      </w:r>
      <w:proofErr w:type="spellEnd"/>
      <w:r w:rsidRPr="00563B50">
        <w:rPr>
          <w:rFonts w:cs="Times New Roman"/>
          <w:szCs w:val="24"/>
        </w:rPr>
        <w:t xml:space="preserve"> se </w:t>
      </w:r>
      <w:proofErr w:type="spellStart"/>
      <w:r w:rsidRPr="00563B50">
        <w:rPr>
          <w:rFonts w:cs="Times New Roman"/>
          <w:szCs w:val="24"/>
        </w:rPr>
        <w:t>prelucrează</w:t>
      </w:r>
      <w:proofErr w:type="spellEnd"/>
      <w:r w:rsidRPr="00563B50">
        <w:rPr>
          <w:rFonts w:cs="Times New Roman"/>
          <w:szCs w:val="24"/>
        </w:rPr>
        <w:t>/</w:t>
      </w:r>
      <w:proofErr w:type="spellStart"/>
      <w:r w:rsidRPr="00563B50">
        <w:rPr>
          <w:rFonts w:cs="Times New Roman"/>
          <w:szCs w:val="24"/>
        </w:rPr>
        <w:t>stochează</w:t>
      </w:r>
      <w:proofErr w:type="spellEnd"/>
      <w:r w:rsidRPr="00563B50">
        <w:rPr>
          <w:rFonts w:cs="Times New Roman"/>
          <w:szCs w:val="24"/>
        </w:rPr>
        <w:t xml:space="preserve"> date cu </w:t>
      </w:r>
      <w:proofErr w:type="spellStart"/>
      <w:r w:rsidRPr="00563B50">
        <w:rPr>
          <w:rFonts w:cs="Times New Roman"/>
          <w:szCs w:val="24"/>
        </w:rPr>
        <w:t>utilaje</w:t>
      </w:r>
      <w:proofErr w:type="spellEnd"/>
      <w:r w:rsidRPr="00563B50">
        <w:rPr>
          <w:rFonts w:cs="Times New Roman"/>
          <w:szCs w:val="24"/>
        </w:rPr>
        <w:t xml:space="preserve"> </w:t>
      </w:r>
      <w:proofErr w:type="spellStart"/>
      <w:r w:rsidRPr="00563B50">
        <w:rPr>
          <w:rFonts w:cs="Times New Roman"/>
          <w:szCs w:val="24"/>
        </w:rPr>
        <w:t>foto</w:t>
      </w:r>
      <w:proofErr w:type="spellEnd"/>
      <w:r w:rsidRPr="00563B50">
        <w:rPr>
          <w:rFonts w:cs="Times New Roman"/>
          <w:szCs w:val="24"/>
        </w:rPr>
        <w:t xml:space="preserve">/video </w:t>
      </w:r>
      <w:proofErr w:type="spellStart"/>
      <w:r w:rsidRPr="00563B50">
        <w:rPr>
          <w:rFonts w:cs="Times New Roman"/>
          <w:szCs w:val="24"/>
        </w:rPr>
        <w:t>neautorizate</w:t>
      </w:r>
      <w:proofErr w:type="spellEnd"/>
      <w:r w:rsidRPr="00563B50">
        <w:rPr>
          <w:rFonts w:cs="Times New Roman"/>
          <w:szCs w:val="24"/>
        </w:rPr>
        <w:t xml:space="preserve"> </w:t>
      </w:r>
      <w:proofErr w:type="spellStart"/>
      <w:r w:rsidRPr="00563B50">
        <w:rPr>
          <w:rFonts w:cs="Times New Roman"/>
          <w:szCs w:val="24"/>
        </w:rPr>
        <w:t>este</w:t>
      </w:r>
      <w:proofErr w:type="spellEnd"/>
      <w:r w:rsidRPr="00563B50">
        <w:rPr>
          <w:rFonts w:cs="Times New Roman"/>
          <w:szCs w:val="24"/>
        </w:rPr>
        <w:t xml:space="preserve"> strict </w:t>
      </w:r>
      <w:proofErr w:type="spellStart"/>
      <w:r w:rsidRPr="00563B50">
        <w:rPr>
          <w:rFonts w:cs="Times New Roman"/>
          <w:szCs w:val="24"/>
        </w:rPr>
        <w:t>interzis</w:t>
      </w:r>
      <w:proofErr w:type="spellEnd"/>
      <w:r w:rsidRPr="00563B50">
        <w:rPr>
          <w:rFonts w:cs="Times New Roman"/>
          <w:szCs w:val="24"/>
        </w:rPr>
        <w:t xml:space="preserve">, </w:t>
      </w:r>
      <w:proofErr w:type="spellStart"/>
      <w:r w:rsidRPr="00563B50">
        <w:rPr>
          <w:rFonts w:cs="Times New Roman"/>
          <w:szCs w:val="24"/>
        </w:rPr>
        <w:t>ţinînd</w:t>
      </w:r>
      <w:proofErr w:type="spellEnd"/>
      <w:r w:rsidRPr="00563B50">
        <w:rPr>
          <w:rFonts w:cs="Times New Roman"/>
          <w:szCs w:val="24"/>
        </w:rPr>
        <w:t xml:space="preserve"> </w:t>
      </w:r>
      <w:proofErr w:type="spellStart"/>
      <w:r w:rsidRPr="00563B50">
        <w:rPr>
          <w:rFonts w:cs="Times New Roman"/>
          <w:szCs w:val="24"/>
        </w:rPr>
        <w:t>cont</w:t>
      </w:r>
      <w:proofErr w:type="spellEnd"/>
      <w:r w:rsidRPr="00563B50">
        <w:rPr>
          <w:rFonts w:cs="Times New Roman"/>
          <w:szCs w:val="24"/>
        </w:rPr>
        <w:t xml:space="preserve"> de </w:t>
      </w:r>
      <w:proofErr w:type="spellStart"/>
      <w:r w:rsidRPr="00563B50">
        <w:rPr>
          <w:rFonts w:cs="Times New Roman"/>
          <w:szCs w:val="24"/>
        </w:rPr>
        <w:t>necesitatea</w:t>
      </w:r>
      <w:proofErr w:type="spellEnd"/>
      <w:r w:rsidRPr="00563B50">
        <w:rPr>
          <w:rFonts w:cs="Times New Roman"/>
          <w:szCs w:val="24"/>
        </w:rPr>
        <w:t xml:space="preserve"> </w:t>
      </w:r>
      <w:proofErr w:type="spellStart"/>
      <w:r w:rsidRPr="00563B50">
        <w:rPr>
          <w:rFonts w:cs="Times New Roman"/>
          <w:szCs w:val="24"/>
        </w:rPr>
        <w:t>asigurării</w:t>
      </w:r>
      <w:proofErr w:type="spellEnd"/>
      <w:r w:rsidRPr="00563B50">
        <w:rPr>
          <w:rFonts w:cs="Times New Roman"/>
          <w:szCs w:val="24"/>
        </w:rPr>
        <w:t xml:space="preserve"> </w:t>
      </w:r>
      <w:proofErr w:type="spellStart"/>
      <w:r w:rsidRPr="00563B50">
        <w:rPr>
          <w:rFonts w:cs="Times New Roman"/>
          <w:szCs w:val="24"/>
        </w:rPr>
        <w:t>regimului</w:t>
      </w:r>
      <w:proofErr w:type="spellEnd"/>
      <w:r w:rsidRPr="00563B50">
        <w:rPr>
          <w:rFonts w:cs="Times New Roman"/>
          <w:szCs w:val="24"/>
        </w:rPr>
        <w:t xml:space="preserve"> de </w:t>
      </w:r>
      <w:proofErr w:type="spellStart"/>
      <w:r w:rsidRPr="00563B50">
        <w:rPr>
          <w:rFonts w:cs="Times New Roman"/>
          <w:szCs w:val="24"/>
        </w:rPr>
        <w:t>confidențialitate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securitate</w:t>
      </w:r>
      <w:proofErr w:type="spellEnd"/>
      <w:r w:rsidRPr="00563B50">
        <w:rPr>
          <w:rFonts w:cs="Times New Roman"/>
          <w:szCs w:val="24"/>
        </w:rPr>
        <w:t xml:space="preserve"> a </w:t>
      </w:r>
      <w:proofErr w:type="spellStart"/>
      <w:r w:rsidRPr="00563B50">
        <w:rPr>
          <w:rFonts w:cs="Times New Roman"/>
          <w:szCs w:val="24"/>
        </w:rPr>
        <w:t>prelucrării</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prevăzut</w:t>
      </w:r>
      <w:proofErr w:type="spellEnd"/>
      <w:r w:rsidRPr="00563B50">
        <w:rPr>
          <w:rFonts w:cs="Times New Roman"/>
          <w:szCs w:val="24"/>
        </w:rPr>
        <w:t xml:space="preserve"> de </w:t>
      </w:r>
      <w:proofErr w:type="spellStart"/>
      <w:r w:rsidRPr="00563B50">
        <w:rPr>
          <w:rFonts w:cs="Times New Roman"/>
          <w:szCs w:val="24"/>
        </w:rPr>
        <w:t>prevederile</w:t>
      </w:r>
      <w:proofErr w:type="spellEnd"/>
      <w:r w:rsidRPr="00563B50">
        <w:rPr>
          <w:rFonts w:cs="Times New Roman"/>
          <w:szCs w:val="24"/>
        </w:rPr>
        <w:t xml:space="preserve"> </w:t>
      </w:r>
      <w:proofErr w:type="spellStart"/>
      <w:r w:rsidRPr="00563B50">
        <w:rPr>
          <w:rFonts w:cs="Times New Roman"/>
          <w:szCs w:val="24"/>
        </w:rPr>
        <w:t>Legii</w:t>
      </w:r>
      <w:proofErr w:type="spellEnd"/>
      <w:r w:rsidRPr="00563B50">
        <w:rPr>
          <w:rFonts w:cs="Times New Roman"/>
          <w:szCs w:val="24"/>
        </w:rPr>
        <w:t xml:space="preserve"> nr.195 din 25.07.2024.</w:t>
      </w:r>
      <w:r w:rsidRPr="00563B50">
        <w:rPr>
          <w:rFonts w:cs="Times New Roman"/>
          <w:szCs w:val="24"/>
        </w:rPr>
        <w:br/>
      </w:r>
      <w:proofErr w:type="spellStart"/>
      <w:r w:rsidRPr="00563B50">
        <w:rPr>
          <w:rFonts w:cs="Times New Roman"/>
          <w:szCs w:val="24"/>
        </w:rPr>
        <w:t>i</w:t>
      </w:r>
      <w:proofErr w:type="spellEnd"/>
      <w:r w:rsidRPr="00563B50">
        <w:rPr>
          <w:rFonts w:cs="Times New Roman"/>
          <w:szCs w:val="24"/>
        </w:rPr>
        <w:t xml:space="preserve">) Folosirea </w:t>
      </w:r>
      <w:proofErr w:type="spellStart"/>
      <w:r w:rsidRPr="00563B50">
        <w:rPr>
          <w:rFonts w:cs="Times New Roman"/>
          <w:szCs w:val="24"/>
        </w:rPr>
        <w:t>tehnicii</w:t>
      </w:r>
      <w:proofErr w:type="spellEnd"/>
      <w:r w:rsidRPr="00563B50">
        <w:rPr>
          <w:rFonts w:cs="Times New Roman"/>
          <w:szCs w:val="24"/>
        </w:rPr>
        <w:t xml:space="preserve"> </w:t>
      </w:r>
      <w:proofErr w:type="spellStart"/>
      <w:r w:rsidRPr="00563B50">
        <w:rPr>
          <w:rFonts w:cs="Times New Roman"/>
          <w:szCs w:val="24"/>
        </w:rPr>
        <w:t>foto</w:t>
      </w:r>
      <w:proofErr w:type="spellEnd"/>
      <w:r w:rsidRPr="00563B50">
        <w:rPr>
          <w:rFonts w:cs="Times New Roman"/>
          <w:szCs w:val="24"/>
        </w:rPr>
        <w:t xml:space="preserve">, video, audio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altor</w:t>
      </w:r>
      <w:proofErr w:type="spellEnd"/>
      <w:r w:rsidRPr="00563B50">
        <w:rPr>
          <w:rFonts w:cs="Times New Roman"/>
          <w:szCs w:val="24"/>
        </w:rPr>
        <w:t xml:space="preserve"> </w:t>
      </w:r>
      <w:proofErr w:type="spellStart"/>
      <w:r w:rsidRPr="00563B50">
        <w:rPr>
          <w:rFonts w:cs="Times New Roman"/>
          <w:szCs w:val="24"/>
        </w:rPr>
        <w:t>mijloace</w:t>
      </w:r>
      <w:proofErr w:type="spellEnd"/>
      <w:r w:rsidRPr="00563B50">
        <w:rPr>
          <w:rFonts w:cs="Times New Roman"/>
          <w:szCs w:val="24"/>
        </w:rPr>
        <w:t xml:space="preserve"> de </w:t>
      </w:r>
      <w:proofErr w:type="spellStart"/>
      <w:r w:rsidRPr="00563B50">
        <w:rPr>
          <w:rFonts w:cs="Times New Roman"/>
          <w:szCs w:val="24"/>
        </w:rPr>
        <w:t>înregistrare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perimetrul</w:t>
      </w:r>
      <w:proofErr w:type="spellEnd"/>
      <w:r w:rsidRPr="00563B50">
        <w:rPr>
          <w:rFonts w:cs="Times New Roman"/>
          <w:szCs w:val="24"/>
        </w:rPr>
        <w:t xml:space="preserve"> de </w:t>
      </w:r>
      <w:proofErr w:type="spellStart"/>
      <w:r w:rsidRPr="00563B50">
        <w:rPr>
          <w:rFonts w:cs="Times New Roman"/>
          <w:szCs w:val="24"/>
        </w:rPr>
        <w:t>securitate</w:t>
      </w:r>
      <w:proofErr w:type="spellEnd"/>
      <w:r w:rsidRPr="00563B50">
        <w:rPr>
          <w:rFonts w:cs="Times New Roman"/>
          <w:szCs w:val="24"/>
        </w:rPr>
        <w:t xml:space="preserve">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admisă</w:t>
      </w:r>
      <w:proofErr w:type="spellEnd"/>
      <w:r w:rsidRPr="00563B50">
        <w:rPr>
          <w:rFonts w:cs="Times New Roman"/>
          <w:szCs w:val="24"/>
        </w:rPr>
        <w:t xml:space="preserve"> </w:t>
      </w:r>
      <w:proofErr w:type="spellStart"/>
      <w:r w:rsidRPr="00563B50">
        <w:rPr>
          <w:rFonts w:cs="Times New Roman"/>
          <w:szCs w:val="24"/>
        </w:rPr>
        <w:t>doar</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cazul</w:t>
      </w:r>
      <w:proofErr w:type="spellEnd"/>
      <w:r w:rsidRPr="00563B50">
        <w:rPr>
          <w:rFonts w:cs="Times New Roman"/>
          <w:szCs w:val="24"/>
        </w:rPr>
        <w:t xml:space="preserve"> </w:t>
      </w:r>
      <w:proofErr w:type="spellStart"/>
      <w:r w:rsidRPr="00563B50">
        <w:rPr>
          <w:rFonts w:cs="Times New Roman"/>
          <w:szCs w:val="24"/>
        </w:rPr>
        <w:t>prezenței</w:t>
      </w:r>
      <w:proofErr w:type="spellEnd"/>
      <w:r w:rsidRPr="00563B50">
        <w:rPr>
          <w:rFonts w:cs="Times New Roman"/>
          <w:szCs w:val="24"/>
        </w:rPr>
        <w:t xml:space="preserve"> </w:t>
      </w:r>
      <w:proofErr w:type="spellStart"/>
      <w:r w:rsidRPr="00563B50">
        <w:rPr>
          <w:rFonts w:cs="Times New Roman"/>
          <w:szCs w:val="24"/>
        </w:rPr>
        <w:t>unei</w:t>
      </w:r>
      <w:proofErr w:type="spellEnd"/>
      <w:r w:rsidRPr="00563B50">
        <w:rPr>
          <w:rFonts w:cs="Times New Roman"/>
          <w:szCs w:val="24"/>
        </w:rPr>
        <w:t xml:space="preserve"> </w:t>
      </w:r>
      <w:proofErr w:type="spellStart"/>
      <w:r w:rsidRPr="00563B50">
        <w:rPr>
          <w:rFonts w:cs="Times New Roman"/>
          <w:szCs w:val="24"/>
        </w:rPr>
        <w:t>permisiuni</w:t>
      </w:r>
      <w:proofErr w:type="spellEnd"/>
      <w:r w:rsidRPr="00563B50">
        <w:rPr>
          <w:rFonts w:cs="Times New Roman"/>
          <w:szCs w:val="24"/>
        </w:rPr>
        <w:t xml:space="preserve"> </w:t>
      </w:r>
      <w:proofErr w:type="spellStart"/>
      <w:r w:rsidRPr="00563B50">
        <w:rPr>
          <w:rFonts w:cs="Times New Roman"/>
          <w:szCs w:val="24"/>
        </w:rPr>
        <w:t>speciale</w:t>
      </w:r>
      <w:proofErr w:type="spellEnd"/>
      <w:r w:rsidRPr="00563B50">
        <w:rPr>
          <w:rFonts w:cs="Times New Roman"/>
          <w:szCs w:val="24"/>
        </w:rPr>
        <w:t xml:space="preserve"> a </w:t>
      </w:r>
      <w:proofErr w:type="spellStart"/>
      <w:r w:rsidRPr="00563B50">
        <w:rPr>
          <w:rFonts w:cs="Times New Roman"/>
          <w:szCs w:val="24"/>
        </w:rPr>
        <w:t>conducerii</w:t>
      </w:r>
      <w:proofErr w:type="spellEnd"/>
      <w:r w:rsidRPr="00563B50">
        <w:rPr>
          <w:rFonts w:cs="Times New Roman"/>
          <w:szCs w:val="24"/>
        </w:rPr>
        <w:t>.</w:t>
      </w:r>
    </w:p>
    <w:p w14:paraId="1B7588D2" w14:textId="77777777" w:rsidR="00EE7ED3" w:rsidRPr="00563B50" w:rsidRDefault="00000000" w:rsidP="00A33FF6">
      <w:pPr>
        <w:rPr>
          <w:rFonts w:cs="Times New Roman"/>
          <w:b/>
          <w:bCs/>
          <w:szCs w:val="24"/>
        </w:rPr>
      </w:pPr>
      <w:r w:rsidRPr="00563B50">
        <w:rPr>
          <w:rFonts w:cs="Times New Roman"/>
          <w:b/>
          <w:bCs/>
          <w:szCs w:val="24"/>
        </w:rPr>
        <w:t xml:space="preserve">3. </w:t>
      </w:r>
      <w:proofErr w:type="spellStart"/>
      <w:r w:rsidRPr="00563B50">
        <w:rPr>
          <w:rFonts w:cs="Times New Roman"/>
          <w:b/>
          <w:bCs/>
          <w:szCs w:val="24"/>
        </w:rPr>
        <w:t>Identificarea</w:t>
      </w:r>
      <w:proofErr w:type="spellEnd"/>
      <w:r w:rsidRPr="00563B50">
        <w:rPr>
          <w:rFonts w:cs="Times New Roman"/>
          <w:b/>
          <w:bCs/>
          <w:szCs w:val="24"/>
        </w:rPr>
        <w:t xml:space="preserve"> </w:t>
      </w:r>
      <w:proofErr w:type="spellStart"/>
      <w:r w:rsidRPr="00563B50">
        <w:rPr>
          <w:rFonts w:cs="Times New Roman"/>
          <w:b/>
          <w:bCs/>
          <w:szCs w:val="24"/>
        </w:rPr>
        <w:t>şi</w:t>
      </w:r>
      <w:proofErr w:type="spellEnd"/>
      <w:r w:rsidRPr="00563B50">
        <w:rPr>
          <w:rFonts w:cs="Times New Roman"/>
          <w:b/>
          <w:bCs/>
          <w:szCs w:val="24"/>
        </w:rPr>
        <w:t xml:space="preserve"> </w:t>
      </w:r>
      <w:proofErr w:type="spellStart"/>
      <w:r w:rsidRPr="00563B50">
        <w:rPr>
          <w:rFonts w:cs="Times New Roman"/>
          <w:b/>
          <w:bCs/>
          <w:szCs w:val="24"/>
        </w:rPr>
        <w:t>autentificarea</w:t>
      </w:r>
      <w:proofErr w:type="spellEnd"/>
      <w:r w:rsidRPr="00563B50">
        <w:rPr>
          <w:rFonts w:cs="Times New Roman"/>
          <w:b/>
          <w:bCs/>
          <w:szCs w:val="24"/>
        </w:rPr>
        <w:t xml:space="preserve"> </w:t>
      </w:r>
      <w:proofErr w:type="spellStart"/>
      <w:r w:rsidRPr="00563B50">
        <w:rPr>
          <w:rFonts w:cs="Times New Roman"/>
          <w:b/>
          <w:bCs/>
          <w:szCs w:val="24"/>
        </w:rPr>
        <w:t>utilizatorilor</w:t>
      </w:r>
      <w:proofErr w:type="spellEnd"/>
    </w:p>
    <w:p w14:paraId="070E9066" w14:textId="77777777" w:rsidR="00EE7ED3" w:rsidRDefault="00000000" w:rsidP="009D3D35">
      <w:pPr>
        <w:jc w:val="both"/>
        <w:rPr>
          <w:rFonts w:cs="Times New Roman"/>
          <w:szCs w:val="24"/>
          <w:lang w:val="ro-RO"/>
        </w:rPr>
      </w:pPr>
      <w:r w:rsidRPr="00563B50">
        <w:rPr>
          <w:rFonts w:cs="Times New Roman"/>
          <w:szCs w:val="24"/>
        </w:rPr>
        <w:t xml:space="preserve">a) Este </w:t>
      </w:r>
      <w:proofErr w:type="spellStart"/>
      <w:r w:rsidRPr="00563B50">
        <w:rPr>
          <w:rFonts w:cs="Times New Roman"/>
          <w:szCs w:val="24"/>
        </w:rPr>
        <w:t>efectuată</w:t>
      </w:r>
      <w:proofErr w:type="spellEnd"/>
      <w:r w:rsidRPr="00563B50">
        <w:rPr>
          <w:rFonts w:cs="Times New Roman"/>
          <w:szCs w:val="24"/>
        </w:rPr>
        <w:t xml:space="preserve"> </w:t>
      </w:r>
      <w:proofErr w:type="spellStart"/>
      <w:r w:rsidRPr="00563B50">
        <w:rPr>
          <w:rFonts w:cs="Times New Roman"/>
          <w:szCs w:val="24"/>
        </w:rPr>
        <w:t>identificarea</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autentificarea</w:t>
      </w:r>
      <w:proofErr w:type="spellEnd"/>
      <w:r w:rsidRPr="00563B50">
        <w:rPr>
          <w:rFonts w:cs="Times New Roman"/>
          <w:szCs w:val="24"/>
        </w:rPr>
        <w:t xml:space="preserve"> </w:t>
      </w:r>
      <w:proofErr w:type="spellStart"/>
      <w:r w:rsidRPr="00563B50">
        <w:rPr>
          <w:rFonts w:cs="Times New Roman"/>
          <w:szCs w:val="24"/>
        </w:rPr>
        <w:t>strictă</w:t>
      </w:r>
      <w:proofErr w:type="spellEnd"/>
      <w:r w:rsidRPr="00563B50">
        <w:rPr>
          <w:rFonts w:cs="Times New Roman"/>
          <w:szCs w:val="24"/>
        </w:rPr>
        <w:t xml:space="preserve"> a </w:t>
      </w:r>
      <w:proofErr w:type="spellStart"/>
      <w:r w:rsidRPr="00563B50">
        <w:rPr>
          <w:rFonts w:cs="Times New Roman"/>
          <w:szCs w:val="24"/>
        </w:rPr>
        <w:t>utilizatorilor</w:t>
      </w:r>
      <w:proofErr w:type="spellEnd"/>
      <w:r w:rsidRPr="00563B50">
        <w:rPr>
          <w:rFonts w:cs="Times New Roman"/>
          <w:szCs w:val="24"/>
        </w:rPr>
        <w:t xml:space="preserve"> </w:t>
      </w:r>
      <w:proofErr w:type="spellStart"/>
      <w:r w:rsidRPr="00563B50">
        <w:rPr>
          <w:rFonts w:cs="Times New Roman"/>
          <w:szCs w:val="24"/>
        </w:rPr>
        <w:t>sistemelor</w:t>
      </w:r>
      <w:proofErr w:type="spellEnd"/>
      <w:r w:rsidRPr="00563B50">
        <w:rPr>
          <w:rFonts w:cs="Times New Roman"/>
          <w:szCs w:val="24"/>
        </w:rPr>
        <w:t xml:space="preserve"> </w:t>
      </w:r>
      <w:proofErr w:type="spellStart"/>
      <w:r w:rsidRPr="00563B50">
        <w:rPr>
          <w:rFonts w:cs="Times New Roman"/>
          <w:szCs w:val="24"/>
        </w:rPr>
        <w:t>informaționale</w:t>
      </w:r>
      <w:proofErr w:type="spellEnd"/>
      <w:r w:rsidRPr="00563B50">
        <w:rPr>
          <w:rFonts w:cs="Times New Roman"/>
          <w:szCs w:val="24"/>
        </w:rPr>
        <w:t xml:space="preserve"> de date </w:t>
      </w:r>
      <w:proofErr w:type="spellStart"/>
      <w:r w:rsidRPr="00563B50">
        <w:rPr>
          <w:rFonts w:cs="Times New Roman"/>
          <w:szCs w:val="24"/>
        </w:rPr>
        <w:t>şi</w:t>
      </w:r>
      <w:proofErr w:type="spellEnd"/>
      <w:r w:rsidRPr="00563B50">
        <w:rPr>
          <w:rFonts w:cs="Times New Roman"/>
          <w:szCs w:val="24"/>
        </w:rPr>
        <w:t xml:space="preserve"> a </w:t>
      </w:r>
      <w:proofErr w:type="spellStart"/>
      <w:r w:rsidRPr="00563B50">
        <w:rPr>
          <w:rFonts w:cs="Times New Roman"/>
          <w:szCs w:val="24"/>
        </w:rPr>
        <w:t>proceselor</w:t>
      </w:r>
      <w:proofErr w:type="spellEnd"/>
      <w:r w:rsidRPr="00563B50">
        <w:rPr>
          <w:rFonts w:cs="Times New Roman"/>
          <w:szCs w:val="24"/>
        </w:rPr>
        <w:t xml:space="preserve"> </w:t>
      </w:r>
      <w:proofErr w:type="spellStart"/>
      <w:r w:rsidRPr="00563B50">
        <w:rPr>
          <w:rFonts w:cs="Times New Roman"/>
          <w:szCs w:val="24"/>
        </w:rPr>
        <w:t>executate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numele</w:t>
      </w:r>
      <w:proofErr w:type="spellEnd"/>
      <w:r w:rsidRPr="00563B50">
        <w:rPr>
          <w:rFonts w:cs="Times New Roman"/>
          <w:szCs w:val="24"/>
        </w:rPr>
        <w:t xml:space="preserve"> </w:t>
      </w:r>
      <w:proofErr w:type="spellStart"/>
      <w:r w:rsidRPr="00563B50">
        <w:rPr>
          <w:rFonts w:cs="Times New Roman"/>
          <w:szCs w:val="24"/>
        </w:rPr>
        <w:t>acestor</w:t>
      </w:r>
      <w:proofErr w:type="spellEnd"/>
      <w:r w:rsidRPr="00563B50">
        <w:rPr>
          <w:rFonts w:cs="Times New Roman"/>
          <w:szCs w:val="24"/>
        </w:rPr>
        <w:t xml:space="preserve"> </w:t>
      </w:r>
      <w:proofErr w:type="spellStart"/>
      <w:r w:rsidRPr="00563B50">
        <w:rPr>
          <w:rFonts w:cs="Times New Roman"/>
          <w:szCs w:val="24"/>
        </w:rPr>
        <w:t>utilizatori</w:t>
      </w:r>
      <w:proofErr w:type="spellEnd"/>
      <w:r w:rsidRPr="00563B50">
        <w:rPr>
          <w:rFonts w:cs="Times New Roman"/>
          <w:szCs w:val="24"/>
        </w:rPr>
        <w:t>.</w:t>
      </w:r>
    </w:p>
    <w:p w14:paraId="54C63DB2" w14:textId="77777777" w:rsidR="00EE7ED3" w:rsidRDefault="00000000" w:rsidP="009D3D35">
      <w:pPr>
        <w:jc w:val="both"/>
        <w:rPr>
          <w:rFonts w:cs="Times New Roman"/>
          <w:szCs w:val="24"/>
          <w:lang w:val="ro-RO"/>
        </w:rPr>
      </w:pPr>
      <w:r w:rsidRPr="00563B50">
        <w:rPr>
          <w:rFonts w:cs="Times New Roman"/>
          <w:szCs w:val="24"/>
        </w:rPr>
        <w:t xml:space="preserve">b) </w:t>
      </w:r>
      <w:proofErr w:type="spellStart"/>
      <w:r w:rsidRPr="00563B50">
        <w:rPr>
          <w:rFonts w:cs="Times New Roman"/>
          <w:szCs w:val="24"/>
        </w:rPr>
        <w:t>Toţi</w:t>
      </w:r>
      <w:proofErr w:type="spellEnd"/>
      <w:r w:rsidRPr="00563B50">
        <w:rPr>
          <w:rFonts w:cs="Times New Roman"/>
          <w:szCs w:val="24"/>
        </w:rPr>
        <w:t xml:space="preserve"> </w:t>
      </w:r>
      <w:proofErr w:type="spellStart"/>
      <w:r w:rsidRPr="00563B50">
        <w:rPr>
          <w:rFonts w:cs="Times New Roman"/>
          <w:szCs w:val="24"/>
        </w:rPr>
        <w:t>utilizatorii</w:t>
      </w:r>
      <w:proofErr w:type="spellEnd"/>
      <w:r w:rsidRPr="00563B50">
        <w:rPr>
          <w:rFonts w:cs="Times New Roman"/>
          <w:szCs w:val="24"/>
        </w:rPr>
        <w:t xml:space="preserve"> (</w:t>
      </w:r>
      <w:proofErr w:type="spellStart"/>
      <w:r w:rsidRPr="00563B50">
        <w:rPr>
          <w:rFonts w:cs="Times New Roman"/>
          <w:szCs w:val="24"/>
        </w:rPr>
        <w:t>inclusiv</w:t>
      </w:r>
      <w:proofErr w:type="spellEnd"/>
      <w:r w:rsidRPr="00563B50">
        <w:rPr>
          <w:rFonts w:cs="Times New Roman"/>
          <w:szCs w:val="24"/>
        </w:rPr>
        <w:t xml:space="preserve"> </w:t>
      </w:r>
      <w:proofErr w:type="spellStart"/>
      <w:r w:rsidRPr="00563B50">
        <w:rPr>
          <w:rFonts w:cs="Times New Roman"/>
          <w:szCs w:val="24"/>
        </w:rPr>
        <w:t>personalul</w:t>
      </w:r>
      <w:proofErr w:type="spellEnd"/>
      <w:r w:rsidRPr="00563B50">
        <w:rPr>
          <w:rFonts w:cs="Times New Roman"/>
          <w:szCs w:val="24"/>
        </w:rPr>
        <w:t xml:space="preserve"> de </w:t>
      </w:r>
      <w:proofErr w:type="spellStart"/>
      <w:r w:rsidRPr="00563B50">
        <w:rPr>
          <w:rFonts w:cs="Times New Roman"/>
          <w:szCs w:val="24"/>
        </w:rPr>
        <w:t>asistență</w:t>
      </w:r>
      <w:proofErr w:type="spellEnd"/>
      <w:r w:rsidRPr="00563B50">
        <w:rPr>
          <w:rFonts w:cs="Times New Roman"/>
          <w:szCs w:val="24"/>
        </w:rPr>
        <w:t xml:space="preserve">, </w:t>
      </w:r>
      <w:proofErr w:type="spellStart"/>
      <w:r w:rsidRPr="00563B50">
        <w:rPr>
          <w:rFonts w:cs="Times New Roman"/>
          <w:szCs w:val="24"/>
        </w:rPr>
        <w:t>administratorii</w:t>
      </w:r>
      <w:proofErr w:type="spellEnd"/>
      <w:r w:rsidRPr="00563B50">
        <w:rPr>
          <w:rFonts w:cs="Times New Roman"/>
          <w:szCs w:val="24"/>
        </w:rPr>
        <w:t xml:space="preserve"> de </w:t>
      </w:r>
      <w:proofErr w:type="spellStart"/>
      <w:r w:rsidRPr="00563B50">
        <w:rPr>
          <w:rFonts w:cs="Times New Roman"/>
          <w:szCs w:val="24"/>
        </w:rPr>
        <w:t>reţea</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contabilii</w:t>
      </w:r>
      <w:proofErr w:type="spellEnd"/>
      <w:r w:rsidRPr="00563B50">
        <w:rPr>
          <w:rFonts w:cs="Times New Roman"/>
          <w:szCs w:val="24"/>
        </w:rPr>
        <w:t xml:space="preserve">) au un </w:t>
      </w:r>
      <w:proofErr w:type="spellStart"/>
      <w:r w:rsidRPr="00563B50">
        <w:rPr>
          <w:rFonts w:cs="Times New Roman"/>
          <w:szCs w:val="24"/>
        </w:rPr>
        <w:t>identificator</w:t>
      </w:r>
      <w:proofErr w:type="spellEnd"/>
      <w:r w:rsidRPr="00563B50">
        <w:rPr>
          <w:rFonts w:cs="Times New Roman"/>
          <w:szCs w:val="24"/>
        </w:rPr>
        <w:t xml:space="preserve"> personal (ID-ul </w:t>
      </w:r>
      <w:proofErr w:type="spellStart"/>
      <w:r w:rsidRPr="00563B50">
        <w:rPr>
          <w:rFonts w:cs="Times New Roman"/>
          <w:szCs w:val="24"/>
        </w:rPr>
        <w:t>utilizatorului</w:t>
      </w:r>
      <w:proofErr w:type="spellEnd"/>
      <w:r w:rsidRPr="00563B50">
        <w:rPr>
          <w:rFonts w:cs="Times New Roman"/>
          <w:szCs w:val="24"/>
        </w:rPr>
        <w:t xml:space="preserve">), care nu </w:t>
      </w:r>
      <w:proofErr w:type="spellStart"/>
      <w:r w:rsidRPr="00563B50">
        <w:rPr>
          <w:rFonts w:cs="Times New Roman"/>
          <w:szCs w:val="24"/>
        </w:rPr>
        <w:t>conţine</w:t>
      </w:r>
      <w:proofErr w:type="spellEnd"/>
      <w:r w:rsidRPr="00563B50">
        <w:rPr>
          <w:rFonts w:cs="Times New Roman"/>
          <w:szCs w:val="24"/>
        </w:rPr>
        <w:t xml:space="preserve"> </w:t>
      </w:r>
      <w:proofErr w:type="spellStart"/>
      <w:r w:rsidRPr="00563B50">
        <w:rPr>
          <w:rFonts w:cs="Times New Roman"/>
          <w:szCs w:val="24"/>
        </w:rPr>
        <w:t>semnalmentele</w:t>
      </w:r>
      <w:proofErr w:type="spellEnd"/>
      <w:r w:rsidRPr="00563B50">
        <w:rPr>
          <w:rFonts w:cs="Times New Roman"/>
          <w:szCs w:val="24"/>
        </w:rPr>
        <w:t xml:space="preserve"> </w:t>
      </w:r>
      <w:proofErr w:type="spellStart"/>
      <w:r w:rsidRPr="00563B50">
        <w:rPr>
          <w:rFonts w:cs="Times New Roman"/>
          <w:szCs w:val="24"/>
        </w:rPr>
        <w:t>nivelului</w:t>
      </w:r>
      <w:proofErr w:type="spellEnd"/>
      <w:r w:rsidRPr="00563B50">
        <w:rPr>
          <w:rFonts w:cs="Times New Roman"/>
          <w:szCs w:val="24"/>
        </w:rPr>
        <w:t xml:space="preserve"> de </w:t>
      </w:r>
      <w:proofErr w:type="spellStart"/>
      <w:r w:rsidRPr="00563B50">
        <w:rPr>
          <w:rFonts w:cs="Times New Roman"/>
          <w:szCs w:val="24"/>
        </w:rPr>
        <w:t>accesibilitate</w:t>
      </w:r>
      <w:proofErr w:type="spellEnd"/>
      <w:r w:rsidRPr="00563B50">
        <w:rPr>
          <w:rFonts w:cs="Times New Roman"/>
          <w:szCs w:val="24"/>
        </w:rPr>
        <w:t xml:space="preserve"> al </w:t>
      </w:r>
      <w:proofErr w:type="spellStart"/>
      <w:r w:rsidRPr="00563B50">
        <w:rPr>
          <w:rFonts w:cs="Times New Roman"/>
          <w:szCs w:val="24"/>
        </w:rPr>
        <w:t>utilizatorului</w:t>
      </w:r>
      <w:proofErr w:type="spellEnd"/>
      <w:r w:rsidRPr="00563B50">
        <w:rPr>
          <w:rFonts w:cs="Times New Roman"/>
          <w:szCs w:val="24"/>
        </w:rPr>
        <w:t>.</w:t>
      </w:r>
    </w:p>
    <w:p w14:paraId="5439A8AF" w14:textId="77777777" w:rsidR="00EE7ED3" w:rsidRDefault="00000000" w:rsidP="009D3D35">
      <w:pPr>
        <w:jc w:val="both"/>
        <w:rPr>
          <w:rFonts w:cs="Times New Roman"/>
          <w:szCs w:val="24"/>
          <w:lang w:val="ro-RO"/>
        </w:rPr>
      </w:pPr>
      <w:r w:rsidRPr="00563B50">
        <w:rPr>
          <w:rFonts w:cs="Times New Roman"/>
          <w:szCs w:val="24"/>
        </w:rPr>
        <w:t xml:space="preserve">c)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confirmaera</w:t>
      </w:r>
      <w:proofErr w:type="spellEnd"/>
      <w:r w:rsidRPr="00563B50">
        <w:rPr>
          <w:rFonts w:cs="Times New Roman"/>
          <w:szCs w:val="24"/>
        </w:rPr>
        <w:t xml:space="preserve"> ID-</w:t>
      </w:r>
      <w:proofErr w:type="spellStart"/>
      <w:r w:rsidRPr="00563B50">
        <w:rPr>
          <w:rFonts w:cs="Times New Roman"/>
          <w:szCs w:val="24"/>
        </w:rPr>
        <w:t>ului</w:t>
      </w:r>
      <w:proofErr w:type="spellEnd"/>
      <w:r w:rsidRPr="00563B50">
        <w:rPr>
          <w:rFonts w:cs="Times New Roman"/>
          <w:szCs w:val="24"/>
        </w:rPr>
        <w:t xml:space="preserve"> </w:t>
      </w:r>
      <w:proofErr w:type="spellStart"/>
      <w:r w:rsidRPr="00563B50">
        <w:rPr>
          <w:rFonts w:cs="Times New Roman"/>
          <w:szCs w:val="24"/>
        </w:rPr>
        <w:t>utilizatorului</w:t>
      </w:r>
      <w:proofErr w:type="spellEnd"/>
      <w:r w:rsidRPr="00563B50">
        <w:rPr>
          <w:rFonts w:cs="Times New Roman"/>
          <w:szCs w:val="24"/>
        </w:rPr>
        <w:t xml:space="preserve"> </w:t>
      </w:r>
      <w:proofErr w:type="spellStart"/>
      <w:r w:rsidRPr="00563B50">
        <w:rPr>
          <w:rFonts w:cs="Times New Roman"/>
          <w:szCs w:val="24"/>
        </w:rPr>
        <w:t>sînt</w:t>
      </w:r>
      <w:proofErr w:type="spellEnd"/>
      <w:r w:rsidRPr="00563B50">
        <w:rPr>
          <w:rFonts w:cs="Times New Roman"/>
          <w:szCs w:val="24"/>
        </w:rPr>
        <w:t xml:space="preserve"> </w:t>
      </w:r>
      <w:proofErr w:type="spellStart"/>
      <w:r w:rsidRPr="00563B50">
        <w:rPr>
          <w:rFonts w:cs="Times New Roman"/>
          <w:szCs w:val="24"/>
        </w:rPr>
        <w:t>utilizate</w:t>
      </w:r>
      <w:proofErr w:type="spellEnd"/>
      <w:r w:rsidRPr="00563B50">
        <w:rPr>
          <w:rFonts w:cs="Times New Roman"/>
          <w:szCs w:val="24"/>
        </w:rPr>
        <w:t xml:space="preserve"> parole, </w:t>
      </w:r>
      <w:proofErr w:type="spellStart"/>
      <w:r w:rsidRPr="00563B50">
        <w:rPr>
          <w:rFonts w:cs="Times New Roman"/>
          <w:szCs w:val="24"/>
        </w:rPr>
        <w:t>mijloace</w:t>
      </w:r>
      <w:proofErr w:type="spellEnd"/>
      <w:r w:rsidRPr="00563B50">
        <w:rPr>
          <w:rFonts w:cs="Times New Roman"/>
          <w:szCs w:val="24"/>
        </w:rPr>
        <w:t xml:space="preserve"> </w:t>
      </w:r>
      <w:proofErr w:type="spellStart"/>
      <w:r w:rsidRPr="00563B50">
        <w:rPr>
          <w:rFonts w:cs="Times New Roman"/>
          <w:szCs w:val="24"/>
        </w:rPr>
        <w:t>fizice</w:t>
      </w:r>
      <w:proofErr w:type="spellEnd"/>
      <w:r w:rsidRPr="00563B50">
        <w:rPr>
          <w:rFonts w:cs="Times New Roman"/>
          <w:szCs w:val="24"/>
        </w:rPr>
        <w:t xml:space="preserve"> </w:t>
      </w:r>
      <w:proofErr w:type="spellStart"/>
      <w:r w:rsidRPr="00563B50">
        <w:rPr>
          <w:rFonts w:cs="Times New Roman"/>
          <w:szCs w:val="24"/>
        </w:rPr>
        <w:t>speciale</w:t>
      </w:r>
      <w:proofErr w:type="spellEnd"/>
      <w:r w:rsidRPr="00563B50">
        <w:rPr>
          <w:rFonts w:cs="Times New Roman"/>
          <w:szCs w:val="24"/>
        </w:rPr>
        <w:t xml:space="preserve"> de </w:t>
      </w:r>
      <w:proofErr w:type="spellStart"/>
      <w:r w:rsidRPr="00563B50">
        <w:rPr>
          <w:rFonts w:cs="Times New Roman"/>
          <w:szCs w:val="24"/>
        </w:rPr>
        <w:t>acces</w:t>
      </w:r>
      <w:proofErr w:type="spellEnd"/>
      <w:r w:rsidRPr="00563B50">
        <w:rPr>
          <w:rFonts w:cs="Times New Roman"/>
          <w:szCs w:val="24"/>
        </w:rPr>
        <w:t xml:space="preserve"> cu </w:t>
      </w:r>
      <w:proofErr w:type="spellStart"/>
      <w:r w:rsidRPr="00563B50">
        <w:rPr>
          <w:rFonts w:cs="Times New Roman"/>
          <w:szCs w:val="24"/>
        </w:rPr>
        <w:t>memorie</w:t>
      </w:r>
      <w:proofErr w:type="spellEnd"/>
      <w:r w:rsidRPr="00563B50">
        <w:rPr>
          <w:rFonts w:cs="Times New Roman"/>
          <w:szCs w:val="24"/>
        </w:rPr>
        <w:t xml:space="preserve"> (token)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cartele</w:t>
      </w:r>
      <w:proofErr w:type="spellEnd"/>
      <w:r w:rsidRPr="00563B50">
        <w:rPr>
          <w:rFonts w:cs="Times New Roman"/>
          <w:szCs w:val="24"/>
        </w:rPr>
        <w:t xml:space="preserve"> cu </w:t>
      </w:r>
      <w:proofErr w:type="spellStart"/>
      <w:r w:rsidRPr="00563B50">
        <w:rPr>
          <w:rFonts w:cs="Times New Roman"/>
          <w:szCs w:val="24"/>
        </w:rPr>
        <w:t>microprocesoare</w:t>
      </w:r>
      <w:proofErr w:type="spellEnd"/>
      <w:r w:rsidRPr="00563B50">
        <w:rPr>
          <w:rFonts w:cs="Times New Roman"/>
          <w:szCs w:val="24"/>
        </w:rPr>
        <w:t xml:space="preserve">, </w:t>
      </w:r>
      <w:proofErr w:type="spellStart"/>
      <w:r w:rsidRPr="00563B50">
        <w:rPr>
          <w:rFonts w:cs="Times New Roman"/>
          <w:szCs w:val="24"/>
        </w:rPr>
        <w:t>mijloace</w:t>
      </w:r>
      <w:proofErr w:type="spellEnd"/>
      <w:r w:rsidRPr="00563B50">
        <w:rPr>
          <w:rFonts w:cs="Times New Roman"/>
          <w:szCs w:val="24"/>
        </w:rPr>
        <w:t xml:space="preserve"> </w:t>
      </w:r>
      <w:proofErr w:type="spellStart"/>
      <w:r w:rsidRPr="00563B50">
        <w:rPr>
          <w:rFonts w:cs="Times New Roman"/>
          <w:szCs w:val="24"/>
        </w:rPr>
        <w:t>biometrice</w:t>
      </w:r>
      <w:proofErr w:type="spellEnd"/>
      <w:r w:rsidRPr="00563B50">
        <w:rPr>
          <w:rFonts w:cs="Times New Roman"/>
          <w:szCs w:val="24"/>
        </w:rPr>
        <w:t xml:space="preserve"> de </w:t>
      </w:r>
      <w:proofErr w:type="spellStart"/>
      <w:r w:rsidRPr="00563B50">
        <w:rPr>
          <w:rFonts w:cs="Times New Roman"/>
          <w:szCs w:val="24"/>
        </w:rPr>
        <w:t>autentificare</w:t>
      </w:r>
      <w:proofErr w:type="spellEnd"/>
      <w:r w:rsidRPr="00563B50">
        <w:rPr>
          <w:rFonts w:cs="Times New Roman"/>
          <w:szCs w:val="24"/>
        </w:rPr>
        <w:t xml:space="preserve">, </w:t>
      </w:r>
      <w:proofErr w:type="spellStart"/>
      <w:r w:rsidRPr="00563B50">
        <w:rPr>
          <w:rFonts w:cs="Times New Roman"/>
          <w:szCs w:val="24"/>
        </w:rPr>
        <w:t>bazate</w:t>
      </w:r>
      <w:proofErr w:type="spellEnd"/>
      <w:r w:rsidRPr="00563B50">
        <w:rPr>
          <w:rFonts w:cs="Times New Roman"/>
          <w:szCs w:val="24"/>
        </w:rPr>
        <w:t xml:space="preserve"> pe </w:t>
      </w:r>
      <w:proofErr w:type="spellStart"/>
      <w:r w:rsidRPr="00563B50">
        <w:rPr>
          <w:rFonts w:cs="Times New Roman"/>
          <w:szCs w:val="24"/>
        </w:rPr>
        <w:t>caracteristici</w:t>
      </w:r>
      <w:proofErr w:type="spellEnd"/>
      <w:r w:rsidRPr="00563B50">
        <w:rPr>
          <w:rFonts w:cs="Times New Roman"/>
          <w:szCs w:val="24"/>
        </w:rPr>
        <w:t xml:space="preserve"> </w:t>
      </w:r>
      <w:proofErr w:type="spellStart"/>
      <w:r w:rsidRPr="00563B50">
        <w:rPr>
          <w:rFonts w:cs="Times New Roman"/>
          <w:szCs w:val="24"/>
        </w:rPr>
        <w:t>unice</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individuale</w:t>
      </w:r>
      <w:proofErr w:type="spellEnd"/>
      <w:r w:rsidRPr="00563B50">
        <w:rPr>
          <w:rFonts w:cs="Times New Roman"/>
          <w:szCs w:val="24"/>
        </w:rPr>
        <w:t xml:space="preserve"> ale </w:t>
      </w:r>
      <w:proofErr w:type="spellStart"/>
      <w:r w:rsidRPr="00563B50">
        <w:rPr>
          <w:rFonts w:cs="Times New Roman"/>
          <w:szCs w:val="24"/>
        </w:rPr>
        <w:t>persoanei</w:t>
      </w:r>
      <w:proofErr w:type="spellEnd"/>
      <w:r w:rsidRPr="00563B50">
        <w:rPr>
          <w:rFonts w:cs="Times New Roman"/>
          <w:szCs w:val="24"/>
        </w:rPr>
        <w:t>.</w:t>
      </w:r>
    </w:p>
    <w:p w14:paraId="4309254E" w14:textId="77777777" w:rsidR="00EE7ED3" w:rsidRPr="00563B50" w:rsidRDefault="00000000" w:rsidP="009D3D35">
      <w:pPr>
        <w:jc w:val="both"/>
        <w:rPr>
          <w:rFonts w:cs="Times New Roman"/>
          <w:szCs w:val="24"/>
        </w:rPr>
      </w:pPr>
      <w:r w:rsidRPr="00563B50">
        <w:rPr>
          <w:rFonts w:cs="Times New Roman"/>
          <w:szCs w:val="24"/>
        </w:rPr>
        <w:t xml:space="preserve">d)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cazul</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care </w:t>
      </w:r>
      <w:proofErr w:type="spellStart"/>
      <w:r w:rsidRPr="00563B50">
        <w:rPr>
          <w:rFonts w:cs="Times New Roman"/>
          <w:szCs w:val="24"/>
        </w:rPr>
        <w:t>contractul</w:t>
      </w:r>
      <w:proofErr w:type="spellEnd"/>
      <w:r w:rsidRPr="00563B50">
        <w:rPr>
          <w:rFonts w:cs="Times New Roman"/>
          <w:szCs w:val="24"/>
        </w:rPr>
        <w:t xml:space="preserve"> de </w:t>
      </w:r>
      <w:proofErr w:type="spellStart"/>
      <w:r w:rsidRPr="00563B50">
        <w:rPr>
          <w:rFonts w:cs="Times New Roman"/>
          <w:szCs w:val="24"/>
        </w:rPr>
        <w:t>muncă</w:t>
      </w:r>
      <w:proofErr w:type="spellEnd"/>
      <w:r w:rsidRPr="00563B50">
        <w:rPr>
          <w:rFonts w:cs="Times New Roman"/>
          <w:szCs w:val="24"/>
        </w:rPr>
        <w:t>/</w:t>
      </w:r>
      <w:proofErr w:type="spellStart"/>
      <w:r w:rsidRPr="00563B50">
        <w:rPr>
          <w:rFonts w:cs="Times New Roman"/>
          <w:szCs w:val="24"/>
        </w:rPr>
        <w:t>raporturile</w:t>
      </w:r>
      <w:proofErr w:type="spellEnd"/>
      <w:r w:rsidRPr="00563B50">
        <w:rPr>
          <w:rFonts w:cs="Times New Roman"/>
          <w:szCs w:val="24"/>
        </w:rPr>
        <w:t xml:space="preserve"> de </w:t>
      </w:r>
      <w:proofErr w:type="spellStart"/>
      <w:r w:rsidRPr="00563B50">
        <w:rPr>
          <w:rFonts w:cs="Times New Roman"/>
          <w:szCs w:val="24"/>
        </w:rPr>
        <w:t>serviciu</w:t>
      </w:r>
      <w:proofErr w:type="spellEnd"/>
      <w:r w:rsidRPr="00563B50">
        <w:rPr>
          <w:rFonts w:cs="Times New Roman"/>
          <w:szCs w:val="24"/>
        </w:rPr>
        <w:t xml:space="preserve"> ale </w:t>
      </w:r>
      <w:proofErr w:type="spellStart"/>
      <w:r w:rsidRPr="00563B50">
        <w:rPr>
          <w:rFonts w:cs="Times New Roman"/>
          <w:szCs w:val="24"/>
        </w:rPr>
        <w:t>utilizatorului</w:t>
      </w:r>
      <w:proofErr w:type="spellEnd"/>
      <w:r w:rsidRPr="00563B50">
        <w:rPr>
          <w:rFonts w:cs="Times New Roman"/>
          <w:szCs w:val="24"/>
        </w:rPr>
        <w:t xml:space="preserve"> au </w:t>
      </w:r>
      <w:proofErr w:type="spellStart"/>
      <w:r w:rsidRPr="00563B50">
        <w:rPr>
          <w:rFonts w:cs="Times New Roman"/>
          <w:szCs w:val="24"/>
        </w:rPr>
        <w:t>fost</w:t>
      </w:r>
      <w:proofErr w:type="spellEnd"/>
      <w:r w:rsidRPr="00563B50">
        <w:rPr>
          <w:rFonts w:cs="Times New Roman"/>
          <w:szCs w:val="24"/>
        </w:rPr>
        <w:t xml:space="preserve"> </w:t>
      </w:r>
      <w:proofErr w:type="spellStart"/>
      <w:r w:rsidRPr="00563B50">
        <w:rPr>
          <w:rFonts w:cs="Times New Roman"/>
          <w:szCs w:val="24"/>
        </w:rPr>
        <w:t>încetate</w:t>
      </w:r>
      <w:proofErr w:type="spellEnd"/>
      <w:r w:rsidRPr="00563B50">
        <w:rPr>
          <w:rFonts w:cs="Times New Roman"/>
          <w:szCs w:val="24"/>
        </w:rPr>
        <w:t xml:space="preserve">, </w:t>
      </w:r>
      <w:proofErr w:type="spellStart"/>
      <w:r w:rsidRPr="00563B50">
        <w:rPr>
          <w:rFonts w:cs="Times New Roman"/>
          <w:szCs w:val="24"/>
        </w:rPr>
        <w:t>suspendate</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modificate</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noile</w:t>
      </w:r>
      <w:proofErr w:type="spellEnd"/>
      <w:r w:rsidRPr="00563B50">
        <w:rPr>
          <w:rFonts w:cs="Times New Roman"/>
          <w:szCs w:val="24"/>
        </w:rPr>
        <w:t xml:space="preserve"> </w:t>
      </w:r>
      <w:proofErr w:type="spellStart"/>
      <w:r w:rsidRPr="00563B50">
        <w:rPr>
          <w:rFonts w:cs="Times New Roman"/>
          <w:szCs w:val="24"/>
        </w:rPr>
        <w:t>sarcini</w:t>
      </w:r>
      <w:proofErr w:type="spellEnd"/>
      <w:r w:rsidRPr="00563B50">
        <w:rPr>
          <w:rFonts w:cs="Times New Roman"/>
          <w:szCs w:val="24"/>
        </w:rPr>
        <w:t xml:space="preserve"> nu </w:t>
      </w:r>
      <w:proofErr w:type="spellStart"/>
      <w:r w:rsidRPr="00563B50">
        <w:rPr>
          <w:rFonts w:cs="Times New Roman"/>
          <w:szCs w:val="24"/>
        </w:rPr>
        <w:t>necesită</w:t>
      </w:r>
      <w:proofErr w:type="spellEnd"/>
      <w:r w:rsidRPr="00563B50">
        <w:rPr>
          <w:rFonts w:cs="Times New Roman"/>
          <w:szCs w:val="24"/>
        </w:rPr>
        <w:t xml:space="preserve"> </w:t>
      </w:r>
      <w:proofErr w:type="spellStart"/>
      <w:r w:rsidRPr="00563B50">
        <w:rPr>
          <w:rFonts w:cs="Times New Roman"/>
          <w:szCs w:val="24"/>
        </w:rPr>
        <w:t>accesul</w:t>
      </w:r>
      <w:proofErr w:type="spellEnd"/>
      <w:r w:rsidRPr="00563B50">
        <w:rPr>
          <w:rFonts w:cs="Times New Roman"/>
          <w:szCs w:val="24"/>
        </w:rPr>
        <w:t xml:space="preserve"> la date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ori</w:t>
      </w:r>
      <w:proofErr w:type="spellEnd"/>
      <w:r w:rsidRPr="00563B50">
        <w:rPr>
          <w:rFonts w:cs="Times New Roman"/>
          <w:szCs w:val="24"/>
        </w:rPr>
        <w:t xml:space="preserve"> </w:t>
      </w:r>
      <w:proofErr w:type="spellStart"/>
      <w:r w:rsidRPr="00563B50">
        <w:rPr>
          <w:rFonts w:cs="Times New Roman"/>
          <w:szCs w:val="24"/>
        </w:rPr>
        <w:t>drepturile</w:t>
      </w:r>
      <w:proofErr w:type="spellEnd"/>
      <w:r w:rsidRPr="00563B50">
        <w:rPr>
          <w:rFonts w:cs="Times New Roman"/>
          <w:szCs w:val="24"/>
        </w:rPr>
        <w:t xml:space="preserve"> de </w:t>
      </w:r>
      <w:proofErr w:type="spellStart"/>
      <w:r w:rsidRPr="00563B50">
        <w:rPr>
          <w:rFonts w:cs="Times New Roman"/>
          <w:szCs w:val="24"/>
        </w:rPr>
        <w:t>acces</w:t>
      </w:r>
      <w:proofErr w:type="spellEnd"/>
      <w:r w:rsidRPr="00563B50">
        <w:rPr>
          <w:rFonts w:cs="Times New Roman"/>
          <w:szCs w:val="24"/>
        </w:rPr>
        <w:t xml:space="preserve"> au </w:t>
      </w:r>
      <w:proofErr w:type="spellStart"/>
      <w:r w:rsidRPr="00563B50">
        <w:rPr>
          <w:rFonts w:cs="Times New Roman"/>
          <w:szCs w:val="24"/>
        </w:rPr>
        <w:t>fost</w:t>
      </w:r>
      <w:proofErr w:type="spellEnd"/>
      <w:r w:rsidRPr="00563B50">
        <w:rPr>
          <w:rFonts w:cs="Times New Roman"/>
          <w:szCs w:val="24"/>
        </w:rPr>
        <w:t xml:space="preserve"> </w:t>
      </w:r>
      <w:proofErr w:type="spellStart"/>
      <w:r w:rsidRPr="00563B50">
        <w:rPr>
          <w:rFonts w:cs="Times New Roman"/>
          <w:szCs w:val="24"/>
        </w:rPr>
        <w:t>modificate</w:t>
      </w:r>
      <w:proofErr w:type="spellEnd"/>
      <w:r w:rsidRPr="00563B50">
        <w:rPr>
          <w:rFonts w:cs="Times New Roman"/>
          <w:szCs w:val="24"/>
        </w:rPr>
        <w:t xml:space="preserve">, </w:t>
      </w:r>
      <w:proofErr w:type="spellStart"/>
      <w:r w:rsidRPr="00563B50">
        <w:rPr>
          <w:rFonts w:cs="Times New Roman"/>
          <w:szCs w:val="24"/>
        </w:rPr>
        <w:t>codurile</w:t>
      </w:r>
      <w:proofErr w:type="spellEnd"/>
      <w:r w:rsidRPr="00563B50">
        <w:rPr>
          <w:rFonts w:cs="Times New Roman"/>
          <w:szCs w:val="24"/>
        </w:rPr>
        <w:t xml:space="preserve"> de </w:t>
      </w:r>
      <w:proofErr w:type="spellStart"/>
      <w:r w:rsidRPr="00563B50">
        <w:rPr>
          <w:rFonts w:cs="Times New Roman"/>
          <w:szCs w:val="24"/>
        </w:rPr>
        <w:t>identificare</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autentificare</w:t>
      </w:r>
      <w:proofErr w:type="spellEnd"/>
      <w:r w:rsidRPr="00563B50">
        <w:rPr>
          <w:rFonts w:cs="Times New Roman"/>
          <w:szCs w:val="24"/>
        </w:rPr>
        <w:t xml:space="preserve"> se </w:t>
      </w:r>
      <w:proofErr w:type="spellStart"/>
      <w:r w:rsidRPr="00563B50">
        <w:rPr>
          <w:rFonts w:cs="Times New Roman"/>
          <w:szCs w:val="24"/>
        </w:rPr>
        <w:t>revocă</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se </w:t>
      </w:r>
      <w:proofErr w:type="spellStart"/>
      <w:r w:rsidRPr="00563B50">
        <w:rPr>
          <w:rFonts w:cs="Times New Roman"/>
          <w:szCs w:val="24"/>
        </w:rPr>
        <w:t>suspendă</w:t>
      </w:r>
      <w:proofErr w:type="spellEnd"/>
      <w:r w:rsidRPr="00563B50">
        <w:rPr>
          <w:rFonts w:cs="Times New Roman"/>
          <w:szCs w:val="24"/>
        </w:rPr>
        <w:t xml:space="preserve"> </w:t>
      </w:r>
      <w:proofErr w:type="spellStart"/>
      <w:r w:rsidRPr="00563B50">
        <w:rPr>
          <w:rFonts w:cs="Times New Roman"/>
          <w:szCs w:val="24"/>
        </w:rPr>
        <w:t>imediat</w:t>
      </w:r>
      <w:proofErr w:type="spellEnd"/>
      <w:r w:rsidRPr="00563B50">
        <w:rPr>
          <w:rFonts w:cs="Times New Roman"/>
          <w:szCs w:val="24"/>
        </w:rPr>
        <w:t xml:space="preserve"> de </w:t>
      </w:r>
      <w:proofErr w:type="spellStart"/>
      <w:r w:rsidRPr="00563B50">
        <w:rPr>
          <w:rFonts w:cs="Times New Roman"/>
          <w:szCs w:val="24"/>
        </w:rPr>
        <w:t>către</w:t>
      </w:r>
      <w:proofErr w:type="spellEnd"/>
      <w:r w:rsidRPr="00563B50">
        <w:rPr>
          <w:rFonts w:cs="Times New Roman"/>
          <w:szCs w:val="24"/>
        </w:rPr>
        <w:t xml:space="preserve"> </w:t>
      </w:r>
      <w:proofErr w:type="spellStart"/>
      <w:r w:rsidRPr="00563B50">
        <w:rPr>
          <w:rFonts w:cs="Times New Roman"/>
          <w:szCs w:val="24"/>
        </w:rPr>
        <w:t>administratorul</w:t>
      </w:r>
      <w:proofErr w:type="spellEnd"/>
      <w:r w:rsidRPr="00563B50">
        <w:rPr>
          <w:rFonts w:cs="Times New Roman"/>
          <w:szCs w:val="24"/>
        </w:rPr>
        <w:t xml:space="preserve"> I.T.</w:t>
      </w:r>
    </w:p>
    <w:p w14:paraId="50E8F21C" w14:textId="77777777" w:rsidR="00EE7ED3" w:rsidRPr="00563B50" w:rsidRDefault="00000000" w:rsidP="00A33FF6">
      <w:pPr>
        <w:rPr>
          <w:rFonts w:cs="Times New Roman"/>
          <w:b/>
          <w:bCs/>
          <w:szCs w:val="24"/>
        </w:rPr>
      </w:pPr>
      <w:r w:rsidRPr="00563B50">
        <w:rPr>
          <w:rFonts w:cs="Times New Roman"/>
          <w:b/>
          <w:bCs/>
          <w:szCs w:val="24"/>
        </w:rPr>
        <w:t xml:space="preserve">4. </w:t>
      </w:r>
      <w:proofErr w:type="spellStart"/>
      <w:r w:rsidRPr="00563B50">
        <w:rPr>
          <w:rFonts w:cs="Times New Roman"/>
          <w:b/>
          <w:bCs/>
          <w:szCs w:val="24"/>
        </w:rPr>
        <w:t>Identificarea</w:t>
      </w:r>
      <w:proofErr w:type="spellEnd"/>
      <w:r w:rsidRPr="00563B50">
        <w:rPr>
          <w:rFonts w:cs="Times New Roman"/>
          <w:b/>
          <w:bCs/>
          <w:szCs w:val="24"/>
        </w:rPr>
        <w:t xml:space="preserve"> </w:t>
      </w:r>
      <w:proofErr w:type="spellStart"/>
      <w:r w:rsidRPr="00563B50">
        <w:rPr>
          <w:rFonts w:cs="Times New Roman"/>
          <w:b/>
          <w:bCs/>
          <w:szCs w:val="24"/>
        </w:rPr>
        <w:t>şi</w:t>
      </w:r>
      <w:proofErr w:type="spellEnd"/>
      <w:r w:rsidRPr="00563B50">
        <w:rPr>
          <w:rFonts w:cs="Times New Roman"/>
          <w:b/>
          <w:bCs/>
          <w:szCs w:val="24"/>
        </w:rPr>
        <w:t xml:space="preserve"> </w:t>
      </w:r>
      <w:proofErr w:type="spellStart"/>
      <w:r w:rsidRPr="00563B50">
        <w:rPr>
          <w:rFonts w:cs="Times New Roman"/>
          <w:b/>
          <w:bCs/>
          <w:szCs w:val="24"/>
        </w:rPr>
        <w:t>autentificarea</w:t>
      </w:r>
      <w:proofErr w:type="spellEnd"/>
      <w:r w:rsidRPr="00563B50">
        <w:rPr>
          <w:rFonts w:cs="Times New Roman"/>
          <w:b/>
          <w:bCs/>
          <w:szCs w:val="24"/>
        </w:rPr>
        <w:t xml:space="preserve"> </w:t>
      </w:r>
      <w:proofErr w:type="spellStart"/>
      <w:r w:rsidRPr="00563B50">
        <w:rPr>
          <w:rFonts w:cs="Times New Roman"/>
          <w:b/>
          <w:bCs/>
          <w:szCs w:val="24"/>
        </w:rPr>
        <w:t>echipamentului</w:t>
      </w:r>
      <w:proofErr w:type="spellEnd"/>
    </w:p>
    <w:p w14:paraId="139CEEAC" w14:textId="77777777" w:rsidR="00EE7ED3" w:rsidRPr="00563B50" w:rsidRDefault="00000000" w:rsidP="00A33FF6">
      <w:pPr>
        <w:rPr>
          <w:rFonts w:cs="Times New Roman"/>
          <w:szCs w:val="24"/>
        </w:rPr>
      </w:pPr>
      <w:r w:rsidRPr="00563B50">
        <w:rPr>
          <w:rFonts w:cs="Times New Roman"/>
          <w:szCs w:val="24"/>
        </w:rPr>
        <w:t xml:space="preserve">Este </w:t>
      </w:r>
      <w:proofErr w:type="spellStart"/>
      <w:r w:rsidRPr="00563B50">
        <w:rPr>
          <w:rFonts w:cs="Times New Roman"/>
          <w:szCs w:val="24"/>
        </w:rPr>
        <w:t>asigurată</w:t>
      </w:r>
      <w:proofErr w:type="spellEnd"/>
      <w:r w:rsidRPr="00563B50">
        <w:rPr>
          <w:rFonts w:cs="Times New Roman"/>
          <w:szCs w:val="24"/>
        </w:rPr>
        <w:t xml:space="preserve"> </w:t>
      </w:r>
      <w:proofErr w:type="spellStart"/>
      <w:r w:rsidRPr="00563B50">
        <w:rPr>
          <w:rFonts w:cs="Times New Roman"/>
          <w:szCs w:val="24"/>
        </w:rPr>
        <w:t>posibilitatea</w:t>
      </w:r>
      <w:proofErr w:type="spellEnd"/>
      <w:r w:rsidRPr="00563B50">
        <w:rPr>
          <w:rFonts w:cs="Times New Roman"/>
          <w:szCs w:val="24"/>
        </w:rPr>
        <w:t xml:space="preserve"> </w:t>
      </w:r>
      <w:proofErr w:type="spellStart"/>
      <w:r w:rsidRPr="00563B50">
        <w:rPr>
          <w:rFonts w:cs="Times New Roman"/>
          <w:szCs w:val="24"/>
        </w:rPr>
        <w:t>identificării</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autentificării</w:t>
      </w:r>
      <w:proofErr w:type="spellEnd"/>
      <w:r w:rsidRPr="00563B50">
        <w:rPr>
          <w:rFonts w:cs="Times New Roman"/>
          <w:szCs w:val="24"/>
        </w:rPr>
        <w:t xml:space="preserve"> </w:t>
      </w:r>
      <w:proofErr w:type="spellStart"/>
      <w:r w:rsidRPr="00563B50">
        <w:rPr>
          <w:rFonts w:cs="Times New Roman"/>
          <w:szCs w:val="24"/>
        </w:rPr>
        <w:t>clare</w:t>
      </w:r>
      <w:proofErr w:type="spellEnd"/>
      <w:r w:rsidRPr="00563B50">
        <w:rPr>
          <w:rFonts w:cs="Times New Roman"/>
          <w:szCs w:val="24"/>
        </w:rPr>
        <w:t xml:space="preserve"> a </w:t>
      </w:r>
      <w:proofErr w:type="spellStart"/>
      <w:r w:rsidRPr="00563B50">
        <w:rPr>
          <w:rFonts w:cs="Times New Roman"/>
          <w:szCs w:val="24"/>
        </w:rPr>
        <w:t>echipamentului</w:t>
      </w:r>
      <w:proofErr w:type="spellEnd"/>
      <w:r w:rsidRPr="00563B50">
        <w:rPr>
          <w:rFonts w:cs="Times New Roman"/>
          <w:szCs w:val="24"/>
        </w:rPr>
        <w:t xml:space="preserve"> (</w:t>
      </w:r>
      <w:proofErr w:type="spellStart"/>
      <w:r w:rsidRPr="00563B50">
        <w:rPr>
          <w:rFonts w:cs="Times New Roman"/>
          <w:szCs w:val="24"/>
        </w:rPr>
        <w:t>stațiilor</w:t>
      </w:r>
      <w:proofErr w:type="spellEnd"/>
      <w:r w:rsidRPr="00563B50">
        <w:rPr>
          <w:rFonts w:cs="Times New Roman"/>
          <w:szCs w:val="24"/>
        </w:rPr>
        <w:t xml:space="preserve"> de </w:t>
      </w:r>
      <w:proofErr w:type="spellStart"/>
      <w:r w:rsidRPr="00563B50">
        <w:rPr>
          <w:rFonts w:cs="Times New Roman"/>
          <w:szCs w:val="24"/>
        </w:rPr>
        <w:t>lucru</w:t>
      </w:r>
      <w:proofErr w:type="spellEnd"/>
      <w:r w:rsidRPr="00563B50">
        <w:rPr>
          <w:rFonts w:cs="Times New Roman"/>
          <w:szCs w:val="24"/>
        </w:rPr>
        <w:t xml:space="preserve"> din </w:t>
      </w:r>
      <w:proofErr w:type="spellStart"/>
      <w:r w:rsidRPr="00563B50">
        <w:rPr>
          <w:rFonts w:cs="Times New Roman"/>
          <w:szCs w:val="24"/>
        </w:rPr>
        <w:t>rețeaua</w:t>
      </w:r>
      <w:proofErr w:type="spellEnd"/>
      <w:r w:rsidRPr="00563B50">
        <w:rPr>
          <w:rFonts w:cs="Times New Roman"/>
          <w:szCs w:val="24"/>
        </w:rPr>
        <w:t xml:space="preserve"> </w:t>
      </w:r>
      <w:proofErr w:type="spellStart"/>
      <w:r w:rsidRPr="00563B50">
        <w:rPr>
          <w:rFonts w:cs="Times New Roman"/>
          <w:szCs w:val="24"/>
        </w:rPr>
        <w:t>primăriei</w:t>
      </w:r>
      <w:proofErr w:type="spellEnd"/>
      <w:r w:rsidRPr="00563B50">
        <w:rPr>
          <w:rFonts w:cs="Times New Roman"/>
          <w:szCs w:val="24"/>
        </w:rPr>
        <w:t xml:space="preserve">) </w:t>
      </w:r>
      <w:proofErr w:type="spellStart"/>
      <w:r w:rsidRPr="00563B50">
        <w:rPr>
          <w:rFonts w:cs="Times New Roman"/>
          <w:szCs w:val="24"/>
        </w:rPr>
        <w:t>folosit</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operațiunile</w:t>
      </w:r>
      <w:proofErr w:type="spellEnd"/>
      <w:r w:rsidRPr="00563B50">
        <w:rPr>
          <w:rFonts w:cs="Times New Roman"/>
          <w:szCs w:val="24"/>
        </w:rPr>
        <w:t xml:space="preserve"> de </w:t>
      </w:r>
      <w:proofErr w:type="spellStart"/>
      <w:r w:rsidRPr="00563B50">
        <w:rPr>
          <w:rFonts w:cs="Times New Roman"/>
          <w:szCs w:val="24"/>
        </w:rPr>
        <w:t>prelucrare</w:t>
      </w:r>
      <w:proofErr w:type="spellEnd"/>
      <w:r w:rsidRPr="00563B50">
        <w:rPr>
          <w:rFonts w:cs="Times New Roman"/>
          <w:szCs w:val="24"/>
        </w:rPr>
        <w:t xml:space="preserve">, cu </w:t>
      </w:r>
      <w:proofErr w:type="spellStart"/>
      <w:r w:rsidRPr="00563B50">
        <w:rPr>
          <w:rFonts w:cs="Times New Roman"/>
          <w:szCs w:val="24"/>
        </w:rPr>
        <w:t>menținerea</w:t>
      </w:r>
      <w:proofErr w:type="spellEnd"/>
      <w:r w:rsidRPr="00563B50">
        <w:rPr>
          <w:rFonts w:cs="Times New Roman"/>
          <w:szCs w:val="24"/>
        </w:rPr>
        <w:t xml:space="preserve"> </w:t>
      </w:r>
      <w:proofErr w:type="spellStart"/>
      <w:r w:rsidRPr="00563B50">
        <w:rPr>
          <w:rFonts w:cs="Times New Roman"/>
          <w:szCs w:val="24"/>
        </w:rPr>
        <w:t>acestor</w:t>
      </w:r>
      <w:proofErr w:type="spellEnd"/>
      <w:r w:rsidRPr="00563B50">
        <w:rPr>
          <w:rFonts w:cs="Times New Roman"/>
          <w:szCs w:val="24"/>
        </w:rPr>
        <w:t xml:space="preserve"> </w:t>
      </w:r>
      <w:proofErr w:type="spellStart"/>
      <w:r w:rsidRPr="00563B50">
        <w:rPr>
          <w:rFonts w:cs="Times New Roman"/>
          <w:szCs w:val="24"/>
        </w:rPr>
        <w:t>informații</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jurnalele</w:t>
      </w:r>
      <w:proofErr w:type="spellEnd"/>
      <w:r w:rsidRPr="00563B50">
        <w:rPr>
          <w:rFonts w:cs="Times New Roman"/>
          <w:szCs w:val="24"/>
        </w:rPr>
        <w:t xml:space="preserve"> de audit </w:t>
      </w:r>
      <w:proofErr w:type="spellStart"/>
      <w:r w:rsidRPr="00563B50">
        <w:rPr>
          <w:rFonts w:cs="Times New Roman"/>
          <w:szCs w:val="24"/>
        </w:rPr>
        <w:t>pentru</w:t>
      </w:r>
      <w:proofErr w:type="spellEnd"/>
      <w:r w:rsidRPr="00563B50">
        <w:rPr>
          <w:rFonts w:cs="Times New Roman"/>
          <w:szCs w:val="24"/>
        </w:rPr>
        <w:t xml:space="preserve"> o </w:t>
      </w:r>
      <w:proofErr w:type="spellStart"/>
      <w:r w:rsidRPr="00563B50">
        <w:rPr>
          <w:rFonts w:cs="Times New Roman"/>
          <w:szCs w:val="24"/>
        </w:rPr>
        <w:t>perioadă</w:t>
      </w:r>
      <w:proofErr w:type="spellEnd"/>
      <w:r w:rsidRPr="00563B50">
        <w:rPr>
          <w:rFonts w:cs="Times New Roman"/>
          <w:szCs w:val="24"/>
        </w:rPr>
        <w:t xml:space="preserve"> </w:t>
      </w:r>
      <w:proofErr w:type="spellStart"/>
      <w:r w:rsidRPr="00563B50">
        <w:rPr>
          <w:rFonts w:cs="Times New Roman"/>
          <w:szCs w:val="24"/>
        </w:rPr>
        <w:t>îndelungată</w:t>
      </w:r>
      <w:proofErr w:type="spellEnd"/>
      <w:r w:rsidRPr="00563B50">
        <w:rPr>
          <w:rFonts w:cs="Times New Roman"/>
          <w:szCs w:val="24"/>
        </w:rPr>
        <w:t>.</w:t>
      </w:r>
    </w:p>
    <w:p w14:paraId="067CEF71" w14:textId="77777777" w:rsidR="00EE7ED3" w:rsidRPr="00563B50" w:rsidRDefault="00000000" w:rsidP="00A33FF6">
      <w:pPr>
        <w:rPr>
          <w:rFonts w:cs="Times New Roman"/>
          <w:b/>
          <w:bCs/>
          <w:szCs w:val="24"/>
        </w:rPr>
      </w:pPr>
      <w:r w:rsidRPr="00563B50">
        <w:rPr>
          <w:rFonts w:cs="Times New Roman"/>
          <w:b/>
          <w:bCs/>
          <w:szCs w:val="24"/>
        </w:rPr>
        <w:t xml:space="preserve">5. </w:t>
      </w:r>
      <w:proofErr w:type="spellStart"/>
      <w:r w:rsidRPr="00563B50">
        <w:rPr>
          <w:rFonts w:cs="Times New Roman"/>
          <w:b/>
          <w:bCs/>
          <w:szCs w:val="24"/>
        </w:rPr>
        <w:t>Administrarea</w:t>
      </w:r>
      <w:proofErr w:type="spellEnd"/>
      <w:r w:rsidRPr="00563B50">
        <w:rPr>
          <w:rFonts w:cs="Times New Roman"/>
          <w:b/>
          <w:bCs/>
          <w:szCs w:val="24"/>
        </w:rPr>
        <w:t xml:space="preserve"> </w:t>
      </w:r>
      <w:proofErr w:type="spellStart"/>
      <w:r w:rsidRPr="00563B50">
        <w:rPr>
          <w:rFonts w:cs="Times New Roman"/>
          <w:b/>
          <w:bCs/>
          <w:szCs w:val="24"/>
        </w:rPr>
        <w:t>identificatorilor</w:t>
      </w:r>
      <w:proofErr w:type="spellEnd"/>
      <w:r w:rsidRPr="00563B50">
        <w:rPr>
          <w:rFonts w:cs="Times New Roman"/>
          <w:b/>
          <w:bCs/>
          <w:szCs w:val="24"/>
        </w:rPr>
        <w:t xml:space="preserve"> </w:t>
      </w:r>
      <w:proofErr w:type="spellStart"/>
      <w:r w:rsidRPr="00563B50">
        <w:rPr>
          <w:rFonts w:cs="Times New Roman"/>
          <w:b/>
          <w:bCs/>
          <w:szCs w:val="24"/>
        </w:rPr>
        <w:t>utilizatorilor</w:t>
      </w:r>
      <w:proofErr w:type="spellEnd"/>
    </w:p>
    <w:p w14:paraId="01FA62F3" w14:textId="77777777" w:rsidR="00EE7ED3" w:rsidRPr="00563B50" w:rsidRDefault="00000000" w:rsidP="00A33FF6">
      <w:pPr>
        <w:rPr>
          <w:rFonts w:cs="Times New Roman"/>
          <w:szCs w:val="24"/>
        </w:rPr>
      </w:pPr>
      <w:proofErr w:type="spellStart"/>
      <w:r w:rsidRPr="00563B50">
        <w:rPr>
          <w:rFonts w:cs="Times New Roman"/>
          <w:szCs w:val="24"/>
        </w:rPr>
        <w:t>Administrarea</w:t>
      </w:r>
      <w:proofErr w:type="spellEnd"/>
      <w:r w:rsidRPr="00563B50">
        <w:rPr>
          <w:rFonts w:cs="Times New Roman"/>
          <w:szCs w:val="24"/>
        </w:rPr>
        <w:t xml:space="preserve"> </w:t>
      </w:r>
      <w:proofErr w:type="spellStart"/>
      <w:r w:rsidRPr="00563B50">
        <w:rPr>
          <w:rFonts w:cs="Times New Roman"/>
          <w:szCs w:val="24"/>
        </w:rPr>
        <w:t>identificatorilor</w:t>
      </w:r>
      <w:proofErr w:type="spellEnd"/>
      <w:r w:rsidRPr="00563B50">
        <w:rPr>
          <w:rFonts w:cs="Times New Roman"/>
          <w:szCs w:val="24"/>
        </w:rPr>
        <w:t xml:space="preserve"> </w:t>
      </w:r>
      <w:proofErr w:type="spellStart"/>
      <w:r w:rsidRPr="00563B50">
        <w:rPr>
          <w:rFonts w:cs="Times New Roman"/>
          <w:szCs w:val="24"/>
        </w:rPr>
        <w:t>utilizatorilor</w:t>
      </w:r>
      <w:proofErr w:type="spellEnd"/>
      <w:r w:rsidRPr="00563B50">
        <w:rPr>
          <w:rFonts w:cs="Times New Roman"/>
          <w:szCs w:val="24"/>
        </w:rPr>
        <w:t xml:space="preserve"> include </w:t>
      </w:r>
      <w:proofErr w:type="spellStart"/>
      <w:r w:rsidRPr="00563B50">
        <w:rPr>
          <w:rFonts w:cs="Times New Roman"/>
          <w:szCs w:val="24"/>
        </w:rPr>
        <w:t>în</w:t>
      </w:r>
      <w:proofErr w:type="spellEnd"/>
      <w:r w:rsidRPr="00563B50">
        <w:rPr>
          <w:rFonts w:cs="Times New Roman"/>
          <w:szCs w:val="24"/>
        </w:rPr>
        <w:t xml:space="preserve"> mod </w:t>
      </w:r>
      <w:proofErr w:type="spellStart"/>
      <w:r w:rsidRPr="00563B50">
        <w:rPr>
          <w:rFonts w:cs="Times New Roman"/>
          <w:szCs w:val="24"/>
        </w:rPr>
        <w:t>obligatoriu</w:t>
      </w:r>
      <w:proofErr w:type="spellEnd"/>
      <w:r w:rsidRPr="00563B50">
        <w:rPr>
          <w:rFonts w:cs="Times New Roman"/>
          <w:szCs w:val="24"/>
        </w:rPr>
        <w:t>:</w:t>
      </w:r>
    </w:p>
    <w:p w14:paraId="7DB2ADC9" w14:textId="77777777" w:rsidR="00EE7ED3" w:rsidRPr="00563B50" w:rsidRDefault="00000000">
      <w:pPr>
        <w:numPr>
          <w:ilvl w:val="0"/>
          <w:numId w:val="24"/>
        </w:numPr>
        <w:rPr>
          <w:rFonts w:cs="Times New Roman"/>
          <w:szCs w:val="24"/>
        </w:rPr>
      </w:pPr>
      <w:proofErr w:type="spellStart"/>
      <w:r w:rsidRPr="00563B50">
        <w:rPr>
          <w:rFonts w:cs="Times New Roman"/>
          <w:szCs w:val="24"/>
        </w:rPr>
        <w:t>identificarea</w:t>
      </w:r>
      <w:proofErr w:type="spellEnd"/>
      <w:r w:rsidRPr="00563B50">
        <w:rPr>
          <w:rFonts w:cs="Times New Roman"/>
          <w:szCs w:val="24"/>
        </w:rPr>
        <w:t xml:space="preserve"> </w:t>
      </w:r>
      <w:proofErr w:type="spellStart"/>
      <w:r w:rsidRPr="00563B50">
        <w:rPr>
          <w:rFonts w:cs="Times New Roman"/>
          <w:szCs w:val="24"/>
        </w:rPr>
        <w:t>univocă</w:t>
      </w:r>
      <w:proofErr w:type="spellEnd"/>
      <w:r w:rsidRPr="00563B50">
        <w:rPr>
          <w:rFonts w:cs="Times New Roman"/>
          <w:szCs w:val="24"/>
        </w:rPr>
        <w:t xml:space="preserve"> a </w:t>
      </w:r>
      <w:proofErr w:type="spellStart"/>
      <w:r w:rsidRPr="00563B50">
        <w:rPr>
          <w:rFonts w:cs="Times New Roman"/>
          <w:szCs w:val="24"/>
        </w:rPr>
        <w:t>fiecărui</w:t>
      </w:r>
      <w:proofErr w:type="spellEnd"/>
      <w:r w:rsidRPr="00563B50">
        <w:rPr>
          <w:rFonts w:cs="Times New Roman"/>
          <w:szCs w:val="24"/>
        </w:rPr>
        <w:t xml:space="preserve"> </w:t>
      </w:r>
      <w:proofErr w:type="spellStart"/>
      <w:r w:rsidRPr="00563B50">
        <w:rPr>
          <w:rFonts w:cs="Times New Roman"/>
          <w:szCs w:val="24"/>
        </w:rPr>
        <w:t>utilizator</w:t>
      </w:r>
      <w:proofErr w:type="spellEnd"/>
      <w:r w:rsidRPr="00563B50">
        <w:rPr>
          <w:rFonts w:cs="Times New Roman"/>
          <w:szCs w:val="24"/>
        </w:rPr>
        <w:t xml:space="preserve"> din </w:t>
      </w:r>
      <w:proofErr w:type="spellStart"/>
      <w:r w:rsidRPr="00563B50">
        <w:rPr>
          <w:rFonts w:cs="Times New Roman"/>
          <w:szCs w:val="24"/>
        </w:rPr>
        <w:t>cadrul</w:t>
      </w:r>
      <w:proofErr w:type="spellEnd"/>
      <w:r w:rsidRPr="00563B50">
        <w:rPr>
          <w:rFonts w:cs="Times New Roman"/>
          <w:szCs w:val="24"/>
        </w:rPr>
        <w:t xml:space="preserve"> organigram</w:t>
      </w:r>
      <w:r>
        <w:rPr>
          <w:rFonts w:cs="Times New Roman"/>
          <w:szCs w:val="24"/>
          <w:lang w:val="ro-RO"/>
        </w:rPr>
        <w:t>ei</w:t>
      </w:r>
      <w:r w:rsidRPr="00563B50">
        <w:rPr>
          <w:rFonts w:cs="Times New Roman"/>
          <w:szCs w:val="24"/>
        </w:rPr>
        <w:t>;</w:t>
      </w:r>
    </w:p>
    <w:p w14:paraId="4AC1E9FD" w14:textId="77777777" w:rsidR="00EE7ED3" w:rsidRPr="00563B50" w:rsidRDefault="00000000">
      <w:pPr>
        <w:numPr>
          <w:ilvl w:val="0"/>
          <w:numId w:val="24"/>
        </w:numPr>
        <w:rPr>
          <w:rFonts w:cs="Times New Roman"/>
          <w:szCs w:val="24"/>
        </w:rPr>
      </w:pPr>
      <w:proofErr w:type="spellStart"/>
      <w:r w:rsidRPr="00563B50">
        <w:rPr>
          <w:rFonts w:cs="Times New Roman"/>
          <w:szCs w:val="24"/>
        </w:rPr>
        <w:t>verificarea</w:t>
      </w:r>
      <w:proofErr w:type="spellEnd"/>
      <w:r w:rsidRPr="00563B50">
        <w:rPr>
          <w:rFonts w:cs="Times New Roman"/>
          <w:szCs w:val="24"/>
        </w:rPr>
        <w:t xml:space="preserve"> </w:t>
      </w:r>
      <w:proofErr w:type="spellStart"/>
      <w:r w:rsidRPr="00563B50">
        <w:rPr>
          <w:rFonts w:cs="Times New Roman"/>
          <w:szCs w:val="24"/>
        </w:rPr>
        <w:t>riguroasă</w:t>
      </w:r>
      <w:proofErr w:type="spellEnd"/>
      <w:r w:rsidRPr="00563B50">
        <w:rPr>
          <w:rFonts w:cs="Times New Roman"/>
          <w:szCs w:val="24"/>
        </w:rPr>
        <w:t xml:space="preserve"> a </w:t>
      </w:r>
      <w:proofErr w:type="spellStart"/>
      <w:r w:rsidRPr="00563B50">
        <w:rPr>
          <w:rFonts w:cs="Times New Roman"/>
          <w:szCs w:val="24"/>
        </w:rPr>
        <w:t>autenticității</w:t>
      </w:r>
      <w:proofErr w:type="spellEnd"/>
      <w:r w:rsidRPr="00563B50">
        <w:rPr>
          <w:rFonts w:cs="Times New Roman"/>
          <w:szCs w:val="24"/>
        </w:rPr>
        <w:t xml:space="preserve"> </w:t>
      </w:r>
      <w:proofErr w:type="spellStart"/>
      <w:r w:rsidRPr="00563B50">
        <w:rPr>
          <w:rFonts w:cs="Times New Roman"/>
          <w:szCs w:val="24"/>
        </w:rPr>
        <w:t>fiecărui</w:t>
      </w:r>
      <w:proofErr w:type="spellEnd"/>
      <w:r w:rsidRPr="00563B50">
        <w:rPr>
          <w:rFonts w:cs="Times New Roman"/>
          <w:szCs w:val="24"/>
        </w:rPr>
        <w:t xml:space="preserve"> </w:t>
      </w:r>
      <w:proofErr w:type="spellStart"/>
      <w:r w:rsidRPr="00563B50">
        <w:rPr>
          <w:rFonts w:cs="Times New Roman"/>
          <w:szCs w:val="24"/>
        </w:rPr>
        <w:t>utilizator</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momentul</w:t>
      </w:r>
      <w:proofErr w:type="spellEnd"/>
      <w:r w:rsidRPr="00563B50">
        <w:rPr>
          <w:rFonts w:cs="Times New Roman"/>
          <w:szCs w:val="24"/>
        </w:rPr>
        <w:t xml:space="preserve"> </w:t>
      </w:r>
      <w:proofErr w:type="spellStart"/>
      <w:r w:rsidRPr="00563B50">
        <w:rPr>
          <w:rFonts w:cs="Times New Roman"/>
          <w:szCs w:val="24"/>
        </w:rPr>
        <w:t>accesării</w:t>
      </w:r>
      <w:proofErr w:type="spellEnd"/>
      <w:r w:rsidRPr="00563B50">
        <w:rPr>
          <w:rFonts w:cs="Times New Roman"/>
          <w:szCs w:val="24"/>
        </w:rPr>
        <w:t xml:space="preserve"> </w:t>
      </w:r>
      <w:proofErr w:type="spellStart"/>
      <w:r w:rsidRPr="00563B50">
        <w:rPr>
          <w:rFonts w:cs="Times New Roman"/>
          <w:szCs w:val="24"/>
        </w:rPr>
        <w:t>rețelei</w:t>
      </w:r>
      <w:proofErr w:type="spellEnd"/>
      <w:r w:rsidRPr="00563B50">
        <w:rPr>
          <w:rFonts w:cs="Times New Roman"/>
          <w:szCs w:val="24"/>
        </w:rPr>
        <w:t>.</w:t>
      </w:r>
    </w:p>
    <w:p w14:paraId="0C3A63F5" w14:textId="77777777" w:rsidR="00EE7ED3" w:rsidRPr="00563B50" w:rsidRDefault="00000000" w:rsidP="00A33FF6">
      <w:pPr>
        <w:rPr>
          <w:rFonts w:cs="Times New Roman"/>
          <w:b/>
          <w:bCs/>
          <w:szCs w:val="24"/>
        </w:rPr>
      </w:pPr>
      <w:r w:rsidRPr="00563B50">
        <w:rPr>
          <w:rFonts w:cs="Times New Roman"/>
          <w:b/>
          <w:bCs/>
          <w:szCs w:val="24"/>
        </w:rPr>
        <w:t xml:space="preserve">6. </w:t>
      </w:r>
      <w:proofErr w:type="spellStart"/>
      <w:r w:rsidRPr="00563B50">
        <w:rPr>
          <w:rFonts w:cs="Times New Roman"/>
          <w:b/>
          <w:bCs/>
          <w:szCs w:val="24"/>
        </w:rPr>
        <w:t>Utilizarea</w:t>
      </w:r>
      <w:proofErr w:type="spellEnd"/>
      <w:r w:rsidRPr="00563B50">
        <w:rPr>
          <w:rFonts w:cs="Times New Roman"/>
          <w:b/>
          <w:bCs/>
          <w:szCs w:val="24"/>
        </w:rPr>
        <w:t xml:space="preserve"> </w:t>
      </w:r>
      <w:proofErr w:type="spellStart"/>
      <w:r w:rsidRPr="00563B50">
        <w:rPr>
          <w:rFonts w:cs="Times New Roman"/>
          <w:b/>
          <w:bCs/>
          <w:szCs w:val="24"/>
        </w:rPr>
        <w:t>parolelor</w:t>
      </w:r>
      <w:proofErr w:type="spellEnd"/>
      <w:r w:rsidRPr="00563B50">
        <w:rPr>
          <w:rFonts w:cs="Times New Roman"/>
          <w:b/>
          <w:bCs/>
          <w:szCs w:val="24"/>
        </w:rPr>
        <w:t xml:space="preserve"> </w:t>
      </w:r>
      <w:proofErr w:type="spellStart"/>
      <w:r w:rsidRPr="00563B50">
        <w:rPr>
          <w:rFonts w:cs="Times New Roman"/>
          <w:b/>
          <w:bCs/>
          <w:szCs w:val="24"/>
        </w:rPr>
        <w:t>în</w:t>
      </w:r>
      <w:proofErr w:type="spellEnd"/>
      <w:r w:rsidRPr="00563B50">
        <w:rPr>
          <w:rFonts w:cs="Times New Roman"/>
          <w:b/>
          <w:bCs/>
          <w:szCs w:val="24"/>
        </w:rPr>
        <w:t xml:space="preserve"> </w:t>
      </w:r>
      <w:proofErr w:type="spellStart"/>
      <w:r w:rsidRPr="00563B50">
        <w:rPr>
          <w:rFonts w:cs="Times New Roman"/>
          <w:b/>
          <w:bCs/>
          <w:szCs w:val="24"/>
        </w:rPr>
        <w:t>procesul</w:t>
      </w:r>
      <w:proofErr w:type="spellEnd"/>
      <w:r w:rsidRPr="00563B50">
        <w:rPr>
          <w:rFonts w:cs="Times New Roman"/>
          <w:b/>
          <w:bCs/>
          <w:szCs w:val="24"/>
        </w:rPr>
        <w:t xml:space="preserve"> </w:t>
      </w:r>
      <w:proofErr w:type="spellStart"/>
      <w:r w:rsidRPr="00563B50">
        <w:rPr>
          <w:rFonts w:cs="Times New Roman"/>
          <w:b/>
          <w:bCs/>
          <w:szCs w:val="24"/>
        </w:rPr>
        <w:t>asigurării</w:t>
      </w:r>
      <w:proofErr w:type="spellEnd"/>
      <w:r w:rsidRPr="00563B50">
        <w:rPr>
          <w:rFonts w:cs="Times New Roman"/>
          <w:b/>
          <w:bCs/>
          <w:szCs w:val="24"/>
        </w:rPr>
        <w:t xml:space="preserve"> </w:t>
      </w:r>
      <w:proofErr w:type="spellStart"/>
      <w:r w:rsidRPr="00563B50">
        <w:rPr>
          <w:rFonts w:cs="Times New Roman"/>
          <w:b/>
          <w:bCs/>
          <w:szCs w:val="24"/>
        </w:rPr>
        <w:t>securității</w:t>
      </w:r>
      <w:proofErr w:type="spellEnd"/>
      <w:r w:rsidRPr="00563B50">
        <w:rPr>
          <w:rFonts w:cs="Times New Roman"/>
          <w:b/>
          <w:bCs/>
          <w:szCs w:val="24"/>
        </w:rPr>
        <w:t xml:space="preserve"> </w:t>
      </w:r>
      <w:proofErr w:type="spellStart"/>
      <w:r w:rsidRPr="00563B50">
        <w:rPr>
          <w:rFonts w:cs="Times New Roman"/>
          <w:b/>
          <w:bCs/>
          <w:szCs w:val="24"/>
        </w:rPr>
        <w:t>informaționale</w:t>
      </w:r>
      <w:proofErr w:type="spellEnd"/>
    </w:p>
    <w:p w14:paraId="371967B3" w14:textId="77777777" w:rsidR="00EE7ED3" w:rsidRPr="00563B50" w:rsidRDefault="00000000" w:rsidP="00A33FF6">
      <w:pPr>
        <w:rPr>
          <w:rFonts w:cs="Times New Roman"/>
          <w:szCs w:val="24"/>
        </w:rPr>
      </w:pPr>
      <w:r w:rsidRPr="00563B50">
        <w:rPr>
          <w:rFonts w:cs="Times New Roman"/>
          <w:szCs w:val="24"/>
        </w:rPr>
        <w:lastRenderedPageBreak/>
        <w:t xml:space="preserve">Sunt </w:t>
      </w:r>
      <w:proofErr w:type="spellStart"/>
      <w:r w:rsidRPr="00563B50">
        <w:rPr>
          <w:rFonts w:cs="Times New Roman"/>
          <w:szCs w:val="24"/>
        </w:rPr>
        <w:t>respectate</w:t>
      </w:r>
      <w:proofErr w:type="spellEnd"/>
      <w:r w:rsidRPr="00563B50">
        <w:rPr>
          <w:rFonts w:cs="Times New Roman"/>
          <w:szCs w:val="24"/>
        </w:rPr>
        <w:t xml:space="preserve"> cu </w:t>
      </w:r>
      <w:proofErr w:type="spellStart"/>
      <w:r w:rsidRPr="00563B50">
        <w:rPr>
          <w:rFonts w:cs="Times New Roman"/>
          <w:szCs w:val="24"/>
        </w:rPr>
        <w:t>strictețe</w:t>
      </w:r>
      <w:proofErr w:type="spellEnd"/>
      <w:r w:rsidRPr="00563B50">
        <w:rPr>
          <w:rFonts w:cs="Times New Roman"/>
          <w:szCs w:val="24"/>
        </w:rPr>
        <w:t xml:space="preserve"> </w:t>
      </w:r>
      <w:proofErr w:type="spellStart"/>
      <w:r w:rsidRPr="00563B50">
        <w:rPr>
          <w:rFonts w:cs="Times New Roman"/>
          <w:szCs w:val="24"/>
        </w:rPr>
        <w:t>regulile</w:t>
      </w:r>
      <w:proofErr w:type="spellEnd"/>
      <w:r w:rsidRPr="00563B50">
        <w:rPr>
          <w:rFonts w:cs="Times New Roman"/>
          <w:szCs w:val="24"/>
        </w:rPr>
        <w:t xml:space="preserve"> de </w:t>
      </w:r>
      <w:proofErr w:type="spellStart"/>
      <w:r w:rsidRPr="00563B50">
        <w:rPr>
          <w:rFonts w:cs="Times New Roman"/>
          <w:szCs w:val="24"/>
        </w:rPr>
        <w:t>asigurare</w:t>
      </w:r>
      <w:proofErr w:type="spellEnd"/>
      <w:r w:rsidRPr="00563B50">
        <w:rPr>
          <w:rFonts w:cs="Times New Roman"/>
          <w:szCs w:val="24"/>
        </w:rPr>
        <w:t xml:space="preserve"> a </w:t>
      </w:r>
      <w:proofErr w:type="spellStart"/>
      <w:r w:rsidRPr="00563B50">
        <w:rPr>
          <w:rFonts w:cs="Times New Roman"/>
          <w:szCs w:val="24"/>
        </w:rPr>
        <w:t>securității</w:t>
      </w:r>
      <w:proofErr w:type="spellEnd"/>
      <w:r w:rsidRPr="00563B50">
        <w:rPr>
          <w:rFonts w:cs="Times New Roman"/>
          <w:szCs w:val="24"/>
        </w:rPr>
        <w:t xml:space="preserve"> </w:t>
      </w:r>
      <w:proofErr w:type="spellStart"/>
      <w:r w:rsidRPr="00563B50">
        <w:rPr>
          <w:rFonts w:cs="Times New Roman"/>
          <w:szCs w:val="24"/>
        </w:rPr>
        <w:t>informaționale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cazul</w:t>
      </w:r>
      <w:proofErr w:type="spellEnd"/>
      <w:r w:rsidRPr="00563B50">
        <w:rPr>
          <w:rFonts w:cs="Times New Roman"/>
          <w:szCs w:val="24"/>
        </w:rPr>
        <w:t xml:space="preserve"> </w:t>
      </w:r>
      <w:proofErr w:type="spellStart"/>
      <w:r w:rsidRPr="00563B50">
        <w:rPr>
          <w:rFonts w:cs="Times New Roman"/>
          <w:szCs w:val="24"/>
        </w:rPr>
        <w:t>alegerii</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folosirii</w:t>
      </w:r>
      <w:proofErr w:type="spellEnd"/>
      <w:r w:rsidRPr="00563B50">
        <w:rPr>
          <w:rFonts w:cs="Times New Roman"/>
          <w:szCs w:val="24"/>
        </w:rPr>
        <w:t xml:space="preserve"> </w:t>
      </w:r>
      <w:proofErr w:type="spellStart"/>
      <w:r w:rsidRPr="00563B50">
        <w:rPr>
          <w:rFonts w:cs="Times New Roman"/>
          <w:szCs w:val="24"/>
        </w:rPr>
        <w:t>parolelor</w:t>
      </w:r>
      <w:proofErr w:type="spellEnd"/>
      <w:r w:rsidRPr="00563B50">
        <w:rPr>
          <w:rFonts w:cs="Times New Roman"/>
          <w:szCs w:val="24"/>
        </w:rPr>
        <w:t xml:space="preserve"> care </w:t>
      </w:r>
      <w:proofErr w:type="spellStart"/>
      <w:r w:rsidRPr="00563B50">
        <w:rPr>
          <w:rFonts w:cs="Times New Roman"/>
          <w:szCs w:val="24"/>
        </w:rPr>
        <w:t>includ</w:t>
      </w:r>
      <w:proofErr w:type="spellEnd"/>
      <w:r w:rsidRPr="00563B50">
        <w:rPr>
          <w:rFonts w:cs="Times New Roman"/>
          <w:szCs w:val="24"/>
        </w:rPr>
        <w:t>:</w:t>
      </w:r>
    </w:p>
    <w:p w14:paraId="64AC129F" w14:textId="77777777" w:rsidR="00EE7ED3" w:rsidRPr="00563B50" w:rsidRDefault="00000000">
      <w:pPr>
        <w:numPr>
          <w:ilvl w:val="0"/>
          <w:numId w:val="25"/>
        </w:numPr>
        <w:rPr>
          <w:rFonts w:cs="Times New Roman"/>
          <w:szCs w:val="24"/>
        </w:rPr>
      </w:pPr>
      <w:proofErr w:type="spellStart"/>
      <w:r w:rsidRPr="00563B50">
        <w:rPr>
          <w:rFonts w:cs="Times New Roman"/>
          <w:szCs w:val="24"/>
        </w:rPr>
        <w:t>păstrarea</w:t>
      </w:r>
      <w:proofErr w:type="spellEnd"/>
      <w:r w:rsidRPr="00563B50">
        <w:rPr>
          <w:rFonts w:cs="Times New Roman"/>
          <w:szCs w:val="24"/>
        </w:rPr>
        <w:t xml:space="preserve"> </w:t>
      </w:r>
      <w:proofErr w:type="spellStart"/>
      <w:r w:rsidRPr="00563B50">
        <w:rPr>
          <w:rFonts w:cs="Times New Roman"/>
          <w:szCs w:val="24"/>
        </w:rPr>
        <w:t>confidențialității</w:t>
      </w:r>
      <w:proofErr w:type="spellEnd"/>
      <w:r w:rsidRPr="00563B50">
        <w:rPr>
          <w:rFonts w:cs="Times New Roman"/>
          <w:szCs w:val="24"/>
        </w:rPr>
        <w:t xml:space="preserve"> absolute a </w:t>
      </w:r>
      <w:proofErr w:type="spellStart"/>
      <w:r w:rsidRPr="00563B50">
        <w:rPr>
          <w:rFonts w:cs="Times New Roman"/>
          <w:szCs w:val="24"/>
        </w:rPr>
        <w:t>parolelor</w:t>
      </w:r>
      <w:proofErr w:type="spellEnd"/>
      <w:r w:rsidRPr="00563B50">
        <w:rPr>
          <w:rFonts w:cs="Times New Roman"/>
          <w:szCs w:val="24"/>
        </w:rPr>
        <w:t xml:space="preserve"> </w:t>
      </w:r>
      <w:proofErr w:type="spellStart"/>
      <w:r w:rsidRPr="00563B50">
        <w:rPr>
          <w:rFonts w:cs="Times New Roman"/>
          <w:szCs w:val="24"/>
        </w:rPr>
        <w:t>individuale</w:t>
      </w:r>
      <w:proofErr w:type="spellEnd"/>
      <w:r w:rsidRPr="00563B50">
        <w:rPr>
          <w:rFonts w:cs="Times New Roman"/>
          <w:szCs w:val="24"/>
        </w:rPr>
        <w:t>;</w:t>
      </w:r>
    </w:p>
    <w:p w14:paraId="38533A60" w14:textId="77777777" w:rsidR="00EE7ED3" w:rsidRPr="00563B50" w:rsidRDefault="00000000">
      <w:pPr>
        <w:numPr>
          <w:ilvl w:val="0"/>
          <w:numId w:val="25"/>
        </w:numPr>
        <w:rPr>
          <w:rFonts w:cs="Times New Roman"/>
          <w:szCs w:val="24"/>
        </w:rPr>
      </w:pPr>
      <w:proofErr w:type="spellStart"/>
      <w:r w:rsidRPr="00563B50">
        <w:rPr>
          <w:rFonts w:cs="Times New Roman"/>
          <w:szCs w:val="24"/>
        </w:rPr>
        <w:t>interzicerea</w:t>
      </w:r>
      <w:proofErr w:type="spellEnd"/>
      <w:r w:rsidRPr="00563B50">
        <w:rPr>
          <w:rFonts w:cs="Times New Roman"/>
          <w:szCs w:val="24"/>
        </w:rPr>
        <w:t xml:space="preserve"> </w:t>
      </w:r>
      <w:proofErr w:type="spellStart"/>
      <w:r w:rsidRPr="00563B50">
        <w:rPr>
          <w:rFonts w:cs="Times New Roman"/>
          <w:szCs w:val="24"/>
        </w:rPr>
        <w:t>înscrierii</w:t>
      </w:r>
      <w:proofErr w:type="spellEnd"/>
      <w:r w:rsidRPr="00563B50">
        <w:rPr>
          <w:rFonts w:cs="Times New Roman"/>
          <w:szCs w:val="24"/>
        </w:rPr>
        <w:t xml:space="preserve"> </w:t>
      </w:r>
      <w:proofErr w:type="spellStart"/>
      <w:r w:rsidRPr="00563B50">
        <w:rPr>
          <w:rFonts w:cs="Times New Roman"/>
          <w:szCs w:val="24"/>
        </w:rPr>
        <w:t>parolelor</w:t>
      </w:r>
      <w:proofErr w:type="spellEnd"/>
      <w:r w:rsidRPr="00563B50">
        <w:rPr>
          <w:rFonts w:cs="Times New Roman"/>
          <w:szCs w:val="24"/>
        </w:rPr>
        <w:t xml:space="preserve"> pe </w:t>
      </w:r>
      <w:proofErr w:type="spellStart"/>
      <w:r w:rsidRPr="00563B50">
        <w:rPr>
          <w:rFonts w:cs="Times New Roman"/>
          <w:szCs w:val="24"/>
        </w:rPr>
        <w:t>suport</w:t>
      </w:r>
      <w:proofErr w:type="spellEnd"/>
      <w:r w:rsidRPr="00563B50">
        <w:rPr>
          <w:rFonts w:cs="Times New Roman"/>
          <w:szCs w:val="24"/>
        </w:rPr>
        <w:t xml:space="preserve"> de </w:t>
      </w:r>
      <w:proofErr w:type="spellStart"/>
      <w:r w:rsidRPr="00563B50">
        <w:rPr>
          <w:rFonts w:cs="Times New Roman"/>
          <w:szCs w:val="24"/>
        </w:rPr>
        <w:t>hîrtie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cazul</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care nu se </w:t>
      </w:r>
      <w:proofErr w:type="spellStart"/>
      <w:r w:rsidRPr="00563B50">
        <w:rPr>
          <w:rFonts w:cs="Times New Roman"/>
          <w:szCs w:val="24"/>
        </w:rPr>
        <w:t>asigură</w:t>
      </w:r>
      <w:proofErr w:type="spellEnd"/>
      <w:r w:rsidRPr="00563B50">
        <w:rPr>
          <w:rFonts w:cs="Times New Roman"/>
          <w:szCs w:val="24"/>
        </w:rPr>
        <w:t xml:space="preserve"> </w:t>
      </w:r>
      <w:proofErr w:type="spellStart"/>
      <w:r w:rsidRPr="00563B50">
        <w:rPr>
          <w:rFonts w:cs="Times New Roman"/>
          <w:szCs w:val="24"/>
        </w:rPr>
        <w:t>securitatea</w:t>
      </w:r>
      <w:proofErr w:type="spellEnd"/>
      <w:r w:rsidRPr="00563B50">
        <w:rPr>
          <w:rFonts w:cs="Times New Roman"/>
          <w:szCs w:val="24"/>
        </w:rPr>
        <w:t xml:space="preserve"> </w:t>
      </w:r>
      <w:proofErr w:type="spellStart"/>
      <w:r w:rsidRPr="00563B50">
        <w:rPr>
          <w:rFonts w:cs="Times New Roman"/>
          <w:szCs w:val="24"/>
        </w:rPr>
        <w:t>păstrării</w:t>
      </w:r>
      <w:proofErr w:type="spellEnd"/>
      <w:r w:rsidRPr="00563B50">
        <w:rPr>
          <w:rFonts w:cs="Times New Roman"/>
          <w:szCs w:val="24"/>
        </w:rPr>
        <w:t xml:space="preserve"> </w:t>
      </w:r>
      <w:proofErr w:type="spellStart"/>
      <w:r w:rsidRPr="00563B50">
        <w:rPr>
          <w:rFonts w:cs="Times New Roman"/>
          <w:szCs w:val="24"/>
        </w:rPr>
        <w:t>acestuia</w:t>
      </w:r>
      <w:proofErr w:type="spellEnd"/>
      <w:r w:rsidRPr="00563B50">
        <w:rPr>
          <w:rFonts w:cs="Times New Roman"/>
          <w:szCs w:val="24"/>
        </w:rPr>
        <w:t>;</w:t>
      </w:r>
    </w:p>
    <w:p w14:paraId="6BF33BD4" w14:textId="77777777" w:rsidR="00EE7ED3" w:rsidRPr="00563B50" w:rsidRDefault="00000000">
      <w:pPr>
        <w:numPr>
          <w:ilvl w:val="0"/>
          <w:numId w:val="25"/>
        </w:numPr>
        <w:rPr>
          <w:rFonts w:cs="Times New Roman"/>
          <w:szCs w:val="24"/>
        </w:rPr>
      </w:pPr>
      <w:proofErr w:type="spellStart"/>
      <w:r w:rsidRPr="00563B50">
        <w:rPr>
          <w:rFonts w:cs="Times New Roman"/>
          <w:szCs w:val="24"/>
        </w:rPr>
        <w:t>modificarea</w:t>
      </w:r>
      <w:proofErr w:type="spellEnd"/>
      <w:r w:rsidRPr="00563B50">
        <w:rPr>
          <w:rFonts w:cs="Times New Roman"/>
          <w:szCs w:val="24"/>
        </w:rPr>
        <w:t xml:space="preserve"> </w:t>
      </w:r>
      <w:proofErr w:type="spellStart"/>
      <w:r w:rsidRPr="00563B50">
        <w:rPr>
          <w:rFonts w:cs="Times New Roman"/>
          <w:szCs w:val="24"/>
        </w:rPr>
        <w:t>parolelor</w:t>
      </w:r>
      <w:proofErr w:type="spellEnd"/>
      <w:r w:rsidRPr="00563B50">
        <w:rPr>
          <w:rFonts w:cs="Times New Roman"/>
          <w:szCs w:val="24"/>
        </w:rPr>
        <w:t xml:space="preserve"> de </w:t>
      </w:r>
      <w:proofErr w:type="spellStart"/>
      <w:r w:rsidRPr="00563B50">
        <w:rPr>
          <w:rFonts w:cs="Times New Roman"/>
          <w:szCs w:val="24"/>
        </w:rPr>
        <w:t>fiecare</w:t>
      </w:r>
      <w:proofErr w:type="spellEnd"/>
      <w:r w:rsidRPr="00563B50">
        <w:rPr>
          <w:rFonts w:cs="Times New Roman"/>
          <w:szCs w:val="24"/>
        </w:rPr>
        <w:t xml:space="preserve"> </w:t>
      </w:r>
      <w:proofErr w:type="spellStart"/>
      <w:r w:rsidRPr="00563B50">
        <w:rPr>
          <w:rFonts w:cs="Times New Roman"/>
          <w:szCs w:val="24"/>
        </w:rPr>
        <w:t>dată</w:t>
      </w:r>
      <w:proofErr w:type="spellEnd"/>
      <w:r w:rsidRPr="00563B50">
        <w:rPr>
          <w:rFonts w:cs="Times New Roman"/>
          <w:szCs w:val="24"/>
        </w:rPr>
        <w:t xml:space="preserve"> </w:t>
      </w:r>
      <w:proofErr w:type="spellStart"/>
      <w:r w:rsidRPr="00563B50">
        <w:rPr>
          <w:rFonts w:cs="Times New Roman"/>
          <w:szCs w:val="24"/>
        </w:rPr>
        <w:t>cînd</w:t>
      </w:r>
      <w:proofErr w:type="spellEnd"/>
      <w:r w:rsidRPr="00563B50">
        <w:rPr>
          <w:rFonts w:cs="Times New Roman"/>
          <w:szCs w:val="24"/>
        </w:rPr>
        <w:t xml:space="preserve"> </w:t>
      </w:r>
      <w:proofErr w:type="spellStart"/>
      <w:r w:rsidRPr="00563B50">
        <w:rPr>
          <w:rFonts w:cs="Times New Roman"/>
          <w:szCs w:val="24"/>
        </w:rPr>
        <w:t>sînt</w:t>
      </w:r>
      <w:proofErr w:type="spellEnd"/>
      <w:r w:rsidRPr="00563B50">
        <w:rPr>
          <w:rFonts w:cs="Times New Roman"/>
          <w:szCs w:val="24"/>
        </w:rPr>
        <w:t xml:space="preserve"> </w:t>
      </w:r>
      <w:proofErr w:type="spellStart"/>
      <w:r w:rsidRPr="00563B50">
        <w:rPr>
          <w:rFonts w:cs="Times New Roman"/>
          <w:szCs w:val="24"/>
        </w:rPr>
        <w:t>prezente</w:t>
      </w:r>
      <w:proofErr w:type="spellEnd"/>
      <w:r w:rsidRPr="00563B50">
        <w:rPr>
          <w:rFonts w:cs="Times New Roman"/>
          <w:szCs w:val="24"/>
        </w:rPr>
        <w:t xml:space="preserve"> </w:t>
      </w:r>
      <w:proofErr w:type="spellStart"/>
      <w:r w:rsidRPr="00563B50">
        <w:rPr>
          <w:rFonts w:cs="Times New Roman"/>
          <w:szCs w:val="24"/>
        </w:rPr>
        <w:t>indiciile</w:t>
      </w:r>
      <w:proofErr w:type="spellEnd"/>
      <w:r w:rsidRPr="00563B50">
        <w:rPr>
          <w:rFonts w:cs="Times New Roman"/>
          <w:szCs w:val="24"/>
        </w:rPr>
        <w:t xml:space="preserve"> </w:t>
      </w:r>
      <w:proofErr w:type="spellStart"/>
      <w:r w:rsidRPr="00563B50">
        <w:rPr>
          <w:rFonts w:cs="Times New Roman"/>
          <w:szCs w:val="24"/>
        </w:rPr>
        <w:t>eventualei</w:t>
      </w:r>
      <w:proofErr w:type="spellEnd"/>
      <w:r w:rsidRPr="00563B50">
        <w:rPr>
          <w:rFonts w:cs="Times New Roman"/>
          <w:szCs w:val="24"/>
        </w:rPr>
        <w:t xml:space="preserve"> </w:t>
      </w:r>
      <w:proofErr w:type="spellStart"/>
      <w:r w:rsidRPr="00563B50">
        <w:rPr>
          <w:rFonts w:cs="Times New Roman"/>
          <w:szCs w:val="24"/>
        </w:rPr>
        <w:t>compromiteri</w:t>
      </w:r>
      <w:proofErr w:type="spellEnd"/>
      <w:r w:rsidRPr="00563B50">
        <w:rPr>
          <w:rFonts w:cs="Times New Roman"/>
          <w:szCs w:val="24"/>
        </w:rPr>
        <w:t xml:space="preserve"> a </w:t>
      </w:r>
      <w:proofErr w:type="spellStart"/>
      <w:r w:rsidRPr="00563B50">
        <w:rPr>
          <w:rFonts w:cs="Times New Roman"/>
          <w:szCs w:val="24"/>
        </w:rPr>
        <w:t>sistemului</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parolei</w:t>
      </w:r>
      <w:proofErr w:type="spellEnd"/>
      <w:r w:rsidRPr="00563B50">
        <w:rPr>
          <w:rFonts w:cs="Times New Roman"/>
          <w:szCs w:val="24"/>
        </w:rPr>
        <w:t>;</w:t>
      </w:r>
    </w:p>
    <w:p w14:paraId="6D4B34BD" w14:textId="77777777" w:rsidR="00EE7ED3" w:rsidRPr="00563B50" w:rsidRDefault="00000000">
      <w:pPr>
        <w:numPr>
          <w:ilvl w:val="0"/>
          <w:numId w:val="25"/>
        </w:numPr>
        <w:rPr>
          <w:rFonts w:cs="Times New Roman"/>
          <w:szCs w:val="24"/>
        </w:rPr>
      </w:pPr>
      <w:proofErr w:type="spellStart"/>
      <w:r w:rsidRPr="00563B50">
        <w:rPr>
          <w:rFonts w:cs="Times New Roman"/>
          <w:szCs w:val="24"/>
        </w:rPr>
        <w:t>alegerea</w:t>
      </w:r>
      <w:proofErr w:type="spellEnd"/>
      <w:r w:rsidRPr="00563B50">
        <w:rPr>
          <w:rFonts w:cs="Times New Roman"/>
          <w:szCs w:val="24"/>
        </w:rPr>
        <w:t xml:space="preserve"> </w:t>
      </w:r>
      <w:proofErr w:type="spellStart"/>
      <w:r w:rsidRPr="00563B50">
        <w:rPr>
          <w:rFonts w:cs="Times New Roman"/>
          <w:szCs w:val="24"/>
        </w:rPr>
        <w:t>parolelor</w:t>
      </w:r>
      <w:proofErr w:type="spellEnd"/>
      <w:r w:rsidRPr="00563B50">
        <w:rPr>
          <w:rFonts w:cs="Times New Roman"/>
          <w:szCs w:val="24"/>
        </w:rPr>
        <w:t xml:space="preserve"> </w:t>
      </w:r>
      <w:proofErr w:type="spellStart"/>
      <w:r w:rsidRPr="00563B50">
        <w:rPr>
          <w:rFonts w:cs="Times New Roman"/>
          <w:szCs w:val="24"/>
        </w:rPr>
        <w:t>calitative</w:t>
      </w:r>
      <w:proofErr w:type="spellEnd"/>
      <w:r w:rsidRPr="00563B50">
        <w:rPr>
          <w:rFonts w:cs="Times New Roman"/>
          <w:szCs w:val="24"/>
        </w:rPr>
        <w:t xml:space="preserve"> cu o </w:t>
      </w:r>
      <w:proofErr w:type="spellStart"/>
      <w:r w:rsidRPr="00563B50">
        <w:rPr>
          <w:rFonts w:cs="Times New Roman"/>
          <w:szCs w:val="24"/>
        </w:rPr>
        <w:t>mărime</w:t>
      </w:r>
      <w:proofErr w:type="spellEnd"/>
      <w:r w:rsidRPr="00563B50">
        <w:rPr>
          <w:rFonts w:cs="Times New Roman"/>
          <w:szCs w:val="24"/>
        </w:rPr>
        <w:t xml:space="preserve"> de minimum 8 </w:t>
      </w:r>
      <w:proofErr w:type="spellStart"/>
      <w:r w:rsidRPr="00563B50">
        <w:rPr>
          <w:rFonts w:cs="Times New Roman"/>
          <w:szCs w:val="24"/>
        </w:rPr>
        <w:t>simboluri</w:t>
      </w:r>
      <w:proofErr w:type="spellEnd"/>
      <w:r w:rsidRPr="00563B50">
        <w:rPr>
          <w:rFonts w:cs="Times New Roman"/>
          <w:szCs w:val="24"/>
        </w:rPr>
        <w:t xml:space="preserve">, care nu </w:t>
      </w:r>
      <w:proofErr w:type="spellStart"/>
      <w:r w:rsidRPr="00563B50">
        <w:rPr>
          <w:rFonts w:cs="Times New Roman"/>
          <w:szCs w:val="24"/>
        </w:rPr>
        <w:t>sînt</w:t>
      </w:r>
      <w:proofErr w:type="spellEnd"/>
      <w:r w:rsidRPr="00563B50">
        <w:rPr>
          <w:rFonts w:cs="Times New Roman"/>
          <w:szCs w:val="24"/>
        </w:rPr>
        <w:t xml:space="preserve"> legate de </w:t>
      </w:r>
      <w:proofErr w:type="spellStart"/>
      <w:r w:rsidRPr="00563B50">
        <w:rPr>
          <w:rFonts w:cs="Times New Roman"/>
          <w:szCs w:val="24"/>
        </w:rPr>
        <w:t>informaţia</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a </w:t>
      </w:r>
      <w:proofErr w:type="spellStart"/>
      <w:r w:rsidRPr="00563B50">
        <w:rPr>
          <w:rFonts w:cs="Times New Roman"/>
          <w:szCs w:val="24"/>
        </w:rPr>
        <w:t>utilizatorului</w:t>
      </w:r>
      <w:proofErr w:type="spellEnd"/>
      <w:r w:rsidRPr="00563B50">
        <w:rPr>
          <w:rFonts w:cs="Times New Roman"/>
          <w:szCs w:val="24"/>
        </w:rPr>
        <w:t xml:space="preserve">, nu </w:t>
      </w:r>
      <w:proofErr w:type="spellStart"/>
      <w:r w:rsidRPr="00563B50">
        <w:rPr>
          <w:rFonts w:cs="Times New Roman"/>
          <w:szCs w:val="24"/>
        </w:rPr>
        <w:t>conţin</w:t>
      </w:r>
      <w:proofErr w:type="spellEnd"/>
      <w:r w:rsidRPr="00563B50">
        <w:rPr>
          <w:rFonts w:cs="Times New Roman"/>
          <w:szCs w:val="24"/>
        </w:rPr>
        <w:t xml:space="preserve"> </w:t>
      </w:r>
      <w:proofErr w:type="spellStart"/>
      <w:r w:rsidRPr="00563B50">
        <w:rPr>
          <w:rFonts w:cs="Times New Roman"/>
          <w:szCs w:val="24"/>
        </w:rPr>
        <w:t>simboluri</w:t>
      </w:r>
      <w:proofErr w:type="spellEnd"/>
      <w:r w:rsidRPr="00563B50">
        <w:rPr>
          <w:rFonts w:cs="Times New Roman"/>
          <w:szCs w:val="24"/>
        </w:rPr>
        <w:t xml:space="preserve"> </w:t>
      </w:r>
      <w:proofErr w:type="spellStart"/>
      <w:r w:rsidRPr="00563B50">
        <w:rPr>
          <w:rFonts w:cs="Times New Roman"/>
          <w:szCs w:val="24"/>
        </w:rPr>
        <w:t>identice</w:t>
      </w:r>
      <w:proofErr w:type="spellEnd"/>
      <w:r w:rsidRPr="00563B50">
        <w:rPr>
          <w:rFonts w:cs="Times New Roman"/>
          <w:szCs w:val="24"/>
        </w:rPr>
        <w:t xml:space="preserve"> consecutive </w:t>
      </w:r>
      <w:proofErr w:type="spellStart"/>
      <w:r w:rsidRPr="00563B50">
        <w:rPr>
          <w:rFonts w:cs="Times New Roman"/>
          <w:szCs w:val="24"/>
        </w:rPr>
        <w:t>şi</w:t>
      </w:r>
      <w:proofErr w:type="spellEnd"/>
      <w:r w:rsidRPr="00563B50">
        <w:rPr>
          <w:rFonts w:cs="Times New Roman"/>
          <w:szCs w:val="24"/>
        </w:rPr>
        <w:t xml:space="preserve"> nu </w:t>
      </w:r>
      <w:proofErr w:type="spellStart"/>
      <w:r w:rsidRPr="00563B50">
        <w:rPr>
          <w:rFonts w:cs="Times New Roman"/>
          <w:szCs w:val="24"/>
        </w:rPr>
        <w:t>sînt</w:t>
      </w:r>
      <w:proofErr w:type="spellEnd"/>
      <w:r w:rsidRPr="00563B50">
        <w:rPr>
          <w:rFonts w:cs="Times New Roman"/>
          <w:szCs w:val="24"/>
        </w:rPr>
        <w:t xml:space="preserve"> </w:t>
      </w:r>
      <w:proofErr w:type="spellStart"/>
      <w:r w:rsidRPr="00563B50">
        <w:rPr>
          <w:rFonts w:cs="Times New Roman"/>
          <w:szCs w:val="24"/>
        </w:rPr>
        <w:t>compuse</w:t>
      </w:r>
      <w:proofErr w:type="spellEnd"/>
      <w:r w:rsidRPr="00563B50">
        <w:rPr>
          <w:rFonts w:cs="Times New Roman"/>
          <w:szCs w:val="24"/>
        </w:rPr>
        <w:t xml:space="preserve"> integral din </w:t>
      </w:r>
      <w:proofErr w:type="spellStart"/>
      <w:r w:rsidRPr="00563B50">
        <w:rPr>
          <w:rFonts w:cs="Times New Roman"/>
          <w:szCs w:val="24"/>
        </w:rPr>
        <w:t>grupuri</w:t>
      </w:r>
      <w:proofErr w:type="spellEnd"/>
      <w:r w:rsidRPr="00563B50">
        <w:rPr>
          <w:rFonts w:cs="Times New Roman"/>
          <w:szCs w:val="24"/>
        </w:rPr>
        <w:t xml:space="preserve"> de </w:t>
      </w:r>
      <w:proofErr w:type="spellStart"/>
      <w:r w:rsidRPr="00563B50">
        <w:rPr>
          <w:rFonts w:cs="Times New Roman"/>
          <w:szCs w:val="24"/>
        </w:rPr>
        <w:t>cifre</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litere</w:t>
      </w:r>
      <w:proofErr w:type="spellEnd"/>
      <w:r w:rsidRPr="00563B50">
        <w:rPr>
          <w:rFonts w:cs="Times New Roman"/>
          <w:szCs w:val="24"/>
        </w:rPr>
        <w:t>;</w:t>
      </w:r>
    </w:p>
    <w:p w14:paraId="79333942" w14:textId="77777777" w:rsidR="00EE7ED3" w:rsidRPr="00563B50" w:rsidRDefault="00000000">
      <w:pPr>
        <w:numPr>
          <w:ilvl w:val="0"/>
          <w:numId w:val="25"/>
        </w:numPr>
        <w:rPr>
          <w:rFonts w:cs="Times New Roman"/>
          <w:szCs w:val="24"/>
        </w:rPr>
      </w:pPr>
      <w:proofErr w:type="spellStart"/>
      <w:r w:rsidRPr="00563B50">
        <w:rPr>
          <w:rFonts w:cs="Times New Roman"/>
          <w:szCs w:val="24"/>
        </w:rPr>
        <w:t>modificarea</w:t>
      </w:r>
      <w:proofErr w:type="spellEnd"/>
      <w:r w:rsidRPr="00563B50">
        <w:rPr>
          <w:rFonts w:cs="Times New Roman"/>
          <w:szCs w:val="24"/>
        </w:rPr>
        <w:t xml:space="preserve"> </w:t>
      </w:r>
      <w:proofErr w:type="spellStart"/>
      <w:r w:rsidRPr="00563B50">
        <w:rPr>
          <w:rFonts w:cs="Times New Roman"/>
          <w:szCs w:val="24"/>
        </w:rPr>
        <w:t>obligatorie</w:t>
      </w:r>
      <w:proofErr w:type="spellEnd"/>
      <w:r w:rsidRPr="00563B50">
        <w:rPr>
          <w:rFonts w:cs="Times New Roman"/>
          <w:szCs w:val="24"/>
        </w:rPr>
        <w:t xml:space="preserve"> a </w:t>
      </w:r>
      <w:proofErr w:type="spellStart"/>
      <w:r w:rsidRPr="00563B50">
        <w:rPr>
          <w:rFonts w:cs="Times New Roman"/>
          <w:szCs w:val="24"/>
        </w:rPr>
        <w:t>parolelor</w:t>
      </w:r>
      <w:proofErr w:type="spellEnd"/>
      <w:r w:rsidRPr="00563B50">
        <w:rPr>
          <w:rFonts w:cs="Times New Roman"/>
          <w:szCs w:val="24"/>
        </w:rPr>
        <w:t xml:space="preserve"> </w:t>
      </w:r>
      <w:proofErr w:type="spellStart"/>
      <w:r w:rsidRPr="00563B50">
        <w:rPr>
          <w:rFonts w:cs="Times New Roman"/>
          <w:szCs w:val="24"/>
        </w:rPr>
        <w:t>peste</w:t>
      </w:r>
      <w:proofErr w:type="spellEnd"/>
      <w:r w:rsidRPr="00563B50">
        <w:rPr>
          <w:rFonts w:cs="Times New Roman"/>
          <w:szCs w:val="24"/>
        </w:rPr>
        <w:t xml:space="preserve"> intervale de maximum 3 </w:t>
      </w:r>
      <w:proofErr w:type="spellStart"/>
      <w:r w:rsidRPr="00563B50">
        <w:rPr>
          <w:rFonts w:cs="Times New Roman"/>
          <w:szCs w:val="24"/>
        </w:rPr>
        <w:t>luni</w:t>
      </w:r>
      <w:proofErr w:type="spellEnd"/>
      <w:r w:rsidRPr="00563B50">
        <w:rPr>
          <w:rFonts w:cs="Times New Roman"/>
          <w:szCs w:val="24"/>
        </w:rPr>
        <w:t>;</w:t>
      </w:r>
    </w:p>
    <w:p w14:paraId="3D2889E5" w14:textId="77777777" w:rsidR="00EE7ED3" w:rsidRPr="00563B50" w:rsidRDefault="00000000">
      <w:pPr>
        <w:numPr>
          <w:ilvl w:val="0"/>
          <w:numId w:val="25"/>
        </w:numPr>
        <w:rPr>
          <w:rFonts w:cs="Times New Roman"/>
          <w:szCs w:val="24"/>
        </w:rPr>
      </w:pPr>
      <w:proofErr w:type="spellStart"/>
      <w:r w:rsidRPr="00563B50">
        <w:rPr>
          <w:rFonts w:cs="Times New Roman"/>
          <w:szCs w:val="24"/>
        </w:rPr>
        <w:t>dezactivarea</w:t>
      </w:r>
      <w:proofErr w:type="spellEnd"/>
      <w:r w:rsidRPr="00563B50">
        <w:rPr>
          <w:rFonts w:cs="Times New Roman"/>
          <w:szCs w:val="24"/>
        </w:rPr>
        <w:t xml:space="preserve"> </w:t>
      </w:r>
      <w:proofErr w:type="spellStart"/>
      <w:r w:rsidRPr="00563B50">
        <w:rPr>
          <w:rFonts w:cs="Times New Roman"/>
          <w:szCs w:val="24"/>
        </w:rPr>
        <w:t>completă</w:t>
      </w:r>
      <w:proofErr w:type="spellEnd"/>
      <w:r w:rsidRPr="00563B50">
        <w:rPr>
          <w:rFonts w:cs="Times New Roman"/>
          <w:szCs w:val="24"/>
        </w:rPr>
        <w:t xml:space="preserve"> a </w:t>
      </w:r>
      <w:proofErr w:type="spellStart"/>
      <w:r w:rsidRPr="00563B50">
        <w:rPr>
          <w:rFonts w:cs="Times New Roman"/>
          <w:szCs w:val="24"/>
        </w:rPr>
        <w:t>procesului</w:t>
      </w:r>
      <w:proofErr w:type="spellEnd"/>
      <w:r w:rsidRPr="00563B50">
        <w:rPr>
          <w:rFonts w:cs="Times New Roman"/>
          <w:szCs w:val="24"/>
        </w:rPr>
        <w:t xml:space="preserve"> </w:t>
      </w:r>
      <w:proofErr w:type="spellStart"/>
      <w:r w:rsidRPr="00563B50">
        <w:rPr>
          <w:rFonts w:cs="Times New Roman"/>
          <w:szCs w:val="24"/>
        </w:rPr>
        <w:t>automatizat</w:t>
      </w:r>
      <w:proofErr w:type="spellEnd"/>
      <w:r w:rsidRPr="00563B50">
        <w:rPr>
          <w:rFonts w:cs="Times New Roman"/>
          <w:szCs w:val="24"/>
        </w:rPr>
        <w:t xml:space="preserve"> de </w:t>
      </w:r>
      <w:proofErr w:type="spellStart"/>
      <w:r w:rsidRPr="00563B50">
        <w:rPr>
          <w:rFonts w:cs="Times New Roman"/>
          <w:szCs w:val="24"/>
        </w:rPr>
        <w:t>înregistrare</w:t>
      </w:r>
      <w:proofErr w:type="spellEnd"/>
      <w:r w:rsidRPr="00563B50">
        <w:rPr>
          <w:rFonts w:cs="Times New Roman"/>
          <w:szCs w:val="24"/>
        </w:rPr>
        <w:t xml:space="preserve"> (cu </w:t>
      </w:r>
      <w:proofErr w:type="spellStart"/>
      <w:r w:rsidRPr="00563B50">
        <w:rPr>
          <w:rFonts w:cs="Times New Roman"/>
          <w:szCs w:val="24"/>
        </w:rPr>
        <w:t>folosirea</w:t>
      </w:r>
      <w:proofErr w:type="spellEnd"/>
      <w:r w:rsidRPr="00563B50">
        <w:rPr>
          <w:rFonts w:cs="Times New Roman"/>
          <w:szCs w:val="24"/>
        </w:rPr>
        <w:t xml:space="preserve"> </w:t>
      </w:r>
      <w:proofErr w:type="spellStart"/>
      <w:r w:rsidRPr="00563B50">
        <w:rPr>
          <w:rFonts w:cs="Times New Roman"/>
          <w:szCs w:val="24"/>
        </w:rPr>
        <w:t>parolelor</w:t>
      </w:r>
      <w:proofErr w:type="spellEnd"/>
      <w:r w:rsidRPr="00563B50">
        <w:rPr>
          <w:rFonts w:cs="Times New Roman"/>
          <w:szCs w:val="24"/>
        </w:rPr>
        <w:t xml:space="preserve"> </w:t>
      </w:r>
      <w:proofErr w:type="spellStart"/>
      <w:r w:rsidRPr="00563B50">
        <w:rPr>
          <w:rFonts w:cs="Times New Roman"/>
          <w:szCs w:val="24"/>
        </w:rPr>
        <w:t>salvate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browser).</w:t>
      </w:r>
    </w:p>
    <w:p w14:paraId="573EE5D7" w14:textId="77777777" w:rsidR="00EE7ED3" w:rsidRPr="00563B50" w:rsidRDefault="00000000" w:rsidP="00A33FF6">
      <w:pPr>
        <w:rPr>
          <w:rFonts w:cs="Times New Roman"/>
          <w:b/>
          <w:bCs/>
          <w:szCs w:val="24"/>
        </w:rPr>
      </w:pPr>
      <w:r w:rsidRPr="00563B50">
        <w:rPr>
          <w:rFonts w:cs="Times New Roman"/>
          <w:b/>
          <w:bCs/>
          <w:szCs w:val="24"/>
        </w:rPr>
        <w:t xml:space="preserve">7. </w:t>
      </w:r>
      <w:proofErr w:type="spellStart"/>
      <w:r w:rsidRPr="00563B50">
        <w:rPr>
          <w:rFonts w:cs="Times New Roman"/>
          <w:b/>
          <w:bCs/>
          <w:szCs w:val="24"/>
        </w:rPr>
        <w:t>Controlul</w:t>
      </w:r>
      <w:proofErr w:type="spellEnd"/>
      <w:r w:rsidRPr="00563B50">
        <w:rPr>
          <w:rFonts w:cs="Times New Roman"/>
          <w:b/>
          <w:bCs/>
          <w:szCs w:val="24"/>
        </w:rPr>
        <w:t xml:space="preserve"> </w:t>
      </w:r>
      <w:proofErr w:type="spellStart"/>
      <w:r w:rsidRPr="00563B50">
        <w:rPr>
          <w:rFonts w:cs="Times New Roman"/>
          <w:b/>
          <w:bCs/>
          <w:szCs w:val="24"/>
        </w:rPr>
        <w:t>administrării</w:t>
      </w:r>
      <w:proofErr w:type="spellEnd"/>
      <w:r w:rsidRPr="00563B50">
        <w:rPr>
          <w:rFonts w:cs="Times New Roman"/>
          <w:b/>
          <w:bCs/>
          <w:szCs w:val="24"/>
        </w:rPr>
        <w:t xml:space="preserve"> </w:t>
      </w:r>
      <w:proofErr w:type="spellStart"/>
      <w:r w:rsidRPr="00563B50">
        <w:rPr>
          <w:rFonts w:cs="Times New Roman"/>
          <w:b/>
          <w:bCs/>
          <w:szCs w:val="24"/>
        </w:rPr>
        <w:t>accesului</w:t>
      </w:r>
      <w:proofErr w:type="spellEnd"/>
    </w:p>
    <w:p w14:paraId="2304462B" w14:textId="77777777" w:rsidR="00EE7ED3" w:rsidRPr="00563B50" w:rsidRDefault="00000000" w:rsidP="00CF5435">
      <w:pPr>
        <w:jc w:val="both"/>
        <w:rPr>
          <w:rFonts w:cs="Times New Roman"/>
          <w:szCs w:val="24"/>
        </w:rPr>
      </w:pPr>
      <w:r w:rsidRPr="00563B50">
        <w:rPr>
          <w:rFonts w:cs="Times New Roman"/>
          <w:szCs w:val="24"/>
        </w:rPr>
        <w:t xml:space="preserve">Este </w:t>
      </w:r>
      <w:proofErr w:type="spellStart"/>
      <w:r w:rsidRPr="00563B50">
        <w:rPr>
          <w:rFonts w:cs="Times New Roman"/>
          <w:szCs w:val="24"/>
        </w:rPr>
        <w:t>efectuat</w:t>
      </w:r>
      <w:proofErr w:type="spellEnd"/>
      <w:r w:rsidRPr="00563B50">
        <w:rPr>
          <w:rFonts w:cs="Times New Roman"/>
          <w:szCs w:val="24"/>
        </w:rPr>
        <w:t xml:space="preserve"> </w:t>
      </w:r>
      <w:proofErr w:type="spellStart"/>
      <w:r w:rsidRPr="00563B50">
        <w:rPr>
          <w:rFonts w:cs="Times New Roman"/>
          <w:szCs w:val="24"/>
        </w:rPr>
        <w:t>controlul</w:t>
      </w:r>
      <w:proofErr w:type="spellEnd"/>
      <w:r w:rsidRPr="00563B50">
        <w:rPr>
          <w:rFonts w:cs="Times New Roman"/>
          <w:szCs w:val="24"/>
        </w:rPr>
        <w:t xml:space="preserve"> </w:t>
      </w:r>
      <w:proofErr w:type="spellStart"/>
      <w:r w:rsidRPr="00563B50">
        <w:rPr>
          <w:rFonts w:cs="Times New Roman"/>
          <w:szCs w:val="24"/>
        </w:rPr>
        <w:t>sistematic</w:t>
      </w:r>
      <w:proofErr w:type="spellEnd"/>
      <w:r w:rsidRPr="00563B50">
        <w:rPr>
          <w:rFonts w:cs="Times New Roman"/>
          <w:szCs w:val="24"/>
        </w:rPr>
        <w:t xml:space="preserve"> al </w:t>
      </w:r>
      <w:proofErr w:type="spellStart"/>
      <w:r w:rsidRPr="00563B50">
        <w:rPr>
          <w:rFonts w:cs="Times New Roman"/>
          <w:szCs w:val="24"/>
        </w:rPr>
        <w:t>acţiunilor</w:t>
      </w:r>
      <w:proofErr w:type="spellEnd"/>
      <w:r w:rsidRPr="00563B50">
        <w:rPr>
          <w:rFonts w:cs="Times New Roman"/>
          <w:szCs w:val="24"/>
        </w:rPr>
        <w:t xml:space="preserve"> </w:t>
      </w:r>
      <w:proofErr w:type="spellStart"/>
      <w:r w:rsidRPr="00563B50">
        <w:rPr>
          <w:rFonts w:cs="Times New Roman"/>
          <w:szCs w:val="24"/>
        </w:rPr>
        <w:t>utilizatorilor</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vederea</w:t>
      </w:r>
      <w:proofErr w:type="spellEnd"/>
      <w:r w:rsidRPr="00563B50">
        <w:rPr>
          <w:rFonts w:cs="Times New Roman"/>
          <w:szCs w:val="24"/>
        </w:rPr>
        <w:t xml:space="preserve"> </w:t>
      </w:r>
      <w:proofErr w:type="spellStart"/>
      <w:r w:rsidRPr="00563B50">
        <w:rPr>
          <w:rFonts w:cs="Times New Roman"/>
          <w:szCs w:val="24"/>
        </w:rPr>
        <w:t>evaluării</w:t>
      </w:r>
      <w:proofErr w:type="spellEnd"/>
      <w:r w:rsidRPr="00563B50">
        <w:rPr>
          <w:rFonts w:cs="Times New Roman"/>
          <w:szCs w:val="24"/>
        </w:rPr>
        <w:t xml:space="preserve"> </w:t>
      </w:r>
      <w:proofErr w:type="spellStart"/>
      <w:r w:rsidRPr="00563B50">
        <w:rPr>
          <w:rFonts w:cs="Times New Roman"/>
          <w:szCs w:val="24"/>
        </w:rPr>
        <w:t>corectitudinii</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conformării</w:t>
      </w:r>
      <w:proofErr w:type="spellEnd"/>
      <w:r w:rsidRPr="00563B50">
        <w:rPr>
          <w:rFonts w:cs="Times New Roman"/>
          <w:szCs w:val="24"/>
        </w:rPr>
        <w:t xml:space="preserve"> </w:t>
      </w:r>
      <w:proofErr w:type="spellStart"/>
      <w:r w:rsidRPr="00563B50">
        <w:rPr>
          <w:rFonts w:cs="Times New Roman"/>
          <w:szCs w:val="24"/>
        </w:rPr>
        <w:t>operaţiunilor</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acţiunilor</w:t>
      </w:r>
      <w:proofErr w:type="spellEnd"/>
      <w:r w:rsidRPr="00563B50">
        <w:rPr>
          <w:rFonts w:cs="Times New Roman"/>
          <w:szCs w:val="24"/>
        </w:rPr>
        <w:t xml:space="preserve"> </w:t>
      </w:r>
      <w:proofErr w:type="spellStart"/>
      <w:r w:rsidRPr="00563B50">
        <w:rPr>
          <w:rFonts w:cs="Times New Roman"/>
          <w:szCs w:val="24"/>
        </w:rPr>
        <w:t>efectuate</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intermediul</w:t>
      </w:r>
      <w:proofErr w:type="spellEnd"/>
      <w:r w:rsidRPr="00563B50">
        <w:rPr>
          <w:rFonts w:cs="Times New Roman"/>
          <w:szCs w:val="24"/>
        </w:rPr>
        <w:t xml:space="preserve"> </w:t>
      </w:r>
      <w:proofErr w:type="spellStart"/>
      <w:r w:rsidRPr="00563B50">
        <w:rPr>
          <w:rFonts w:cs="Times New Roman"/>
          <w:szCs w:val="24"/>
        </w:rPr>
        <w:t>sistemelor</w:t>
      </w:r>
      <w:proofErr w:type="spellEnd"/>
      <w:r w:rsidRPr="00563B50">
        <w:rPr>
          <w:rFonts w:cs="Times New Roman"/>
          <w:szCs w:val="24"/>
        </w:rPr>
        <w:t xml:space="preserve"> </w:t>
      </w:r>
      <w:proofErr w:type="spellStart"/>
      <w:r w:rsidRPr="00563B50">
        <w:rPr>
          <w:rFonts w:cs="Times New Roman"/>
          <w:szCs w:val="24"/>
        </w:rPr>
        <w:t>informaţionale</w:t>
      </w:r>
      <w:proofErr w:type="spellEnd"/>
      <w:r w:rsidRPr="00563B50">
        <w:rPr>
          <w:rFonts w:cs="Times New Roman"/>
          <w:szCs w:val="24"/>
        </w:rPr>
        <w:t xml:space="preserve"> de date cu </w:t>
      </w:r>
      <w:proofErr w:type="spellStart"/>
      <w:r w:rsidRPr="00563B50">
        <w:rPr>
          <w:rFonts w:cs="Times New Roman"/>
          <w:szCs w:val="24"/>
        </w:rPr>
        <w:t>caracter</w:t>
      </w:r>
      <w:proofErr w:type="spellEnd"/>
      <w:r w:rsidRPr="00563B50">
        <w:rPr>
          <w:rFonts w:cs="Times New Roman"/>
          <w:szCs w:val="24"/>
        </w:rPr>
        <w:t xml:space="preserve"> personal.</w:t>
      </w:r>
    </w:p>
    <w:p w14:paraId="7604AA06" w14:textId="77777777" w:rsidR="00EE7ED3" w:rsidRPr="00563B50" w:rsidRDefault="00000000" w:rsidP="00A33FF6">
      <w:pPr>
        <w:rPr>
          <w:rFonts w:cs="Times New Roman"/>
          <w:b/>
          <w:bCs/>
          <w:szCs w:val="24"/>
        </w:rPr>
      </w:pPr>
      <w:r w:rsidRPr="00563B50">
        <w:rPr>
          <w:rFonts w:cs="Times New Roman"/>
          <w:b/>
          <w:bCs/>
          <w:szCs w:val="24"/>
        </w:rPr>
        <w:t xml:space="preserve">8. </w:t>
      </w:r>
      <w:proofErr w:type="spellStart"/>
      <w:r w:rsidRPr="00563B50">
        <w:rPr>
          <w:rFonts w:cs="Times New Roman"/>
          <w:b/>
          <w:bCs/>
          <w:szCs w:val="24"/>
        </w:rPr>
        <w:t>Limitarea</w:t>
      </w:r>
      <w:proofErr w:type="spellEnd"/>
      <w:r w:rsidRPr="00563B50">
        <w:rPr>
          <w:rFonts w:cs="Times New Roman"/>
          <w:b/>
          <w:bCs/>
          <w:szCs w:val="24"/>
        </w:rPr>
        <w:t xml:space="preserve"> </w:t>
      </w:r>
      <w:proofErr w:type="spellStart"/>
      <w:r w:rsidRPr="00563B50">
        <w:rPr>
          <w:rFonts w:cs="Times New Roman"/>
          <w:b/>
          <w:bCs/>
          <w:szCs w:val="24"/>
        </w:rPr>
        <w:t>folosirii</w:t>
      </w:r>
      <w:proofErr w:type="spellEnd"/>
      <w:r w:rsidRPr="00563B50">
        <w:rPr>
          <w:rFonts w:cs="Times New Roman"/>
          <w:b/>
          <w:bCs/>
          <w:szCs w:val="24"/>
        </w:rPr>
        <w:t xml:space="preserve"> </w:t>
      </w:r>
      <w:proofErr w:type="spellStart"/>
      <w:r w:rsidRPr="00563B50">
        <w:rPr>
          <w:rFonts w:cs="Times New Roman"/>
          <w:b/>
          <w:bCs/>
          <w:szCs w:val="24"/>
        </w:rPr>
        <w:t>tehnologiilor</w:t>
      </w:r>
      <w:proofErr w:type="spellEnd"/>
      <w:r w:rsidRPr="00563B50">
        <w:rPr>
          <w:rFonts w:cs="Times New Roman"/>
          <w:b/>
          <w:bCs/>
          <w:szCs w:val="24"/>
        </w:rPr>
        <w:t xml:space="preserve"> </w:t>
      </w:r>
      <w:proofErr w:type="spellStart"/>
      <w:r w:rsidRPr="00563B50">
        <w:rPr>
          <w:rFonts w:cs="Times New Roman"/>
          <w:b/>
          <w:bCs/>
          <w:szCs w:val="24"/>
        </w:rPr>
        <w:t>fără</w:t>
      </w:r>
      <w:proofErr w:type="spellEnd"/>
      <w:r w:rsidRPr="00563B50">
        <w:rPr>
          <w:rFonts w:cs="Times New Roman"/>
          <w:b/>
          <w:bCs/>
          <w:szCs w:val="24"/>
        </w:rPr>
        <w:t xml:space="preserve"> fir</w:t>
      </w:r>
    </w:p>
    <w:p w14:paraId="2BFB902F" w14:textId="77777777" w:rsidR="00EE7ED3" w:rsidRDefault="00000000" w:rsidP="00CF5435">
      <w:pPr>
        <w:jc w:val="both"/>
        <w:rPr>
          <w:rFonts w:cs="Times New Roman"/>
          <w:szCs w:val="24"/>
          <w:lang w:val="ro-RO"/>
        </w:rPr>
      </w:pPr>
      <w:r w:rsidRPr="00563B50">
        <w:rPr>
          <w:rFonts w:cs="Times New Roman"/>
          <w:szCs w:val="24"/>
        </w:rPr>
        <w:t xml:space="preserve">a) </w:t>
      </w:r>
      <w:proofErr w:type="spellStart"/>
      <w:r w:rsidRPr="00563B50">
        <w:rPr>
          <w:rFonts w:cs="Times New Roman"/>
          <w:szCs w:val="24"/>
        </w:rPr>
        <w:t>Accesul</w:t>
      </w:r>
      <w:proofErr w:type="spellEnd"/>
      <w:r w:rsidRPr="00563B50">
        <w:rPr>
          <w:rFonts w:cs="Times New Roman"/>
          <w:szCs w:val="24"/>
        </w:rPr>
        <w:t xml:space="preserve"> </w:t>
      </w:r>
      <w:proofErr w:type="spellStart"/>
      <w:r w:rsidRPr="00563B50">
        <w:rPr>
          <w:rFonts w:cs="Times New Roman"/>
          <w:szCs w:val="24"/>
        </w:rPr>
        <w:t>fără</w:t>
      </w:r>
      <w:proofErr w:type="spellEnd"/>
      <w:r w:rsidRPr="00563B50">
        <w:rPr>
          <w:rFonts w:cs="Times New Roman"/>
          <w:szCs w:val="24"/>
        </w:rPr>
        <w:t xml:space="preserve"> fir (Wi-Fi) la </w:t>
      </w:r>
      <w:proofErr w:type="spellStart"/>
      <w:r w:rsidRPr="00563B50">
        <w:rPr>
          <w:rFonts w:cs="Times New Roman"/>
          <w:szCs w:val="24"/>
        </w:rPr>
        <w:t>sistemele</w:t>
      </w:r>
      <w:proofErr w:type="spellEnd"/>
      <w:r w:rsidRPr="00563B50">
        <w:rPr>
          <w:rFonts w:cs="Times New Roman"/>
          <w:szCs w:val="24"/>
        </w:rPr>
        <w:t xml:space="preserve"> </w:t>
      </w:r>
      <w:proofErr w:type="spellStart"/>
      <w:r w:rsidRPr="00563B50">
        <w:rPr>
          <w:rFonts w:cs="Times New Roman"/>
          <w:szCs w:val="24"/>
        </w:rPr>
        <w:t>informaţionale</w:t>
      </w:r>
      <w:proofErr w:type="spellEnd"/>
      <w:r w:rsidRPr="00563B50">
        <w:rPr>
          <w:rFonts w:cs="Times New Roman"/>
          <w:szCs w:val="24"/>
        </w:rPr>
        <w:t xml:space="preserve"> de date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limitat</w:t>
      </w:r>
      <w:proofErr w:type="spellEnd"/>
      <w:r w:rsidRPr="00563B50">
        <w:rPr>
          <w:rFonts w:cs="Times New Roman"/>
          <w:szCs w:val="24"/>
        </w:rPr>
        <w:t xml:space="preserve"> la maximum,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documentat</w:t>
      </w:r>
      <w:proofErr w:type="spellEnd"/>
      <w:r w:rsidRPr="00563B50">
        <w:rPr>
          <w:rFonts w:cs="Times New Roman"/>
          <w:szCs w:val="24"/>
        </w:rPr>
        <w:t xml:space="preserve">, </w:t>
      </w:r>
      <w:proofErr w:type="spellStart"/>
      <w:r w:rsidRPr="00563B50">
        <w:rPr>
          <w:rFonts w:cs="Times New Roman"/>
          <w:szCs w:val="24"/>
        </w:rPr>
        <w:t>supus</w:t>
      </w:r>
      <w:proofErr w:type="spellEnd"/>
      <w:r w:rsidRPr="00563B50">
        <w:rPr>
          <w:rFonts w:cs="Times New Roman"/>
          <w:szCs w:val="24"/>
        </w:rPr>
        <w:t xml:space="preserve"> </w:t>
      </w:r>
      <w:proofErr w:type="spellStart"/>
      <w:r w:rsidRPr="00563B50">
        <w:rPr>
          <w:rFonts w:cs="Times New Roman"/>
          <w:szCs w:val="24"/>
        </w:rPr>
        <w:t>monitorizării</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controlului</w:t>
      </w:r>
      <w:proofErr w:type="spellEnd"/>
      <w:r w:rsidRPr="00563B50">
        <w:rPr>
          <w:rFonts w:cs="Times New Roman"/>
          <w:szCs w:val="24"/>
        </w:rPr>
        <w:t xml:space="preserve"> permanent.</w:t>
      </w:r>
    </w:p>
    <w:p w14:paraId="6CD7130B" w14:textId="77777777" w:rsidR="00EE7ED3" w:rsidRDefault="00000000" w:rsidP="00CF5435">
      <w:pPr>
        <w:jc w:val="both"/>
        <w:rPr>
          <w:rFonts w:cs="Times New Roman"/>
          <w:szCs w:val="24"/>
          <w:lang w:val="ro-RO"/>
        </w:rPr>
      </w:pPr>
      <w:r w:rsidRPr="00563B50">
        <w:rPr>
          <w:rFonts w:cs="Times New Roman"/>
          <w:szCs w:val="24"/>
        </w:rPr>
        <w:t xml:space="preserve">b) </w:t>
      </w:r>
      <w:proofErr w:type="spellStart"/>
      <w:r w:rsidRPr="00563B50">
        <w:rPr>
          <w:rFonts w:cs="Times New Roman"/>
          <w:szCs w:val="24"/>
        </w:rPr>
        <w:t>Accesul</w:t>
      </w:r>
      <w:proofErr w:type="spellEnd"/>
      <w:r w:rsidRPr="00563B50">
        <w:rPr>
          <w:rFonts w:cs="Times New Roman"/>
          <w:szCs w:val="24"/>
        </w:rPr>
        <w:t xml:space="preserve"> </w:t>
      </w:r>
      <w:proofErr w:type="spellStart"/>
      <w:r w:rsidRPr="00563B50">
        <w:rPr>
          <w:rFonts w:cs="Times New Roman"/>
          <w:szCs w:val="24"/>
        </w:rPr>
        <w:t>fără</w:t>
      </w:r>
      <w:proofErr w:type="spellEnd"/>
      <w:r w:rsidRPr="00563B50">
        <w:rPr>
          <w:rFonts w:cs="Times New Roman"/>
          <w:szCs w:val="24"/>
        </w:rPr>
        <w:t xml:space="preserve"> fir la </w:t>
      </w:r>
      <w:proofErr w:type="spellStart"/>
      <w:r w:rsidRPr="00563B50">
        <w:rPr>
          <w:rFonts w:cs="Times New Roman"/>
          <w:szCs w:val="24"/>
        </w:rPr>
        <w:t>sistemele</w:t>
      </w:r>
      <w:proofErr w:type="spellEnd"/>
      <w:r w:rsidRPr="00563B50">
        <w:rPr>
          <w:rFonts w:cs="Times New Roman"/>
          <w:szCs w:val="24"/>
        </w:rPr>
        <w:t xml:space="preserve"> </w:t>
      </w:r>
      <w:proofErr w:type="spellStart"/>
      <w:r w:rsidRPr="00563B50">
        <w:rPr>
          <w:rFonts w:cs="Times New Roman"/>
          <w:szCs w:val="24"/>
        </w:rPr>
        <w:t>informaţionale</w:t>
      </w:r>
      <w:proofErr w:type="spellEnd"/>
      <w:r w:rsidRPr="00563B50">
        <w:rPr>
          <w:rFonts w:cs="Times New Roman"/>
          <w:szCs w:val="24"/>
        </w:rPr>
        <w:t xml:space="preserve">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permis</w:t>
      </w:r>
      <w:proofErr w:type="spellEnd"/>
      <w:r w:rsidRPr="00563B50">
        <w:rPr>
          <w:rFonts w:cs="Times New Roman"/>
          <w:szCs w:val="24"/>
        </w:rPr>
        <w:t xml:space="preserve"> </w:t>
      </w:r>
      <w:proofErr w:type="spellStart"/>
      <w:r w:rsidRPr="00563B50">
        <w:rPr>
          <w:rFonts w:cs="Times New Roman"/>
          <w:szCs w:val="24"/>
        </w:rPr>
        <w:t>doar</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cazul</w:t>
      </w:r>
      <w:proofErr w:type="spellEnd"/>
      <w:r w:rsidRPr="00563B50">
        <w:rPr>
          <w:rFonts w:cs="Times New Roman"/>
          <w:szCs w:val="24"/>
        </w:rPr>
        <w:t xml:space="preserve"> </w:t>
      </w:r>
      <w:proofErr w:type="spellStart"/>
      <w:r w:rsidRPr="00563B50">
        <w:rPr>
          <w:rFonts w:cs="Times New Roman"/>
          <w:szCs w:val="24"/>
        </w:rPr>
        <w:t>utilizării</w:t>
      </w:r>
      <w:proofErr w:type="spellEnd"/>
      <w:r w:rsidRPr="00563B50">
        <w:rPr>
          <w:rFonts w:cs="Times New Roman"/>
          <w:szCs w:val="24"/>
        </w:rPr>
        <w:t xml:space="preserve"> </w:t>
      </w:r>
      <w:proofErr w:type="spellStart"/>
      <w:r w:rsidRPr="00563B50">
        <w:rPr>
          <w:rFonts w:cs="Times New Roman"/>
          <w:szCs w:val="24"/>
        </w:rPr>
        <w:t>mijloacelor</w:t>
      </w:r>
      <w:proofErr w:type="spellEnd"/>
      <w:r w:rsidRPr="00563B50">
        <w:rPr>
          <w:rFonts w:cs="Times New Roman"/>
          <w:szCs w:val="24"/>
        </w:rPr>
        <w:t xml:space="preserve"> </w:t>
      </w:r>
      <w:proofErr w:type="spellStart"/>
      <w:r w:rsidRPr="00563B50">
        <w:rPr>
          <w:rFonts w:cs="Times New Roman"/>
          <w:szCs w:val="24"/>
        </w:rPr>
        <w:t>criptografice</w:t>
      </w:r>
      <w:proofErr w:type="spellEnd"/>
      <w:r w:rsidRPr="00563B50">
        <w:rPr>
          <w:rFonts w:cs="Times New Roman"/>
          <w:szCs w:val="24"/>
        </w:rPr>
        <w:t xml:space="preserve"> de </w:t>
      </w:r>
      <w:proofErr w:type="spellStart"/>
      <w:r w:rsidRPr="00563B50">
        <w:rPr>
          <w:rFonts w:cs="Times New Roman"/>
          <w:szCs w:val="24"/>
        </w:rPr>
        <w:t>protecţie</w:t>
      </w:r>
      <w:proofErr w:type="spellEnd"/>
      <w:r w:rsidRPr="00563B50">
        <w:rPr>
          <w:rFonts w:cs="Times New Roman"/>
          <w:szCs w:val="24"/>
        </w:rPr>
        <w:t xml:space="preserve"> a </w:t>
      </w:r>
      <w:proofErr w:type="spellStart"/>
      <w:r w:rsidRPr="00563B50">
        <w:rPr>
          <w:rFonts w:cs="Times New Roman"/>
          <w:szCs w:val="24"/>
        </w:rPr>
        <w:t>informaţiei</w:t>
      </w:r>
      <w:proofErr w:type="spellEnd"/>
      <w:r w:rsidRPr="00563B50">
        <w:rPr>
          <w:rFonts w:cs="Times New Roman"/>
          <w:szCs w:val="24"/>
        </w:rPr>
        <w:t>.</w:t>
      </w:r>
    </w:p>
    <w:p w14:paraId="12028123" w14:textId="77777777" w:rsidR="00EE7ED3" w:rsidRPr="00563B50" w:rsidRDefault="00000000" w:rsidP="00CF5435">
      <w:pPr>
        <w:jc w:val="both"/>
        <w:rPr>
          <w:rFonts w:cs="Times New Roman"/>
          <w:szCs w:val="24"/>
        </w:rPr>
      </w:pPr>
      <w:r w:rsidRPr="00563B50">
        <w:rPr>
          <w:rFonts w:cs="Times New Roman"/>
          <w:szCs w:val="24"/>
        </w:rPr>
        <w:t xml:space="preserve">c) Folosirea </w:t>
      </w:r>
      <w:proofErr w:type="spellStart"/>
      <w:r w:rsidRPr="00563B50">
        <w:rPr>
          <w:rFonts w:cs="Times New Roman"/>
          <w:szCs w:val="24"/>
        </w:rPr>
        <w:t>tehnologiilor</w:t>
      </w:r>
      <w:proofErr w:type="spellEnd"/>
      <w:r w:rsidRPr="00563B50">
        <w:rPr>
          <w:rFonts w:cs="Times New Roman"/>
          <w:szCs w:val="24"/>
        </w:rPr>
        <w:t xml:space="preserve"> </w:t>
      </w:r>
      <w:proofErr w:type="spellStart"/>
      <w:r w:rsidRPr="00563B50">
        <w:rPr>
          <w:rFonts w:cs="Times New Roman"/>
          <w:szCs w:val="24"/>
        </w:rPr>
        <w:t>fără</w:t>
      </w:r>
      <w:proofErr w:type="spellEnd"/>
      <w:r w:rsidRPr="00563B50">
        <w:rPr>
          <w:rFonts w:cs="Times New Roman"/>
          <w:szCs w:val="24"/>
        </w:rPr>
        <w:t xml:space="preserve"> fir se </w:t>
      </w:r>
      <w:proofErr w:type="spellStart"/>
      <w:r w:rsidRPr="00563B50">
        <w:rPr>
          <w:rFonts w:cs="Times New Roman"/>
          <w:szCs w:val="24"/>
        </w:rPr>
        <w:t>autorizează</w:t>
      </w:r>
      <w:proofErr w:type="spellEnd"/>
      <w:r w:rsidRPr="00563B50">
        <w:rPr>
          <w:rFonts w:cs="Times New Roman"/>
          <w:szCs w:val="24"/>
        </w:rPr>
        <w:t xml:space="preserve"> </w:t>
      </w:r>
      <w:proofErr w:type="spellStart"/>
      <w:r w:rsidRPr="00563B50">
        <w:rPr>
          <w:rFonts w:cs="Times New Roman"/>
          <w:szCs w:val="24"/>
        </w:rPr>
        <w:t>exclusiv</w:t>
      </w:r>
      <w:proofErr w:type="spellEnd"/>
      <w:r w:rsidRPr="00563B50">
        <w:rPr>
          <w:rFonts w:cs="Times New Roman"/>
          <w:szCs w:val="24"/>
        </w:rPr>
        <w:t xml:space="preserve"> de </w:t>
      </w:r>
      <w:proofErr w:type="spellStart"/>
      <w:r w:rsidRPr="00563B50">
        <w:rPr>
          <w:rFonts w:cs="Times New Roman"/>
          <w:szCs w:val="24"/>
        </w:rPr>
        <w:t>persoanele</w:t>
      </w:r>
      <w:proofErr w:type="spellEnd"/>
      <w:r w:rsidRPr="00563B50">
        <w:rPr>
          <w:rFonts w:cs="Times New Roman"/>
          <w:szCs w:val="24"/>
        </w:rPr>
        <w:t xml:space="preserve"> </w:t>
      </w:r>
      <w:proofErr w:type="spellStart"/>
      <w:r w:rsidRPr="00563B50">
        <w:rPr>
          <w:rFonts w:cs="Times New Roman"/>
          <w:szCs w:val="24"/>
        </w:rPr>
        <w:t>responsabile</w:t>
      </w:r>
      <w:proofErr w:type="spellEnd"/>
      <w:r w:rsidRPr="00563B50">
        <w:rPr>
          <w:rFonts w:cs="Times New Roman"/>
          <w:szCs w:val="24"/>
        </w:rPr>
        <w:t xml:space="preserve"> ale </w:t>
      </w:r>
      <w:r w:rsidRPr="00CF5435">
        <w:rPr>
          <w:rFonts w:cs="Times New Roman"/>
          <w:b/>
          <w:bCs/>
          <w:szCs w:val="24"/>
        </w:rPr>
        <w:t>PRIMĂRIEI SATULUI MERENI.</w:t>
      </w:r>
    </w:p>
    <w:p w14:paraId="0520E42D" w14:textId="77777777" w:rsidR="00EE7ED3" w:rsidRPr="00563B50" w:rsidRDefault="00000000" w:rsidP="00A33FF6">
      <w:pPr>
        <w:rPr>
          <w:rFonts w:cs="Times New Roman"/>
          <w:b/>
          <w:bCs/>
          <w:szCs w:val="24"/>
        </w:rPr>
      </w:pPr>
      <w:r w:rsidRPr="00563B50">
        <w:rPr>
          <w:rFonts w:cs="Times New Roman"/>
          <w:b/>
          <w:bCs/>
          <w:szCs w:val="24"/>
        </w:rPr>
        <w:t xml:space="preserve">9. </w:t>
      </w:r>
      <w:proofErr w:type="spellStart"/>
      <w:r w:rsidRPr="00563B50">
        <w:rPr>
          <w:rFonts w:cs="Times New Roman"/>
          <w:b/>
          <w:bCs/>
          <w:szCs w:val="24"/>
        </w:rPr>
        <w:t>Securitatea</w:t>
      </w:r>
      <w:proofErr w:type="spellEnd"/>
      <w:r w:rsidRPr="00563B50">
        <w:rPr>
          <w:rFonts w:cs="Times New Roman"/>
          <w:b/>
          <w:bCs/>
          <w:szCs w:val="24"/>
        </w:rPr>
        <w:t xml:space="preserve"> </w:t>
      </w:r>
      <w:proofErr w:type="spellStart"/>
      <w:r w:rsidRPr="00563B50">
        <w:rPr>
          <w:rFonts w:cs="Times New Roman"/>
          <w:b/>
          <w:bCs/>
          <w:szCs w:val="24"/>
        </w:rPr>
        <w:t>electroenergetică</w:t>
      </w:r>
      <w:proofErr w:type="spellEnd"/>
    </w:p>
    <w:p w14:paraId="59DE3843" w14:textId="77777777" w:rsidR="00EE7ED3" w:rsidRDefault="00000000" w:rsidP="00CF5435">
      <w:pPr>
        <w:jc w:val="both"/>
        <w:rPr>
          <w:rFonts w:cs="Times New Roman"/>
          <w:szCs w:val="24"/>
          <w:lang w:val="ro-RO"/>
        </w:rPr>
      </w:pPr>
      <w:r w:rsidRPr="00563B50">
        <w:rPr>
          <w:rFonts w:cs="Times New Roman"/>
          <w:szCs w:val="24"/>
        </w:rPr>
        <w:t xml:space="preserve">a) </w:t>
      </w:r>
      <w:proofErr w:type="spellStart"/>
      <w:r w:rsidRPr="00563B50">
        <w:rPr>
          <w:rFonts w:cs="Times New Roman"/>
          <w:szCs w:val="24"/>
        </w:rPr>
        <w:t>Echipamentul</w:t>
      </w:r>
      <w:proofErr w:type="spellEnd"/>
      <w:r w:rsidRPr="00563B50">
        <w:rPr>
          <w:rFonts w:cs="Times New Roman"/>
          <w:szCs w:val="24"/>
        </w:rPr>
        <w:t xml:space="preserve"> electric </w:t>
      </w:r>
      <w:proofErr w:type="spellStart"/>
      <w:r w:rsidRPr="00563B50">
        <w:rPr>
          <w:rFonts w:cs="Times New Roman"/>
          <w:szCs w:val="24"/>
        </w:rPr>
        <w:t>utilizat</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menţinerea</w:t>
      </w:r>
      <w:proofErr w:type="spellEnd"/>
      <w:r w:rsidRPr="00563B50">
        <w:rPr>
          <w:rFonts w:cs="Times New Roman"/>
          <w:szCs w:val="24"/>
        </w:rPr>
        <w:t xml:space="preserve"> </w:t>
      </w:r>
      <w:proofErr w:type="spellStart"/>
      <w:r w:rsidRPr="00563B50">
        <w:rPr>
          <w:rFonts w:cs="Times New Roman"/>
          <w:szCs w:val="24"/>
        </w:rPr>
        <w:t>funcţionalităţii</w:t>
      </w:r>
      <w:proofErr w:type="spellEnd"/>
      <w:r w:rsidRPr="00563B50">
        <w:rPr>
          <w:rFonts w:cs="Times New Roman"/>
          <w:szCs w:val="24"/>
        </w:rPr>
        <w:t xml:space="preserve"> </w:t>
      </w:r>
      <w:proofErr w:type="spellStart"/>
      <w:r w:rsidRPr="00563B50">
        <w:rPr>
          <w:rFonts w:cs="Times New Roman"/>
          <w:szCs w:val="24"/>
        </w:rPr>
        <w:t>sistemelor</w:t>
      </w:r>
      <w:proofErr w:type="spellEnd"/>
      <w:r w:rsidRPr="00563B50">
        <w:rPr>
          <w:rFonts w:cs="Times New Roman"/>
          <w:szCs w:val="24"/>
        </w:rPr>
        <w:t xml:space="preserve"> </w:t>
      </w:r>
      <w:proofErr w:type="spellStart"/>
      <w:r w:rsidRPr="00563B50">
        <w:rPr>
          <w:rFonts w:cs="Times New Roman"/>
          <w:szCs w:val="24"/>
        </w:rPr>
        <w:t>informaţionale</w:t>
      </w:r>
      <w:proofErr w:type="spellEnd"/>
      <w:r w:rsidRPr="00563B50">
        <w:rPr>
          <w:rFonts w:cs="Times New Roman"/>
          <w:szCs w:val="24"/>
        </w:rPr>
        <w:t xml:space="preserve">, a </w:t>
      </w:r>
      <w:proofErr w:type="spellStart"/>
      <w:r w:rsidRPr="00563B50">
        <w:rPr>
          <w:rFonts w:cs="Times New Roman"/>
          <w:szCs w:val="24"/>
        </w:rPr>
        <w:t>cablurilor</w:t>
      </w:r>
      <w:proofErr w:type="spellEnd"/>
      <w:r w:rsidRPr="00563B50">
        <w:rPr>
          <w:rFonts w:cs="Times New Roman"/>
          <w:szCs w:val="24"/>
        </w:rPr>
        <w:t xml:space="preserve"> </w:t>
      </w:r>
      <w:proofErr w:type="spellStart"/>
      <w:r w:rsidRPr="00563B50">
        <w:rPr>
          <w:rFonts w:cs="Times New Roman"/>
          <w:szCs w:val="24"/>
        </w:rPr>
        <w:t>electrice</w:t>
      </w:r>
      <w:proofErr w:type="spellEnd"/>
      <w:r w:rsidRPr="00563B50">
        <w:rPr>
          <w:rFonts w:cs="Times New Roman"/>
          <w:szCs w:val="24"/>
        </w:rPr>
        <w:t xml:space="preserve">,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asigurat</w:t>
      </w:r>
      <w:proofErr w:type="spellEnd"/>
      <w:r w:rsidRPr="00563B50">
        <w:rPr>
          <w:rFonts w:cs="Times New Roman"/>
          <w:szCs w:val="24"/>
        </w:rPr>
        <w:t xml:space="preserve"> contra </w:t>
      </w:r>
      <w:proofErr w:type="spellStart"/>
      <w:r w:rsidRPr="00563B50">
        <w:rPr>
          <w:rFonts w:cs="Times New Roman"/>
          <w:szCs w:val="24"/>
        </w:rPr>
        <w:t>deteriorărilor</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conectărilor</w:t>
      </w:r>
      <w:proofErr w:type="spellEnd"/>
      <w:r w:rsidRPr="00563B50">
        <w:rPr>
          <w:rFonts w:cs="Times New Roman"/>
          <w:szCs w:val="24"/>
        </w:rPr>
        <w:t xml:space="preserve"> </w:t>
      </w:r>
      <w:proofErr w:type="spellStart"/>
      <w:r w:rsidRPr="00563B50">
        <w:rPr>
          <w:rFonts w:cs="Times New Roman"/>
          <w:szCs w:val="24"/>
        </w:rPr>
        <w:t>nesancţionate</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montarea</w:t>
      </w:r>
      <w:proofErr w:type="spellEnd"/>
      <w:r w:rsidRPr="00563B50">
        <w:rPr>
          <w:rFonts w:cs="Times New Roman"/>
          <w:szCs w:val="24"/>
        </w:rPr>
        <w:t xml:space="preserve"> lor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nişe</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canale</w:t>
      </w:r>
      <w:proofErr w:type="spellEnd"/>
      <w:r w:rsidRPr="00563B50">
        <w:rPr>
          <w:rFonts w:cs="Times New Roman"/>
          <w:szCs w:val="24"/>
        </w:rPr>
        <w:t xml:space="preserve"> </w:t>
      </w:r>
      <w:proofErr w:type="spellStart"/>
      <w:r w:rsidRPr="00563B50">
        <w:rPr>
          <w:rFonts w:cs="Times New Roman"/>
          <w:szCs w:val="24"/>
        </w:rPr>
        <w:t>speciale</w:t>
      </w:r>
      <w:proofErr w:type="spellEnd"/>
      <w:r w:rsidRPr="00563B50">
        <w:rPr>
          <w:rFonts w:cs="Times New Roman"/>
          <w:szCs w:val="24"/>
        </w:rPr>
        <w:t>.</w:t>
      </w:r>
    </w:p>
    <w:p w14:paraId="3D2138BC" w14:textId="77777777" w:rsidR="00EE7ED3" w:rsidRDefault="00000000" w:rsidP="00CF5435">
      <w:pPr>
        <w:jc w:val="both"/>
        <w:rPr>
          <w:rFonts w:cs="Times New Roman"/>
          <w:szCs w:val="24"/>
          <w:lang w:val="ro-RO"/>
        </w:rPr>
      </w:pPr>
      <w:r w:rsidRPr="00563B50">
        <w:rPr>
          <w:rFonts w:cs="Times New Roman"/>
          <w:szCs w:val="24"/>
        </w:rPr>
        <w:t xml:space="preserve">b)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cazul</w:t>
      </w:r>
      <w:proofErr w:type="spellEnd"/>
      <w:r w:rsidRPr="00563B50">
        <w:rPr>
          <w:rFonts w:cs="Times New Roman"/>
          <w:szCs w:val="24"/>
        </w:rPr>
        <w:t xml:space="preserve"> </w:t>
      </w:r>
      <w:proofErr w:type="spellStart"/>
      <w:r w:rsidRPr="00563B50">
        <w:rPr>
          <w:rFonts w:cs="Times New Roman"/>
          <w:szCs w:val="24"/>
        </w:rPr>
        <w:t>apariţiei</w:t>
      </w:r>
      <w:proofErr w:type="spellEnd"/>
      <w:r w:rsidRPr="00563B50">
        <w:rPr>
          <w:rFonts w:cs="Times New Roman"/>
          <w:szCs w:val="24"/>
        </w:rPr>
        <w:t xml:space="preserve"> </w:t>
      </w:r>
      <w:proofErr w:type="spellStart"/>
      <w:r w:rsidRPr="00563B50">
        <w:rPr>
          <w:rFonts w:cs="Times New Roman"/>
          <w:szCs w:val="24"/>
        </w:rPr>
        <w:t>situaţiilor</w:t>
      </w:r>
      <w:proofErr w:type="spellEnd"/>
      <w:r w:rsidRPr="00563B50">
        <w:rPr>
          <w:rFonts w:cs="Times New Roman"/>
          <w:szCs w:val="24"/>
        </w:rPr>
        <w:t xml:space="preserve"> </w:t>
      </w:r>
      <w:proofErr w:type="spellStart"/>
      <w:r w:rsidRPr="00563B50">
        <w:rPr>
          <w:rFonts w:cs="Times New Roman"/>
          <w:szCs w:val="24"/>
        </w:rPr>
        <w:t>excepţionale</w:t>
      </w:r>
      <w:proofErr w:type="spellEnd"/>
      <w:r w:rsidRPr="00563B50">
        <w:rPr>
          <w:rFonts w:cs="Times New Roman"/>
          <w:szCs w:val="24"/>
        </w:rPr>
        <w:t xml:space="preserve">, de </w:t>
      </w:r>
      <w:proofErr w:type="spellStart"/>
      <w:r w:rsidRPr="00563B50">
        <w:rPr>
          <w:rFonts w:cs="Times New Roman"/>
          <w:szCs w:val="24"/>
        </w:rPr>
        <w:t>avarie</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de </w:t>
      </w:r>
      <w:proofErr w:type="spellStart"/>
      <w:r w:rsidRPr="00563B50">
        <w:rPr>
          <w:rFonts w:cs="Times New Roman"/>
          <w:szCs w:val="24"/>
        </w:rPr>
        <w:t>forţă</w:t>
      </w:r>
      <w:proofErr w:type="spellEnd"/>
      <w:r w:rsidRPr="00563B50">
        <w:rPr>
          <w:rFonts w:cs="Times New Roman"/>
          <w:szCs w:val="24"/>
        </w:rPr>
        <w:t xml:space="preserve"> </w:t>
      </w:r>
      <w:proofErr w:type="spellStart"/>
      <w:r w:rsidRPr="00563B50">
        <w:rPr>
          <w:rFonts w:cs="Times New Roman"/>
          <w:szCs w:val="24"/>
        </w:rPr>
        <w:t>majoră</w:t>
      </w:r>
      <w:proofErr w:type="spellEnd"/>
      <w:r w:rsidRPr="00563B50">
        <w:rPr>
          <w:rFonts w:cs="Times New Roman"/>
          <w:szCs w:val="24"/>
        </w:rPr>
        <w:t xml:space="preserve">,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asigurată</w:t>
      </w:r>
      <w:proofErr w:type="spellEnd"/>
      <w:r w:rsidRPr="00563B50">
        <w:rPr>
          <w:rFonts w:cs="Times New Roman"/>
          <w:szCs w:val="24"/>
        </w:rPr>
        <w:t xml:space="preserve"> </w:t>
      </w:r>
      <w:proofErr w:type="spellStart"/>
      <w:r w:rsidRPr="00563B50">
        <w:rPr>
          <w:rFonts w:cs="Times New Roman"/>
          <w:szCs w:val="24"/>
        </w:rPr>
        <w:t>posibilitatea</w:t>
      </w:r>
      <w:proofErr w:type="spellEnd"/>
      <w:r w:rsidRPr="00563B50">
        <w:rPr>
          <w:rFonts w:cs="Times New Roman"/>
          <w:szCs w:val="24"/>
        </w:rPr>
        <w:t xml:space="preserve"> </w:t>
      </w:r>
      <w:proofErr w:type="spellStart"/>
      <w:r w:rsidRPr="00563B50">
        <w:rPr>
          <w:rFonts w:cs="Times New Roman"/>
          <w:szCs w:val="24"/>
        </w:rPr>
        <w:t>deconectării</w:t>
      </w:r>
      <w:proofErr w:type="spellEnd"/>
      <w:r w:rsidRPr="00563B50">
        <w:rPr>
          <w:rFonts w:cs="Times New Roman"/>
          <w:szCs w:val="24"/>
        </w:rPr>
        <w:t xml:space="preserve"> </w:t>
      </w:r>
      <w:proofErr w:type="spellStart"/>
      <w:r w:rsidRPr="00563B50">
        <w:rPr>
          <w:rFonts w:cs="Times New Roman"/>
          <w:szCs w:val="24"/>
        </w:rPr>
        <w:t>imediate</w:t>
      </w:r>
      <w:proofErr w:type="spellEnd"/>
      <w:r w:rsidRPr="00563B50">
        <w:rPr>
          <w:rFonts w:cs="Times New Roman"/>
          <w:szCs w:val="24"/>
        </w:rPr>
        <w:t xml:space="preserve"> a </w:t>
      </w:r>
      <w:proofErr w:type="spellStart"/>
      <w:r w:rsidRPr="00563B50">
        <w:rPr>
          <w:rFonts w:cs="Times New Roman"/>
          <w:szCs w:val="24"/>
        </w:rPr>
        <w:t>electricităţii</w:t>
      </w:r>
      <w:proofErr w:type="spellEnd"/>
      <w:r w:rsidRPr="00563B50">
        <w:rPr>
          <w:rFonts w:cs="Times New Roman"/>
          <w:szCs w:val="24"/>
        </w:rPr>
        <w:t xml:space="preserve"> la </w:t>
      </w:r>
      <w:proofErr w:type="spellStart"/>
      <w:r w:rsidRPr="00563B50">
        <w:rPr>
          <w:rFonts w:cs="Times New Roman"/>
          <w:szCs w:val="24"/>
        </w:rPr>
        <w:t>sistemele</w:t>
      </w:r>
      <w:proofErr w:type="spellEnd"/>
      <w:r w:rsidRPr="00563B50">
        <w:rPr>
          <w:rFonts w:cs="Times New Roman"/>
          <w:szCs w:val="24"/>
        </w:rPr>
        <w:t xml:space="preserve"> </w:t>
      </w:r>
      <w:proofErr w:type="spellStart"/>
      <w:r w:rsidRPr="00563B50">
        <w:rPr>
          <w:rFonts w:cs="Times New Roman"/>
          <w:szCs w:val="24"/>
        </w:rPr>
        <w:t>informaţionale</w:t>
      </w:r>
      <w:proofErr w:type="spellEnd"/>
      <w:r w:rsidRPr="00563B50">
        <w:rPr>
          <w:rFonts w:cs="Times New Roman"/>
          <w:szCs w:val="24"/>
        </w:rPr>
        <w:t xml:space="preserve">, </w:t>
      </w:r>
      <w:proofErr w:type="spellStart"/>
      <w:r w:rsidRPr="00563B50">
        <w:rPr>
          <w:rFonts w:cs="Times New Roman"/>
          <w:szCs w:val="24"/>
        </w:rPr>
        <w:t>inclusiv</w:t>
      </w:r>
      <w:proofErr w:type="spellEnd"/>
      <w:r w:rsidRPr="00563B50">
        <w:rPr>
          <w:rFonts w:cs="Times New Roman"/>
          <w:szCs w:val="24"/>
        </w:rPr>
        <w:t xml:space="preserve"> </w:t>
      </w:r>
      <w:proofErr w:type="spellStart"/>
      <w:r w:rsidRPr="00563B50">
        <w:rPr>
          <w:rFonts w:cs="Times New Roman"/>
          <w:szCs w:val="24"/>
        </w:rPr>
        <w:t>posibilitatea</w:t>
      </w:r>
      <w:proofErr w:type="spellEnd"/>
      <w:r w:rsidRPr="00563B50">
        <w:rPr>
          <w:rFonts w:cs="Times New Roman"/>
          <w:szCs w:val="24"/>
        </w:rPr>
        <w:t xml:space="preserve"> </w:t>
      </w:r>
      <w:proofErr w:type="spellStart"/>
      <w:r w:rsidRPr="00563B50">
        <w:rPr>
          <w:rFonts w:cs="Times New Roman"/>
          <w:szCs w:val="24"/>
        </w:rPr>
        <w:t>deconectării</w:t>
      </w:r>
      <w:proofErr w:type="spellEnd"/>
      <w:r w:rsidRPr="00563B50">
        <w:rPr>
          <w:rFonts w:cs="Times New Roman"/>
          <w:szCs w:val="24"/>
        </w:rPr>
        <w:t xml:space="preserve"> </w:t>
      </w:r>
      <w:proofErr w:type="spellStart"/>
      <w:r w:rsidRPr="00563B50">
        <w:rPr>
          <w:rFonts w:cs="Times New Roman"/>
          <w:szCs w:val="24"/>
        </w:rPr>
        <w:t>oricărui</w:t>
      </w:r>
      <w:proofErr w:type="spellEnd"/>
      <w:r w:rsidRPr="00563B50">
        <w:rPr>
          <w:rFonts w:cs="Times New Roman"/>
          <w:szCs w:val="24"/>
        </w:rPr>
        <w:t xml:space="preserve"> component TI.</w:t>
      </w:r>
    </w:p>
    <w:p w14:paraId="3E8A4855" w14:textId="77777777" w:rsidR="00EE7ED3" w:rsidRPr="00563B50" w:rsidRDefault="00000000" w:rsidP="00CF5435">
      <w:pPr>
        <w:jc w:val="both"/>
        <w:rPr>
          <w:rFonts w:cs="Times New Roman"/>
          <w:szCs w:val="24"/>
        </w:rPr>
      </w:pPr>
      <w:r w:rsidRPr="00563B50">
        <w:rPr>
          <w:rFonts w:cs="Times New Roman"/>
          <w:szCs w:val="24"/>
        </w:rPr>
        <w:t xml:space="preserve">c) Sunt </w:t>
      </w:r>
      <w:proofErr w:type="spellStart"/>
      <w:r w:rsidRPr="00563B50">
        <w:rPr>
          <w:rFonts w:cs="Times New Roman"/>
          <w:szCs w:val="24"/>
        </w:rPr>
        <w:t>implementate</w:t>
      </w:r>
      <w:proofErr w:type="spellEnd"/>
      <w:r w:rsidRPr="00563B50">
        <w:rPr>
          <w:rFonts w:cs="Times New Roman"/>
          <w:szCs w:val="24"/>
        </w:rPr>
        <w:t xml:space="preserve"> </w:t>
      </w:r>
      <w:proofErr w:type="spellStart"/>
      <w:r w:rsidRPr="00563B50">
        <w:rPr>
          <w:rFonts w:cs="Times New Roman"/>
          <w:szCs w:val="24"/>
        </w:rPr>
        <w:t>sisteme</w:t>
      </w:r>
      <w:proofErr w:type="spellEnd"/>
      <w:r w:rsidRPr="00563B50">
        <w:rPr>
          <w:rFonts w:cs="Times New Roman"/>
          <w:szCs w:val="24"/>
        </w:rPr>
        <w:t xml:space="preserve"> </w:t>
      </w:r>
      <w:proofErr w:type="spellStart"/>
      <w:r w:rsidRPr="00563B50">
        <w:rPr>
          <w:rFonts w:cs="Times New Roman"/>
          <w:szCs w:val="24"/>
        </w:rPr>
        <w:t>automatizate</w:t>
      </w:r>
      <w:proofErr w:type="spellEnd"/>
      <w:r w:rsidRPr="00563B50">
        <w:rPr>
          <w:rFonts w:cs="Times New Roman"/>
          <w:szCs w:val="24"/>
        </w:rPr>
        <w:t xml:space="preserve"> de </w:t>
      </w:r>
      <w:proofErr w:type="spellStart"/>
      <w:r w:rsidRPr="00563B50">
        <w:rPr>
          <w:rFonts w:cs="Times New Roman"/>
          <w:szCs w:val="24"/>
        </w:rPr>
        <w:t>depistare</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semnalizare</w:t>
      </w:r>
      <w:proofErr w:type="spellEnd"/>
      <w:r w:rsidRPr="00563B50">
        <w:rPr>
          <w:rFonts w:cs="Times New Roman"/>
          <w:szCs w:val="24"/>
        </w:rPr>
        <w:t xml:space="preserve"> a </w:t>
      </w:r>
      <w:proofErr w:type="spellStart"/>
      <w:r w:rsidRPr="00563B50">
        <w:rPr>
          <w:rFonts w:cs="Times New Roman"/>
          <w:szCs w:val="24"/>
        </w:rPr>
        <w:t>incendiilor</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birourile</w:t>
      </w:r>
      <w:proofErr w:type="spellEnd"/>
      <w:r w:rsidRPr="00563B50">
        <w:rPr>
          <w:rFonts w:cs="Times New Roman"/>
          <w:szCs w:val="24"/>
        </w:rPr>
        <w:t xml:space="preserve"> </w:t>
      </w:r>
      <w:proofErr w:type="spellStart"/>
      <w:r w:rsidRPr="00563B50">
        <w:rPr>
          <w:rFonts w:cs="Times New Roman"/>
          <w:szCs w:val="24"/>
        </w:rPr>
        <w:t>unde</w:t>
      </w:r>
      <w:proofErr w:type="spellEnd"/>
      <w:r w:rsidRPr="00563B50">
        <w:rPr>
          <w:rFonts w:cs="Times New Roman"/>
          <w:szCs w:val="24"/>
        </w:rPr>
        <w:t xml:space="preserve"> </w:t>
      </w:r>
      <w:proofErr w:type="spellStart"/>
      <w:r w:rsidRPr="00563B50">
        <w:rPr>
          <w:rFonts w:cs="Times New Roman"/>
          <w:szCs w:val="24"/>
        </w:rPr>
        <w:t>sînt</w:t>
      </w:r>
      <w:proofErr w:type="spellEnd"/>
      <w:r w:rsidRPr="00563B50">
        <w:rPr>
          <w:rFonts w:cs="Times New Roman"/>
          <w:szCs w:val="24"/>
        </w:rPr>
        <w:t xml:space="preserve"> </w:t>
      </w:r>
      <w:proofErr w:type="spellStart"/>
      <w:r w:rsidRPr="00563B50">
        <w:rPr>
          <w:rFonts w:cs="Times New Roman"/>
          <w:szCs w:val="24"/>
        </w:rPr>
        <w:t>amplasate</w:t>
      </w:r>
      <w:proofErr w:type="spellEnd"/>
      <w:r w:rsidRPr="00563B50">
        <w:rPr>
          <w:rFonts w:cs="Times New Roman"/>
          <w:szCs w:val="24"/>
        </w:rPr>
        <w:t xml:space="preserve"> </w:t>
      </w:r>
      <w:proofErr w:type="spellStart"/>
      <w:r w:rsidRPr="00563B50">
        <w:rPr>
          <w:rFonts w:cs="Times New Roman"/>
          <w:szCs w:val="24"/>
        </w:rPr>
        <w:t>sistemele</w:t>
      </w:r>
      <w:proofErr w:type="spellEnd"/>
      <w:r w:rsidRPr="00563B50">
        <w:rPr>
          <w:rFonts w:cs="Times New Roman"/>
          <w:szCs w:val="24"/>
        </w:rPr>
        <w:t xml:space="preserve"> </w:t>
      </w:r>
      <w:proofErr w:type="spellStart"/>
      <w:r w:rsidRPr="00563B50">
        <w:rPr>
          <w:rFonts w:cs="Times New Roman"/>
          <w:szCs w:val="24"/>
        </w:rPr>
        <w:t>informaţionale</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mijloacele</w:t>
      </w:r>
      <w:proofErr w:type="spellEnd"/>
      <w:r w:rsidRPr="00563B50">
        <w:rPr>
          <w:rFonts w:cs="Times New Roman"/>
          <w:szCs w:val="24"/>
        </w:rPr>
        <w:t xml:space="preserve"> de </w:t>
      </w:r>
      <w:proofErr w:type="spellStart"/>
      <w:r w:rsidRPr="00563B50">
        <w:rPr>
          <w:rFonts w:cs="Times New Roman"/>
          <w:szCs w:val="24"/>
        </w:rPr>
        <w:t>prelucrare</w:t>
      </w:r>
      <w:proofErr w:type="spellEnd"/>
      <w:r w:rsidRPr="00563B50">
        <w:rPr>
          <w:rFonts w:cs="Times New Roman"/>
          <w:szCs w:val="24"/>
        </w:rPr>
        <w:t xml:space="preserve"> a </w:t>
      </w:r>
      <w:proofErr w:type="spellStart"/>
      <w:r w:rsidRPr="00563B50">
        <w:rPr>
          <w:rFonts w:cs="Times New Roman"/>
          <w:szCs w:val="24"/>
        </w:rPr>
        <w:t>datelor</w:t>
      </w:r>
      <w:proofErr w:type="spellEnd"/>
      <w:r w:rsidRPr="00563B50">
        <w:rPr>
          <w:rFonts w:cs="Times New Roman"/>
          <w:szCs w:val="24"/>
        </w:rPr>
        <w:t>.</w:t>
      </w:r>
    </w:p>
    <w:p w14:paraId="5A05BC05" w14:textId="77777777" w:rsidR="00EE7ED3" w:rsidRPr="00563B50" w:rsidRDefault="00000000" w:rsidP="00A33FF6">
      <w:pPr>
        <w:rPr>
          <w:rFonts w:cs="Times New Roman"/>
          <w:b/>
          <w:bCs/>
          <w:szCs w:val="24"/>
        </w:rPr>
      </w:pPr>
      <w:r w:rsidRPr="00563B50">
        <w:rPr>
          <w:rFonts w:cs="Times New Roman"/>
          <w:b/>
          <w:bCs/>
          <w:szCs w:val="24"/>
        </w:rPr>
        <w:t xml:space="preserve">10. </w:t>
      </w:r>
      <w:proofErr w:type="spellStart"/>
      <w:r w:rsidRPr="00563B50">
        <w:rPr>
          <w:rFonts w:cs="Times New Roman"/>
          <w:b/>
          <w:bCs/>
          <w:szCs w:val="24"/>
        </w:rPr>
        <w:t>Controlul</w:t>
      </w:r>
      <w:proofErr w:type="spellEnd"/>
      <w:r w:rsidRPr="00563B50">
        <w:rPr>
          <w:rFonts w:cs="Times New Roman"/>
          <w:b/>
          <w:bCs/>
          <w:szCs w:val="24"/>
        </w:rPr>
        <w:t xml:space="preserve"> </w:t>
      </w:r>
      <w:proofErr w:type="spellStart"/>
      <w:r w:rsidRPr="00563B50">
        <w:rPr>
          <w:rFonts w:cs="Times New Roman"/>
          <w:b/>
          <w:bCs/>
          <w:szCs w:val="24"/>
        </w:rPr>
        <w:t>instalării</w:t>
      </w:r>
      <w:proofErr w:type="spellEnd"/>
      <w:r w:rsidRPr="00563B50">
        <w:rPr>
          <w:rFonts w:cs="Times New Roman"/>
          <w:b/>
          <w:bCs/>
          <w:szCs w:val="24"/>
        </w:rPr>
        <w:t xml:space="preserve"> </w:t>
      </w:r>
      <w:proofErr w:type="spellStart"/>
      <w:r w:rsidRPr="00563B50">
        <w:rPr>
          <w:rFonts w:cs="Times New Roman"/>
          <w:b/>
          <w:bCs/>
          <w:szCs w:val="24"/>
        </w:rPr>
        <w:t>şi</w:t>
      </w:r>
      <w:proofErr w:type="spellEnd"/>
      <w:r w:rsidRPr="00563B50">
        <w:rPr>
          <w:rFonts w:cs="Times New Roman"/>
          <w:b/>
          <w:bCs/>
          <w:szCs w:val="24"/>
        </w:rPr>
        <w:t xml:space="preserve"> </w:t>
      </w:r>
      <w:proofErr w:type="spellStart"/>
      <w:r w:rsidRPr="00563B50">
        <w:rPr>
          <w:rFonts w:cs="Times New Roman"/>
          <w:b/>
          <w:bCs/>
          <w:szCs w:val="24"/>
        </w:rPr>
        <w:t>scoaterii</w:t>
      </w:r>
      <w:proofErr w:type="spellEnd"/>
      <w:r w:rsidRPr="00563B50">
        <w:rPr>
          <w:rFonts w:cs="Times New Roman"/>
          <w:b/>
          <w:bCs/>
          <w:szCs w:val="24"/>
        </w:rPr>
        <w:t xml:space="preserve"> </w:t>
      </w:r>
      <w:proofErr w:type="spellStart"/>
      <w:r w:rsidRPr="00563B50">
        <w:rPr>
          <w:rFonts w:cs="Times New Roman"/>
          <w:b/>
          <w:bCs/>
          <w:szCs w:val="24"/>
        </w:rPr>
        <w:t>componentelor</w:t>
      </w:r>
      <w:proofErr w:type="spellEnd"/>
      <w:r w:rsidRPr="00563B50">
        <w:rPr>
          <w:rFonts w:cs="Times New Roman"/>
          <w:b/>
          <w:bCs/>
          <w:szCs w:val="24"/>
        </w:rPr>
        <w:t xml:space="preserve"> T.I.</w:t>
      </w:r>
    </w:p>
    <w:p w14:paraId="290AEF2C" w14:textId="77777777" w:rsidR="00EE7ED3" w:rsidRPr="00563B50" w:rsidRDefault="00000000" w:rsidP="00CF5435">
      <w:pPr>
        <w:jc w:val="both"/>
        <w:rPr>
          <w:rFonts w:cs="Times New Roman"/>
          <w:szCs w:val="24"/>
        </w:rPr>
      </w:pPr>
      <w:r w:rsidRPr="00563B50">
        <w:rPr>
          <w:rFonts w:cs="Times New Roman"/>
          <w:szCs w:val="24"/>
        </w:rPr>
        <w:lastRenderedPageBreak/>
        <w:t xml:space="preserve">a) Este </w:t>
      </w:r>
      <w:proofErr w:type="spellStart"/>
      <w:r w:rsidRPr="00563B50">
        <w:rPr>
          <w:rFonts w:cs="Times New Roman"/>
          <w:szCs w:val="24"/>
        </w:rPr>
        <w:t>exercitat</w:t>
      </w:r>
      <w:proofErr w:type="spellEnd"/>
      <w:r w:rsidRPr="00563B50">
        <w:rPr>
          <w:rFonts w:cs="Times New Roman"/>
          <w:szCs w:val="24"/>
        </w:rPr>
        <w:t xml:space="preserve"> </w:t>
      </w:r>
      <w:proofErr w:type="spellStart"/>
      <w:r w:rsidRPr="00563B50">
        <w:rPr>
          <w:rFonts w:cs="Times New Roman"/>
          <w:szCs w:val="24"/>
        </w:rPr>
        <w:t>controlul</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evidenţa</w:t>
      </w:r>
      <w:proofErr w:type="spellEnd"/>
      <w:r w:rsidRPr="00563B50">
        <w:rPr>
          <w:rFonts w:cs="Times New Roman"/>
          <w:szCs w:val="24"/>
        </w:rPr>
        <w:t xml:space="preserve"> </w:t>
      </w:r>
      <w:proofErr w:type="spellStart"/>
      <w:r w:rsidRPr="00563B50">
        <w:rPr>
          <w:rFonts w:cs="Times New Roman"/>
          <w:szCs w:val="24"/>
        </w:rPr>
        <w:t>strictă</w:t>
      </w:r>
      <w:proofErr w:type="spellEnd"/>
      <w:r w:rsidRPr="00563B50">
        <w:rPr>
          <w:rFonts w:cs="Times New Roman"/>
          <w:szCs w:val="24"/>
        </w:rPr>
        <w:t xml:space="preserve"> a </w:t>
      </w:r>
      <w:proofErr w:type="spellStart"/>
      <w:r w:rsidRPr="00563B50">
        <w:rPr>
          <w:rFonts w:cs="Times New Roman"/>
          <w:szCs w:val="24"/>
        </w:rPr>
        <w:t>instalării</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scoaterii</w:t>
      </w:r>
      <w:proofErr w:type="spellEnd"/>
      <w:r w:rsidRPr="00563B50">
        <w:rPr>
          <w:rFonts w:cs="Times New Roman"/>
          <w:szCs w:val="24"/>
        </w:rPr>
        <w:t xml:space="preserve"> </w:t>
      </w:r>
      <w:proofErr w:type="spellStart"/>
      <w:r w:rsidRPr="00563B50">
        <w:rPr>
          <w:rFonts w:cs="Times New Roman"/>
          <w:szCs w:val="24"/>
        </w:rPr>
        <w:t>mijloacelor</w:t>
      </w:r>
      <w:proofErr w:type="spellEnd"/>
      <w:r w:rsidRPr="00563B50">
        <w:rPr>
          <w:rFonts w:cs="Times New Roman"/>
          <w:szCs w:val="24"/>
        </w:rPr>
        <w:t xml:space="preserve"> de program, </w:t>
      </w:r>
      <w:proofErr w:type="spellStart"/>
      <w:r w:rsidRPr="00563B50">
        <w:rPr>
          <w:rFonts w:cs="Times New Roman"/>
          <w:szCs w:val="24"/>
        </w:rPr>
        <w:t>mijloacelor</w:t>
      </w:r>
      <w:proofErr w:type="spellEnd"/>
      <w:r w:rsidRPr="00563B50">
        <w:rPr>
          <w:rFonts w:cs="Times New Roman"/>
          <w:szCs w:val="24"/>
        </w:rPr>
        <w:t xml:space="preserve"> </w:t>
      </w:r>
      <w:proofErr w:type="spellStart"/>
      <w:r w:rsidRPr="00563B50">
        <w:rPr>
          <w:rFonts w:cs="Times New Roman"/>
          <w:szCs w:val="24"/>
        </w:rPr>
        <w:t>tehnice</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celor</w:t>
      </w:r>
      <w:proofErr w:type="spellEnd"/>
      <w:r w:rsidRPr="00563B50">
        <w:rPr>
          <w:rFonts w:cs="Times New Roman"/>
          <w:szCs w:val="24"/>
        </w:rPr>
        <w:t xml:space="preserve"> </w:t>
      </w:r>
      <w:proofErr w:type="spellStart"/>
      <w:r w:rsidRPr="00563B50">
        <w:rPr>
          <w:rFonts w:cs="Times New Roman"/>
          <w:szCs w:val="24"/>
        </w:rPr>
        <w:t>tehnice</w:t>
      </w:r>
      <w:proofErr w:type="spellEnd"/>
      <w:r w:rsidRPr="00563B50">
        <w:rPr>
          <w:rFonts w:cs="Times New Roman"/>
          <w:szCs w:val="24"/>
        </w:rPr>
        <w:t xml:space="preserve"> de program, </w:t>
      </w:r>
      <w:proofErr w:type="spellStart"/>
      <w:r w:rsidRPr="00563B50">
        <w:rPr>
          <w:rFonts w:cs="Times New Roman"/>
          <w:szCs w:val="24"/>
        </w:rPr>
        <w:t>utilizate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cadrul</w:t>
      </w:r>
      <w:proofErr w:type="spellEnd"/>
      <w:r w:rsidRPr="00563B50">
        <w:rPr>
          <w:rFonts w:cs="Times New Roman"/>
          <w:szCs w:val="24"/>
        </w:rPr>
        <w:t xml:space="preserve"> </w:t>
      </w:r>
      <w:proofErr w:type="spellStart"/>
      <w:r w:rsidRPr="00563B50">
        <w:rPr>
          <w:rFonts w:cs="Times New Roman"/>
          <w:szCs w:val="24"/>
        </w:rPr>
        <w:t>sistemelor</w:t>
      </w:r>
      <w:proofErr w:type="spellEnd"/>
      <w:r w:rsidRPr="00563B50">
        <w:rPr>
          <w:rFonts w:cs="Times New Roman"/>
          <w:szCs w:val="24"/>
        </w:rPr>
        <w:t xml:space="preserve"> </w:t>
      </w:r>
      <w:proofErr w:type="spellStart"/>
      <w:r w:rsidRPr="00563B50">
        <w:rPr>
          <w:rFonts w:cs="Times New Roman"/>
          <w:szCs w:val="24"/>
        </w:rPr>
        <w:t>informaţionale</w:t>
      </w:r>
      <w:proofErr w:type="spellEnd"/>
      <w:r w:rsidRPr="00563B50">
        <w:rPr>
          <w:rFonts w:cs="Times New Roman"/>
          <w:szCs w:val="24"/>
        </w:rPr>
        <w:t>.</w:t>
      </w:r>
      <w:r w:rsidRPr="00563B50">
        <w:rPr>
          <w:rFonts w:cs="Times New Roman"/>
          <w:szCs w:val="24"/>
        </w:rPr>
        <w:br/>
        <w:t xml:space="preserve">b) </w:t>
      </w:r>
      <w:proofErr w:type="spellStart"/>
      <w:r w:rsidRPr="00563B50">
        <w:rPr>
          <w:rFonts w:cs="Times New Roman"/>
          <w:szCs w:val="24"/>
        </w:rPr>
        <w:t>Informaţiile</w:t>
      </w:r>
      <w:proofErr w:type="spellEnd"/>
      <w:r w:rsidRPr="00563B50">
        <w:rPr>
          <w:rFonts w:cs="Times New Roman"/>
          <w:szCs w:val="24"/>
        </w:rPr>
        <w:t xml:space="preserve"> care </w:t>
      </w:r>
      <w:proofErr w:type="spellStart"/>
      <w:r w:rsidRPr="00563B50">
        <w:rPr>
          <w:rFonts w:cs="Times New Roman"/>
          <w:szCs w:val="24"/>
        </w:rPr>
        <w:t>conţin</w:t>
      </w:r>
      <w:proofErr w:type="spellEnd"/>
      <w:r w:rsidRPr="00563B50">
        <w:rPr>
          <w:rFonts w:cs="Times New Roman"/>
          <w:szCs w:val="24"/>
        </w:rPr>
        <w:t xml:space="preserve"> date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şi</w:t>
      </w:r>
      <w:proofErr w:type="spellEnd"/>
      <w:r w:rsidRPr="00563B50">
        <w:rPr>
          <w:rFonts w:cs="Times New Roman"/>
          <w:szCs w:val="24"/>
        </w:rPr>
        <w:t xml:space="preserve"> care se </w:t>
      </w:r>
      <w:proofErr w:type="spellStart"/>
      <w:r w:rsidRPr="00563B50">
        <w:rPr>
          <w:rFonts w:cs="Times New Roman"/>
          <w:szCs w:val="24"/>
        </w:rPr>
        <w:t>conţin</w:t>
      </w:r>
      <w:proofErr w:type="spellEnd"/>
      <w:r w:rsidRPr="00563B50">
        <w:rPr>
          <w:rFonts w:cs="Times New Roman"/>
          <w:szCs w:val="24"/>
        </w:rPr>
        <w:t xml:space="preserve"> pe </w:t>
      </w:r>
      <w:proofErr w:type="spellStart"/>
      <w:r w:rsidRPr="00563B50">
        <w:rPr>
          <w:rFonts w:cs="Times New Roman"/>
          <w:szCs w:val="24"/>
        </w:rPr>
        <w:t>purtătorii</w:t>
      </w:r>
      <w:proofErr w:type="spellEnd"/>
      <w:r w:rsidRPr="00563B50">
        <w:rPr>
          <w:rFonts w:cs="Times New Roman"/>
          <w:szCs w:val="24"/>
        </w:rPr>
        <w:t xml:space="preserve"> de </w:t>
      </w:r>
      <w:proofErr w:type="spellStart"/>
      <w:r w:rsidRPr="00563B50">
        <w:rPr>
          <w:rFonts w:cs="Times New Roman"/>
          <w:szCs w:val="24"/>
        </w:rPr>
        <w:t>informaţii</w:t>
      </w:r>
      <w:proofErr w:type="spellEnd"/>
      <w:r w:rsidRPr="00563B50">
        <w:rPr>
          <w:rFonts w:cs="Times New Roman"/>
          <w:szCs w:val="24"/>
        </w:rPr>
        <w:t xml:space="preserve"> </w:t>
      </w:r>
      <w:proofErr w:type="spellStart"/>
      <w:r w:rsidRPr="00563B50">
        <w:rPr>
          <w:rFonts w:cs="Times New Roman"/>
          <w:szCs w:val="24"/>
        </w:rPr>
        <w:t>uzați</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defecți</w:t>
      </w:r>
      <w:proofErr w:type="spellEnd"/>
      <w:r w:rsidRPr="00563B50">
        <w:rPr>
          <w:rFonts w:cs="Times New Roman"/>
          <w:szCs w:val="24"/>
        </w:rPr>
        <w:t xml:space="preserve"> se </w:t>
      </w:r>
      <w:proofErr w:type="spellStart"/>
      <w:r w:rsidRPr="00563B50">
        <w:rPr>
          <w:rFonts w:cs="Times New Roman"/>
          <w:szCs w:val="24"/>
        </w:rPr>
        <w:t>distrug</w:t>
      </w:r>
      <w:proofErr w:type="spellEnd"/>
      <w:r w:rsidRPr="00563B50">
        <w:rPr>
          <w:rFonts w:cs="Times New Roman"/>
          <w:szCs w:val="24"/>
        </w:rPr>
        <w:t xml:space="preserve"> </w:t>
      </w:r>
      <w:proofErr w:type="spellStart"/>
      <w:r w:rsidRPr="00563B50">
        <w:rPr>
          <w:rFonts w:cs="Times New Roman"/>
          <w:szCs w:val="24"/>
        </w:rPr>
        <w:t>fizic</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se </w:t>
      </w:r>
      <w:proofErr w:type="spellStart"/>
      <w:r w:rsidRPr="00563B50">
        <w:rPr>
          <w:rFonts w:cs="Times New Roman"/>
          <w:szCs w:val="24"/>
        </w:rPr>
        <w:t>transcriu</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se </w:t>
      </w:r>
      <w:proofErr w:type="spellStart"/>
      <w:r w:rsidRPr="00563B50">
        <w:rPr>
          <w:rFonts w:cs="Times New Roman"/>
          <w:szCs w:val="24"/>
        </w:rPr>
        <w:t>nimicesc</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metode</w:t>
      </w:r>
      <w:proofErr w:type="spellEnd"/>
      <w:r w:rsidRPr="00563B50">
        <w:rPr>
          <w:rFonts w:cs="Times New Roman"/>
          <w:szCs w:val="24"/>
        </w:rPr>
        <w:t xml:space="preserve"> </w:t>
      </w:r>
      <w:proofErr w:type="spellStart"/>
      <w:r w:rsidRPr="00563B50">
        <w:rPr>
          <w:rFonts w:cs="Times New Roman"/>
          <w:szCs w:val="24"/>
        </w:rPr>
        <w:t>sigure</w:t>
      </w:r>
      <w:proofErr w:type="spellEnd"/>
      <w:r w:rsidRPr="00563B50">
        <w:rPr>
          <w:rFonts w:cs="Times New Roman"/>
          <w:szCs w:val="24"/>
        </w:rPr>
        <w:t xml:space="preserve">, </w:t>
      </w:r>
      <w:proofErr w:type="spellStart"/>
      <w:r w:rsidRPr="00563B50">
        <w:rPr>
          <w:rFonts w:cs="Times New Roman"/>
          <w:szCs w:val="24"/>
        </w:rPr>
        <w:t>evitîndu</w:t>
      </w:r>
      <w:proofErr w:type="spellEnd"/>
      <w:r w:rsidRPr="00563B50">
        <w:rPr>
          <w:rFonts w:cs="Times New Roman"/>
          <w:szCs w:val="24"/>
        </w:rPr>
        <w:t xml:space="preserve">-se </w:t>
      </w:r>
      <w:proofErr w:type="spellStart"/>
      <w:r w:rsidRPr="00563B50">
        <w:rPr>
          <w:rFonts w:cs="Times New Roman"/>
          <w:szCs w:val="24"/>
        </w:rPr>
        <w:t>folosirea</w:t>
      </w:r>
      <w:proofErr w:type="spellEnd"/>
      <w:r w:rsidRPr="00563B50">
        <w:rPr>
          <w:rFonts w:cs="Times New Roman"/>
          <w:szCs w:val="24"/>
        </w:rPr>
        <w:t xml:space="preserve"> </w:t>
      </w:r>
      <w:proofErr w:type="spellStart"/>
      <w:r w:rsidRPr="00563B50">
        <w:rPr>
          <w:rFonts w:cs="Times New Roman"/>
          <w:szCs w:val="24"/>
        </w:rPr>
        <w:t>funcţiilor</w:t>
      </w:r>
      <w:proofErr w:type="spellEnd"/>
      <w:r w:rsidRPr="00563B50">
        <w:rPr>
          <w:rFonts w:cs="Times New Roman"/>
          <w:szCs w:val="24"/>
        </w:rPr>
        <w:t xml:space="preserve"> </w:t>
      </w:r>
      <w:proofErr w:type="spellStart"/>
      <w:r w:rsidRPr="00563B50">
        <w:rPr>
          <w:rFonts w:cs="Times New Roman"/>
          <w:szCs w:val="24"/>
        </w:rPr>
        <w:t>standarde</w:t>
      </w:r>
      <w:proofErr w:type="spellEnd"/>
      <w:r w:rsidRPr="00563B50">
        <w:rPr>
          <w:rFonts w:cs="Times New Roman"/>
          <w:szCs w:val="24"/>
        </w:rPr>
        <w:t xml:space="preserve"> de </w:t>
      </w:r>
      <w:proofErr w:type="spellStart"/>
      <w:r w:rsidRPr="00563B50">
        <w:rPr>
          <w:rFonts w:cs="Times New Roman"/>
          <w:szCs w:val="24"/>
        </w:rPr>
        <w:t>nimicire</w:t>
      </w:r>
      <w:proofErr w:type="spellEnd"/>
      <w:r w:rsidRPr="00563B50">
        <w:rPr>
          <w:rFonts w:cs="Times New Roman"/>
          <w:szCs w:val="24"/>
        </w:rPr>
        <w:t xml:space="preserve"> (</w:t>
      </w:r>
      <w:proofErr w:type="spellStart"/>
      <w:r w:rsidRPr="00563B50">
        <w:rPr>
          <w:rFonts w:cs="Times New Roman"/>
          <w:szCs w:val="24"/>
        </w:rPr>
        <w:t>formatare</w:t>
      </w:r>
      <w:proofErr w:type="spellEnd"/>
      <w:r w:rsidRPr="00563B50">
        <w:rPr>
          <w:rFonts w:cs="Times New Roman"/>
          <w:szCs w:val="24"/>
        </w:rPr>
        <w:t xml:space="preserve"> </w:t>
      </w:r>
      <w:proofErr w:type="spellStart"/>
      <w:r w:rsidRPr="00563B50">
        <w:rPr>
          <w:rFonts w:cs="Times New Roman"/>
          <w:szCs w:val="24"/>
        </w:rPr>
        <w:t>simplă</w:t>
      </w:r>
      <w:proofErr w:type="spellEnd"/>
      <w:r w:rsidRPr="00563B50">
        <w:rPr>
          <w:rFonts w:cs="Times New Roman"/>
          <w:szCs w:val="24"/>
        </w:rPr>
        <w:t>).</w:t>
      </w:r>
    </w:p>
    <w:p w14:paraId="23863F48" w14:textId="77777777" w:rsidR="00EE7ED3" w:rsidRPr="00563B50" w:rsidRDefault="00000000" w:rsidP="00CF5435">
      <w:pPr>
        <w:jc w:val="both"/>
        <w:rPr>
          <w:rFonts w:cs="Times New Roman"/>
          <w:b/>
          <w:bCs/>
          <w:szCs w:val="24"/>
        </w:rPr>
      </w:pPr>
      <w:r w:rsidRPr="00563B50">
        <w:rPr>
          <w:rFonts w:cs="Times New Roman"/>
          <w:b/>
          <w:bCs/>
          <w:szCs w:val="24"/>
        </w:rPr>
        <w:t xml:space="preserve">11. </w:t>
      </w:r>
      <w:proofErr w:type="spellStart"/>
      <w:r w:rsidRPr="00563B50">
        <w:rPr>
          <w:rFonts w:cs="Times New Roman"/>
          <w:b/>
          <w:bCs/>
          <w:szCs w:val="24"/>
        </w:rPr>
        <w:t>Dezvăluirea</w:t>
      </w:r>
      <w:proofErr w:type="spellEnd"/>
      <w:r w:rsidRPr="00563B50">
        <w:rPr>
          <w:rFonts w:cs="Times New Roman"/>
          <w:b/>
          <w:bCs/>
          <w:szCs w:val="24"/>
        </w:rPr>
        <w:t xml:space="preserve"> </w:t>
      </w:r>
      <w:proofErr w:type="spellStart"/>
      <w:r w:rsidRPr="00563B50">
        <w:rPr>
          <w:rFonts w:cs="Times New Roman"/>
          <w:b/>
          <w:bCs/>
          <w:szCs w:val="24"/>
        </w:rPr>
        <w:t>datelor</w:t>
      </w:r>
      <w:proofErr w:type="spellEnd"/>
      <w:r w:rsidRPr="00563B50">
        <w:rPr>
          <w:rFonts w:cs="Times New Roman"/>
          <w:b/>
          <w:bCs/>
          <w:szCs w:val="24"/>
        </w:rPr>
        <w:t xml:space="preserve"> cu </w:t>
      </w:r>
      <w:proofErr w:type="spellStart"/>
      <w:r w:rsidRPr="00563B50">
        <w:rPr>
          <w:rFonts w:cs="Times New Roman"/>
          <w:b/>
          <w:bCs/>
          <w:szCs w:val="24"/>
        </w:rPr>
        <w:t>caracter</w:t>
      </w:r>
      <w:proofErr w:type="spellEnd"/>
      <w:r w:rsidRPr="00563B50">
        <w:rPr>
          <w:rFonts w:cs="Times New Roman"/>
          <w:b/>
          <w:bCs/>
          <w:szCs w:val="24"/>
        </w:rPr>
        <w:t xml:space="preserve"> personal </w:t>
      </w:r>
      <w:proofErr w:type="spellStart"/>
      <w:r w:rsidRPr="00563B50">
        <w:rPr>
          <w:rFonts w:cs="Times New Roman"/>
          <w:b/>
          <w:bCs/>
          <w:szCs w:val="24"/>
        </w:rPr>
        <w:t>prin</w:t>
      </w:r>
      <w:proofErr w:type="spellEnd"/>
      <w:r w:rsidRPr="00563B50">
        <w:rPr>
          <w:rFonts w:cs="Times New Roman"/>
          <w:b/>
          <w:bCs/>
          <w:szCs w:val="24"/>
        </w:rPr>
        <w:t xml:space="preserve"> </w:t>
      </w:r>
      <w:proofErr w:type="spellStart"/>
      <w:r w:rsidRPr="00563B50">
        <w:rPr>
          <w:rFonts w:cs="Times New Roman"/>
          <w:b/>
          <w:bCs/>
          <w:szCs w:val="24"/>
        </w:rPr>
        <w:t>reţele</w:t>
      </w:r>
      <w:proofErr w:type="spellEnd"/>
      <w:r w:rsidRPr="00563B50">
        <w:rPr>
          <w:rFonts w:cs="Times New Roman"/>
          <w:b/>
          <w:bCs/>
          <w:szCs w:val="24"/>
        </w:rPr>
        <w:t xml:space="preserve"> </w:t>
      </w:r>
      <w:proofErr w:type="spellStart"/>
      <w:r w:rsidRPr="00563B50">
        <w:rPr>
          <w:rFonts w:cs="Times New Roman"/>
          <w:b/>
          <w:bCs/>
          <w:szCs w:val="24"/>
        </w:rPr>
        <w:t>comunicaţionale</w:t>
      </w:r>
      <w:proofErr w:type="spellEnd"/>
      <w:r w:rsidRPr="00563B50">
        <w:rPr>
          <w:rFonts w:cs="Times New Roman"/>
          <w:b/>
          <w:bCs/>
          <w:szCs w:val="24"/>
        </w:rPr>
        <w:t xml:space="preserve"> </w:t>
      </w:r>
      <w:proofErr w:type="spellStart"/>
      <w:r w:rsidRPr="00563B50">
        <w:rPr>
          <w:rFonts w:cs="Times New Roman"/>
          <w:b/>
          <w:bCs/>
          <w:szCs w:val="24"/>
        </w:rPr>
        <w:t>ori</w:t>
      </w:r>
      <w:proofErr w:type="spellEnd"/>
      <w:r w:rsidRPr="00563B50">
        <w:rPr>
          <w:rFonts w:cs="Times New Roman"/>
          <w:b/>
          <w:bCs/>
          <w:szCs w:val="24"/>
        </w:rPr>
        <w:t xml:space="preserve"> pe alt </w:t>
      </w:r>
      <w:proofErr w:type="spellStart"/>
      <w:r w:rsidRPr="00563B50">
        <w:rPr>
          <w:rFonts w:cs="Times New Roman"/>
          <w:b/>
          <w:bCs/>
          <w:szCs w:val="24"/>
        </w:rPr>
        <w:t>suport</w:t>
      </w:r>
      <w:proofErr w:type="spellEnd"/>
      <w:r w:rsidRPr="00563B50">
        <w:rPr>
          <w:rFonts w:cs="Times New Roman"/>
          <w:b/>
          <w:bCs/>
          <w:szCs w:val="24"/>
        </w:rPr>
        <w:t xml:space="preserve"> digital de </w:t>
      </w:r>
      <w:proofErr w:type="spellStart"/>
      <w:r w:rsidRPr="00563B50">
        <w:rPr>
          <w:rFonts w:cs="Times New Roman"/>
          <w:b/>
          <w:bCs/>
          <w:szCs w:val="24"/>
        </w:rPr>
        <w:t>stocare</w:t>
      </w:r>
      <w:proofErr w:type="spellEnd"/>
    </w:p>
    <w:p w14:paraId="70366DE4" w14:textId="77777777" w:rsidR="00EE7ED3" w:rsidRDefault="00000000" w:rsidP="00CF5435">
      <w:pPr>
        <w:jc w:val="both"/>
        <w:rPr>
          <w:rFonts w:cs="Times New Roman"/>
          <w:szCs w:val="24"/>
          <w:lang w:val="ro-RO"/>
        </w:rPr>
      </w:pPr>
      <w:r w:rsidRPr="00563B50">
        <w:rPr>
          <w:rFonts w:cs="Times New Roman"/>
          <w:szCs w:val="24"/>
        </w:rPr>
        <w:t xml:space="preserve">a) </w:t>
      </w:r>
      <w:proofErr w:type="spellStart"/>
      <w:r w:rsidRPr="00563B50">
        <w:rPr>
          <w:rFonts w:cs="Times New Roman"/>
          <w:szCs w:val="24"/>
        </w:rPr>
        <w:t>Dezvăluirea</w:t>
      </w:r>
      <w:proofErr w:type="spellEnd"/>
      <w:r w:rsidRPr="00563B50">
        <w:rPr>
          <w:rFonts w:cs="Times New Roman"/>
          <w:szCs w:val="24"/>
        </w:rPr>
        <w:t xml:space="preserve"> </w:t>
      </w:r>
      <w:proofErr w:type="spellStart"/>
      <w:r w:rsidRPr="00563B50">
        <w:rPr>
          <w:rFonts w:cs="Times New Roman"/>
          <w:szCs w:val="24"/>
        </w:rPr>
        <w:t>formatului</w:t>
      </w:r>
      <w:proofErr w:type="spellEnd"/>
      <w:r w:rsidRPr="00563B50">
        <w:rPr>
          <w:rFonts w:cs="Times New Roman"/>
          <w:szCs w:val="24"/>
        </w:rPr>
        <w:t xml:space="preserve"> electronic al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conţinute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sistemele</w:t>
      </w:r>
      <w:proofErr w:type="spellEnd"/>
      <w:r w:rsidRPr="00563B50">
        <w:rPr>
          <w:rFonts w:cs="Times New Roman"/>
          <w:szCs w:val="24"/>
        </w:rPr>
        <w:t xml:space="preserve"> de </w:t>
      </w:r>
      <w:proofErr w:type="spellStart"/>
      <w:r w:rsidRPr="00563B50">
        <w:rPr>
          <w:rFonts w:cs="Times New Roman"/>
          <w:szCs w:val="24"/>
        </w:rPr>
        <w:t>evidență</w:t>
      </w:r>
      <w:proofErr w:type="spellEnd"/>
      <w:r w:rsidRPr="00563B50">
        <w:rPr>
          <w:rFonts w:cs="Times New Roman"/>
          <w:szCs w:val="24"/>
        </w:rPr>
        <w:t xml:space="preserve"> (</w:t>
      </w:r>
      <w:proofErr w:type="spellStart"/>
      <w:r w:rsidRPr="00563B50">
        <w:rPr>
          <w:rFonts w:cs="Times New Roman"/>
          <w:szCs w:val="24"/>
        </w:rPr>
        <w:t>extrase</w:t>
      </w:r>
      <w:proofErr w:type="spellEnd"/>
      <w:r w:rsidRPr="00563B50">
        <w:rPr>
          <w:rFonts w:cs="Times New Roman"/>
          <w:szCs w:val="24"/>
        </w:rPr>
        <w:t xml:space="preserve"> din </w:t>
      </w:r>
      <w:proofErr w:type="spellStart"/>
      <w:r w:rsidRPr="00563B50">
        <w:rPr>
          <w:rFonts w:cs="Times New Roman"/>
          <w:szCs w:val="24"/>
        </w:rPr>
        <w:t>registrele</w:t>
      </w:r>
      <w:proofErr w:type="spellEnd"/>
      <w:r w:rsidRPr="00563B50">
        <w:rPr>
          <w:rFonts w:cs="Times New Roman"/>
          <w:szCs w:val="24"/>
        </w:rPr>
        <w:t xml:space="preserve"> de </w:t>
      </w:r>
      <w:proofErr w:type="spellStart"/>
      <w:r w:rsidRPr="00563B50">
        <w:rPr>
          <w:rFonts w:cs="Times New Roman"/>
          <w:szCs w:val="24"/>
        </w:rPr>
        <w:t>gospodării</w:t>
      </w:r>
      <w:proofErr w:type="spellEnd"/>
      <w:r w:rsidRPr="00563B50">
        <w:rPr>
          <w:rFonts w:cs="Times New Roman"/>
          <w:szCs w:val="24"/>
        </w:rPr>
        <w:t xml:space="preserve">, </w:t>
      </w:r>
      <w:proofErr w:type="spellStart"/>
      <w:r w:rsidRPr="00563B50">
        <w:rPr>
          <w:rFonts w:cs="Times New Roman"/>
          <w:szCs w:val="24"/>
        </w:rPr>
        <w:t>terenuri</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reţele</w:t>
      </w:r>
      <w:proofErr w:type="spellEnd"/>
      <w:r w:rsidRPr="00563B50">
        <w:rPr>
          <w:rFonts w:cs="Times New Roman"/>
          <w:szCs w:val="24"/>
        </w:rPr>
        <w:t xml:space="preserve"> </w:t>
      </w:r>
      <w:proofErr w:type="spellStart"/>
      <w:r w:rsidRPr="00563B50">
        <w:rPr>
          <w:rFonts w:cs="Times New Roman"/>
          <w:szCs w:val="24"/>
        </w:rPr>
        <w:t>comunicaţionale</w:t>
      </w:r>
      <w:proofErr w:type="spellEnd"/>
      <w:r w:rsidRPr="00563B50">
        <w:rPr>
          <w:rFonts w:cs="Times New Roman"/>
          <w:szCs w:val="24"/>
        </w:rPr>
        <w:t xml:space="preserve"> </w:t>
      </w:r>
      <w:proofErr w:type="spellStart"/>
      <w:r w:rsidRPr="00563B50">
        <w:rPr>
          <w:rFonts w:cs="Times New Roman"/>
          <w:szCs w:val="24"/>
        </w:rPr>
        <w:t>ori</w:t>
      </w:r>
      <w:proofErr w:type="spellEnd"/>
      <w:r w:rsidRPr="00563B50">
        <w:rPr>
          <w:rFonts w:cs="Times New Roman"/>
          <w:szCs w:val="24"/>
        </w:rPr>
        <w:t xml:space="preserve"> pe alt </w:t>
      </w:r>
      <w:proofErr w:type="spellStart"/>
      <w:r w:rsidRPr="00563B50">
        <w:rPr>
          <w:rFonts w:cs="Times New Roman"/>
          <w:szCs w:val="24"/>
        </w:rPr>
        <w:t>suport</w:t>
      </w:r>
      <w:proofErr w:type="spellEnd"/>
      <w:r w:rsidRPr="00563B50">
        <w:rPr>
          <w:rFonts w:cs="Times New Roman"/>
          <w:szCs w:val="24"/>
        </w:rPr>
        <w:t xml:space="preserve"> digital de </w:t>
      </w:r>
      <w:proofErr w:type="spellStart"/>
      <w:r w:rsidRPr="00563B50">
        <w:rPr>
          <w:rFonts w:cs="Times New Roman"/>
          <w:szCs w:val="24"/>
        </w:rPr>
        <w:t>stocare</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păstrare</w:t>
      </w:r>
      <w:proofErr w:type="spellEnd"/>
      <w:r w:rsidRPr="00563B50">
        <w:rPr>
          <w:rFonts w:cs="Times New Roman"/>
          <w:szCs w:val="24"/>
        </w:rPr>
        <w:t xml:space="preserve">, </w:t>
      </w:r>
      <w:proofErr w:type="spellStart"/>
      <w:r w:rsidRPr="00563B50">
        <w:rPr>
          <w:rFonts w:cs="Times New Roman"/>
          <w:szCs w:val="24"/>
        </w:rPr>
        <w:t>urmează</w:t>
      </w:r>
      <w:proofErr w:type="spellEnd"/>
      <w:r w:rsidRPr="00563B50">
        <w:rPr>
          <w:rFonts w:cs="Times New Roman"/>
          <w:szCs w:val="24"/>
        </w:rPr>
        <w:t xml:space="preserve"> a fi </w:t>
      </w:r>
      <w:proofErr w:type="spellStart"/>
      <w:r w:rsidRPr="00563B50">
        <w:rPr>
          <w:rFonts w:cs="Times New Roman"/>
          <w:szCs w:val="24"/>
        </w:rPr>
        <w:t>asigurată</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criptarea</w:t>
      </w:r>
      <w:proofErr w:type="spellEnd"/>
      <w:r w:rsidRPr="00563B50">
        <w:rPr>
          <w:rFonts w:cs="Times New Roman"/>
          <w:szCs w:val="24"/>
        </w:rPr>
        <w:t xml:space="preserve"> </w:t>
      </w:r>
      <w:proofErr w:type="spellStart"/>
      <w:r w:rsidRPr="00563B50">
        <w:rPr>
          <w:rFonts w:cs="Times New Roman"/>
          <w:szCs w:val="24"/>
        </w:rPr>
        <w:t>acestei</w:t>
      </w:r>
      <w:proofErr w:type="spellEnd"/>
      <w:r w:rsidRPr="00563B50">
        <w:rPr>
          <w:rFonts w:cs="Times New Roman"/>
          <w:szCs w:val="24"/>
        </w:rPr>
        <w:t xml:space="preserve"> </w:t>
      </w:r>
      <w:proofErr w:type="spellStart"/>
      <w:r w:rsidRPr="00563B50">
        <w:rPr>
          <w:rFonts w:cs="Times New Roman"/>
          <w:szCs w:val="24"/>
        </w:rPr>
        <w:t>informații</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examinarea</w:t>
      </w:r>
      <w:proofErr w:type="spellEnd"/>
      <w:r w:rsidRPr="00563B50">
        <w:rPr>
          <w:rFonts w:cs="Times New Roman"/>
          <w:szCs w:val="24"/>
        </w:rPr>
        <w:t xml:space="preserve"> </w:t>
      </w:r>
      <w:proofErr w:type="spellStart"/>
      <w:r w:rsidRPr="00563B50">
        <w:rPr>
          <w:rFonts w:cs="Times New Roman"/>
          <w:szCs w:val="24"/>
        </w:rPr>
        <w:t>posibilităţii</w:t>
      </w:r>
      <w:proofErr w:type="spellEnd"/>
      <w:r w:rsidRPr="00563B50">
        <w:rPr>
          <w:rFonts w:cs="Times New Roman"/>
          <w:szCs w:val="24"/>
        </w:rPr>
        <w:t xml:space="preserve"> </w:t>
      </w:r>
      <w:proofErr w:type="spellStart"/>
      <w:r w:rsidRPr="00563B50">
        <w:rPr>
          <w:rFonts w:cs="Times New Roman"/>
          <w:szCs w:val="24"/>
        </w:rPr>
        <w:t>utilizării</w:t>
      </w:r>
      <w:proofErr w:type="spellEnd"/>
      <w:r w:rsidRPr="00563B50">
        <w:rPr>
          <w:rFonts w:cs="Times New Roman"/>
          <w:szCs w:val="24"/>
        </w:rPr>
        <w:t xml:space="preserve"> </w:t>
      </w:r>
      <w:proofErr w:type="spellStart"/>
      <w:r w:rsidRPr="00563B50">
        <w:rPr>
          <w:rFonts w:cs="Times New Roman"/>
          <w:szCs w:val="24"/>
        </w:rPr>
        <w:t>unei</w:t>
      </w:r>
      <w:proofErr w:type="spellEnd"/>
      <w:r w:rsidRPr="00563B50">
        <w:rPr>
          <w:rFonts w:cs="Times New Roman"/>
          <w:szCs w:val="24"/>
        </w:rPr>
        <w:t xml:space="preserve"> </w:t>
      </w:r>
      <w:proofErr w:type="spellStart"/>
      <w:r w:rsidRPr="00563B50">
        <w:rPr>
          <w:rFonts w:cs="Times New Roman"/>
          <w:szCs w:val="24"/>
        </w:rPr>
        <w:t>conexiuni</w:t>
      </w:r>
      <w:proofErr w:type="spellEnd"/>
      <w:r w:rsidRPr="00563B50">
        <w:rPr>
          <w:rFonts w:cs="Times New Roman"/>
          <w:szCs w:val="24"/>
        </w:rPr>
        <w:t xml:space="preserve"> </w:t>
      </w:r>
      <w:proofErr w:type="spellStart"/>
      <w:r w:rsidRPr="00563B50">
        <w:rPr>
          <w:rFonts w:cs="Times New Roman"/>
          <w:szCs w:val="24"/>
        </w:rPr>
        <w:t>bilaterale</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canal </w:t>
      </w:r>
      <w:proofErr w:type="spellStart"/>
      <w:r w:rsidRPr="00563B50">
        <w:rPr>
          <w:rFonts w:cs="Times New Roman"/>
          <w:szCs w:val="24"/>
        </w:rPr>
        <w:t>securizat</w:t>
      </w:r>
      <w:proofErr w:type="spellEnd"/>
      <w:r w:rsidRPr="00563B50">
        <w:rPr>
          <w:rFonts w:cs="Times New Roman"/>
          <w:szCs w:val="24"/>
        </w:rPr>
        <w:t xml:space="preserve"> VPN. </w:t>
      </w:r>
      <w:proofErr w:type="spellStart"/>
      <w:r w:rsidRPr="00563B50">
        <w:rPr>
          <w:rFonts w:cs="Times New Roman"/>
          <w:szCs w:val="24"/>
        </w:rPr>
        <w:t>Accesul</w:t>
      </w:r>
      <w:proofErr w:type="spellEnd"/>
      <w:r w:rsidRPr="00563B50">
        <w:rPr>
          <w:rFonts w:cs="Times New Roman"/>
          <w:szCs w:val="24"/>
        </w:rPr>
        <w:t xml:space="preserve"> </w:t>
      </w:r>
      <w:proofErr w:type="spellStart"/>
      <w:r w:rsidRPr="00563B50">
        <w:rPr>
          <w:rFonts w:cs="Times New Roman"/>
          <w:szCs w:val="24"/>
        </w:rPr>
        <w:t>fără</w:t>
      </w:r>
      <w:proofErr w:type="spellEnd"/>
      <w:r w:rsidRPr="00563B50">
        <w:rPr>
          <w:rFonts w:cs="Times New Roman"/>
          <w:szCs w:val="24"/>
        </w:rPr>
        <w:t xml:space="preserve"> fir la </w:t>
      </w:r>
      <w:proofErr w:type="spellStart"/>
      <w:r w:rsidRPr="00563B50">
        <w:rPr>
          <w:rFonts w:cs="Times New Roman"/>
          <w:szCs w:val="24"/>
        </w:rPr>
        <w:t>sistemele</w:t>
      </w:r>
      <w:proofErr w:type="spellEnd"/>
      <w:r w:rsidRPr="00563B50">
        <w:rPr>
          <w:rFonts w:cs="Times New Roman"/>
          <w:szCs w:val="24"/>
        </w:rPr>
        <w:t xml:space="preserve"> de </w:t>
      </w:r>
      <w:proofErr w:type="spellStart"/>
      <w:r w:rsidRPr="00563B50">
        <w:rPr>
          <w:rFonts w:cs="Times New Roman"/>
          <w:szCs w:val="24"/>
        </w:rPr>
        <w:t>evidenţă</w:t>
      </w:r>
      <w:proofErr w:type="spellEnd"/>
      <w:r w:rsidRPr="00563B50">
        <w:rPr>
          <w:rFonts w:cs="Times New Roman"/>
          <w:szCs w:val="24"/>
        </w:rPr>
        <w:t xml:space="preserve">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permis</w:t>
      </w:r>
      <w:proofErr w:type="spellEnd"/>
      <w:r w:rsidRPr="00563B50">
        <w:rPr>
          <w:rFonts w:cs="Times New Roman"/>
          <w:szCs w:val="24"/>
        </w:rPr>
        <w:t xml:space="preserve"> </w:t>
      </w:r>
      <w:proofErr w:type="spellStart"/>
      <w:r w:rsidRPr="00563B50">
        <w:rPr>
          <w:rFonts w:cs="Times New Roman"/>
          <w:szCs w:val="24"/>
        </w:rPr>
        <w:t>doar</w:t>
      </w:r>
      <w:proofErr w:type="spellEnd"/>
      <w:r w:rsidRPr="00563B50">
        <w:rPr>
          <w:rFonts w:cs="Times New Roman"/>
          <w:szCs w:val="24"/>
        </w:rPr>
        <w:t xml:space="preserve"> </w:t>
      </w:r>
      <w:proofErr w:type="spellStart"/>
      <w:r w:rsidRPr="00563B50">
        <w:rPr>
          <w:rFonts w:cs="Times New Roman"/>
          <w:szCs w:val="24"/>
        </w:rPr>
        <w:t>utilizatorilor</w:t>
      </w:r>
      <w:proofErr w:type="spellEnd"/>
      <w:r w:rsidRPr="00563B50">
        <w:rPr>
          <w:rFonts w:cs="Times New Roman"/>
          <w:szCs w:val="24"/>
        </w:rPr>
        <w:t xml:space="preserve"> </w:t>
      </w:r>
      <w:proofErr w:type="spellStart"/>
      <w:r w:rsidRPr="00563B50">
        <w:rPr>
          <w:rFonts w:cs="Times New Roman"/>
          <w:szCs w:val="24"/>
        </w:rPr>
        <w:t>autorizați</w:t>
      </w:r>
      <w:proofErr w:type="spellEnd"/>
      <w:r w:rsidRPr="00563B50">
        <w:rPr>
          <w:rFonts w:cs="Times New Roman"/>
          <w:szCs w:val="24"/>
        </w:rPr>
        <w:t xml:space="preserve">. </w:t>
      </w:r>
      <w:proofErr w:type="spellStart"/>
      <w:r w:rsidRPr="00563B50">
        <w:rPr>
          <w:rFonts w:cs="Times New Roman"/>
          <w:szCs w:val="24"/>
        </w:rPr>
        <w:t>Fiecare</w:t>
      </w:r>
      <w:proofErr w:type="spellEnd"/>
      <w:r w:rsidRPr="00563B50">
        <w:rPr>
          <w:rFonts w:cs="Times New Roman"/>
          <w:szCs w:val="24"/>
        </w:rPr>
        <w:t xml:space="preserve"> </w:t>
      </w:r>
      <w:proofErr w:type="spellStart"/>
      <w:r w:rsidRPr="00563B50">
        <w:rPr>
          <w:rFonts w:cs="Times New Roman"/>
          <w:szCs w:val="24"/>
        </w:rPr>
        <w:t>caz</w:t>
      </w:r>
      <w:proofErr w:type="spellEnd"/>
      <w:r w:rsidRPr="00563B50">
        <w:rPr>
          <w:rFonts w:cs="Times New Roman"/>
          <w:szCs w:val="24"/>
        </w:rPr>
        <w:t xml:space="preserve"> de </w:t>
      </w:r>
      <w:proofErr w:type="spellStart"/>
      <w:r w:rsidRPr="00563B50">
        <w:rPr>
          <w:rFonts w:cs="Times New Roman"/>
          <w:szCs w:val="24"/>
        </w:rPr>
        <w:t>solicitare</w:t>
      </w:r>
      <w:proofErr w:type="spellEnd"/>
      <w:r w:rsidRPr="00563B50">
        <w:rPr>
          <w:rFonts w:cs="Times New Roman"/>
          <w:szCs w:val="24"/>
        </w:rPr>
        <w:t xml:space="preserve"> a </w:t>
      </w:r>
      <w:proofErr w:type="spellStart"/>
      <w:r w:rsidRPr="00563B50">
        <w:rPr>
          <w:rFonts w:cs="Times New Roman"/>
          <w:szCs w:val="24"/>
        </w:rPr>
        <w:t>dezvăluirii</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transmitere</w:t>
      </w:r>
      <w:proofErr w:type="spellEnd"/>
      <w:r w:rsidRPr="00563B50">
        <w:rPr>
          <w:rFonts w:cs="Times New Roman"/>
          <w:szCs w:val="24"/>
        </w:rPr>
        <w:t xml:space="preserve"> a </w:t>
      </w:r>
      <w:proofErr w:type="spellStart"/>
      <w:r w:rsidRPr="00563B50">
        <w:rPr>
          <w:rFonts w:cs="Times New Roman"/>
          <w:szCs w:val="24"/>
        </w:rPr>
        <w:t>datelor</w:t>
      </w:r>
      <w:proofErr w:type="spellEnd"/>
      <w:r w:rsidRPr="00563B50">
        <w:rPr>
          <w:rFonts w:cs="Times New Roman"/>
          <w:szCs w:val="24"/>
        </w:rPr>
        <w:t xml:space="preserve"> pe cale </w:t>
      </w:r>
      <w:proofErr w:type="spellStart"/>
      <w:r w:rsidRPr="00563B50">
        <w:rPr>
          <w:rFonts w:cs="Times New Roman"/>
          <w:szCs w:val="24"/>
        </w:rPr>
        <w:t>electronică</w:t>
      </w:r>
      <w:proofErr w:type="spellEnd"/>
      <w:r w:rsidRPr="00563B50">
        <w:rPr>
          <w:rFonts w:cs="Times New Roman"/>
          <w:szCs w:val="24"/>
        </w:rPr>
        <w:t xml:space="preserve"> </w:t>
      </w:r>
      <w:proofErr w:type="spellStart"/>
      <w:r w:rsidRPr="00563B50">
        <w:rPr>
          <w:rFonts w:cs="Times New Roman"/>
          <w:szCs w:val="24"/>
        </w:rPr>
        <w:t>va</w:t>
      </w:r>
      <w:proofErr w:type="spellEnd"/>
      <w:r w:rsidRPr="00563B50">
        <w:rPr>
          <w:rFonts w:cs="Times New Roman"/>
          <w:szCs w:val="24"/>
        </w:rPr>
        <w:t xml:space="preserve"> fi </w:t>
      </w:r>
      <w:proofErr w:type="spellStart"/>
      <w:r w:rsidRPr="00563B50">
        <w:rPr>
          <w:rFonts w:cs="Times New Roman"/>
          <w:szCs w:val="24"/>
        </w:rPr>
        <w:t>examinat</w:t>
      </w:r>
      <w:proofErr w:type="spellEnd"/>
      <w:r w:rsidRPr="00563B50">
        <w:rPr>
          <w:rFonts w:cs="Times New Roman"/>
          <w:szCs w:val="24"/>
        </w:rPr>
        <w:t xml:space="preserve"> </w:t>
      </w:r>
      <w:proofErr w:type="spellStart"/>
      <w:r w:rsidRPr="00563B50">
        <w:rPr>
          <w:rFonts w:cs="Times New Roman"/>
          <w:szCs w:val="24"/>
        </w:rPr>
        <w:t>separat</w:t>
      </w:r>
      <w:proofErr w:type="spellEnd"/>
      <w:r w:rsidRPr="00563B50">
        <w:rPr>
          <w:rFonts w:cs="Times New Roman"/>
          <w:szCs w:val="24"/>
        </w:rPr>
        <w:t xml:space="preserve">, </w:t>
      </w:r>
      <w:proofErr w:type="spellStart"/>
      <w:r w:rsidRPr="00563B50">
        <w:rPr>
          <w:rFonts w:cs="Times New Roman"/>
          <w:szCs w:val="24"/>
        </w:rPr>
        <w:t>reieşind</w:t>
      </w:r>
      <w:proofErr w:type="spellEnd"/>
      <w:r w:rsidRPr="00563B50">
        <w:rPr>
          <w:rFonts w:cs="Times New Roman"/>
          <w:szCs w:val="24"/>
        </w:rPr>
        <w:t xml:space="preserve"> din </w:t>
      </w:r>
      <w:proofErr w:type="spellStart"/>
      <w:r w:rsidRPr="00563B50">
        <w:rPr>
          <w:rFonts w:cs="Times New Roman"/>
          <w:szCs w:val="24"/>
        </w:rPr>
        <w:t>posibilităţile</w:t>
      </w:r>
      <w:proofErr w:type="spellEnd"/>
      <w:r w:rsidRPr="00563B50">
        <w:rPr>
          <w:rFonts w:cs="Times New Roman"/>
          <w:szCs w:val="24"/>
        </w:rPr>
        <w:t xml:space="preserve"> </w:t>
      </w:r>
      <w:proofErr w:type="spellStart"/>
      <w:r w:rsidRPr="00563B50">
        <w:rPr>
          <w:rFonts w:cs="Times New Roman"/>
          <w:szCs w:val="24"/>
        </w:rPr>
        <w:t>tehnice</w:t>
      </w:r>
      <w:proofErr w:type="spellEnd"/>
      <w:r w:rsidRPr="00563B50">
        <w:rPr>
          <w:rFonts w:cs="Times New Roman"/>
          <w:szCs w:val="24"/>
        </w:rPr>
        <w:t xml:space="preserve"> </w:t>
      </w:r>
      <w:proofErr w:type="spellStart"/>
      <w:r w:rsidRPr="00563B50">
        <w:rPr>
          <w:rFonts w:cs="Times New Roman"/>
          <w:szCs w:val="24"/>
        </w:rPr>
        <w:t>asigurate</w:t>
      </w:r>
      <w:proofErr w:type="spellEnd"/>
      <w:r w:rsidRPr="00563B50">
        <w:rPr>
          <w:rFonts w:cs="Times New Roman"/>
          <w:szCs w:val="24"/>
        </w:rPr>
        <w:t xml:space="preserve"> de </w:t>
      </w:r>
      <w:proofErr w:type="spellStart"/>
      <w:r w:rsidRPr="00563B50">
        <w:rPr>
          <w:rFonts w:cs="Times New Roman"/>
          <w:szCs w:val="24"/>
        </w:rPr>
        <w:t>destinatar</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operator, precum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corespundere</w:t>
      </w:r>
      <w:proofErr w:type="spellEnd"/>
      <w:r w:rsidRPr="00563B50">
        <w:rPr>
          <w:rFonts w:cs="Times New Roman"/>
          <w:szCs w:val="24"/>
        </w:rPr>
        <w:t xml:space="preserve"> cu </w:t>
      </w:r>
      <w:proofErr w:type="spellStart"/>
      <w:r w:rsidRPr="00563B50">
        <w:rPr>
          <w:rFonts w:cs="Times New Roman"/>
          <w:szCs w:val="24"/>
        </w:rPr>
        <w:t>măsurile</w:t>
      </w:r>
      <w:proofErr w:type="spellEnd"/>
      <w:r w:rsidRPr="00563B50">
        <w:rPr>
          <w:rFonts w:cs="Times New Roman"/>
          <w:szCs w:val="24"/>
        </w:rPr>
        <w:t xml:space="preserve"> </w:t>
      </w:r>
      <w:proofErr w:type="spellStart"/>
      <w:r w:rsidRPr="00563B50">
        <w:rPr>
          <w:rFonts w:cs="Times New Roman"/>
          <w:szCs w:val="24"/>
        </w:rPr>
        <w:t>organizatorice</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tehnice</w:t>
      </w:r>
      <w:proofErr w:type="spellEnd"/>
      <w:r w:rsidRPr="00563B50">
        <w:rPr>
          <w:rFonts w:cs="Times New Roman"/>
          <w:szCs w:val="24"/>
        </w:rPr>
        <w:t xml:space="preserve"> </w:t>
      </w:r>
      <w:proofErr w:type="spellStart"/>
      <w:r w:rsidRPr="00563B50">
        <w:rPr>
          <w:rFonts w:cs="Times New Roman"/>
          <w:szCs w:val="24"/>
        </w:rPr>
        <w:t>implementate</w:t>
      </w:r>
      <w:proofErr w:type="spellEnd"/>
      <w:r w:rsidRPr="00563B50">
        <w:rPr>
          <w:rFonts w:cs="Times New Roman"/>
          <w:szCs w:val="24"/>
        </w:rPr>
        <w:t xml:space="preserve"> de </w:t>
      </w:r>
      <w:proofErr w:type="spellStart"/>
      <w:r w:rsidRPr="00563B50">
        <w:rPr>
          <w:rFonts w:cs="Times New Roman"/>
          <w:szCs w:val="24"/>
        </w:rPr>
        <w:t>părţi</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cazul</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care </w:t>
      </w:r>
      <w:proofErr w:type="spellStart"/>
      <w:r w:rsidRPr="00563B50">
        <w:rPr>
          <w:rFonts w:cs="Times New Roman"/>
          <w:szCs w:val="24"/>
        </w:rPr>
        <w:t>rețelele</w:t>
      </w:r>
      <w:proofErr w:type="spellEnd"/>
      <w:r w:rsidRPr="00563B50">
        <w:rPr>
          <w:rFonts w:cs="Times New Roman"/>
          <w:szCs w:val="24"/>
        </w:rPr>
        <w:t xml:space="preserve"> </w:t>
      </w:r>
      <w:proofErr w:type="spellStart"/>
      <w:r w:rsidRPr="00563B50">
        <w:rPr>
          <w:rFonts w:cs="Times New Roman"/>
          <w:szCs w:val="24"/>
        </w:rPr>
        <w:t>comunicaționale</w:t>
      </w:r>
      <w:proofErr w:type="spellEnd"/>
      <w:r w:rsidRPr="00563B50">
        <w:rPr>
          <w:rFonts w:cs="Times New Roman"/>
          <w:szCs w:val="24"/>
        </w:rPr>
        <w:t xml:space="preserve"> </w:t>
      </w:r>
      <w:proofErr w:type="spellStart"/>
      <w:r w:rsidRPr="00563B50">
        <w:rPr>
          <w:rFonts w:cs="Times New Roman"/>
          <w:szCs w:val="24"/>
        </w:rPr>
        <w:t>prezintă</w:t>
      </w:r>
      <w:proofErr w:type="spellEnd"/>
      <w:r w:rsidRPr="00563B50">
        <w:rPr>
          <w:rFonts w:cs="Times New Roman"/>
          <w:szCs w:val="24"/>
        </w:rPr>
        <w:t xml:space="preserve"> </w:t>
      </w:r>
      <w:proofErr w:type="spellStart"/>
      <w:r w:rsidRPr="00563B50">
        <w:rPr>
          <w:rFonts w:cs="Times New Roman"/>
          <w:szCs w:val="24"/>
        </w:rPr>
        <w:t>riscuri</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confidenţialitatea</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securitatea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vor</w:t>
      </w:r>
      <w:proofErr w:type="spellEnd"/>
      <w:r w:rsidRPr="00563B50">
        <w:rPr>
          <w:rFonts w:cs="Times New Roman"/>
          <w:szCs w:val="24"/>
        </w:rPr>
        <w:t xml:space="preserve"> fi </w:t>
      </w:r>
      <w:proofErr w:type="spellStart"/>
      <w:r w:rsidRPr="00563B50">
        <w:rPr>
          <w:rFonts w:cs="Times New Roman"/>
          <w:szCs w:val="24"/>
        </w:rPr>
        <w:t>utilizate</w:t>
      </w:r>
      <w:proofErr w:type="spellEnd"/>
      <w:r w:rsidRPr="00563B50">
        <w:rPr>
          <w:rFonts w:cs="Times New Roman"/>
          <w:szCs w:val="24"/>
        </w:rPr>
        <w:t xml:space="preserve"> </w:t>
      </w:r>
      <w:proofErr w:type="spellStart"/>
      <w:r w:rsidRPr="00563B50">
        <w:rPr>
          <w:rFonts w:cs="Times New Roman"/>
          <w:szCs w:val="24"/>
        </w:rPr>
        <w:t>metode</w:t>
      </w:r>
      <w:proofErr w:type="spellEnd"/>
      <w:r w:rsidRPr="00563B50">
        <w:rPr>
          <w:rFonts w:cs="Times New Roman"/>
          <w:szCs w:val="24"/>
        </w:rPr>
        <w:t xml:space="preserve"> </w:t>
      </w:r>
      <w:proofErr w:type="spellStart"/>
      <w:r w:rsidRPr="00563B50">
        <w:rPr>
          <w:rFonts w:cs="Times New Roman"/>
          <w:szCs w:val="24"/>
        </w:rPr>
        <w:t>tradiţionale</w:t>
      </w:r>
      <w:proofErr w:type="spellEnd"/>
      <w:r w:rsidRPr="00563B50">
        <w:rPr>
          <w:rFonts w:cs="Times New Roman"/>
          <w:szCs w:val="24"/>
        </w:rPr>
        <w:t xml:space="preserve"> de </w:t>
      </w:r>
      <w:proofErr w:type="spellStart"/>
      <w:r w:rsidRPr="00563B50">
        <w:rPr>
          <w:rFonts w:cs="Times New Roman"/>
          <w:szCs w:val="24"/>
        </w:rPr>
        <w:t>transmitere</w:t>
      </w:r>
      <w:proofErr w:type="spellEnd"/>
      <w:r w:rsidRPr="00563B50">
        <w:rPr>
          <w:rFonts w:cs="Times New Roman"/>
          <w:szCs w:val="24"/>
        </w:rPr>
        <w:t xml:space="preserve"> (</w:t>
      </w:r>
      <w:proofErr w:type="spellStart"/>
      <w:r w:rsidRPr="00563B50">
        <w:rPr>
          <w:rFonts w:cs="Times New Roman"/>
          <w:szCs w:val="24"/>
        </w:rPr>
        <w:t>expediere</w:t>
      </w:r>
      <w:proofErr w:type="spellEnd"/>
      <w:r w:rsidRPr="00563B50">
        <w:rPr>
          <w:rFonts w:cs="Times New Roman"/>
          <w:szCs w:val="24"/>
        </w:rPr>
        <w:t xml:space="preserve"> </w:t>
      </w:r>
      <w:proofErr w:type="spellStart"/>
      <w:r w:rsidRPr="00563B50">
        <w:rPr>
          <w:rFonts w:cs="Times New Roman"/>
          <w:szCs w:val="24"/>
        </w:rPr>
        <w:t>poştală</w:t>
      </w:r>
      <w:proofErr w:type="spellEnd"/>
      <w:r w:rsidRPr="00563B50">
        <w:rPr>
          <w:rFonts w:cs="Times New Roman"/>
          <w:szCs w:val="24"/>
        </w:rPr>
        <w:t xml:space="preserve"> cu </w:t>
      </w:r>
      <w:proofErr w:type="spellStart"/>
      <w:r w:rsidRPr="00563B50">
        <w:rPr>
          <w:rFonts w:cs="Times New Roman"/>
          <w:szCs w:val="24"/>
        </w:rPr>
        <w:t>aviz</w:t>
      </w:r>
      <w:proofErr w:type="spellEnd"/>
      <w:r w:rsidRPr="00563B50">
        <w:rPr>
          <w:rFonts w:cs="Times New Roman"/>
          <w:szCs w:val="24"/>
        </w:rPr>
        <w:t xml:space="preserve"> </w:t>
      </w:r>
      <w:proofErr w:type="spellStart"/>
      <w:r w:rsidRPr="00563B50">
        <w:rPr>
          <w:rFonts w:cs="Times New Roman"/>
          <w:szCs w:val="24"/>
        </w:rPr>
        <w:t>recomandat</w:t>
      </w:r>
      <w:proofErr w:type="spellEnd"/>
      <w:r w:rsidRPr="00563B50">
        <w:rPr>
          <w:rFonts w:cs="Times New Roman"/>
          <w:szCs w:val="24"/>
        </w:rPr>
        <w:t xml:space="preserve">, </w:t>
      </w:r>
      <w:proofErr w:type="spellStart"/>
      <w:r w:rsidRPr="00563B50">
        <w:rPr>
          <w:rFonts w:cs="Times New Roman"/>
          <w:szCs w:val="24"/>
        </w:rPr>
        <w:t>înmînarea</w:t>
      </w:r>
      <w:proofErr w:type="spellEnd"/>
      <w:r w:rsidRPr="00563B50">
        <w:rPr>
          <w:rFonts w:cs="Times New Roman"/>
          <w:szCs w:val="24"/>
        </w:rPr>
        <w:t xml:space="preserve"> </w:t>
      </w:r>
      <w:proofErr w:type="spellStart"/>
      <w:r w:rsidRPr="00563B50">
        <w:rPr>
          <w:rFonts w:cs="Times New Roman"/>
          <w:szCs w:val="24"/>
        </w:rPr>
        <w:t>personală</w:t>
      </w:r>
      <w:proofErr w:type="spellEnd"/>
      <w:r w:rsidRPr="00563B50">
        <w:rPr>
          <w:rFonts w:cs="Times New Roman"/>
          <w:szCs w:val="24"/>
        </w:rPr>
        <w:t xml:space="preserve"> sub </w:t>
      </w:r>
      <w:proofErr w:type="spellStart"/>
      <w:r w:rsidRPr="00563B50">
        <w:rPr>
          <w:rFonts w:cs="Times New Roman"/>
          <w:szCs w:val="24"/>
        </w:rPr>
        <w:t>semnătură</w:t>
      </w:r>
      <w:proofErr w:type="spellEnd"/>
      <w:r w:rsidRPr="00563B50">
        <w:rPr>
          <w:rFonts w:cs="Times New Roman"/>
          <w:szCs w:val="24"/>
        </w:rPr>
        <w:t>, etc.).</w:t>
      </w:r>
      <w:r w:rsidRPr="00563B50">
        <w:rPr>
          <w:rFonts w:cs="Times New Roman"/>
          <w:szCs w:val="24"/>
        </w:rPr>
        <w:br/>
        <w:t xml:space="preserve">b) </w:t>
      </w:r>
      <w:proofErr w:type="spellStart"/>
      <w:r w:rsidRPr="00563B50">
        <w:rPr>
          <w:rFonts w:cs="Times New Roman"/>
          <w:szCs w:val="24"/>
        </w:rPr>
        <w:t>Dezvăluirea</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transmitere</w:t>
      </w:r>
      <w:proofErr w:type="spellEnd"/>
      <w:r w:rsidRPr="00563B50">
        <w:rPr>
          <w:rFonts w:cs="Times New Roman"/>
          <w:szCs w:val="24"/>
        </w:rPr>
        <w:t xml:space="preserve"> a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rețele</w:t>
      </w:r>
      <w:proofErr w:type="spellEnd"/>
      <w:r w:rsidRPr="00563B50">
        <w:rPr>
          <w:rFonts w:cs="Times New Roman"/>
          <w:szCs w:val="24"/>
        </w:rPr>
        <w:t xml:space="preserve"> </w:t>
      </w:r>
      <w:proofErr w:type="spellStart"/>
      <w:r w:rsidRPr="00563B50">
        <w:rPr>
          <w:rFonts w:cs="Times New Roman"/>
          <w:szCs w:val="24"/>
        </w:rPr>
        <w:t>comunicaționale</w:t>
      </w:r>
      <w:proofErr w:type="spellEnd"/>
      <w:r w:rsidRPr="00563B50">
        <w:rPr>
          <w:rFonts w:cs="Times New Roman"/>
          <w:szCs w:val="24"/>
        </w:rPr>
        <w:t xml:space="preserve"> </w:t>
      </w:r>
      <w:proofErr w:type="spellStart"/>
      <w:r w:rsidRPr="00563B50">
        <w:rPr>
          <w:rFonts w:cs="Times New Roman"/>
          <w:szCs w:val="24"/>
        </w:rPr>
        <w:t>ce</w:t>
      </w:r>
      <w:proofErr w:type="spellEnd"/>
      <w:r w:rsidRPr="00563B50">
        <w:rPr>
          <w:rFonts w:cs="Times New Roman"/>
          <w:szCs w:val="24"/>
        </w:rPr>
        <w:t xml:space="preserve"> nu </w:t>
      </w:r>
      <w:proofErr w:type="spellStart"/>
      <w:r w:rsidRPr="00563B50">
        <w:rPr>
          <w:rFonts w:cs="Times New Roman"/>
          <w:szCs w:val="24"/>
        </w:rPr>
        <w:t>corespund</w:t>
      </w:r>
      <w:proofErr w:type="spellEnd"/>
      <w:r w:rsidRPr="00563B50">
        <w:rPr>
          <w:rFonts w:cs="Times New Roman"/>
          <w:szCs w:val="24"/>
        </w:rPr>
        <w:t xml:space="preserve"> </w:t>
      </w:r>
      <w:proofErr w:type="spellStart"/>
      <w:r w:rsidRPr="00563B50">
        <w:rPr>
          <w:rFonts w:cs="Times New Roman"/>
          <w:szCs w:val="24"/>
        </w:rPr>
        <w:t>Cerinţelor</w:t>
      </w:r>
      <w:proofErr w:type="spellEnd"/>
      <w:r w:rsidRPr="00563B50">
        <w:rPr>
          <w:rFonts w:cs="Times New Roman"/>
          <w:szCs w:val="24"/>
        </w:rPr>
        <w:t xml:space="preserve">, </w:t>
      </w:r>
      <w:r w:rsidRPr="00563B50">
        <w:rPr>
          <w:rFonts w:cs="Times New Roman"/>
          <w:b/>
          <w:bCs/>
          <w:szCs w:val="24"/>
        </w:rPr>
        <w:t>(</w:t>
      </w:r>
      <w:proofErr w:type="spellStart"/>
      <w:r w:rsidRPr="00563B50">
        <w:rPr>
          <w:rFonts w:cs="Times New Roman"/>
          <w:b/>
          <w:bCs/>
          <w:szCs w:val="24"/>
        </w:rPr>
        <w:t>spre</w:t>
      </w:r>
      <w:proofErr w:type="spellEnd"/>
      <w:r w:rsidRPr="00563B50">
        <w:rPr>
          <w:rFonts w:cs="Times New Roman"/>
          <w:b/>
          <w:bCs/>
          <w:szCs w:val="24"/>
        </w:rPr>
        <w:t xml:space="preserve"> </w:t>
      </w:r>
      <w:proofErr w:type="spellStart"/>
      <w:r w:rsidRPr="00563B50">
        <w:rPr>
          <w:rFonts w:cs="Times New Roman"/>
          <w:b/>
          <w:bCs/>
          <w:szCs w:val="24"/>
        </w:rPr>
        <w:t>exemplu</w:t>
      </w:r>
      <w:proofErr w:type="spellEnd"/>
      <w:r w:rsidRPr="00563B50">
        <w:rPr>
          <w:rFonts w:cs="Times New Roman"/>
          <w:b/>
          <w:bCs/>
          <w:szCs w:val="24"/>
        </w:rPr>
        <w:t xml:space="preserve">: </w:t>
      </w:r>
      <w:proofErr w:type="spellStart"/>
      <w:r w:rsidRPr="00563B50">
        <w:rPr>
          <w:rFonts w:cs="Times New Roman"/>
          <w:b/>
          <w:bCs/>
          <w:szCs w:val="24"/>
        </w:rPr>
        <w:t>expedierea</w:t>
      </w:r>
      <w:proofErr w:type="spellEnd"/>
      <w:r w:rsidRPr="00563B50">
        <w:rPr>
          <w:rFonts w:cs="Times New Roman"/>
          <w:b/>
          <w:bCs/>
          <w:szCs w:val="24"/>
        </w:rPr>
        <w:t xml:space="preserve"> </w:t>
      </w:r>
      <w:proofErr w:type="spellStart"/>
      <w:r w:rsidRPr="00563B50">
        <w:rPr>
          <w:rFonts w:cs="Times New Roman"/>
          <w:b/>
          <w:bCs/>
          <w:szCs w:val="24"/>
        </w:rPr>
        <w:t>informației</w:t>
      </w:r>
      <w:proofErr w:type="spellEnd"/>
      <w:r w:rsidRPr="00563B50">
        <w:rPr>
          <w:rFonts w:cs="Times New Roman"/>
          <w:b/>
          <w:bCs/>
          <w:szCs w:val="24"/>
        </w:rPr>
        <w:t xml:space="preserve"> </w:t>
      </w:r>
      <w:proofErr w:type="spellStart"/>
      <w:r w:rsidRPr="00563B50">
        <w:rPr>
          <w:rFonts w:cs="Times New Roman"/>
          <w:b/>
          <w:bCs/>
          <w:szCs w:val="24"/>
        </w:rPr>
        <w:t>prin</w:t>
      </w:r>
      <w:proofErr w:type="spellEnd"/>
      <w:r w:rsidRPr="00563B50">
        <w:rPr>
          <w:rFonts w:cs="Times New Roman"/>
          <w:b/>
          <w:bCs/>
          <w:szCs w:val="24"/>
        </w:rPr>
        <w:t xml:space="preserve"> </w:t>
      </w:r>
      <w:proofErr w:type="spellStart"/>
      <w:r w:rsidRPr="00563B50">
        <w:rPr>
          <w:rFonts w:cs="Times New Roman"/>
          <w:b/>
          <w:bCs/>
          <w:szCs w:val="24"/>
        </w:rPr>
        <w:t>intermediul</w:t>
      </w:r>
      <w:proofErr w:type="spellEnd"/>
      <w:r w:rsidRPr="00563B50">
        <w:rPr>
          <w:rFonts w:cs="Times New Roman"/>
          <w:b/>
          <w:bCs/>
          <w:szCs w:val="24"/>
        </w:rPr>
        <w:t xml:space="preserve"> e-mail-</w:t>
      </w:r>
      <w:proofErr w:type="spellStart"/>
      <w:r w:rsidRPr="00563B50">
        <w:rPr>
          <w:rFonts w:cs="Times New Roman"/>
          <w:b/>
          <w:bCs/>
          <w:szCs w:val="24"/>
        </w:rPr>
        <w:t>urilor</w:t>
      </w:r>
      <w:proofErr w:type="spellEnd"/>
      <w:r w:rsidRPr="00563B50">
        <w:rPr>
          <w:rFonts w:cs="Times New Roman"/>
          <w:b/>
          <w:bCs/>
          <w:szCs w:val="24"/>
        </w:rPr>
        <w:t xml:space="preserve"> </w:t>
      </w:r>
      <w:proofErr w:type="spellStart"/>
      <w:r w:rsidRPr="00563B50">
        <w:rPr>
          <w:rFonts w:cs="Times New Roman"/>
          <w:b/>
          <w:bCs/>
          <w:szCs w:val="24"/>
        </w:rPr>
        <w:t>personale</w:t>
      </w:r>
      <w:proofErr w:type="spellEnd"/>
      <w:r w:rsidRPr="00563B50">
        <w:rPr>
          <w:rFonts w:cs="Times New Roman"/>
          <w:b/>
          <w:bCs/>
          <w:szCs w:val="24"/>
        </w:rPr>
        <w:t xml:space="preserve"> de </w:t>
      </w:r>
      <w:proofErr w:type="spellStart"/>
      <w:r w:rsidRPr="00563B50">
        <w:rPr>
          <w:rFonts w:cs="Times New Roman"/>
          <w:b/>
          <w:bCs/>
          <w:szCs w:val="24"/>
        </w:rPr>
        <w:t>tipul</w:t>
      </w:r>
      <w:proofErr w:type="spellEnd"/>
      <w:r w:rsidRPr="00563B50">
        <w:rPr>
          <w:rFonts w:cs="Times New Roman"/>
          <w:b/>
          <w:bCs/>
          <w:szCs w:val="24"/>
        </w:rPr>
        <w:t xml:space="preserve"> @gmail.com, @mail.ru, @yahoo.com, etc.) </w:t>
      </w:r>
      <w:proofErr w:type="spellStart"/>
      <w:r w:rsidRPr="00563B50">
        <w:rPr>
          <w:rFonts w:cs="Times New Roman"/>
          <w:b/>
          <w:bCs/>
          <w:szCs w:val="24"/>
        </w:rPr>
        <w:t>sînt</w:t>
      </w:r>
      <w:proofErr w:type="spellEnd"/>
      <w:r w:rsidRPr="00563B50">
        <w:rPr>
          <w:rFonts w:cs="Times New Roman"/>
          <w:b/>
          <w:bCs/>
          <w:szCs w:val="24"/>
        </w:rPr>
        <w:t xml:space="preserve"> strict </w:t>
      </w:r>
      <w:proofErr w:type="spellStart"/>
      <w:r w:rsidRPr="00563B50">
        <w:rPr>
          <w:rFonts w:cs="Times New Roman"/>
          <w:b/>
          <w:bCs/>
          <w:szCs w:val="24"/>
        </w:rPr>
        <w:t>interzise</w:t>
      </w:r>
      <w:proofErr w:type="spellEnd"/>
      <w:r w:rsidRPr="00563B50">
        <w:rPr>
          <w:rFonts w:cs="Times New Roman"/>
          <w:szCs w:val="24"/>
        </w:rPr>
        <w:t xml:space="preserve">. </w:t>
      </w:r>
      <w:proofErr w:type="spellStart"/>
      <w:r w:rsidRPr="00563B50">
        <w:rPr>
          <w:rFonts w:cs="Times New Roman"/>
          <w:szCs w:val="24"/>
        </w:rPr>
        <w:t>Toate</w:t>
      </w:r>
      <w:proofErr w:type="spellEnd"/>
      <w:r w:rsidRPr="00563B50">
        <w:rPr>
          <w:rFonts w:cs="Times New Roman"/>
          <w:szCs w:val="24"/>
        </w:rPr>
        <w:t xml:space="preserve"> </w:t>
      </w:r>
      <w:proofErr w:type="spellStart"/>
      <w:r w:rsidRPr="00563B50">
        <w:rPr>
          <w:rFonts w:cs="Times New Roman"/>
          <w:szCs w:val="24"/>
        </w:rPr>
        <w:t>schimburile</w:t>
      </w:r>
      <w:proofErr w:type="spellEnd"/>
      <w:r w:rsidRPr="00563B50">
        <w:rPr>
          <w:rFonts w:cs="Times New Roman"/>
          <w:szCs w:val="24"/>
        </w:rPr>
        <w:t xml:space="preserve"> de date pe cale </w:t>
      </w:r>
      <w:proofErr w:type="spellStart"/>
      <w:r w:rsidRPr="00563B50">
        <w:rPr>
          <w:rFonts w:cs="Times New Roman"/>
          <w:szCs w:val="24"/>
        </w:rPr>
        <w:t>electronică</w:t>
      </w:r>
      <w:proofErr w:type="spellEnd"/>
      <w:r w:rsidRPr="00563B50">
        <w:rPr>
          <w:rFonts w:cs="Times New Roman"/>
          <w:szCs w:val="24"/>
        </w:rPr>
        <w:t xml:space="preserve"> </w:t>
      </w:r>
      <w:proofErr w:type="spellStart"/>
      <w:r w:rsidRPr="00563B50">
        <w:rPr>
          <w:rFonts w:cs="Times New Roman"/>
          <w:szCs w:val="24"/>
        </w:rPr>
        <w:t>urmează</w:t>
      </w:r>
      <w:proofErr w:type="spellEnd"/>
      <w:r w:rsidRPr="00563B50">
        <w:rPr>
          <w:rFonts w:cs="Times New Roman"/>
          <w:szCs w:val="24"/>
        </w:rPr>
        <w:t xml:space="preserve"> </w:t>
      </w:r>
      <w:proofErr w:type="spellStart"/>
      <w:r w:rsidRPr="00563B50">
        <w:rPr>
          <w:rFonts w:cs="Times New Roman"/>
          <w:szCs w:val="24"/>
        </w:rPr>
        <w:t>să</w:t>
      </w:r>
      <w:proofErr w:type="spellEnd"/>
      <w:r w:rsidRPr="00563B50">
        <w:rPr>
          <w:rFonts w:cs="Times New Roman"/>
          <w:szCs w:val="24"/>
        </w:rPr>
        <w:t xml:space="preserve"> se </w:t>
      </w:r>
      <w:proofErr w:type="spellStart"/>
      <w:r w:rsidRPr="00563B50">
        <w:rPr>
          <w:rFonts w:cs="Times New Roman"/>
          <w:szCs w:val="24"/>
        </w:rPr>
        <w:t>facă</w:t>
      </w:r>
      <w:proofErr w:type="spellEnd"/>
      <w:r w:rsidRPr="00563B50">
        <w:rPr>
          <w:rFonts w:cs="Times New Roman"/>
          <w:szCs w:val="24"/>
        </w:rPr>
        <w:t xml:space="preserve"> </w:t>
      </w:r>
      <w:proofErr w:type="spellStart"/>
      <w:r w:rsidRPr="00563B50">
        <w:rPr>
          <w:rFonts w:cs="Times New Roman"/>
          <w:szCs w:val="24"/>
        </w:rPr>
        <w:t>exclusiv</w:t>
      </w:r>
      <w:proofErr w:type="spellEnd"/>
      <w:r w:rsidRPr="00563B50">
        <w:rPr>
          <w:rFonts w:cs="Times New Roman"/>
          <w:szCs w:val="24"/>
        </w:rPr>
        <w:t xml:space="preserve"> de pe </w:t>
      </w:r>
      <w:proofErr w:type="spellStart"/>
      <w:r w:rsidRPr="00563B50">
        <w:rPr>
          <w:rFonts w:cs="Times New Roman"/>
          <w:szCs w:val="24"/>
        </w:rPr>
        <w:t>adresele</w:t>
      </w:r>
      <w:proofErr w:type="spellEnd"/>
      <w:r w:rsidRPr="00563B50">
        <w:rPr>
          <w:rFonts w:cs="Times New Roman"/>
          <w:szCs w:val="24"/>
        </w:rPr>
        <w:t xml:space="preserve"> </w:t>
      </w:r>
      <w:proofErr w:type="spellStart"/>
      <w:r w:rsidRPr="00563B50">
        <w:rPr>
          <w:rFonts w:cs="Times New Roman"/>
          <w:szCs w:val="24"/>
        </w:rPr>
        <w:t>oficiale</w:t>
      </w:r>
      <w:proofErr w:type="spellEnd"/>
      <w:r w:rsidRPr="00563B50">
        <w:rPr>
          <w:rFonts w:cs="Times New Roman"/>
          <w:szCs w:val="24"/>
        </w:rPr>
        <w:t xml:space="preserve"> de e-mail </w:t>
      </w:r>
      <w:proofErr w:type="spellStart"/>
      <w:r w:rsidRPr="00563B50">
        <w:rPr>
          <w:rFonts w:cs="Times New Roman"/>
          <w:szCs w:val="24"/>
        </w:rPr>
        <w:t>instituționale</w:t>
      </w:r>
      <w:proofErr w:type="spellEnd"/>
      <w:r w:rsidRPr="00563B50">
        <w:rPr>
          <w:rFonts w:cs="Times New Roman"/>
          <w:szCs w:val="24"/>
        </w:rPr>
        <w:t xml:space="preserve"> ale </w:t>
      </w:r>
      <w:proofErr w:type="spellStart"/>
      <w:r w:rsidRPr="00563B50">
        <w:rPr>
          <w:rFonts w:cs="Times New Roman"/>
          <w:szCs w:val="24"/>
        </w:rPr>
        <w:t>Primăriei</w:t>
      </w:r>
      <w:proofErr w:type="spellEnd"/>
      <w:r w:rsidRPr="00563B50">
        <w:rPr>
          <w:rFonts w:cs="Times New Roman"/>
          <w:szCs w:val="24"/>
        </w:rPr>
        <w:t xml:space="preserve"> </w:t>
      </w:r>
      <w:proofErr w:type="spellStart"/>
      <w:r w:rsidRPr="00563B50">
        <w:rPr>
          <w:rFonts w:cs="Times New Roman"/>
          <w:szCs w:val="24"/>
        </w:rPr>
        <w:t>Mereni</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intermediul</w:t>
      </w:r>
      <w:proofErr w:type="spellEnd"/>
      <w:r w:rsidRPr="00563B50">
        <w:rPr>
          <w:rFonts w:cs="Times New Roman"/>
          <w:szCs w:val="24"/>
        </w:rPr>
        <w:t xml:space="preserve"> </w:t>
      </w:r>
      <w:proofErr w:type="spellStart"/>
      <w:r w:rsidRPr="00563B50">
        <w:rPr>
          <w:rFonts w:cs="Times New Roman"/>
          <w:szCs w:val="24"/>
        </w:rPr>
        <w:t>platformei</w:t>
      </w:r>
      <w:proofErr w:type="spellEnd"/>
      <w:r w:rsidRPr="00563B50">
        <w:rPr>
          <w:rFonts w:cs="Times New Roman"/>
          <w:szCs w:val="24"/>
        </w:rPr>
        <w:t xml:space="preserve"> </w:t>
      </w:r>
      <w:proofErr w:type="spellStart"/>
      <w:r w:rsidRPr="00563B50">
        <w:rPr>
          <w:rFonts w:cs="Times New Roman"/>
          <w:szCs w:val="24"/>
        </w:rPr>
        <w:t>securizate</w:t>
      </w:r>
      <w:proofErr w:type="spellEnd"/>
      <w:r w:rsidRPr="00563B50">
        <w:rPr>
          <w:rFonts w:cs="Times New Roman"/>
          <w:szCs w:val="24"/>
        </w:rPr>
        <w:t xml:space="preserve"> </w:t>
      </w:r>
      <w:proofErr w:type="spellStart"/>
      <w:r w:rsidRPr="00563B50">
        <w:rPr>
          <w:rFonts w:cs="Times New Roman"/>
          <w:szCs w:val="24"/>
        </w:rPr>
        <w:t>guvernamentale</w:t>
      </w:r>
      <w:proofErr w:type="spellEnd"/>
      <w:r w:rsidRPr="00563B50">
        <w:rPr>
          <w:rFonts w:cs="Times New Roman"/>
          <w:szCs w:val="24"/>
        </w:rPr>
        <w:t xml:space="preserve"> de </w:t>
      </w:r>
      <w:proofErr w:type="spellStart"/>
      <w:r w:rsidRPr="00563B50">
        <w:rPr>
          <w:rFonts w:cs="Times New Roman"/>
          <w:szCs w:val="24"/>
        </w:rPr>
        <w:t>schimb</w:t>
      </w:r>
      <w:proofErr w:type="spellEnd"/>
      <w:r w:rsidRPr="00563B50">
        <w:rPr>
          <w:rFonts w:cs="Times New Roman"/>
          <w:szCs w:val="24"/>
        </w:rPr>
        <w:t xml:space="preserve"> de date </w:t>
      </w:r>
      <w:proofErr w:type="spellStart"/>
      <w:r w:rsidRPr="00563B50">
        <w:rPr>
          <w:rFonts w:cs="Times New Roman"/>
          <w:b/>
          <w:bCs/>
          <w:szCs w:val="24"/>
        </w:rPr>
        <w:t>MConnect</w:t>
      </w:r>
      <w:proofErr w:type="spellEnd"/>
      <w:r w:rsidRPr="00563B50">
        <w:rPr>
          <w:rFonts w:cs="Times New Roman"/>
          <w:szCs w:val="24"/>
        </w:rPr>
        <w:t>.</w:t>
      </w:r>
    </w:p>
    <w:p w14:paraId="7322C1A1" w14:textId="77777777" w:rsidR="00EE7ED3" w:rsidRDefault="00000000" w:rsidP="00CF5435">
      <w:pPr>
        <w:jc w:val="both"/>
        <w:rPr>
          <w:rFonts w:cs="Times New Roman"/>
          <w:szCs w:val="24"/>
          <w:lang w:val="ro-RO"/>
        </w:rPr>
      </w:pPr>
      <w:r w:rsidRPr="00563B50">
        <w:rPr>
          <w:rFonts w:cs="Times New Roman"/>
          <w:szCs w:val="24"/>
        </w:rPr>
        <w:t xml:space="preserve">c) </w:t>
      </w:r>
      <w:r w:rsidRPr="00563B50">
        <w:rPr>
          <w:rFonts w:cs="Times New Roman"/>
          <w:b/>
          <w:bCs/>
          <w:szCs w:val="24"/>
        </w:rPr>
        <w:t xml:space="preserve">„Se </w:t>
      </w:r>
      <w:proofErr w:type="spellStart"/>
      <w:r w:rsidRPr="00563B50">
        <w:rPr>
          <w:rFonts w:cs="Times New Roman"/>
          <w:b/>
          <w:bCs/>
          <w:szCs w:val="24"/>
        </w:rPr>
        <w:t>interzice</w:t>
      </w:r>
      <w:proofErr w:type="spellEnd"/>
      <w:r w:rsidRPr="00563B50">
        <w:rPr>
          <w:rFonts w:cs="Times New Roman"/>
          <w:b/>
          <w:bCs/>
          <w:szCs w:val="24"/>
        </w:rPr>
        <w:t xml:space="preserve"> </w:t>
      </w:r>
      <w:proofErr w:type="spellStart"/>
      <w:r w:rsidRPr="00563B50">
        <w:rPr>
          <w:rFonts w:cs="Times New Roman"/>
          <w:b/>
          <w:bCs/>
          <w:szCs w:val="24"/>
        </w:rPr>
        <w:t>transmiterea</w:t>
      </w:r>
      <w:proofErr w:type="spellEnd"/>
      <w:r w:rsidRPr="00563B50">
        <w:rPr>
          <w:rFonts w:cs="Times New Roman"/>
          <w:b/>
          <w:bCs/>
          <w:szCs w:val="24"/>
        </w:rPr>
        <w:t xml:space="preserve"> </w:t>
      </w:r>
      <w:proofErr w:type="spellStart"/>
      <w:r w:rsidRPr="00563B50">
        <w:rPr>
          <w:rFonts w:cs="Times New Roman"/>
          <w:b/>
          <w:bCs/>
          <w:szCs w:val="24"/>
        </w:rPr>
        <w:t>sau</w:t>
      </w:r>
      <w:proofErr w:type="spellEnd"/>
      <w:r w:rsidRPr="00563B50">
        <w:rPr>
          <w:rFonts w:cs="Times New Roman"/>
          <w:b/>
          <w:bCs/>
          <w:szCs w:val="24"/>
        </w:rPr>
        <w:t xml:space="preserve"> </w:t>
      </w:r>
      <w:proofErr w:type="spellStart"/>
      <w:r w:rsidRPr="00563B50">
        <w:rPr>
          <w:rFonts w:cs="Times New Roman"/>
          <w:b/>
          <w:bCs/>
          <w:szCs w:val="24"/>
        </w:rPr>
        <w:t>dezvăluirea</w:t>
      </w:r>
      <w:proofErr w:type="spellEnd"/>
      <w:r w:rsidRPr="00563B50">
        <w:rPr>
          <w:rFonts w:cs="Times New Roman"/>
          <w:b/>
          <w:bCs/>
          <w:szCs w:val="24"/>
        </w:rPr>
        <w:t xml:space="preserve"> </w:t>
      </w:r>
      <w:proofErr w:type="spellStart"/>
      <w:r w:rsidRPr="00563B50">
        <w:rPr>
          <w:rFonts w:cs="Times New Roman"/>
          <w:b/>
          <w:bCs/>
          <w:szCs w:val="24"/>
        </w:rPr>
        <w:t>datelor</w:t>
      </w:r>
      <w:proofErr w:type="spellEnd"/>
      <w:r w:rsidRPr="00563B50">
        <w:rPr>
          <w:rFonts w:cs="Times New Roman"/>
          <w:b/>
          <w:bCs/>
          <w:szCs w:val="24"/>
        </w:rPr>
        <w:t xml:space="preserve"> </w:t>
      </w:r>
      <w:proofErr w:type="spellStart"/>
      <w:r w:rsidRPr="00563B50">
        <w:rPr>
          <w:rFonts w:cs="Times New Roman"/>
          <w:b/>
          <w:bCs/>
          <w:szCs w:val="24"/>
        </w:rPr>
        <w:t>către</w:t>
      </w:r>
      <w:proofErr w:type="spellEnd"/>
      <w:r w:rsidRPr="00563B50">
        <w:rPr>
          <w:rFonts w:cs="Times New Roman"/>
          <w:b/>
          <w:bCs/>
          <w:szCs w:val="24"/>
        </w:rPr>
        <w:t xml:space="preserve"> </w:t>
      </w:r>
      <w:proofErr w:type="spellStart"/>
      <w:r w:rsidRPr="00563B50">
        <w:rPr>
          <w:rFonts w:cs="Times New Roman"/>
          <w:b/>
          <w:bCs/>
          <w:szCs w:val="24"/>
        </w:rPr>
        <w:t>entități</w:t>
      </w:r>
      <w:proofErr w:type="spellEnd"/>
      <w:r w:rsidRPr="00563B50">
        <w:rPr>
          <w:rFonts w:cs="Times New Roman"/>
          <w:b/>
          <w:bCs/>
          <w:szCs w:val="24"/>
        </w:rPr>
        <w:t xml:space="preserve"> situate </w:t>
      </w:r>
      <w:proofErr w:type="spellStart"/>
      <w:r w:rsidRPr="00563B50">
        <w:rPr>
          <w:rFonts w:cs="Times New Roman"/>
          <w:b/>
          <w:bCs/>
          <w:szCs w:val="24"/>
        </w:rPr>
        <w:t>în</w:t>
      </w:r>
      <w:proofErr w:type="spellEnd"/>
      <w:r w:rsidRPr="00563B50">
        <w:rPr>
          <w:rFonts w:cs="Times New Roman"/>
          <w:b/>
          <w:bCs/>
          <w:szCs w:val="24"/>
        </w:rPr>
        <w:t xml:space="preserve"> </w:t>
      </w:r>
      <w:proofErr w:type="spellStart"/>
      <w:r w:rsidRPr="00563B50">
        <w:rPr>
          <w:rFonts w:cs="Times New Roman"/>
          <w:b/>
          <w:bCs/>
          <w:szCs w:val="24"/>
        </w:rPr>
        <w:t>localități</w:t>
      </w:r>
      <w:proofErr w:type="spellEnd"/>
      <w:r w:rsidRPr="00563B50">
        <w:rPr>
          <w:rFonts w:cs="Times New Roman"/>
          <w:b/>
          <w:bCs/>
          <w:szCs w:val="24"/>
        </w:rPr>
        <w:t xml:space="preserve"> care nu se </w:t>
      </w:r>
      <w:proofErr w:type="spellStart"/>
      <w:r w:rsidRPr="00563B50">
        <w:rPr>
          <w:rFonts w:cs="Times New Roman"/>
          <w:b/>
          <w:bCs/>
          <w:szCs w:val="24"/>
        </w:rPr>
        <w:t>află</w:t>
      </w:r>
      <w:proofErr w:type="spellEnd"/>
      <w:r w:rsidRPr="00563B50">
        <w:rPr>
          <w:rFonts w:cs="Times New Roman"/>
          <w:b/>
          <w:bCs/>
          <w:szCs w:val="24"/>
        </w:rPr>
        <w:t xml:space="preserve"> sub </w:t>
      </w:r>
      <w:proofErr w:type="spellStart"/>
      <w:r w:rsidRPr="00563B50">
        <w:rPr>
          <w:rFonts w:cs="Times New Roman"/>
          <w:b/>
          <w:bCs/>
          <w:szCs w:val="24"/>
        </w:rPr>
        <w:t>controlul</w:t>
      </w:r>
      <w:proofErr w:type="spellEnd"/>
      <w:r w:rsidRPr="00563B50">
        <w:rPr>
          <w:rFonts w:cs="Times New Roman"/>
          <w:b/>
          <w:bCs/>
          <w:szCs w:val="24"/>
        </w:rPr>
        <w:t xml:space="preserve"> </w:t>
      </w:r>
      <w:proofErr w:type="spellStart"/>
      <w:r w:rsidRPr="00563B50">
        <w:rPr>
          <w:rFonts w:cs="Times New Roman"/>
          <w:b/>
          <w:bCs/>
          <w:szCs w:val="24"/>
        </w:rPr>
        <w:t>efectiv</w:t>
      </w:r>
      <w:proofErr w:type="spellEnd"/>
      <w:r w:rsidRPr="00563B50">
        <w:rPr>
          <w:rFonts w:cs="Times New Roman"/>
          <w:b/>
          <w:bCs/>
          <w:szCs w:val="24"/>
        </w:rPr>
        <w:t xml:space="preserve"> al </w:t>
      </w:r>
      <w:proofErr w:type="spellStart"/>
      <w:r w:rsidRPr="00563B50">
        <w:rPr>
          <w:rFonts w:cs="Times New Roman"/>
          <w:b/>
          <w:bCs/>
          <w:szCs w:val="24"/>
        </w:rPr>
        <w:t>organelor</w:t>
      </w:r>
      <w:proofErr w:type="spellEnd"/>
      <w:r w:rsidRPr="00563B50">
        <w:rPr>
          <w:rFonts w:cs="Times New Roman"/>
          <w:b/>
          <w:bCs/>
          <w:szCs w:val="24"/>
        </w:rPr>
        <w:t xml:space="preserve"> </w:t>
      </w:r>
      <w:proofErr w:type="spellStart"/>
      <w:r w:rsidRPr="00563B50">
        <w:rPr>
          <w:rFonts w:cs="Times New Roman"/>
          <w:b/>
          <w:bCs/>
          <w:szCs w:val="24"/>
        </w:rPr>
        <w:t>constituționale</w:t>
      </w:r>
      <w:proofErr w:type="spellEnd"/>
      <w:r w:rsidRPr="00563B50">
        <w:rPr>
          <w:rFonts w:cs="Times New Roman"/>
          <w:b/>
          <w:bCs/>
          <w:szCs w:val="24"/>
        </w:rPr>
        <w:t xml:space="preserve"> ale </w:t>
      </w:r>
      <w:proofErr w:type="spellStart"/>
      <w:r w:rsidRPr="00563B50">
        <w:rPr>
          <w:rFonts w:cs="Times New Roman"/>
          <w:b/>
          <w:bCs/>
          <w:szCs w:val="24"/>
        </w:rPr>
        <w:t>Republicii</w:t>
      </w:r>
      <w:proofErr w:type="spellEnd"/>
      <w:r w:rsidRPr="00563B50">
        <w:rPr>
          <w:rFonts w:cs="Times New Roman"/>
          <w:b/>
          <w:bCs/>
          <w:szCs w:val="24"/>
        </w:rPr>
        <w:t xml:space="preserve"> Moldova, </w:t>
      </w:r>
      <w:proofErr w:type="spellStart"/>
      <w:r w:rsidRPr="00563B50">
        <w:rPr>
          <w:rFonts w:cs="Times New Roman"/>
          <w:b/>
          <w:bCs/>
          <w:szCs w:val="24"/>
        </w:rPr>
        <w:t>întrucât</w:t>
      </w:r>
      <w:proofErr w:type="spellEnd"/>
      <w:r w:rsidRPr="00563B50">
        <w:rPr>
          <w:rFonts w:cs="Times New Roman"/>
          <w:b/>
          <w:bCs/>
          <w:szCs w:val="24"/>
        </w:rPr>
        <w:t xml:space="preserve"> </w:t>
      </w:r>
      <w:proofErr w:type="spellStart"/>
      <w:r w:rsidRPr="00563B50">
        <w:rPr>
          <w:rFonts w:cs="Times New Roman"/>
          <w:b/>
          <w:bCs/>
          <w:szCs w:val="24"/>
        </w:rPr>
        <w:t>în</w:t>
      </w:r>
      <w:proofErr w:type="spellEnd"/>
      <w:r w:rsidRPr="00563B50">
        <w:rPr>
          <w:rFonts w:cs="Times New Roman"/>
          <w:b/>
          <w:bCs/>
          <w:szCs w:val="24"/>
        </w:rPr>
        <w:t xml:space="preserve"> </w:t>
      </w:r>
      <w:proofErr w:type="spellStart"/>
      <w:r w:rsidRPr="00563B50">
        <w:rPr>
          <w:rFonts w:cs="Times New Roman"/>
          <w:b/>
          <w:bCs/>
          <w:szCs w:val="24"/>
        </w:rPr>
        <w:t>aceste</w:t>
      </w:r>
      <w:proofErr w:type="spellEnd"/>
      <w:r w:rsidRPr="00563B50">
        <w:rPr>
          <w:rFonts w:cs="Times New Roman"/>
          <w:b/>
          <w:bCs/>
          <w:szCs w:val="24"/>
        </w:rPr>
        <w:t xml:space="preserve"> zone nu </w:t>
      </w:r>
      <w:proofErr w:type="spellStart"/>
      <w:r w:rsidRPr="00563B50">
        <w:rPr>
          <w:rFonts w:cs="Times New Roman"/>
          <w:b/>
          <w:bCs/>
          <w:szCs w:val="24"/>
        </w:rPr>
        <w:t>poate</w:t>
      </w:r>
      <w:proofErr w:type="spellEnd"/>
      <w:r w:rsidRPr="00563B50">
        <w:rPr>
          <w:rFonts w:cs="Times New Roman"/>
          <w:b/>
          <w:bCs/>
          <w:szCs w:val="24"/>
        </w:rPr>
        <w:t xml:space="preserve"> fi </w:t>
      </w:r>
      <w:proofErr w:type="spellStart"/>
      <w:r w:rsidRPr="00563B50">
        <w:rPr>
          <w:rFonts w:cs="Times New Roman"/>
          <w:b/>
          <w:bCs/>
          <w:szCs w:val="24"/>
        </w:rPr>
        <w:t>garantat</w:t>
      </w:r>
      <w:proofErr w:type="spellEnd"/>
      <w:r w:rsidRPr="00563B50">
        <w:rPr>
          <w:rFonts w:cs="Times New Roman"/>
          <w:b/>
          <w:bCs/>
          <w:szCs w:val="24"/>
        </w:rPr>
        <w:t xml:space="preserve"> </w:t>
      </w:r>
      <w:proofErr w:type="spellStart"/>
      <w:r w:rsidRPr="00563B50">
        <w:rPr>
          <w:rFonts w:cs="Times New Roman"/>
          <w:b/>
          <w:bCs/>
          <w:szCs w:val="24"/>
        </w:rPr>
        <w:t>sau</w:t>
      </w:r>
      <w:proofErr w:type="spellEnd"/>
      <w:r w:rsidRPr="00563B50">
        <w:rPr>
          <w:rFonts w:cs="Times New Roman"/>
          <w:b/>
          <w:bCs/>
          <w:szCs w:val="24"/>
        </w:rPr>
        <w:t xml:space="preserve"> </w:t>
      </w:r>
      <w:proofErr w:type="spellStart"/>
      <w:r w:rsidRPr="00563B50">
        <w:rPr>
          <w:rFonts w:cs="Times New Roman"/>
          <w:b/>
          <w:bCs/>
          <w:szCs w:val="24"/>
        </w:rPr>
        <w:t>verificat</w:t>
      </w:r>
      <w:proofErr w:type="spellEnd"/>
      <w:r w:rsidRPr="00563B50">
        <w:rPr>
          <w:rFonts w:cs="Times New Roman"/>
          <w:b/>
          <w:bCs/>
          <w:szCs w:val="24"/>
        </w:rPr>
        <w:t xml:space="preserve"> </w:t>
      </w:r>
      <w:proofErr w:type="spellStart"/>
      <w:r w:rsidRPr="00563B50">
        <w:rPr>
          <w:rFonts w:cs="Times New Roman"/>
          <w:b/>
          <w:bCs/>
          <w:szCs w:val="24"/>
        </w:rPr>
        <w:t>nivelul</w:t>
      </w:r>
      <w:proofErr w:type="spellEnd"/>
      <w:r w:rsidRPr="00563B50">
        <w:rPr>
          <w:rFonts w:cs="Times New Roman"/>
          <w:b/>
          <w:bCs/>
          <w:szCs w:val="24"/>
        </w:rPr>
        <w:t xml:space="preserve"> </w:t>
      </w:r>
      <w:proofErr w:type="spellStart"/>
      <w:r w:rsidRPr="00563B50">
        <w:rPr>
          <w:rFonts w:cs="Times New Roman"/>
          <w:b/>
          <w:bCs/>
          <w:szCs w:val="24"/>
        </w:rPr>
        <w:t>adecvat</w:t>
      </w:r>
      <w:proofErr w:type="spellEnd"/>
      <w:r w:rsidRPr="00563B50">
        <w:rPr>
          <w:rFonts w:cs="Times New Roman"/>
          <w:b/>
          <w:bCs/>
          <w:szCs w:val="24"/>
        </w:rPr>
        <w:t xml:space="preserve"> de </w:t>
      </w:r>
      <w:proofErr w:type="spellStart"/>
      <w:r w:rsidRPr="00563B50">
        <w:rPr>
          <w:rFonts w:cs="Times New Roman"/>
          <w:b/>
          <w:bCs/>
          <w:szCs w:val="24"/>
        </w:rPr>
        <w:t>securitate</w:t>
      </w:r>
      <w:proofErr w:type="spellEnd"/>
      <w:r w:rsidRPr="00563B50">
        <w:rPr>
          <w:rFonts w:cs="Times New Roman"/>
          <w:b/>
          <w:bCs/>
          <w:szCs w:val="24"/>
        </w:rPr>
        <w:t xml:space="preserve"> a </w:t>
      </w:r>
      <w:proofErr w:type="spellStart"/>
      <w:r w:rsidRPr="00563B50">
        <w:rPr>
          <w:rFonts w:cs="Times New Roman"/>
          <w:b/>
          <w:bCs/>
          <w:szCs w:val="24"/>
        </w:rPr>
        <w:t>prelucrării</w:t>
      </w:r>
      <w:proofErr w:type="spellEnd"/>
      <w:r w:rsidRPr="00563B50">
        <w:rPr>
          <w:rFonts w:cs="Times New Roman"/>
          <w:b/>
          <w:bCs/>
          <w:szCs w:val="24"/>
        </w:rPr>
        <w:t xml:space="preserve"> </w:t>
      </w:r>
      <w:proofErr w:type="spellStart"/>
      <w:r w:rsidRPr="00563B50">
        <w:rPr>
          <w:rFonts w:cs="Times New Roman"/>
          <w:b/>
          <w:bCs/>
          <w:szCs w:val="24"/>
        </w:rPr>
        <w:t>datelor</w:t>
      </w:r>
      <w:proofErr w:type="spellEnd"/>
      <w:r w:rsidRPr="00563B50">
        <w:rPr>
          <w:rFonts w:cs="Times New Roman"/>
          <w:b/>
          <w:bCs/>
          <w:szCs w:val="24"/>
        </w:rPr>
        <w:t xml:space="preserve"> conform </w:t>
      </w:r>
      <w:proofErr w:type="spellStart"/>
      <w:r w:rsidRPr="00563B50">
        <w:rPr>
          <w:rFonts w:cs="Times New Roman"/>
          <w:b/>
          <w:bCs/>
          <w:szCs w:val="24"/>
        </w:rPr>
        <w:t>Legii</w:t>
      </w:r>
      <w:proofErr w:type="spellEnd"/>
      <w:r w:rsidRPr="00563B50">
        <w:rPr>
          <w:rFonts w:cs="Times New Roman"/>
          <w:b/>
          <w:bCs/>
          <w:szCs w:val="24"/>
        </w:rPr>
        <w:t xml:space="preserve"> nr. 195 din 25.07.2024”</w:t>
      </w:r>
      <w:r w:rsidRPr="00563B50">
        <w:rPr>
          <w:rFonts w:cs="Times New Roman"/>
          <w:szCs w:val="24"/>
        </w:rPr>
        <w:t>.</w:t>
      </w:r>
    </w:p>
    <w:p w14:paraId="176B3CCB" w14:textId="77777777" w:rsidR="00EE7ED3" w:rsidRDefault="00000000" w:rsidP="00CF5435">
      <w:pPr>
        <w:jc w:val="both"/>
        <w:rPr>
          <w:rFonts w:cs="Times New Roman"/>
          <w:szCs w:val="24"/>
          <w:lang w:val="ro-RO"/>
        </w:rPr>
      </w:pPr>
      <w:r w:rsidRPr="00563B50">
        <w:rPr>
          <w:rFonts w:cs="Times New Roman"/>
          <w:szCs w:val="24"/>
        </w:rPr>
        <w:t xml:space="preserve">d) </w:t>
      </w:r>
      <w:proofErr w:type="spellStart"/>
      <w:r w:rsidRPr="00563B50">
        <w:rPr>
          <w:rFonts w:cs="Times New Roman"/>
          <w:szCs w:val="24"/>
        </w:rPr>
        <w:t>Procedura</w:t>
      </w:r>
      <w:proofErr w:type="spellEnd"/>
      <w:r w:rsidRPr="00563B50">
        <w:rPr>
          <w:rFonts w:cs="Times New Roman"/>
          <w:szCs w:val="24"/>
        </w:rPr>
        <w:t xml:space="preserve"> </w:t>
      </w:r>
      <w:proofErr w:type="spellStart"/>
      <w:r w:rsidRPr="00563B50">
        <w:rPr>
          <w:rFonts w:cs="Times New Roman"/>
          <w:szCs w:val="24"/>
        </w:rPr>
        <w:t>dezvăluirii</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transmitere</w:t>
      </w:r>
      <w:proofErr w:type="spellEnd"/>
      <w:r w:rsidRPr="00563B50">
        <w:rPr>
          <w:rFonts w:cs="Times New Roman"/>
          <w:szCs w:val="24"/>
        </w:rPr>
        <w:t xml:space="preserve"> a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stocate</w:t>
      </w:r>
      <w:proofErr w:type="spellEnd"/>
      <w:r w:rsidRPr="00563B50">
        <w:rPr>
          <w:rFonts w:cs="Times New Roman"/>
          <w:szCs w:val="24"/>
        </w:rPr>
        <w:t xml:space="preserve"> pe </w:t>
      </w:r>
      <w:proofErr w:type="spellStart"/>
      <w:r w:rsidRPr="00563B50">
        <w:rPr>
          <w:rFonts w:cs="Times New Roman"/>
          <w:szCs w:val="24"/>
        </w:rPr>
        <w:t>suport</w:t>
      </w:r>
      <w:proofErr w:type="spellEnd"/>
      <w:r w:rsidRPr="00563B50">
        <w:rPr>
          <w:rFonts w:cs="Times New Roman"/>
          <w:szCs w:val="24"/>
        </w:rPr>
        <w:t xml:space="preserve"> de </w:t>
      </w:r>
      <w:proofErr w:type="spellStart"/>
      <w:r w:rsidRPr="00563B50">
        <w:rPr>
          <w:rFonts w:cs="Times New Roman"/>
          <w:szCs w:val="24"/>
        </w:rPr>
        <w:t>hîrtie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suport</w:t>
      </w:r>
      <w:proofErr w:type="spellEnd"/>
      <w:r w:rsidRPr="00563B50">
        <w:rPr>
          <w:rFonts w:cs="Times New Roman"/>
          <w:szCs w:val="24"/>
        </w:rPr>
        <w:t xml:space="preserve"> digital, </w:t>
      </w:r>
      <w:proofErr w:type="spellStart"/>
      <w:r w:rsidRPr="00563B50">
        <w:rPr>
          <w:rFonts w:cs="Times New Roman"/>
          <w:szCs w:val="24"/>
        </w:rPr>
        <w:t>peste</w:t>
      </w:r>
      <w:proofErr w:type="spellEnd"/>
      <w:r w:rsidRPr="00563B50">
        <w:rPr>
          <w:rFonts w:cs="Times New Roman"/>
          <w:szCs w:val="24"/>
        </w:rPr>
        <w:t xml:space="preserve"> </w:t>
      </w:r>
      <w:proofErr w:type="spellStart"/>
      <w:r w:rsidRPr="00563B50">
        <w:rPr>
          <w:rFonts w:cs="Times New Roman"/>
          <w:szCs w:val="24"/>
        </w:rPr>
        <w:t>hotarele</w:t>
      </w:r>
      <w:proofErr w:type="spellEnd"/>
      <w:r w:rsidRPr="00563B50">
        <w:rPr>
          <w:rFonts w:cs="Times New Roman"/>
          <w:szCs w:val="24"/>
        </w:rPr>
        <w:t xml:space="preserve"> </w:t>
      </w:r>
      <w:proofErr w:type="spellStart"/>
      <w:r w:rsidRPr="00563B50">
        <w:rPr>
          <w:rFonts w:cs="Times New Roman"/>
          <w:szCs w:val="24"/>
        </w:rPr>
        <w:t>Republicii</w:t>
      </w:r>
      <w:proofErr w:type="spellEnd"/>
      <w:r w:rsidRPr="00563B50">
        <w:rPr>
          <w:rFonts w:cs="Times New Roman"/>
          <w:szCs w:val="24"/>
        </w:rPr>
        <w:t xml:space="preserve"> Moldova, </w:t>
      </w:r>
      <w:proofErr w:type="spellStart"/>
      <w:r w:rsidRPr="00563B50">
        <w:rPr>
          <w:rFonts w:cs="Times New Roman"/>
          <w:szCs w:val="24"/>
        </w:rPr>
        <w:t>urmează</w:t>
      </w:r>
      <w:proofErr w:type="spellEnd"/>
      <w:r w:rsidRPr="00563B50">
        <w:rPr>
          <w:rFonts w:cs="Times New Roman"/>
          <w:szCs w:val="24"/>
        </w:rPr>
        <w:t xml:space="preserve"> a fi </w:t>
      </w:r>
      <w:proofErr w:type="spellStart"/>
      <w:r w:rsidRPr="00563B50">
        <w:rPr>
          <w:rFonts w:cs="Times New Roman"/>
          <w:szCs w:val="24"/>
        </w:rPr>
        <w:t>reglementată</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act </w:t>
      </w:r>
      <w:proofErr w:type="spellStart"/>
      <w:r w:rsidRPr="00563B50">
        <w:rPr>
          <w:rFonts w:cs="Times New Roman"/>
          <w:szCs w:val="24"/>
        </w:rPr>
        <w:t>normativ</w:t>
      </w:r>
      <w:proofErr w:type="spellEnd"/>
      <w:r w:rsidRPr="00563B50">
        <w:rPr>
          <w:rFonts w:cs="Times New Roman"/>
          <w:szCs w:val="24"/>
        </w:rPr>
        <w:t xml:space="preserve"> </w:t>
      </w:r>
      <w:proofErr w:type="spellStart"/>
      <w:r w:rsidRPr="00563B50">
        <w:rPr>
          <w:rFonts w:cs="Times New Roman"/>
          <w:szCs w:val="24"/>
        </w:rPr>
        <w:t>instituțional</w:t>
      </w:r>
      <w:proofErr w:type="spellEnd"/>
      <w:r w:rsidRPr="00563B50">
        <w:rPr>
          <w:rFonts w:cs="Times New Roman"/>
          <w:szCs w:val="24"/>
        </w:rPr>
        <w:t>/</w:t>
      </w:r>
      <w:proofErr w:type="spellStart"/>
      <w:r w:rsidRPr="00563B50">
        <w:rPr>
          <w:rFonts w:cs="Times New Roman"/>
          <w:szCs w:val="24"/>
        </w:rPr>
        <w:t>acord</w:t>
      </w:r>
      <w:proofErr w:type="spellEnd"/>
      <w:r w:rsidRPr="00563B50">
        <w:rPr>
          <w:rFonts w:cs="Times New Roman"/>
          <w:szCs w:val="24"/>
        </w:rPr>
        <w:t xml:space="preserve"> bilateral </w:t>
      </w:r>
      <w:proofErr w:type="spellStart"/>
      <w:r w:rsidRPr="00563B50">
        <w:rPr>
          <w:rFonts w:cs="Times New Roman"/>
          <w:szCs w:val="24"/>
        </w:rPr>
        <w:t>luîndu</w:t>
      </w:r>
      <w:proofErr w:type="spellEnd"/>
      <w:r w:rsidRPr="00563B50">
        <w:rPr>
          <w:rFonts w:cs="Times New Roman"/>
          <w:szCs w:val="24"/>
        </w:rPr>
        <w:t xml:space="preserve">-se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considerare</w:t>
      </w:r>
      <w:proofErr w:type="spellEnd"/>
      <w:r w:rsidRPr="00563B50">
        <w:rPr>
          <w:rFonts w:cs="Times New Roman"/>
          <w:szCs w:val="24"/>
        </w:rPr>
        <w:t xml:space="preserve"> </w:t>
      </w:r>
      <w:proofErr w:type="spellStart"/>
      <w:r w:rsidRPr="00563B50">
        <w:rPr>
          <w:rFonts w:cs="Times New Roman"/>
          <w:szCs w:val="24"/>
        </w:rPr>
        <w:t>necesitatea</w:t>
      </w:r>
      <w:proofErr w:type="spellEnd"/>
      <w:r w:rsidRPr="00563B50">
        <w:rPr>
          <w:rFonts w:cs="Times New Roman"/>
          <w:szCs w:val="24"/>
        </w:rPr>
        <w:t xml:space="preserve"> </w:t>
      </w:r>
      <w:proofErr w:type="spellStart"/>
      <w:r w:rsidRPr="00563B50">
        <w:rPr>
          <w:rFonts w:cs="Times New Roman"/>
          <w:szCs w:val="24"/>
        </w:rPr>
        <w:t>asigurării</w:t>
      </w:r>
      <w:proofErr w:type="spellEnd"/>
      <w:r w:rsidRPr="00563B50">
        <w:rPr>
          <w:rFonts w:cs="Times New Roman"/>
          <w:szCs w:val="24"/>
        </w:rPr>
        <w:t xml:space="preserve"> </w:t>
      </w:r>
      <w:proofErr w:type="spellStart"/>
      <w:r w:rsidRPr="00563B50">
        <w:rPr>
          <w:rFonts w:cs="Times New Roman"/>
          <w:szCs w:val="24"/>
        </w:rPr>
        <w:t>unui</w:t>
      </w:r>
      <w:proofErr w:type="spellEnd"/>
      <w:r w:rsidRPr="00563B50">
        <w:rPr>
          <w:rFonts w:cs="Times New Roman"/>
          <w:szCs w:val="24"/>
        </w:rPr>
        <w:t xml:space="preserve"> </w:t>
      </w:r>
      <w:proofErr w:type="spellStart"/>
      <w:r w:rsidRPr="00563B50">
        <w:rPr>
          <w:rFonts w:cs="Times New Roman"/>
          <w:szCs w:val="24"/>
        </w:rPr>
        <w:t>nivel</w:t>
      </w:r>
      <w:proofErr w:type="spellEnd"/>
      <w:r w:rsidRPr="00563B50">
        <w:rPr>
          <w:rFonts w:cs="Times New Roman"/>
          <w:szCs w:val="24"/>
        </w:rPr>
        <w:t xml:space="preserve"> </w:t>
      </w:r>
      <w:proofErr w:type="spellStart"/>
      <w:r w:rsidRPr="00563B50">
        <w:rPr>
          <w:rFonts w:cs="Times New Roman"/>
          <w:szCs w:val="24"/>
        </w:rPr>
        <w:t>adecvat</w:t>
      </w:r>
      <w:proofErr w:type="spellEnd"/>
      <w:r w:rsidRPr="00563B50">
        <w:rPr>
          <w:rFonts w:cs="Times New Roman"/>
          <w:szCs w:val="24"/>
        </w:rPr>
        <w:t xml:space="preserve"> de </w:t>
      </w:r>
      <w:proofErr w:type="spellStart"/>
      <w:r w:rsidRPr="00563B50">
        <w:rPr>
          <w:rFonts w:cs="Times New Roman"/>
          <w:szCs w:val="24"/>
        </w:rPr>
        <w:t>protecţie</w:t>
      </w:r>
      <w:proofErr w:type="spellEnd"/>
      <w:r w:rsidRPr="00563B50">
        <w:rPr>
          <w:rFonts w:cs="Times New Roman"/>
          <w:szCs w:val="24"/>
        </w:rPr>
        <w:t>.</w:t>
      </w:r>
      <w:r w:rsidRPr="00563B50">
        <w:rPr>
          <w:rFonts w:cs="Times New Roman"/>
          <w:szCs w:val="24"/>
        </w:rPr>
        <w:br/>
        <w:t xml:space="preserve">e) </w:t>
      </w:r>
      <w:proofErr w:type="spellStart"/>
      <w:r w:rsidRPr="00563B50">
        <w:rPr>
          <w:rFonts w:cs="Times New Roman"/>
          <w:szCs w:val="24"/>
        </w:rPr>
        <w:t>Transmiterea</w:t>
      </w:r>
      <w:proofErr w:type="spellEnd"/>
      <w:r w:rsidRPr="00563B50">
        <w:rPr>
          <w:rFonts w:cs="Times New Roman"/>
          <w:szCs w:val="24"/>
        </w:rPr>
        <w:t xml:space="preserve"> </w:t>
      </w:r>
      <w:proofErr w:type="spellStart"/>
      <w:r w:rsidRPr="00563B50">
        <w:rPr>
          <w:rFonts w:cs="Times New Roman"/>
          <w:szCs w:val="24"/>
        </w:rPr>
        <w:t>transfrontalieră</w:t>
      </w:r>
      <w:proofErr w:type="spellEnd"/>
      <w:r w:rsidRPr="00563B50">
        <w:rPr>
          <w:rFonts w:cs="Times New Roman"/>
          <w:szCs w:val="24"/>
        </w:rPr>
        <w:t xml:space="preserve"> a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efectuată</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strictă</w:t>
      </w:r>
      <w:proofErr w:type="spellEnd"/>
      <w:r w:rsidRPr="00563B50">
        <w:rPr>
          <w:rFonts w:cs="Times New Roman"/>
          <w:szCs w:val="24"/>
        </w:rPr>
        <w:t xml:space="preserve"> </w:t>
      </w:r>
      <w:proofErr w:type="spellStart"/>
      <w:r w:rsidRPr="00563B50">
        <w:rPr>
          <w:rFonts w:cs="Times New Roman"/>
          <w:szCs w:val="24"/>
        </w:rPr>
        <w:t>corespundere</w:t>
      </w:r>
      <w:proofErr w:type="spellEnd"/>
      <w:r w:rsidRPr="00563B50">
        <w:rPr>
          <w:rFonts w:cs="Times New Roman"/>
          <w:szCs w:val="24"/>
        </w:rPr>
        <w:t xml:space="preserve"> cu </w:t>
      </w:r>
      <w:proofErr w:type="spellStart"/>
      <w:r w:rsidRPr="00563B50">
        <w:rPr>
          <w:rFonts w:cs="Times New Roman"/>
          <w:szCs w:val="24"/>
        </w:rPr>
        <w:t>prevederile</w:t>
      </w:r>
      <w:proofErr w:type="spellEnd"/>
      <w:r w:rsidRPr="00563B50">
        <w:rPr>
          <w:rFonts w:cs="Times New Roman"/>
          <w:szCs w:val="24"/>
        </w:rPr>
        <w:t xml:space="preserve"> </w:t>
      </w:r>
      <w:proofErr w:type="spellStart"/>
      <w:r w:rsidRPr="00563B50">
        <w:rPr>
          <w:rFonts w:cs="Times New Roman"/>
          <w:szCs w:val="24"/>
        </w:rPr>
        <w:t>legislației</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vigoare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domeniul</w:t>
      </w:r>
      <w:proofErr w:type="spellEnd"/>
      <w:r w:rsidRPr="00563B50">
        <w:rPr>
          <w:rFonts w:cs="Times New Roman"/>
          <w:szCs w:val="24"/>
        </w:rPr>
        <w:t xml:space="preserve"> </w:t>
      </w:r>
      <w:proofErr w:type="spellStart"/>
      <w:r w:rsidRPr="00563B50">
        <w:rPr>
          <w:rFonts w:cs="Times New Roman"/>
          <w:szCs w:val="24"/>
        </w:rPr>
        <w:t>protecției</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special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cazurile</w:t>
      </w:r>
      <w:proofErr w:type="spellEnd"/>
      <w:r w:rsidRPr="00563B50">
        <w:rPr>
          <w:rFonts w:cs="Times New Roman"/>
          <w:szCs w:val="24"/>
        </w:rPr>
        <w:t xml:space="preserve"> </w:t>
      </w:r>
      <w:proofErr w:type="spellStart"/>
      <w:r w:rsidRPr="00563B50">
        <w:rPr>
          <w:rFonts w:cs="Times New Roman"/>
          <w:szCs w:val="24"/>
        </w:rPr>
        <w:t>cînd</w:t>
      </w:r>
      <w:proofErr w:type="spellEnd"/>
      <w:r w:rsidRPr="00563B50">
        <w:rPr>
          <w:rFonts w:cs="Times New Roman"/>
          <w:szCs w:val="24"/>
        </w:rPr>
        <w:t xml:space="preserve"> </w:t>
      </w:r>
      <w:proofErr w:type="spellStart"/>
      <w:r w:rsidRPr="00563B50">
        <w:rPr>
          <w:rFonts w:cs="Times New Roman"/>
          <w:szCs w:val="24"/>
        </w:rPr>
        <w:t>tratatul</w:t>
      </w:r>
      <w:proofErr w:type="spellEnd"/>
      <w:r w:rsidRPr="00563B50">
        <w:rPr>
          <w:rFonts w:cs="Times New Roman"/>
          <w:szCs w:val="24"/>
        </w:rPr>
        <w:t xml:space="preserve"> </w:t>
      </w:r>
      <w:proofErr w:type="spellStart"/>
      <w:r w:rsidRPr="00563B50">
        <w:rPr>
          <w:rFonts w:cs="Times New Roman"/>
          <w:szCs w:val="24"/>
        </w:rPr>
        <w:t>internaţional</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baza</w:t>
      </w:r>
      <w:proofErr w:type="spellEnd"/>
      <w:r w:rsidRPr="00563B50">
        <w:rPr>
          <w:rFonts w:cs="Times New Roman"/>
          <w:szCs w:val="24"/>
        </w:rPr>
        <w:t xml:space="preserve"> </w:t>
      </w:r>
      <w:proofErr w:type="spellStart"/>
      <w:r w:rsidRPr="00563B50">
        <w:rPr>
          <w:rFonts w:cs="Times New Roman"/>
          <w:szCs w:val="24"/>
        </w:rPr>
        <w:t>căruia</w:t>
      </w:r>
      <w:proofErr w:type="spellEnd"/>
      <w:r w:rsidRPr="00563B50">
        <w:rPr>
          <w:rFonts w:cs="Times New Roman"/>
          <w:szCs w:val="24"/>
        </w:rPr>
        <w:t xml:space="preserve"> se </w:t>
      </w:r>
      <w:proofErr w:type="spellStart"/>
      <w:r w:rsidRPr="00563B50">
        <w:rPr>
          <w:rFonts w:cs="Times New Roman"/>
          <w:szCs w:val="24"/>
        </w:rPr>
        <w:t>efectuează</w:t>
      </w:r>
      <w:proofErr w:type="spellEnd"/>
      <w:r w:rsidRPr="00563B50">
        <w:rPr>
          <w:rFonts w:cs="Times New Roman"/>
          <w:szCs w:val="24"/>
        </w:rPr>
        <w:t xml:space="preserve"> </w:t>
      </w:r>
      <w:proofErr w:type="spellStart"/>
      <w:r w:rsidRPr="00563B50">
        <w:rPr>
          <w:rFonts w:cs="Times New Roman"/>
          <w:szCs w:val="24"/>
        </w:rPr>
        <w:t>transmiterea</w:t>
      </w:r>
      <w:proofErr w:type="spellEnd"/>
      <w:r w:rsidRPr="00563B50">
        <w:rPr>
          <w:rFonts w:cs="Times New Roman"/>
          <w:szCs w:val="24"/>
        </w:rPr>
        <w:t xml:space="preserve"> nu </w:t>
      </w:r>
      <w:proofErr w:type="spellStart"/>
      <w:r w:rsidRPr="00563B50">
        <w:rPr>
          <w:rFonts w:cs="Times New Roman"/>
          <w:szCs w:val="24"/>
        </w:rPr>
        <w:t>conţine</w:t>
      </w:r>
      <w:proofErr w:type="spellEnd"/>
      <w:r w:rsidRPr="00563B50">
        <w:rPr>
          <w:rFonts w:cs="Times New Roman"/>
          <w:szCs w:val="24"/>
        </w:rPr>
        <w:t xml:space="preserve"> </w:t>
      </w:r>
      <w:proofErr w:type="spellStart"/>
      <w:r w:rsidRPr="00563B50">
        <w:rPr>
          <w:rFonts w:cs="Times New Roman"/>
          <w:szCs w:val="24"/>
        </w:rPr>
        <w:t>garanţii</w:t>
      </w:r>
      <w:proofErr w:type="spellEnd"/>
      <w:r w:rsidRPr="00563B50">
        <w:rPr>
          <w:rFonts w:cs="Times New Roman"/>
          <w:szCs w:val="24"/>
        </w:rPr>
        <w:t xml:space="preserve"> </w:t>
      </w:r>
      <w:proofErr w:type="spellStart"/>
      <w:r w:rsidRPr="00563B50">
        <w:rPr>
          <w:rFonts w:cs="Times New Roman"/>
          <w:szCs w:val="24"/>
        </w:rPr>
        <w:t>privind</w:t>
      </w:r>
      <w:proofErr w:type="spellEnd"/>
      <w:r w:rsidRPr="00563B50">
        <w:rPr>
          <w:rFonts w:cs="Times New Roman"/>
          <w:szCs w:val="24"/>
        </w:rPr>
        <w:t xml:space="preserve"> </w:t>
      </w:r>
      <w:proofErr w:type="spellStart"/>
      <w:r w:rsidRPr="00563B50">
        <w:rPr>
          <w:rFonts w:cs="Times New Roman"/>
          <w:szCs w:val="24"/>
        </w:rPr>
        <w:t>protecţia</w:t>
      </w:r>
      <w:proofErr w:type="spellEnd"/>
      <w:r w:rsidRPr="00563B50">
        <w:rPr>
          <w:rFonts w:cs="Times New Roman"/>
          <w:szCs w:val="24"/>
        </w:rPr>
        <w:t xml:space="preserve"> </w:t>
      </w:r>
      <w:proofErr w:type="spellStart"/>
      <w:r w:rsidRPr="00563B50">
        <w:rPr>
          <w:rFonts w:cs="Times New Roman"/>
          <w:szCs w:val="24"/>
        </w:rPr>
        <w:t>drepturilor</w:t>
      </w:r>
      <w:proofErr w:type="spellEnd"/>
      <w:r w:rsidRPr="00563B50">
        <w:rPr>
          <w:rFonts w:cs="Times New Roman"/>
          <w:szCs w:val="24"/>
        </w:rPr>
        <w:t xml:space="preserve"> </w:t>
      </w:r>
      <w:proofErr w:type="spellStart"/>
      <w:r w:rsidRPr="00563B50">
        <w:rPr>
          <w:rFonts w:cs="Times New Roman"/>
          <w:szCs w:val="24"/>
        </w:rPr>
        <w:t>subiectului</w:t>
      </w:r>
      <w:proofErr w:type="spellEnd"/>
      <w:r w:rsidRPr="00563B50">
        <w:rPr>
          <w:rFonts w:cs="Times New Roman"/>
          <w:szCs w:val="24"/>
        </w:rPr>
        <w:t xml:space="preserve"> de date.</w:t>
      </w:r>
    </w:p>
    <w:p w14:paraId="0808029A" w14:textId="77777777" w:rsidR="00EE7ED3" w:rsidRPr="00563B50" w:rsidRDefault="00000000" w:rsidP="00CF5435">
      <w:pPr>
        <w:jc w:val="both"/>
        <w:rPr>
          <w:rFonts w:cs="Times New Roman"/>
          <w:szCs w:val="24"/>
        </w:rPr>
      </w:pPr>
      <w:r w:rsidRPr="00563B50">
        <w:rPr>
          <w:rFonts w:cs="Times New Roman"/>
          <w:szCs w:val="24"/>
        </w:rPr>
        <w:t xml:space="preserve">f) </w:t>
      </w:r>
      <w:proofErr w:type="spellStart"/>
      <w:r w:rsidRPr="00563B50">
        <w:rPr>
          <w:rFonts w:cs="Times New Roman"/>
          <w:szCs w:val="24"/>
        </w:rPr>
        <w:t>Volumul</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categoriile</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colectate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scopul</w:t>
      </w:r>
      <w:proofErr w:type="spellEnd"/>
      <w:r w:rsidRPr="00563B50">
        <w:rPr>
          <w:rFonts w:cs="Times New Roman"/>
          <w:szCs w:val="24"/>
        </w:rPr>
        <w:t xml:space="preserve"> </w:t>
      </w:r>
      <w:proofErr w:type="spellStart"/>
      <w:r w:rsidRPr="00563B50">
        <w:rPr>
          <w:rFonts w:cs="Times New Roman"/>
          <w:szCs w:val="24"/>
        </w:rPr>
        <w:t>ținerii</w:t>
      </w:r>
      <w:proofErr w:type="spellEnd"/>
      <w:r w:rsidRPr="00563B50">
        <w:rPr>
          <w:rFonts w:cs="Times New Roman"/>
          <w:szCs w:val="24"/>
        </w:rPr>
        <w:t xml:space="preserve"> </w:t>
      </w:r>
      <w:proofErr w:type="spellStart"/>
      <w:r w:rsidRPr="00563B50">
        <w:rPr>
          <w:rFonts w:cs="Times New Roman"/>
          <w:szCs w:val="24"/>
        </w:rPr>
        <w:t>evidenței</w:t>
      </w:r>
      <w:proofErr w:type="spellEnd"/>
      <w:r w:rsidRPr="00563B50">
        <w:rPr>
          <w:rFonts w:cs="Times New Roman"/>
          <w:szCs w:val="24"/>
        </w:rPr>
        <w:t xml:space="preserve"> PRIMĂRIEI SATULUI MERENI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limitat</w:t>
      </w:r>
      <w:proofErr w:type="spellEnd"/>
      <w:r w:rsidRPr="00563B50">
        <w:rPr>
          <w:rFonts w:cs="Times New Roman"/>
          <w:szCs w:val="24"/>
        </w:rPr>
        <w:t xml:space="preserve"> la </w:t>
      </w:r>
      <w:proofErr w:type="spellStart"/>
      <w:r w:rsidRPr="00563B50">
        <w:rPr>
          <w:rFonts w:cs="Times New Roman"/>
          <w:szCs w:val="24"/>
        </w:rPr>
        <w:t>strictul</w:t>
      </w:r>
      <w:proofErr w:type="spellEnd"/>
      <w:r w:rsidRPr="00563B50">
        <w:rPr>
          <w:rFonts w:cs="Times New Roman"/>
          <w:szCs w:val="24"/>
        </w:rPr>
        <w:t xml:space="preserve"> </w:t>
      </w:r>
      <w:proofErr w:type="spellStart"/>
      <w:r w:rsidRPr="00563B50">
        <w:rPr>
          <w:rFonts w:cs="Times New Roman"/>
          <w:szCs w:val="24"/>
        </w:rPr>
        <w:t>necesar</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realizarea</w:t>
      </w:r>
      <w:proofErr w:type="spellEnd"/>
      <w:r w:rsidRPr="00563B50">
        <w:rPr>
          <w:rFonts w:cs="Times New Roman"/>
          <w:szCs w:val="24"/>
        </w:rPr>
        <w:t xml:space="preserve"> </w:t>
      </w:r>
      <w:proofErr w:type="spellStart"/>
      <w:r w:rsidRPr="00563B50">
        <w:rPr>
          <w:rFonts w:cs="Times New Roman"/>
          <w:szCs w:val="24"/>
        </w:rPr>
        <w:t>scopurilor</w:t>
      </w:r>
      <w:proofErr w:type="spellEnd"/>
      <w:r w:rsidRPr="00563B50">
        <w:rPr>
          <w:rFonts w:cs="Times New Roman"/>
          <w:szCs w:val="24"/>
        </w:rPr>
        <w:t xml:space="preserve"> </w:t>
      </w:r>
      <w:proofErr w:type="spellStart"/>
      <w:r w:rsidRPr="00563B50">
        <w:rPr>
          <w:rFonts w:cs="Times New Roman"/>
          <w:szCs w:val="24"/>
        </w:rPr>
        <w:t>declarate</w:t>
      </w:r>
      <w:proofErr w:type="spellEnd"/>
      <w:r w:rsidRPr="00563B50">
        <w:rPr>
          <w:rFonts w:cs="Times New Roman"/>
          <w:szCs w:val="24"/>
        </w:rPr>
        <w:t>.</w:t>
      </w:r>
      <w:r w:rsidRPr="00563B50">
        <w:rPr>
          <w:rFonts w:cs="Times New Roman"/>
          <w:szCs w:val="24"/>
        </w:rPr>
        <w:br/>
        <w:t xml:space="preserve">g) </w:t>
      </w:r>
      <w:proofErr w:type="spellStart"/>
      <w:r w:rsidRPr="00563B50">
        <w:rPr>
          <w:rFonts w:cs="Times New Roman"/>
          <w:szCs w:val="24"/>
        </w:rPr>
        <w:t>Accesul</w:t>
      </w:r>
      <w:proofErr w:type="spellEnd"/>
      <w:r w:rsidRPr="00563B50">
        <w:rPr>
          <w:rFonts w:cs="Times New Roman"/>
          <w:szCs w:val="24"/>
        </w:rPr>
        <w:t xml:space="preserve"> la </w:t>
      </w:r>
      <w:proofErr w:type="spellStart"/>
      <w:r w:rsidRPr="00563B50">
        <w:rPr>
          <w:rFonts w:cs="Times New Roman"/>
          <w:szCs w:val="24"/>
        </w:rPr>
        <w:t>sistemele</w:t>
      </w:r>
      <w:proofErr w:type="spellEnd"/>
      <w:r w:rsidRPr="00563B50">
        <w:rPr>
          <w:rFonts w:cs="Times New Roman"/>
          <w:szCs w:val="24"/>
        </w:rPr>
        <w:t xml:space="preserve"> </w:t>
      </w:r>
      <w:proofErr w:type="spellStart"/>
      <w:r w:rsidRPr="00563B50">
        <w:rPr>
          <w:rFonts w:cs="Times New Roman"/>
          <w:szCs w:val="24"/>
        </w:rPr>
        <w:t>informaționale</w:t>
      </w:r>
      <w:proofErr w:type="spellEnd"/>
      <w:r w:rsidRPr="00563B50">
        <w:rPr>
          <w:rFonts w:cs="Times New Roman"/>
          <w:szCs w:val="24"/>
        </w:rPr>
        <w:t xml:space="preserve"> </w:t>
      </w:r>
      <w:proofErr w:type="spellStart"/>
      <w:r w:rsidRPr="00563B50">
        <w:rPr>
          <w:rFonts w:cs="Times New Roman"/>
          <w:szCs w:val="24"/>
        </w:rPr>
        <w:t>gestionate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cadrul</w:t>
      </w:r>
      <w:proofErr w:type="spellEnd"/>
      <w:r w:rsidRPr="00563B50">
        <w:rPr>
          <w:rFonts w:cs="Times New Roman"/>
          <w:szCs w:val="24"/>
        </w:rPr>
        <w:t xml:space="preserve"> </w:t>
      </w:r>
      <w:proofErr w:type="spellStart"/>
      <w:r w:rsidRPr="00563B50">
        <w:rPr>
          <w:rFonts w:cs="Times New Roman"/>
          <w:szCs w:val="24"/>
        </w:rPr>
        <w:t>autorității</w:t>
      </w:r>
      <w:proofErr w:type="spellEnd"/>
      <w:r w:rsidRPr="00563B50">
        <w:rPr>
          <w:rFonts w:cs="Times New Roman"/>
          <w:szCs w:val="24"/>
        </w:rPr>
        <w:t xml:space="preserve"> din </w:t>
      </w:r>
      <w:proofErr w:type="spellStart"/>
      <w:r w:rsidRPr="00563B50">
        <w:rPr>
          <w:rFonts w:cs="Times New Roman"/>
          <w:szCs w:val="24"/>
        </w:rPr>
        <w:t>partea</w:t>
      </w:r>
      <w:proofErr w:type="spellEnd"/>
      <w:r w:rsidRPr="00563B50">
        <w:rPr>
          <w:rFonts w:cs="Times New Roman"/>
          <w:szCs w:val="24"/>
        </w:rPr>
        <w:t xml:space="preserve"> </w:t>
      </w:r>
      <w:proofErr w:type="spellStart"/>
      <w:r w:rsidRPr="00563B50">
        <w:rPr>
          <w:rFonts w:cs="Times New Roman"/>
          <w:szCs w:val="24"/>
        </w:rPr>
        <w:t>Procuraturii</w:t>
      </w:r>
      <w:proofErr w:type="spellEnd"/>
      <w:r w:rsidRPr="00563B50">
        <w:rPr>
          <w:rFonts w:cs="Times New Roman"/>
          <w:szCs w:val="24"/>
        </w:rPr>
        <w:t xml:space="preserve"> Generale (</w:t>
      </w:r>
      <w:proofErr w:type="spellStart"/>
      <w:r w:rsidRPr="00563B50">
        <w:rPr>
          <w:rFonts w:cs="Times New Roman"/>
          <w:szCs w:val="24"/>
        </w:rPr>
        <w:t>după</w:t>
      </w:r>
      <w:proofErr w:type="spellEnd"/>
      <w:r w:rsidRPr="00563B50">
        <w:rPr>
          <w:rFonts w:cs="Times New Roman"/>
          <w:szCs w:val="24"/>
        </w:rPr>
        <w:t xml:space="preserve"> </w:t>
      </w:r>
      <w:proofErr w:type="spellStart"/>
      <w:r w:rsidRPr="00563B50">
        <w:rPr>
          <w:rFonts w:cs="Times New Roman"/>
          <w:szCs w:val="24"/>
        </w:rPr>
        <w:t>caz</w:t>
      </w:r>
      <w:proofErr w:type="spellEnd"/>
      <w:r w:rsidRPr="00563B50">
        <w:rPr>
          <w:rFonts w:cs="Times New Roman"/>
          <w:szCs w:val="24"/>
        </w:rPr>
        <w:t xml:space="preserve"> </w:t>
      </w:r>
      <w:proofErr w:type="spellStart"/>
      <w:r w:rsidRPr="00563B50">
        <w:rPr>
          <w:rFonts w:cs="Times New Roman"/>
          <w:szCs w:val="24"/>
        </w:rPr>
        <w:t>procuraturile</w:t>
      </w:r>
      <w:proofErr w:type="spellEnd"/>
      <w:r w:rsidRPr="00563B50">
        <w:rPr>
          <w:rFonts w:cs="Times New Roman"/>
          <w:szCs w:val="24"/>
        </w:rPr>
        <w:t xml:space="preserve"> </w:t>
      </w:r>
      <w:proofErr w:type="spellStart"/>
      <w:r w:rsidRPr="00563B50">
        <w:rPr>
          <w:rFonts w:cs="Times New Roman"/>
          <w:szCs w:val="24"/>
        </w:rPr>
        <w:t>teritoriale</w:t>
      </w:r>
      <w:proofErr w:type="spellEnd"/>
      <w:r w:rsidRPr="00563B50">
        <w:rPr>
          <w:rFonts w:cs="Times New Roman"/>
          <w:szCs w:val="24"/>
        </w:rPr>
        <w:t>/</w:t>
      </w:r>
      <w:proofErr w:type="spellStart"/>
      <w:r w:rsidRPr="00563B50">
        <w:rPr>
          <w:rFonts w:cs="Times New Roman"/>
          <w:szCs w:val="24"/>
        </w:rPr>
        <w:t>specializate</w:t>
      </w:r>
      <w:proofErr w:type="spellEnd"/>
      <w:r w:rsidRPr="00563B50">
        <w:rPr>
          <w:rFonts w:cs="Times New Roman"/>
          <w:szCs w:val="24"/>
        </w:rPr>
        <w:t xml:space="preserve">), </w:t>
      </w:r>
      <w:proofErr w:type="spellStart"/>
      <w:r w:rsidRPr="00563B50">
        <w:rPr>
          <w:rFonts w:cs="Times New Roman"/>
          <w:szCs w:val="24"/>
        </w:rPr>
        <w:t>Ministerului</w:t>
      </w:r>
      <w:proofErr w:type="spellEnd"/>
      <w:r w:rsidRPr="00563B50">
        <w:rPr>
          <w:rFonts w:cs="Times New Roman"/>
          <w:szCs w:val="24"/>
        </w:rPr>
        <w:t xml:space="preserve"> </w:t>
      </w:r>
      <w:proofErr w:type="spellStart"/>
      <w:r w:rsidRPr="00563B50">
        <w:rPr>
          <w:rFonts w:cs="Times New Roman"/>
          <w:szCs w:val="24"/>
        </w:rPr>
        <w:t>Afacerilor</w:t>
      </w:r>
      <w:proofErr w:type="spellEnd"/>
      <w:r w:rsidRPr="00563B50">
        <w:rPr>
          <w:rFonts w:cs="Times New Roman"/>
          <w:szCs w:val="24"/>
        </w:rPr>
        <w:t xml:space="preserve"> Interne, </w:t>
      </w:r>
      <w:proofErr w:type="spellStart"/>
      <w:r w:rsidRPr="00563B50">
        <w:rPr>
          <w:rFonts w:cs="Times New Roman"/>
          <w:szCs w:val="24"/>
        </w:rPr>
        <w:t>Centrului</w:t>
      </w:r>
      <w:proofErr w:type="spellEnd"/>
      <w:r w:rsidRPr="00563B50">
        <w:rPr>
          <w:rFonts w:cs="Times New Roman"/>
          <w:szCs w:val="24"/>
        </w:rPr>
        <w:t xml:space="preserve"> </w:t>
      </w:r>
      <w:proofErr w:type="spellStart"/>
      <w:r w:rsidRPr="00563B50">
        <w:rPr>
          <w:rFonts w:cs="Times New Roman"/>
          <w:szCs w:val="24"/>
        </w:rPr>
        <w:t>Național</w:t>
      </w:r>
      <w:proofErr w:type="spellEnd"/>
      <w:r w:rsidRPr="00563B50">
        <w:rPr>
          <w:rFonts w:cs="Times New Roman"/>
          <w:szCs w:val="24"/>
        </w:rPr>
        <w:t xml:space="preserve"> </w:t>
      </w:r>
      <w:proofErr w:type="spellStart"/>
      <w:r w:rsidRPr="00563B50">
        <w:rPr>
          <w:rFonts w:cs="Times New Roman"/>
          <w:szCs w:val="24"/>
        </w:rPr>
        <w:t>Anticorupție</w:t>
      </w:r>
      <w:proofErr w:type="spellEnd"/>
      <w:r w:rsidRPr="00563B50">
        <w:rPr>
          <w:rFonts w:cs="Times New Roman"/>
          <w:szCs w:val="24"/>
        </w:rPr>
        <w:t xml:space="preserve"> etc., </w:t>
      </w:r>
      <w:proofErr w:type="spellStart"/>
      <w:r w:rsidRPr="00563B50">
        <w:rPr>
          <w:rFonts w:cs="Times New Roman"/>
          <w:szCs w:val="24"/>
        </w:rPr>
        <w:t>va</w:t>
      </w:r>
      <w:proofErr w:type="spellEnd"/>
      <w:r w:rsidRPr="00563B50">
        <w:rPr>
          <w:rFonts w:cs="Times New Roman"/>
          <w:szCs w:val="24"/>
        </w:rPr>
        <w:t xml:space="preserve"> fi </w:t>
      </w:r>
      <w:proofErr w:type="spellStart"/>
      <w:r w:rsidRPr="00563B50">
        <w:rPr>
          <w:rFonts w:cs="Times New Roman"/>
          <w:szCs w:val="24"/>
        </w:rPr>
        <w:t>permis</w:t>
      </w:r>
      <w:proofErr w:type="spellEnd"/>
      <w:r w:rsidRPr="00563B50">
        <w:rPr>
          <w:rFonts w:cs="Times New Roman"/>
          <w:szCs w:val="24"/>
        </w:rPr>
        <w:t xml:space="preserve"> </w:t>
      </w:r>
      <w:proofErr w:type="spellStart"/>
      <w:r w:rsidRPr="00563B50">
        <w:rPr>
          <w:rFonts w:cs="Times New Roman"/>
          <w:szCs w:val="24"/>
        </w:rPr>
        <w:t>doar</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cazul</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care </w:t>
      </w:r>
      <w:proofErr w:type="spellStart"/>
      <w:r w:rsidRPr="00563B50">
        <w:rPr>
          <w:rFonts w:cs="Times New Roman"/>
          <w:szCs w:val="24"/>
        </w:rPr>
        <w:t>solicitarea</w:t>
      </w:r>
      <w:proofErr w:type="spellEnd"/>
      <w:r w:rsidRPr="00563B50">
        <w:rPr>
          <w:rFonts w:cs="Times New Roman"/>
          <w:szCs w:val="24"/>
        </w:rPr>
        <w:t xml:space="preserve"> </w:t>
      </w:r>
      <w:proofErr w:type="spellStart"/>
      <w:r w:rsidRPr="00563B50">
        <w:rPr>
          <w:rFonts w:cs="Times New Roman"/>
          <w:szCs w:val="24"/>
        </w:rPr>
        <w:t>va</w:t>
      </w:r>
      <w:proofErr w:type="spellEnd"/>
      <w:r w:rsidRPr="00563B50">
        <w:rPr>
          <w:rFonts w:cs="Times New Roman"/>
          <w:szCs w:val="24"/>
        </w:rPr>
        <w:t xml:space="preserve"> </w:t>
      </w:r>
      <w:proofErr w:type="spellStart"/>
      <w:r w:rsidRPr="00563B50">
        <w:rPr>
          <w:rFonts w:cs="Times New Roman"/>
          <w:szCs w:val="24"/>
        </w:rPr>
        <w:t>corespunde</w:t>
      </w:r>
      <w:proofErr w:type="spellEnd"/>
      <w:r w:rsidRPr="00563B50">
        <w:rPr>
          <w:rFonts w:cs="Times New Roman"/>
          <w:szCs w:val="24"/>
        </w:rPr>
        <w:t xml:space="preserve"> </w:t>
      </w:r>
      <w:proofErr w:type="spellStart"/>
      <w:r w:rsidRPr="00563B50">
        <w:rPr>
          <w:rFonts w:cs="Times New Roman"/>
          <w:szCs w:val="24"/>
        </w:rPr>
        <w:t>prevederilor</w:t>
      </w:r>
      <w:proofErr w:type="spellEnd"/>
      <w:r w:rsidRPr="00563B50">
        <w:rPr>
          <w:rFonts w:cs="Times New Roman"/>
          <w:szCs w:val="24"/>
        </w:rPr>
        <w:t xml:space="preserve"> art. 15 </w:t>
      </w:r>
      <w:proofErr w:type="spellStart"/>
      <w:r w:rsidRPr="00563B50">
        <w:rPr>
          <w:rFonts w:cs="Times New Roman"/>
          <w:szCs w:val="24"/>
        </w:rPr>
        <w:t>şi</w:t>
      </w:r>
      <w:proofErr w:type="spellEnd"/>
      <w:r w:rsidRPr="00563B50">
        <w:rPr>
          <w:rFonts w:cs="Times New Roman"/>
          <w:szCs w:val="24"/>
        </w:rPr>
        <w:t xml:space="preserve"> art. 212 Cod de </w:t>
      </w:r>
      <w:proofErr w:type="spellStart"/>
      <w:r w:rsidRPr="00563B50">
        <w:rPr>
          <w:rFonts w:cs="Times New Roman"/>
          <w:szCs w:val="24"/>
        </w:rPr>
        <w:t>procedură</w:t>
      </w:r>
      <w:proofErr w:type="spellEnd"/>
      <w:r w:rsidRPr="00563B50">
        <w:rPr>
          <w:rFonts w:cs="Times New Roman"/>
          <w:szCs w:val="24"/>
        </w:rPr>
        <w:t xml:space="preserve"> </w:t>
      </w:r>
      <w:proofErr w:type="spellStart"/>
      <w:r w:rsidRPr="00563B50">
        <w:rPr>
          <w:rFonts w:cs="Times New Roman"/>
          <w:szCs w:val="24"/>
        </w:rPr>
        <w:t>penală</w:t>
      </w:r>
      <w:proofErr w:type="spellEnd"/>
      <w:r w:rsidRPr="00563B50">
        <w:rPr>
          <w:rFonts w:cs="Times New Roman"/>
          <w:szCs w:val="24"/>
        </w:rPr>
        <w:t xml:space="preserve">. Se </w:t>
      </w:r>
      <w:proofErr w:type="spellStart"/>
      <w:r w:rsidRPr="00563B50">
        <w:rPr>
          <w:rFonts w:cs="Times New Roman"/>
          <w:szCs w:val="24"/>
        </w:rPr>
        <w:t>explică</w:t>
      </w:r>
      <w:proofErr w:type="spellEnd"/>
      <w:r w:rsidRPr="00563B50">
        <w:rPr>
          <w:rFonts w:cs="Times New Roman"/>
          <w:szCs w:val="24"/>
        </w:rPr>
        <w:t xml:space="preserve"> că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conformitate</w:t>
      </w:r>
      <w:proofErr w:type="spellEnd"/>
      <w:r w:rsidRPr="00563B50">
        <w:rPr>
          <w:rFonts w:cs="Times New Roman"/>
          <w:szCs w:val="24"/>
        </w:rPr>
        <w:t xml:space="preserve"> cu </w:t>
      </w:r>
      <w:proofErr w:type="spellStart"/>
      <w:r w:rsidRPr="00563B50">
        <w:rPr>
          <w:rFonts w:cs="Times New Roman"/>
          <w:szCs w:val="24"/>
        </w:rPr>
        <w:t>prevederile</w:t>
      </w:r>
      <w:proofErr w:type="spellEnd"/>
      <w:r w:rsidRPr="00563B50">
        <w:rPr>
          <w:rFonts w:cs="Times New Roman"/>
          <w:szCs w:val="24"/>
        </w:rPr>
        <w:t xml:space="preserve"> art.157 Cod de </w:t>
      </w:r>
      <w:proofErr w:type="spellStart"/>
      <w:r w:rsidRPr="00563B50">
        <w:rPr>
          <w:rFonts w:cs="Times New Roman"/>
          <w:szCs w:val="24"/>
        </w:rPr>
        <w:t>procedură</w:t>
      </w:r>
      <w:proofErr w:type="spellEnd"/>
      <w:r w:rsidRPr="00563B50">
        <w:rPr>
          <w:rFonts w:cs="Times New Roman"/>
          <w:szCs w:val="24"/>
        </w:rPr>
        <w:t xml:space="preserve"> </w:t>
      </w:r>
      <w:proofErr w:type="spellStart"/>
      <w:r w:rsidRPr="00563B50">
        <w:rPr>
          <w:rFonts w:cs="Times New Roman"/>
          <w:szCs w:val="24"/>
        </w:rPr>
        <w:t>penală</w:t>
      </w:r>
      <w:proofErr w:type="spellEnd"/>
      <w:r w:rsidRPr="00563B50">
        <w:rPr>
          <w:rFonts w:cs="Times New Roman"/>
          <w:szCs w:val="24"/>
        </w:rPr>
        <w:t xml:space="preserve">, </w:t>
      </w:r>
      <w:proofErr w:type="spellStart"/>
      <w:r w:rsidRPr="00563B50">
        <w:rPr>
          <w:rFonts w:cs="Times New Roman"/>
          <w:szCs w:val="24"/>
        </w:rPr>
        <w:t>documentele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orice</w:t>
      </w:r>
      <w:proofErr w:type="spellEnd"/>
      <w:r w:rsidRPr="00563B50">
        <w:rPr>
          <w:rFonts w:cs="Times New Roman"/>
          <w:szCs w:val="24"/>
        </w:rPr>
        <w:t xml:space="preserve"> </w:t>
      </w:r>
      <w:proofErr w:type="spellStart"/>
      <w:r w:rsidRPr="00563B50">
        <w:rPr>
          <w:rFonts w:cs="Times New Roman"/>
          <w:szCs w:val="24"/>
        </w:rPr>
        <w:t>formă</w:t>
      </w:r>
      <w:proofErr w:type="spellEnd"/>
      <w:r w:rsidRPr="00563B50">
        <w:rPr>
          <w:rFonts w:cs="Times New Roman"/>
          <w:szCs w:val="24"/>
        </w:rPr>
        <w:t xml:space="preserve"> (</w:t>
      </w:r>
      <w:proofErr w:type="spellStart"/>
      <w:r w:rsidRPr="00563B50">
        <w:rPr>
          <w:rFonts w:cs="Times New Roman"/>
          <w:szCs w:val="24"/>
        </w:rPr>
        <w:t>scrisă</w:t>
      </w:r>
      <w:proofErr w:type="spellEnd"/>
      <w:r w:rsidRPr="00563B50">
        <w:rPr>
          <w:rFonts w:cs="Times New Roman"/>
          <w:szCs w:val="24"/>
        </w:rPr>
        <w:t xml:space="preserve">, audio, video, </w:t>
      </w:r>
      <w:proofErr w:type="spellStart"/>
      <w:r w:rsidRPr="00563B50">
        <w:rPr>
          <w:rFonts w:cs="Times New Roman"/>
          <w:szCs w:val="24"/>
        </w:rPr>
        <w:t>electronică</w:t>
      </w:r>
      <w:proofErr w:type="spellEnd"/>
      <w:r w:rsidRPr="00563B50">
        <w:rPr>
          <w:rFonts w:cs="Times New Roman"/>
          <w:szCs w:val="24"/>
        </w:rPr>
        <w:t xml:space="preserve"> etc.) care </w:t>
      </w:r>
      <w:proofErr w:type="spellStart"/>
      <w:r w:rsidRPr="00563B50">
        <w:rPr>
          <w:rFonts w:cs="Times New Roman"/>
          <w:szCs w:val="24"/>
        </w:rPr>
        <w:t>provin</w:t>
      </w:r>
      <w:proofErr w:type="spellEnd"/>
      <w:r w:rsidRPr="00563B50">
        <w:rPr>
          <w:rFonts w:cs="Times New Roman"/>
          <w:szCs w:val="24"/>
        </w:rPr>
        <w:t xml:space="preserve"> de la </w:t>
      </w:r>
      <w:proofErr w:type="spellStart"/>
      <w:r w:rsidRPr="00563B50">
        <w:rPr>
          <w:rFonts w:cs="Times New Roman"/>
          <w:szCs w:val="24"/>
        </w:rPr>
        <w:t>persoane</w:t>
      </w:r>
      <w:proofErr w:type="spellEnd"/>
      <w:r w:rsidRPr="00563B50">
        <w:rPr>
          <w:rFonts w:cs="Times New Roman"/>
          <w:szCs w:val="24"/>
        </w:rPr>
        <w:t xml:space="preserve"> </w:t>
      </w:r>
      <w:proofErr w:type="spellStart"/>
      <w:r w:rsidRPr="00563B50">
        <w:rPr>
          <w:rFonts w:cs="Times New Roman"/>
          <w:szCs w:val="24"/>
        </w:rPr>
        <w:t>oficiale</w:t>
      </w:r>
      <w:proofErr w:type="spellEnd"/>
      <w:r w:rsidRPr="00563B50">
        <w:rPr>
          <w:rFonts w:cs="Times New Roman"/>
          <w:szCs w:val="24"/>
        </w:rPr>
        <w:t xml:space="preserve"> </w:t>
      </w:r>
      <w:proofErr w:type="spellStart"/>
      <w:r w:rsidRPr="00563B50">
        <w:rPr>
          <w:rFonts w:cs="Times New Roman"/>
          <w:szCs w:val="24"/>
        </w:rPr>
        <w:t>fizice</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juridice</w:t>
      </w:r>
      <w:proofErr w:type="spellEnd"/>
      <w:r w:rsidRPr="00563B50">
        <w:rPr>
          <w:rFonts w:cs="Times New Roman"/>
          <w:szCs w:val="24"/>
        </w:rPr>
        <w:t xml:space="preserve"> </w:t>
      </w:r>
      <w:proofErr w:type="spellStart"/>
      <w:r w:rsidRPr="00563B50">
        <w:rPr>
          <w:rFonts w:cs="Times New Roman"/>
          <w:szCs w:val="24"/>
        </w:rPr>
        <w:t>dacă</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ele</w:t>
      </w:r>
      <w:proofErr w:type="spellEnd"/>
      <w:r w:rsidRPr="00563B50">
        <w:rPr>
          <w:rFonts w:cs="Times New Roman"/>
          <w:szCs w:val="24"/>
        </w:rPr>
        <w:t xml:space="preserve"> </w:t>
      </w:r>
      <w:proofErr w:type="spellStart"/>
      <w:r w:rsidRPr="00563B50">
        <w:rPr>
          <w:rFonts w:cs="Times New Roman"/>
          <w:szCs w:val="24"/>
        </w:rPr>
        <w:t>sînt</w:t>
      </w:r>
      <w:proofErr w:type="spellEnd"/>
      <w:r w:rsidRPr="00563B50">
        <w:rPr>
          <w:rFonts w:cs="Times New Roman"/>
          <w:szCs w:val="24"/>
        </w:rPr>
        <w:t xml:space="preserve"> </w:t>
      </w:r>
      <w:proofErr w:type="spellStart"/>
      <w:r w:rsidRPr="00563B50">
        <w:rPr>
          <w:rFonts w:cs="Times New Roman"/>
          <w:szCs w:val="24"/>
        </w:rPr>
        <w:t>expuse</w:t>
      </w:r>
      <w:proofErr w:type="spellEnd"/>
      <w:r w:rsidRPr="00563B50">
        <w:rPr>
          <w:rFonts w:cs="Times New Roman"/>
          <w:szCs w:val="24"/>
        </w:rPr>
        <w:t xml:space="preserve"> </w:t>
      </w:r>
      <w:proofErr w:type="spellStart"/>
      <w:r w:rsidRPr="00563B50">
        <w:rPr>
          <w:rFonts w:cs="Times New Roman"/>
          <w:szCs w:val="24"/>
        </w:rPr>
        <w:t>ori</w:t>
      </w:r>
      <w:proofErr w:type="spellEnd"/>
      <w:r w:rsidRPr="00563B50">
        <w:rPr>
          <w:rFonts w:cs="Times New Roman"/>
          <w:szCs w:val="24"/>
        </w:rPr>
        <w:t xml:space="preserve"> </w:t>
      </w:r>
      <w:proofErr w:type="spellStart"/>
      <w:r w:rsidRPr="00563B50">
        <w:rPr>
          <w:rFonts w:cs="Times New Roman"/>
          <w:szCs w:val="24"/>
        </w:rPr>
        <w:t>adeverite</w:t>
      </w:r>
      <w:proofErr w:type="spellEnd"/>
      <w:r w:rsidRPr="00563B50">
        <w:rPr>
          <w:rFonts w:cs="Times New Roman"/>
          <w:szCs w:val="24"/>
        </w:rPr>
        <w:t xml:space="preserve"> </w:t>
      </w:r>
      <w:proofErr w:type="spellStart"/>
      <w:r w:rsidRPr="00563B50">
        <w:rPr>
          <w:rFonts w:cs="Times New Roman"/>
          <w:szCs w:val="24"/>
        </w:rPr>
        <w:t>circumstanţe</w:t>
      </w:r>
      <w:proofErr w:type="spellEnd"/>
      <w:r w:rsidRPr="00563B50">
        <w:rPr>
          <w:rFonts w:cs="Times New Roman"/>
          <w:szCs w:val="24"/>
        </w:rPr>
        <w:t xml:space="preserve"> care au </w:t>
      </w:r>
      <w:proofErr w:type="spellStart"/>
      <w:r w:rsidRPr="00563B50">
        <w:rPr>
          <w:rFonts w:cs="Times New Roman"/>
          <w:szCs w:val="24"/>
        </w:rPr>
        <w:t>importanţă</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cauză</w:t>
      </w:r>
      <w:proofErr w:type="spellEnd"/>
      <w:r w:rsidRPr="00563B50">
        <w:rPr>
          <w:rFonts w:cs="Times New Roman"/>
          <w:szCs w:val="24"/>
        </w:rPr>
        <w:t>, (</w:t>
      </w:r>
      <w:proofErr w:type="spellStart"/>
      <w:r w:rsidRPr="00563B50">
        <w:rPr>
          <w:rFonts w:cs="Times New Roman"/>
          <w:szCs w:val="24"/>
        </w:rPr>
        <w:t>inclusiv</w:t>
      </w:r>
      <w:proofErr w:type="spellEnd"/>
      <w:r w:rsidRPr="00563B50">
        <w:rPr>
          <w:rFonts w:cs="Times New Roman"/>
          <w:szCs w:val="24"/>
        </w:rPr>
        <w:t xml:space="preserve"> </w:t>
      </w:r>
      <w:proofErr w:type="spellStart"/>
      <w:r w:rsidRPr="00563B50">
        <w:rPr>
          <w:rFonts w:cs="Times New Roman"/>
          <w:szCs w:val="24"/>
        </w:rPr>
        <w:t>informația</w:t>
      </w:r>
      <w:proofErr w:type="spellEnd"/>
      <w:r w:rsidRPr="00563B50">
        <w:rPr>
          <w:rFonts w:cs="Times New Roman"/>
          <w:szCs w:val="24"/>
        </w:rPr>
        <w:t xml:space="preserve"> </w:t>
      </w:r>
      <w:proofErr w:type="spellStart"/>
      <w:r w:rsidRPr="00563B50">
        <w:rPr>
          <w:rFonts w:cs="Times New Roman"/>
          <w:szCs w:val="24"/>
        </w:rPr>
        <w:t>stocată</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auditul</w:t>
      </w:r>
      <w:proofErr w:type="spellEnd"/>
      <w:r w:rsidRPr="00563B50">
        <w:rPr>
          <w:rFonts w:cs="Times New Roman"/>
          <w:szCs w:val="24"/>
        </w:rPr>
        <w:t xml:space="preserve"> </w:t>
      </w:r>
      <w:proofErr w:type="spellStart"/>
      <w:r w:rsidRPr="00563B50">
        <w:rPr>
          <w:rFonts w:cs="Times New Roman"/>
          <w:szCs w:val="24"/>
        </w:rPr>
        <w:t>sistemelor</w:t>
      </w:r>
      <w:proofErr w:type="spellEnd"/>
      <w:r w:rsidRPr="00563B50">
        <w:rPr>
          <w:rFonts w:cs="Times New Roman"/>
          <w:szCs w:val="24"/>
        </w:rPr>
        <w:t xml:space="preserve"> </w:t>
      </w:r>
      <w:proofErr w:type="spellStart"/>
      <w:r w:rsidRPr="00563B50">
        <w:rPr>
          <w:rFonts w:cs="Times New Roman"/>
          <w:szCs w:val="24"/>
        </w:rPr>
        <w:t>informaționale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de </w:t>
      </w:r>
      <w:proofErr w:type="spellStart"/>
      <w:r w:rsidRPr="00563B50">
        <w:rPr>
          <w:rFonts w:cs="Times New Roman"/>
          <w:szCs w:val="24"/>
        </w:rPr>
        <w:t>evidență</w:t>
      </w:r>
      <w:proofErr w:type="spellEnd"/>
      <w:r w:rsidRPr="00563B50">
        <w:rPr>
          <w:rFonts w:cs="Times New Roman"/>
          <w:szCs w:val="24"/>
        </w:rPr>
        <w:t xml:space="preserve">), pot fi solicitate </w:t>
      </w:r>
      <w:proofErr w:type="spellStart"/>
      <w:r w:rsidRPr="00563B50">
        <w:rPr>
          <w:rFonts w:cs="Times New Roman"/>
          <w:szCs w:val="24"/>
        </w:rPr>
        <w:lastRenderedPageBreak/>
        <w:t>printr</w:t>
      </w:r>
      <w:proofErr w:type="spellEnd"/>
      <w:r w:rsidRPr="00563B50">
        <w:rPr>
          <w:rFonts w:cs="Times New Roman"/>
          <w:szCs w:val="24"/>
        </w:rPr>
        <w:t xml:space="preserve">-un </w:t>
      </w:r>
      <w:proofErr w:type="spellStart"/>
      <w:r w:rsidRPr="00563B50">
        <w:rPr>
          <w:rFonts w:cs="Times New Roman"/>
          <w:szCs w:val="24"/>
        </w:rPr>
        <w:t>demers</w:t>
      </w:r>
      <w:proofErr w:type="spellEnd"/>
      <w:r w:rsidRPr="00563B50">
        <w:rPr>
          <w:rFonts w:cs="Times New Roman"/>
          <w:szCs w:val="24"/>
        </w:rPr>
        <w:t xml:space="preserve"> al </w:t>
      </w:r>
      <w:proofErr w:type="spellStart"/>
      <w:r w:rsidRPr="00563B50">
        <w:rPr>
          <w:rFonts w:cs="Times New Roman"/>
          <w:szCs w:val="24"/>
        </w:rPr>
        <w:t>organului</w:t>
      </w:r>
      <w:proofErr w:type="spellEnd"/>
      <w:r w:rsidRPr="00563B50">
        <w:rPr>
          <w:rFonts w:cs="Times New Roman"/>
          <w:szCs w:val="24"/>
        </w:rPr>
        <w:t xml:space="preserve"> de </w:t>
      </w:r>
      <w:proofErr w:type="spellStart"/>
      <w:r w:rsidRPr="00563B50">
        <w:rPr>
          <w:rFonts w:cs="Times New Roman"/>
          <w:szCs w:val="24"/>
        </w:rPr>
        <w:t>urmărire</w:t>
      </w:r>
      <w:proofErr w:type="spellEnd"/>
      <w:r w:rsidRPr="00563B50">
        <w:rPr>
          <w:rFonts w:cs="Times New Roman"/>
          <w:szCs w:val="24"/>
        </w:rPr>
        <w:t xml:space="preserve"> </w:t>
      </w:r>
      <w:proofErr w:type="spellStart"/>
      <w:r w:rsidRPr="00563B50">
        <w:rPr>
          <w:rFonts w:cs="Times New Roman"/>
          <w:szCs w:val="24"/>
        </w:rPr>
        <w:t>penală</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cadrul</w:t>
      </w:r>
      <w:proofErr w:type="spellEnd"/>
      <w:r w:rsidRPr="00563B50">
        <w:rPr>
          <w:rFonts w:cs="Times New Roman"/>
          <w:szCs w:val="24"/>
        </w:rPr>
        <w:t xml:space="preserve"> </w:t>
      </w:r>
      <w:proofErr w:type="spellStart"/>
      <w:r w:rsidRPr="00563B50">
        <w:rPr>
          <w:rFonts w:cs="Times New Roman"/>
          <w:szCs w:val="24"/>
        </w:rPr>
        <w:t>urmăririi</w:t>
      </w:r>
      <w:proofErr w:type="spellEnd"/>
      <w:r w:rsidRPr="00563B50">
        <w:rPr>
          <w:rFonts w:cs="Times New Roman"/>
          <w:szCs w:val="24"/>
        </w:rPr>
        <w:t xml:space="preserve"> </w:t>
      </w:r>
      <w:proofErr w:type="spellStart"/>
      <w:r w:rsidRPr="00563B50">
        <w:rPr>
          <w:rFonts w:cs="Times New Roman"/>
          <w:szCs w:val="24"/>
        </w:rPr>
        <w:t>penale</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procesul</w:t>
      </w:r>
      <w:proofErr w:type="spellEnd"/>
      <w:r w:rsidRPr="00563B50">
        <w:rPr>
          <w:rFonts w:cs="Times New Roman"/>
          <w:szCs w:val="24"/>
        </w:rPr>
        <w:t xml:space="preserve"> </w:t>
      </w:r>
      <w:proofErr w:type="spellStart"/>
      <w:r w:rsidRPr="00563B50">
        <w:rPr>
          <w:rFonts w:cs="Times New Roman"/>
          <w:szCs w:val="24"/>
        </w:rPr>
        <w:t>judecării</w:t>
      </w:r>
      <w:proofErr w:type="spellEnd"/>
      <w:r w:rsidRPr="00563B50">
        <w:rPr>
          <w:rFonts w:cs="Times New Roman"/>
          <w:szCs w:val="24"/>
        </w:rPr>
        <w:t xml:space="preserve"> </w:t>
      </w:r>
      <w:proofErr w:type="spellStart"/>
      <w:r w:rsidRPr="00563B50">
        <w:rPr>
          <w:rFonts w:cs="Times New Roman"/>
          <w:szCs w:val="24"/>
        </w:rPr>
        <w:t>cauzei</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acest</w:t>
      </w:r>
      <w:proofErr w:type="spellEnd"/>
      <w:r w:rsidRPr="00563B50">
        <w:rPr>
          <w:rFonts w:cs="Times New Roman"/>
          <w:szCs w:val="24"/>
        </w:rPr>
        <w:t xml:space="preserve"> </w:t>
      </w:r>
      <w:proofErr w:type="spellStart"/>
      <w:r w:rsidRPr="00563B50">
        <w:rPr>
          <w:rFonts w:cs="Times New Roman"/>
          <w:szCs w:val="24"/>
        </w:rPr>
        <w:t>caz</w:t>
      </w:r>
      <w:proofErr w:type="spellEnd"/>
      <w:r w:rsidRPr="00563B50">
        <w:rPr>
          <w:rFonts w:cs="Times New Roman"/>
          <w:szCs w:val="24"/>
        </w:rPr>
        <w:t xml:space="preserve">, </w:t>
      </w:r>
      <w:proofErr w:type="spellStart"/>
      <w:r w:rsidRPr="00563B50">
        <w:rPr>
          <w:rFonts w:cs="Times New Roman"/>
          <w:szCs w:val="24"/>
        </w:rPr>
        <w:t>însă</w:t>
      </w:r>
      <w:proofErr w:type="spellEnd"/>
      <w:r w:rsidRPr="00563B50">
        <w:rPr>
          <w:rFonts w:cs="Times New Roman"/>
          <w:szCs w:val="24"/>
        </w:rPr>
        <w:t xml:space="preserve">, </w:t>
      </w:r>
      <w:proofErr w:type="spellStart"/>
      <w:r w:rsidRPr="00563B50">
        <w:rPr>
          <w:rFonts w:cs="Times New Roman"/>
          <w:szCs w:val="24"/>
        </w:rPr>
        <w:t>urmează</w:t>
      </w:r>
      <w:proofErr w:type="spellEnd"/>
      <w:r w:rsidRPr="00563B50">
        <w:rPr>
          <w:rFonts w:cs="Times New Roman"/>
          <w:szCs w:val="24"/>
        </w:rPr>
        <w:t xml:space="preserve"> a fi </w:t>
      </w:r>
      <w:proofErr w:type="spellStart"/>
      <w:r w:rsidRPr="00563B50">
        <w:rPr>
          <w:rFonts w:cs="Times New Roman"/>
          <w:szCs w:val="24"/>
        </w:rPr>
        <w:t>respectate</w:t>
      </w:r>
      <w:proofErr w:type="spellEnd"/>
      <w:r w:rsidRPr="00563B50">
        <w:rPr>
          <w:rFonts w:cs="Times New Roman"/>
          <w:szCs w:val="24"/>
        </w:rPr>
        <w:t xml:space="preserve"> </w:t>
      </w:r>
      <w:proofErr w:type="spellStart"/>
      <w:r w:rsidRPr="00563B50">
        <w:rPr>
          <w:rFonts w:cs="Times New Roman"/>
          <w:szCs w:val="24"/>
        </w:rPr>
        <w:t>prevederile</w:t>
      </w:r>
      <w:proofErr w:type="spellEnd"/>
      <w:r w:rsidRPr="00563B50">
        <w:rPr>
          <w:rFonts w:cs="Times New Roman"/>
          <w:szCs w:val="24"/>
        </w:rPr>
        <w:t xml:space="preserve"> art.214 Cod de </w:t>
      </w:r>
      <w:proofErr w:type="spellStart"/>
      <w:r w:rsidRPr="00563B50">
        <w:rPr>
          <w:rFonts w:cs="Times New Roman"/>
          <w:szCs w:val="24"/>
        </w:rPr>
        <w:t>procedură</w:t>
      </w:r>
      <w:proofErr w:type="spellEnd"/>
      <w:r w:rsidRPr="00563B50">
        <w:rPr>
          <w:rFonts w:cs="Times New Roman"/>
          <w:szCs w:val="24"/>
        </w:rPr>
        <w:t xml:space="preserve"> </w:t>
      </w:r>
      <w:proofErr w:type="spellStart"/>
      <w:r w:rsidRPr="00563B50">
        <w:rPr>
          <w:rFonts w:cs="Times New Roman"/>
          <w:szCs w:val="24"/>
        </w:rPr>
        <w:t>penală</w:t>
      </w:r>
      <w:proofErr w:type="spellEnd"/>
      <w:r w:rsidRPr="00563B50">
        <w:rPr>
          <w:rFonts w:cs="Times New Roman"/>
          <w:szCs w:val="24"/>
        </w:rPr>
        <w:t xml:space="preserve">, care </w:t>
      </w:r>
      <w:proofErr w:type="spellStart"/>
      <w:r w:rsidRPr="00563B50">
        <w:rPr>
          <w:rFonts w:cs="Times New Roman"/>
          <w:szCs w:val="24"/>
        </w:rPr>
        <w:t>stipulează</w:t>
      </w:r>
      <w:proofErr w:type="spellEnd"/>
      <w:r w:rsidRPr="00563B50">
        <w:rPr>
          <w:rFonts w:cs="Times New Roman"/>
          <w:szCs w:val="24"/>
        </w:rPr>
        <w:t xml:space="preserve"> </w:t>
      </w:r>
      <w:proofErr w:type="spellStart"/>
      <w:r w:rsidRPr="00563B50">
        <w:rPr>
          <w:rFonts w:cs="Times New Roman"/>
          <w:szCs w:val="24"/>
        </w:rPr>
        <w:t>că</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cursul</w:t>
      </w:r>
      <w:proofErr w:type="spellEnd"/>
      <w:r w:rsidRPr="00563B50">
        <w:rPr>
          <w:rFonts w:cs="Times New Roman"/>
          <w:szCs w:val="24"/>
        </w:rPr>
        <w:t xml:space="preserve"> </w:t>
      </w:r>
      <w:proofErr w:type="spellStart"/>
      <w:r w:rsidRPr="00563B50">
        <w:rPr>
          <w:rFonts w:cs="Times New Roman"/>
          <w:szCs w:val="24"/>
        </w:rPr>
        <w:t>procesului</w:t>
      </w:r>
      <w:proofErr w:type="spellEnd"/>
      <w:r w:rsidRPr="00563B50">
        <w:rPr>
          <w:rFonts w:cs="Times New Roman"/>
          <w:szCs w:val="24"/>
        </w:rPr>
        <w:t xml:space="preserve"> penal nu pot fi administrate, </w:t>
      </w:r>
      <w:proofErr w:type="spellStart"/>
      <w:r w:rsidRPr="00563B50">
        <w:rPr>
          <w:rFonts w:cs="Times New Roman"/>
          <w:szCs w:val="24"/>
        </w:rPr>
        <w:t>utilizate</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răspîndite</w:t>
      </w:r>
      <w:proofErr w:type="spellEnd"/>
      <w:r w:rsidRPr="00563B50">
        <w:rPr>
          <w:rFonts w:cs="Times New Roman"/>
          <w:szCs w:val="24"/>
        </w:rPr>
        <w:t xml:space="preserve"> </w:t>
      </w:r>
      <w:proofErr w:type="spellStart"/>
      <w:r w:rsidRPr="00563B50">
        <w:rPr>
          <w:rFonts w:cs="Times New Roman"/>
          <w:szCs w:val="24"/>
        </w:rPr>
        <w:t>fără</w:t>
      </w:r>
      <w:proofErr w:type="spellEnd"/>
      <w:r w:rsidRPr="00563B50">
        <w:rPr>
          <w:rFonts w:cs="Times New Roman"/>
          <w:szCs w:val="24"/>
        </w:rPr>
        <w:t xml:space="preserve"> </w:t>
      </w:r>
      <w:proofErr w:type="spellStart"/>
      <w:r w:rsidRPr="00563B50">
        <w:rPr>
          <w:rFonts w:cs="Times New Roman"/>
          <w:szCs w:val="24"/>
        </w:rPr>
        <w:t>necesitate</w:t>
      </w:r>
      <w:proofErr w:type="spellEnd"/>
      <w:r w:rsidRPr="00563B50">
        <w:rPr>
          <w:rFonts w:cs="Times New Roman"/>
          <w:szCs w:val="24"/>
        </w:rPr>
        <w:t xml:space="preserve"> </w:t>
      </w:r>
      <w:proofErr w:type="spellStart"/>
      <w:r w:rsidRPr="00563B50">
        <w:rPr>
          <w:rFonts w:cs="Times New Roman"/>
          <w:szCs w:val="24"/>
        </w:rPr>
        <w:t>informaţie</w:t>
      </w:r>
      <w:proofErr w:type="spellEnd"/>
      <w:r w:rsidRPr="00563B50">
        <w:rPr>
          <w:rFonts w:cs="Times New Roman"/>
          <w:szCs w:val="24"/>
        </w:rPr>
        <w:t xml:space="preserve"> </w:t>
      </w:r>
      <w:proofErr w:type="spellStart"/>
      <w:r w:rsidRPr="00563B50">
        <w:rPr>
          <w:rFonts w:cs="Times New Roman"/>
          <w:szCs w:val="24"/>
        </w:rPr>
        <w:t>oficială</w:t>
      </w:r>
      <w:proofErr w:type="spellEnd"/>
      <w:r w:rsidRPr="00563B50">
        <w:rPr>
          <w:rFonts w:cs="Times New Roman"/>
          <w:szCs w:val="24"/>
        </w:rPr>
        <w:t xml:space="preserve"> cu </w:t>
      </w:r>
      <w:proofErr w:type="spellStart"/>
      <w:r w:rsidRPr="00563B50">
        <w:rPr>
          <w:rFonts w:cs="Times New Roman"/>
          <w:szCs w:val="24"/>
        </w:rPr>
        <w:t>accesibilitate</w:t>
      </w:r>
      <w:proofErr w:type="spellEnd"/>
      <w:r w:rsidRPr="00563B50">
        <w:rPr>
          <w:rFonts w:cs="Times New Roman"/>
          <w:szCs w:val="24"/>
        </w:rPr>
        <w:t xml:space="preserve"> </w:t>
      </w:r>
      <w:proofErr w:type="spellStart"/>
      <w:r w:rsidRPr="00563B50">
        <w:rPr>
          <w:rFonts w:cs="Times New Roman"/>
          <w:szCs w:val="24"/>
        </w:rPr>
        <w:t>limitată</w:t>
      </w:r>
      <w:proofErr w:type="spellEnd"/>
      <w:r w:rsidRPr="00563B50">
        <w:rPr>
          <w:rFonts w:cs="Times New Roman"/>
          <w:szCs w:val="24"/>
        </w:rPr>
        <w:t>.</w:t>
      </w:r>
    </w:p>
    <w:p w14:paraId="36589308" w14:textId="77777777" w:rsidR="00EE7ED3" w:rsidRPr="00563B50" w:rsidRDefault="00000000" w:rsidP="00DD6C54">
      <w:pPr>
        <w:jc w:val="both"/>
        <w:rPr>
          <w:rFonts w:cs="Times New Roman"/>
          <w:szCs w:val="24"/>
        </w:rPr>
      </w:pPr>
      <w:proofErr w:type="spellStart"/>
      <w:r w:rsidRPr="00563B50">
        <w:rPr>
          <w:rFonts w:cs="Times New Roman"/>
          <w:szCs w:val="24"/>
        </w:rPr>
        <w:t>Operatorii</w:t>
      </w:r>
      <w:proofErr w:type="spellEnd"/>
      <w:r w:rsidRPr="00563B50">
        <w:rPr>
          <w:rFonts w:cs="Times New Roman"/>
          <w:szCs w:val="24"/>
        </w:rPr>
        <w:t xml:space="preserve"> de date, </w:t>
      </w:r>
      <w:proofErr w:type="spellStart"/>
      <w:r w:rsidRPr="00563B50">
        <w:rPr>
          <w:rFonts w:cs="Times New Roman"/>
          <w:szCs w:val="24"/>
        </w:rPr>
        <w:t>inclusiv</w:t>
      </w:r>
      <w:proofErr w:type="spellEnd"/>
      <w:r w:rsidRPr="00563B50">
        <w:rPr>
          <w:rFonts w:cs="Times New Roman"/>
          <w:szCs w:val="24"/>
        </w:rPr>
        <w:t xml:space="preserve"> </w:t>
      </w:r>
      <w:proofErr w:type="spellStart"/>
      <w:r w:rsidRPr="00563B50">
        <w:rPr>
          <w:rFonts w:cs="Times New Roman"/>
          <w:szCs w:val="24"/>
        </w:rPr>
        <w:t>cei</w:t>
      </w:r>
      <w:proofErr w:type="spellEnd"/>
      <w:r w:rsidRPr="00563B50">
        <w:rPr>
          <w:rFonts w:cs="Times New Roman"/>
          <w:szCs w:val="24"/>
        </w:rPr>
        <w:t xml:space="preserve"> </w:t>
      </w:r>
      <w:proofErr w:type="spellStart"/>
      <w:r w:rsidRPr="00563B50">
        <w:rPr>
          <w:rFonts w:cs="Times New Roman"/>
          <w:szCs w:val="24"/>
        </w:rPr>
        <w:t>publici</w:t>
      </w:r>
      <w:proofErr w:type="spellEnd"/>
      <w:r w:rsidRPr="00563B50">
        <w:rPr>
          <w:rFonts w:cs="Times New Roman"/>
          <w:szCs w:val="24"/>
        </w:rPr>
        <w:t xml:space="preserve">, au </w:t>
      </w:r>
      <w:proofErr w:type="spellStart"/>
      <w:r w:rsidRPr="00563B50">
        <w:rPr>
          <w:rFonts w:cs="Times New Roman"/>
          <w:szCs w:val="24"/>
        </w:rPr>
        <w:t>dreptul</w:t>
      </w:r>
      <w:proofErr w:type="spellEnd"/>
      <w:r w:rsidRPr="00563B50">
        <w:rPr>
          <w:rFonts w:cs="Times New Roman"/>
          <w:szCs w:val="24"/>
        </w:rPr>
        <w:t xml:space="preserve"> de a </w:t>
      </w:r>
      <w:proofErr w:type="spellStart"/>
      <w:r w:rsidRPr="00563B50">
        <w:rPr>
          <w:rFonts w:cs="Times New Roman"/>
          <w:szCs w:val="24"/>
        </w:rPr>
        <w:t>verifica</w:t>
      </w:r>
      <w:proofErr w:type="spellEnd"/>
      <w:r w:rsidRPr="00563B50">
        <w:rPr>
          <w:rFonts w:cs="Times New Roman"/>
          <w:szCs w:val="24"/>
        </w:rPr>
        <w:t xml:space="preserve"> </w:t>
      </w:r>
      <w:proofErr w:type="spellStart"/>
      <w:r w:rsidRPr="00563B50">
        <w:rPr>
          <w:rFonts w:cs="Times New Roman"/>
          <w:szCs w:val="24"/>
        </w:rPr>
        <w:t>temeiul</w:t>
      </w:r>
      <w:proofErr w:type="spellEnd"/>
      <w:r w:rsidRPr="00563B50">
        <w:rPr>
          <w:rFonts w:cs="Times New Roman"/>
          <w:szCs w:val="24"/>
        </w:rPr>
        <w:t xml:space="preserve"> legal al </w:t>
      </w:r>
      <w:proofErr w:type="spellStart"/>
      <w:r w:rsidRPr="00563B50">
        <w:rPr>
          <w:rFonts w:cs="Times New Roman"/>
          <w:szCs w:val="24"/>
        </w:rPr>
        <w:t>solicitărilor</w:t>
      </w:r>
      <w:proofErr w:type="spellEnd"/>
      <w:r w:rsidRPr="00563B50">
        <w:rPr>
          <w:rFonts w:cs="Times New Roman"/>
          <w:szCs w:val="24"/>
        </w:rPr>
        <w:t xml:space="preserve"> de </w:t>
      </w:r>
      <w:proofErr w:type="spellStart"/>
      <w:r w:rsidRPr="00563B50">
        <w:rPr>
          <w:rFonts w:cs="Times New Roman"/>
          <w:szCs w:val="24"/>
        </w:rPr>
        <w:t>informații</w:t>
      </w:r>
      <w:proofErr w:type="spellEnd"/>
      <w:r w:rsidRPr="00563B50">
        <w:rPr>
          <w:rFonts w:cs="Times New Roman"/>
          <w:szCs w:val="24"/>
        </w:rPr>
        <w:t xml:space="preserve"> cu </w:t>
      </w:r>
      <w:proofErr w:type="spellStart"/>
      <w:r w:rsidRPr="00563B50">
        <w:rPr>
          <w:rFonts w:cs="Times New Roman"/>
          <w:szCs w:val="24"/>
        </w:rPr>
        <w:t>accesibilitate</w:t>
      </w:r>
      <w:proofErr w:type="spellEnd"/>
      <w:r w:rsidRPr="00563B50">
        <w:rPr>
          <w:rFonts w:cs="Times New Roman"/>
          <w:szCs w:val="24"/>
        </w:rPr>
        <w:t xml:space="preserve"> </w:t>
      </w:r>
      <w:proofErr w:type="spellStart"/>
      <w:r w:rsidRPr="00563B50">
        <w:rPr>
          <w:rFonts w:cs="Times New Roman"/>
          <w:szCs w:val="24"/>
        </w:rPr>
        <w:t>limitată</w:t>
      </w:r>
      <w:proofErr w:type="spellEnd"/>
      <w:r w:rsidRPr="00563B50">
        <w:rPr>
          <w:rFonts w:cs="Times New Roman"/>
          <w:szCs w:val="24"/>
        </w:rPr>
        <w:t xml:space="preserve"> </w:t>
      </w:r>
      <w:proofErr w:type="spellStart"/>
      <w:r w:rsidRPr="00563B50">
        <w:rPr>
          <w:rFonts w:cs="Times New Roman"/>
          <w:szCs w:val="24"/>
        </w:rPr>
        <w:t>venite</w:t>
      </w:r>
      <w:proofErr w:type="spellEnd"/>
      <w:r w:rsidRPr="00563B50">
        <w:rPr>
          <w:rFonts w:cs="Times New Roman"/>
          <w:szCs w:val="24"/>
        </w:rPr>
        <w:t xml:space="preserve"> din </w:t>
      </w:r>
      <w:proofErr w:type="spellStart"/>
      <w:r w:rsidRPr="00563B50">
        <w:rPr>
          <w:rFonts w:cs="Times New Roman"/>
          <w:szCs w:val="24"/>
        </w:rPr>
        <w:t>partea</w:t>
      </w:r>
      <w:proofErr w:type="spellEnd"/>
      <w:r w:rsidRPr="00563B50">
        <w:rPr>
          <w:rFonts w:cs="Times New Roman"/>
          <w:szCs w:val="24"/>
        </w:rPr>
        <w:t xml:space="preserve"> </w:t>
      </w:r>
      <w:proofErr w:type="spellStart"/>
      <w:r w:rsidRPr="00563B50">
        <w:rPr>
          <w:rFonts w:cs="Times New Roman"/>
          <w:szCs w:val="24"/>
        </w:rPr>
        <w:t>organelor</w:t>
      </w:r>
      <w:proofErr w:type="spellEnd"/>
      <w:r w:rsidRPr="00563B50">
        <w:rPr>
          <w:rFonts w:cs="Times New Roman"/>
          <w:szCs w:val="24"/>
        </w:rPr>
        <w:t xml:space="preserve"> de </w:t>
      </w:r>
      <w:proofErr w:type="spellStart"/>
      <w:r w:rsidRPr="00563B50">
        <w:rPr>
          <w:rFonts w:cs="Times New Roman"/>
          <w:szCs w:val="24"/>
        </w:rPr>
        <w:t>urmărire</w:t>
      </w:r>
      <w:proofErr w:type="spellEnd"/>
      <w:r w:rsidRPr="00563B50">
        <w:rPr>
          <w:rFonts w:cs="Times New Roman"/>
          <w:szCs w:val="24"/>
        </w:rPr>
        <w:t xml:space="preserve"> </w:t>
      </w:r>
      <w:proofErr w:type="spellStart"/>
      <w:r w:rsidRPr="00563B50">
        <w:rPr>
          <w:rFonts w:cs="Times New Roman"/>
          <w:szCs w:val="24"/>
        </w:rPr>
        <w:t>penală</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instanțelor</w:t>
      </w:r>
      <w:proofErr w:type="spellEnd"/>
      <w:r w:rsidRPr="00563B50">
        <w:rPr>
          <w:rFonts w:cs="Times New Roman"/>
          <w:szCs w:val="24"/>
        </w:rPr>
        <w:t xml:space="preserve">, </w:t>
      </w:r>
      <w:proofErr w:type="spellStart"/>
      <w:r w:rsidRPr="00563B50">
        <w:rPr>
          <w:rFonts w:cs="Times New Roman"/>
          <w:szCs w:val="24"/>
        </w:rPr>
        <w:t>putând</w:t>
      </w:r>
      <w:proofErr w:type="spellEnd"/>
      <w:r w:rsidRPr="00563B50">
        <w:rPr>
          <w:rFonts w:cs="Times New Roman"/>
          <w:szCs w:val="24"/>
        </w:rPr>
        <w:t xml:space="preserve"> </w:t>
      </w:r>
      <w:proofErr w:type="spellStart"/>
      <w:r w:rsidRPr="00563B50">
        <w:rPr>
          <w:rFonts w:cs="Times New Roman"/>
          <w:szCs w:val="24"/>
        </w:rPr>
        <w:t>refuza</w:t>
      </w:r>
      <w:proofErr w:type="spellEnd"/>
      <w:r w:rsidRPr="00563B50">
        <w:rPr>
          <w:rFonts w:cs="Times New Roman"/>
          <w:szCs w:val="24"/>
        </w:rPr>
        <w:t xml:space="preserve"> </w:t>
      </w:r>
      <w:proofErr w:type="spellStart"/>
      <w:r w:rsidRPr="00563B50">
        <w:rPr>
          <w:rFonts w:cs="Times New Roman"/>
          <w:szCs w:val="24"/>
        </w:rPr>
        <w:t>transmiterea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absența</w:t>
      </w:r>
      <w:proofErr w:type="spellEnd"/>
      <w:r w:rsidRPr="00563B50">
        <w:rPr>
          <w:rFonts w:cs="Times New Roman"/>
          <w:szCs w:val="24"/>
        </w:rPr>
        <w:t xml:space="preserve"> </w:t>
      </w:r>
      <w:proofErr w:type="spellStart"/>
      <w:r w:rsidRPr="00563B50">
        <w:rPr>
          <w:rFonts w:cs="Times New Roman"/>
          <w:szCs w:val="24"/>
        </w:rPr>
        <w:t>unei</w:t>
      </w:r>
      <w:proofErr w:type="spellEnd"/>
      <w:r w:rsidRPr="00563B50">
        <w:rPr>
          <w:rFonts w:cs="Times New Roman"/>
          <w:szCs w:val="24"/>
        </w:rPr>
        <w:t xml:space="preserve"> </w:t>
      </w:r>
      <w:proofErr w:type="spellStart"/>
      <w:r w:rsidRPr="00563B50">
        <w:rPr>
          <w:rFonts w:cs="Times New Roman"/>
          <w:szCs w:val="24"/>
        </w:rPr>
        <w:t>justificări</w:t>
      </w:r>
      <w:proofErr w:type="spellEnd"/>
      <w:r w:rsidRPr="00563B50">
        <w:rPr>
          <w:rFonts w:cs="Times New Roman"/>
          <w:szCs w:val="24"/>
        </w:rPr>
        <w:t xml:space="preserve"> </w:t>
      </w:r>
      <w:proofErr w:type="spellStart"/>
      <w:r w:rsidRPr="00563B50">
        <w:rPr>
          <w:rFonts w:cs="Times New Roman"/>
          <w:szCs w:val="24"/>
        </w:rPr>
        <w:t>scrise</w:t>
      </w:r>
      <w:proofErr w:type="spellEnd"/>
      <w:r w:rsidRPr="00563B50">
        <w:rPr>
          <w:rFonts w:cs="Times New Roman"/>
          <w:szCs w:val="24"/>
        </w:rPr>
        <w:t>.</w:t>
      </w:r>
    </w:p>
    <w:p w14:paraId="7F0D5F83" w14:textId="77777777" w:rsidR="00EE7ED3" w:rsidRDefault="00000000" w:rsidP="00DD6C54">
      <w:pPr>
        <w:jc w:val="both"/>
        <w:rPr>
          <w:rFonts w:cs="Times New Roman"/>
          <w:szCs w:val="24"/>
          <w:lang w:val="ro-RO"/>
        </w:rPr>
      </w:pPr>
      <w:r w:rsidRPr="00563B50">
        <w:rPr>
          <w:rFonts w:cs="Times New Roman"/>
          <w:szCs w:val="24"/>
        </w:rPr>
        <w:t xml:space="preserve">h) </w:t>
      </w:r>
      <w:proofErr w:type="spellStart"/>
      <w:r w:rsidRPr="00563B50">
        <w:rPr>
          <w:rFonts w:cs="Times New Roman"/>
          <w:szCs w:val="24"/>
        </w:rPr>
        <w:t>Persoanele</w:t>
      </w:r>
      <w:proofErr w:type="spellEnd"/>
      <w:r w:rsidRPr="00563B50">
        <w:rPr>
          <w:rFonts w:cs="Times New Roman"/>
          <w:szCs w:val="24"/>
        </w:rPr>
        <w:t xml:space="preserve"> </w:t>
      </w:r>
      <w:proofErr w:type="spellStart"/>
      <w:r w:rsidRPr="00563B50">
        <w:rPr>
          <w:rFonts w:cs="Times New Roman"/>
          <w:szCs w:val="24"/>
        </w:rPr>
        <w:t>cărora</w:t>
      </w:r>
      <w:proofErr w:type="spellEnd"/>
      <w:r w:rsidRPr="00563B50">
        <w:rPr>
          <w:rFonts w:cs="Times New Roman"/>
          <w:szCs w:val="24"/>
        </w:rPr>
        <w:t xml:space="preserve"> </w:t>
      </w:r>
      <w:proofErr w:type="spellStart"/>
      <w:r w:rsidRPr="00563B50">
        <w:rPr>
          <w:rFonts w:cs="Times New Roman"/>
          <w:szCs w:val="24"/>
        </w:rPr>
        <w:t>organul</w:t>
      </w:r>
      <w:proofErr w:type="spellEnd"/>
      <w:r w:rsidRPr="00563B50">
        <w:rPr>
          <w:rFonts w:cs="Times New Roman"/>
          <w:szCs w:val="24"/>
        </w:rPr>
        <w:t xml:space="preserve"> de </w:t>
      </w:r>
      <w:proofErr w:type="spellStart"/>
      <w:r w:rsidRPr="00563B50">
        <w:rPr>
          <w:rFonts w:cs="Times New Roman"/>
          <w:szCs w:val="24"/>
        </w:rPr>
        <w:t>urmărire</w:t>
      </w:r>
      <w:proofErr w:type="spellEnd"/>
      <w:r w:rsidRPr="00563B50">
        <w:rPr>
          <w:rFonts w:cs="Times New Roman"/>
          <w:szCs w:val="24"/>
        </w:rPr>
        <w:t xml:space="preserve"> </w:t>
      </w:r>
      <w:proofErr w:type="spellStart"/>
      <w:r w:rsidRPr="00563B50">
        <w:rPr>
          <w:rFonts w:cs="Times New Roman"/>
          <w:szCs w:val="24"/>
        </w:rPr>
        <w:t>penală</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instanța</w:t>
      </w:r>
      <w:proofErr w:type="spellEnd"/>
      <w:r w:rsidRPr="00563B50">
        <w:rPr>
          <w:rFonts w:cs="Times New Roman"/>
          <w:szCs w:val="24"/>
        </w:rPr>
        <w:t xml:space="preserve"> le </w:t>
      </w:r>
      <w:proofErr w:type="spellStart"/>
      <w:r w:rsidRPr="00563B50">
        <w:rPr>
          <w:rFonts w:cs="Times New Roman"/>
          <w:szCs w:val="24"/>
        </w:rPr>
        <w:t>solicită</w:t>
      </w:r>
      <w:proofErr w:type="spellEnd"/>
      <w:r w:rsidRPr="00563B50">
        <w:rPr>
          <w:rFonts w:cs="Times New Roman"/>
          <w:szCs w:val="24"/>
        </w:rPr>
        <w:t xml:space="preserve"> date </w:t>
      </w:r>
      <w:proofErr w:type="spellStart"/>
      <w:r w:rsidRPr="00563B50">
        <w:rPr>
          <w:rFonts w:cs="Times New Roman"/>
          <w:szCs w:val="24"/>
        </w:rPr>
        <w:t>oficiale</w:t>
      </w:r>
      <w:proofErr w:type="spellEnd"/>
      <w:r w:rsidRPr="00563B50">
        <w:rPr>
          <w:rFonts w:cs="Times New Roman"/>
          <w:szCs w:val="24"/>
        </w:rPr>
        <w:t xml:space="preserve"> cu </w:t>
      </w:r>
      <w:proofErr w:type="spellStart"/>
      <w:r w:rsidRPr="00563B50">
        <w:rPr>
          <w:rFonts w:cs="Times New Roman"/>
          <w:szCs w:val="24"/>
        </w:rPr>
        <w:t>accesibilitate</w:t>
      </w:r>
      <w:proofErr w:type="spellEnd"/>
      <w:r w:rsidRPr="00563B50">
        <w:rPr>
          <w:rFonts w:cs="Times New Roman"/>
          <w:szCs w:val="24"/>
        </w:rPr>
        <w:t xml:space="preserve"> </w:t>
      </w:r>
      <w:proofErr w:type="spellStart"/>
      <w:r w:rsidRPr="00563B50">
        <w:rPr>
          <w:rFonts w:cs="Times New Roman"/>
          <w:szCs w:val="24"/>
        </w:rPr>
        <w:t>limitată</w:t>
      </w:r>
      <w:proofErr w:type="spellEnd"/>
      <w:r w:rsidRPr="00563B50">
        <w:rPr>
          <w:rFonts w:cs="Times New Roman"/>
          <w:szCs w:val="24"/>
        </w:rPr>
        <w:t xml:space="preserve"> au </w:t>
      </w:r>
      <w:proofErr w:type="spellStart"/>
      <w:r w:rsidRPr="00563B50">
        <w:rPr>
          <w:rFonts w:cs="Times New Roman"/>
          <w:szCs w:val="24"/>
        </w:rPr>
        <w:t>dreptul</w:t>
      </w:r>
      <w:proofErr w:type="spellEnd"/>
      <w:r w:rsidRPr="00563B50">
        <w:rPr>
          <w:rFonts w:cs="Times New Roman"/>
          <w:szCs w:val="24"/>
        </w:rPr>
        <w:t xml:space="preserve"> </w:t>
      </w:r>
      <w:proofErr w:type="spellStart"/>
      <w:r w:rsidRPr="00563B50">
        <w:rPr>
          <w:rFonts w:cs="Times New Roman"/>
          <w:szCs w:val="24"/>
        </w:rPr>
        <w:t>să</w:t>
      </w:r>
      <w:proofErr w:type="spellEnd"/>
      <w:r w:rsidRPr="00563B50">
        <w:rPr>
          <w:rFonts w:cs="Times New Roman"/>
          <w:szCs w:val="24"/>
        </w:rPr>
        <w:t xml:space="preserve"> </w:t>
      </w:r>
      <w:proofErr w:type="spellStart"/>
      <w:r w:rsidRPr="00563B50">
        <w:rPr>
          <w:rFonts w:cs="Times New Roman"/>
          <w:szCs w:val="24"/>
        </w:rPr>
        <w:t>verifice</w:t>
      </w:r>
      <w:proofErr w:type="spellEnd"/>
      <w:r w:rsidRPr="00563B50">
        <w:rPr>
          <w:rFonts w:cs="Times New Roman"/>
          <w:szCs w:val="24"/>
        </w:rPr>
        <w:t xml:space="preserve"> </w:t>
      </w:r>
      <w:proofErr w:type="spellStart"/>
      <w:r w:rsidRPr="00563B50">
        <w:rPr>
          <w:rFonts w:cs="Times New Roman"/>
          <w:szCs w:val="24"/>
        </w:rPr>
        <w:t>necesitatea</w:t>
      </w:r>
      <w:proofErr w:type="spellEnd"/>
      <w:r w:rsidRPr="00563B50">
        <w:rPr>
          <w:rFonts w:cs="Times New Roman"/>
          <w:szCs w:val="24"/>
        </w:rPr>
        <w:t xml:space="preserve"> </w:t>
      </w:r>
      <w:proofErr w:type="spellStart"/>
      <w:r w:rsidRPr="00563B50">
        <w:rPr>
          <w:rFonts w:cs="Times New Roman"/>
          <w:szCs w:val="24"/>
        </w:rPr>
        <w:t>acestora</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procesul</w:t>
      </w:r>
      <w:proofErr w:type="spellEnd"/>
      <w:r w:rsidRPr="00563B50">
        <w:rPr>
          <w:rFonts w:cs="Times New Roman"/>
          <w:szCs w:val="24"/>
        </w:rPr>
        <w:t xml:space="preserve"> </w:t>
      </w:r>
      <w:proofErr w:type="spellStart"/>
      <w:r w:rsidRPr="00563B50">
        <w:rPr>
          <w:rFonts w:cs="Times New Roman"/>
          <w:szCs w:val="24"/>
        </w:rPr>
        <w:t>respectiv</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să</w:t>
      </w:r>
      <w:proofErr w:type="spellEnd"/>
      <w:r w:rsidRPr="00563B50">
        <w:rPr>
          <w:rFonts w:cs="Times New Roman"/>
          <w:szCs w:val="24"/>
        </w:rPr>
        <w:t xml:space="preserve"> </w:t>
      </w:r>
      <w:proofErr w:type="spellStart"/>
      <w:r w:rsidRPr="00563B50">
        <w:rPr>
          <w:rFonts w:cs="Times New Roman"/>
          <w:szCs w:val="24"/>
        </w:rPr>
        <w:t>refuze</w:t>
      </w:r>
      <w:proofErr w:type="spellEnd"/>
      <w:r w:rsidRPr="00563B50">
        <w:rPr>
          <w:rFonts w:cs="Times New Roman"/>
          <w:szCs w:val="24"/>
        </w:rPr>
        <w:t xml:space="preserve"> </w:t>
      </w:r>
      <w:proofErr w:type="spellStart"/>
      <w:r w:rsidRPr="00563B50">
        <w:rPr>
          <w:rFonts w:cs="Times New Roman"/>
          <w:szCs w:val="24"/>
        </w:rPr>
        <w:t>furnizarea</w:t>
      </w:r>
      <w:proofErr w:type="spellEnd"/>
      <w:r w:rsidRPr="00563B50">
        <w:rPr>
          <w:rFonts w:cs="Times New Roman"/>
          <w:szCs w:val="24"/>
        </w:rPr>
        <w:t xml:space="preserve"> lor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caz</w:t>
      </w:r>
      <w:proofErr w:type="spellEnd"/>
      <w:r w:rsidRPr="00563B50">
        <w:rPr>
          <w:rFonts w:cs="Times New Roman"/>
          <w:szCs w:val="24"/>
        </w:rPr>
        <w:t xml:space="preserve"> </w:t>
      </w:r>
      <w:proofErr w:type="spellStart"/>
      <w:r w:rsidRPr="00563B50">
        <w:rPr>
          <w:rFonts w:cs="Times New Roman"/>
          <w:szCs w:val="24"/>
        </w:rPr>
        <w:t>contrar</w:t>
      </w:r>
      <w:proofErr w:type="spellEnd"/>
      <w:r w:rsidRPr="00563B50">
        <w:rPr>
          <w:rFonts w:cs="Times New Roman"/>
          <w:szCs w:val="24"/>
        </w:rPr>
        <w:t>.</w:t>
      </w:r>
    </w:p>
    <w:p w14:paraId="3F161AFA" w14:textId="77777777" w:rsidR="00EE7ED3" w:rsidRPr="00563B50" w:rsidRDefault="00000000" w:rsidP="00DD6C54">
      <w:pPr>
        <w:jc w:val="both"/>
        <w:rPr>
          <w:rFonts w:cs="Times New Roman"/>
          <w:szCs w:val="24"/>
        </w:rPr>
      </w:pPr>
      <w:proofErr w:type="spellStart"/>
      <w:r w:rsidRPr="00563B50">
        <w:rPr>
          <w:rFonts w:cs="Times New Roman"/>
          <w:szCs w:val="24"/>
        </w:rPr>
        <w:t>i</w:t>
      </w:r>
      <w:proofErr w:type="spellEnd"/>
      <w:r w:rsidRPr="00563B50">
        <w:rPr>
          <w:rFonts w:cs="Times New Roman"/>
          <w:szCs w:val="24"/>
        </w:rPr>
        <w:t xml:space="preserve">) De </w:t>
      </w:r>
      <w:proofErr w:type="spellStart"/>
      <w:r w:rsidRPr="00563B50">
        <w:rPr>
          <w:rFonts w:cs="Times New Roman"/>
          <w:szCs w:val="24"/>
        </w:rPr>
        <w:t>asemenea</w:t>
      </w:r>
      <w:proofErr w:type="spellEnd"/>
      <w:r w:rsidRPr="00563B50">
        <w:rPr>
          <w:rFonts w:cs="Times New Roman"/>
          <w:szCs w:val="24"/>
        </w:rPr>
        <w:t xml:space="preserve">, </w:t>
      </w:r>
      <w:proofErr w:type="spellStart"/>
      <w:r w:rsidRPr="00563B50">
        <w:rPr>
          <w:rFonts w:cs="Times New Roman"/>
          <w:szCs w:val="24"/>
        </w:rPr>
        <w:t>aceste</w:t>
      </w:r>
      <w:proofErr w:type="spellEnd"/>
      <w:r w:rsidRPr="00563B50">
        <w:rPr>
          <w:rFonts w:cs="Times New Roman"/>
          <w:szCs w:val="24"/>
        </w:rPr>
        <w:t xml:space="preserve"> </w:t>
      </w:r>
      <w:proofErr w:type="spellStart"/>
      <w:r w:rsidRPr="00563B50">
        <w:rPr>
          <w:rFonts w:cs="Times New Roman"/>
          <w:szCs w:val="24"/>
        </w:rPr>
        <w:t>persoane</w:t>
      </w:r>
      <w:proofErr w:type="spellEnd"/>
      <w:r w:rsidRPr="00563B50">
        <w:rPr>
          <w:rFonts w:cs="Times New Roman"/>
          <w:szCs w:val="24"/>
        </w:rPr>
        <w:t xml:space="preserve"> au </w:t>
      </w:r>
      <w:proofErr w:type="spellStart"/>
      <w:r w:rsidRPr="00563B50">
        <w:rPr>
          <w:rFonts w:cs="Times New Roman"/>
          <w:szCs w:val="24"/>
        </w:rPr>
        <w:t>dreptul</w:t>
      </w:r>
      <w:proofErr w:type="spellEnd"/>
      <w:r w:rsidRPr="00563B50">
        <w:rPr>
          <w:rFonts w:cs="Times New Roman"/>
          <w:szCs w:val="24"/>
        </w:rPr>
        <w:t xml:space="preserve"> </w:t>
      </w:r>
      <w:proofErr w:type="spellStart"/>
      <w:r w:rsidRPr="00563B50">
        <w:rPr>
          <w:rFonts w:cs="Times New Roman"/>
          <w:szCs w:val="24"/>
        </w:rPr>
        <w:t>să</w:t>
      </w:r>
      <w:proofErr w:type="spellEnd"/>
      <w:r w:rsidRPr="00563B50">
        <w:rPr>
          <w:rFonts w:cs="Times New Roman"/>
          <w:szCs w:val="24"/>
        </w:rPr>
        <w:t xml:space="preserve"> </w:t>
      </w:r>
      <w:proofErr w:type="spellStart"/>
      <w:r w:rsidRPr="00563B50">
        <w:rPr>
          <w:rFonts w:cs="Times New Roman"/>
          <w:szCs w:val="24"/>
        </w:rPr>
        <w:t>solicite</w:t>
      </w:r>
      <w:proofErr w:type="spellEnd"/>
      <w:r w:rsidRPr="00563B50">
        <w:rPr>
          <w:rFonts w:cs="Times New Roman"/>
          <w:szCs w:val="24"/>
        </w:rPr>
        <w:t xml:space="preserve"> o </w:t>
      </w:r>
      <w:proofErr w:type="spellStart"/>
      <w:r w:rsidRPr="00563B50">
        <w:rPr>
          <w:rFonts w:cs="Times New Roman"/>
          <w:szCs w:val="24"/>
        </w:rPr>
        <w:t>explicație</w:t>
      </w:r>
      <w:proofErr w:type="spellEnd"/>
      <w:r w:rsidRPr="00563B50">
        <w:rPr>
          <w:rFonts w:cs="Times New Roman"/>
          <w:szCs w:val="24"/>
        </w:rPr>
        <w:t xml:space="preserve"> </w:t>
      </w:r>
      <w:proofErr w:type="spellStart"/>
      <w:r w:rsidRPr="00563B50">
        <w:rPr>
          <w:rFonts w:cs="Times New Roman"/>
          <w:szCs w:val="24"/>
        </w:rPr>
        <w:t>scrisă</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prealabil</w:t>
      </w:r>
      <w:proofErr w:type="spellEnd"/>
      <w:r w:rsidRPr="00563B50">
        <w:rPr>
          <w:rFonts w:cs="Times New Roman"/>
          <w:szCs w:val="24"/>
        </w:rPr>
        <w:t xml:space="preserve">, din </w:t>
      </w:r>
      <w:proofErr w:type="spellStart"/>
      <w:r w:rsidRPr="00563B50">
        <w:rPr>
          <w:rFonts w:cs="Times New Roman"/>
          <w:szCs w:val="24"/>
        </w:rPr>
        <w:t>partea</w:t>
      </w:r>
      <w:proofErr w:type="spellEnd"/>
      <w:r w:rsidRPr="00563B50">
        <w:rPr>
          <w:rFonts w:cs="Times New Roman"/>
          <w:szCs w:val="24"/>
        </w:rPr>
        <w:t xml:space="preserve"> </w:t>
      </w:r>
      <w:proofErr w:type="spellStart"/>
      <w:r w:rsidRPr="00563B50">
        <w:rPr>
          <w:rFonts w:cs="Times New Roman"/>
          <w:szCs w:val="24"/>
        </w:rPr>
        <w:t>celui</w:t>
      </w:r>
      <w:proofErr w:type="spellEnd"/>
      <w:r w:rsidRPr="00563B50">
        <w:rPr>
          <w:rFonts w:cs="Times New Roman"/>
          <w:szCs w:val="24"/>
        </w:rPr>
        <w:t xml:space="preserve"> care cere </w:t>
      </w:r>
      <w:proofErr w:type="spellStart"/>
      <w:r w:rsidRPr="00563B50">
        <w:rPr>
          <w:rFonts w:cs="Times New Roman"/>
          <w:szCs w:val="24"/>
        </w:rPr>
        <w:t>informațiile</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a </w:t>
      </w:r>
      <w:proofErr w:type="spellStart"/>
      <w:r w:rsidRPr="00563B50">
        <w:rPr>
          <w:rFonts w:cs="Times New Roman"/>
          <w:szCs w:val="24"/>
        </w:rPr>
        <w:t>confirma</w:t>
      </w:r>
      <w:proofErr w:type="spellEnd"/>
      <w:r w:rsidRPr="00563B50">
        <w:rPr>
          <w:rFonts w:cs="Times New Roman"/>
          <w:szCs w:val="24"/>
        </w:rPr>
        <w:t xml:space="preserve"> </w:t>
      </w:r>
      <w:proofErr w:type="spellStart"/>
      <w:r w:rsidRPr="00563B50">
        <w:rPr>
          <w:rFonts w:cs="Times New Roman"/>
          <w:szCs w:val="24"/>
        </w:rPr>
        <w:t>necesitatea</w:t>
      </w:r>
      <w:proofErr w:type="spellEnd"/>
      <w:r w:rsidRPr="00563B50">
        <w:rPr>
          <w:rFonts w:cs="Times New Roman"/>
          <w:szCs w:val="24"/>
        </w:rPr>
        <w:t xml:space="preserve"> </w:t>
      </w:r>
      <w:proofErr w:type="spellStart"/>
      <w:r w:rsidRPr="00563B50">
        <w:rPr>
          <w:rFonts w:cs="Times New Roman"/>
          <w:szCs w:val="24"/>
        </w:rPr>
        <w:t>furnizării</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conform.</w:t>
      </w:r>
    </w:p>
    <w:p w14:paraId="4E15C25C" w14:textId="77777777" w:rsidR="00EE7ED3" w:rsidRPr="00563B50" w:rsidRDefault="00000000" w:rsidP="00DD6C54">
      <w:pPr>
        <w:jc w:val="both"/>
        <w:rPr>
          <w:rFonts w:cs="Times New Roman"/>
          <w:b/>
          <w:bCs/>
          <w:szCs w:val="24"/>
        </w:rPr>
      </w:pPr>
      <w:r w:rsidRPr="00563B50">
        <w:rPr>
          <w:rFonts w:cs="Times New Roman"/>
          <w:b/>
          <w:bCs/>
          <w:szCs w:val="24"/>
        </w:rPr>
        <w:t>XI. EDUCAȚIA CONTINUĂ CU PRIVIRE LA PROTECȚIA DATELOR CU CARACTER PERSONAL</w:t>
      </w:r>
    </w:p>
    <w:p w14:paraId="33CE1F96" w14:textId="77777777" w:rsidR="00EE7ED3" w:rsidRPr="00563B50" w:rsidRDefault="00000000" w:rsidP="00DD6C54">
      <w:pPr>
        <w:jc w:val="both"/>
        <w:rPr>
          <w:rFonts w:cs="Times New Roman"/>
          <w:szCs w:val="24"/>
        </w:rPr>
      </w:pPr>
      <w:proofErr w:type="spellStart"/>
      <w:r w:rsidRPr="00563B50">
        <w:rPr>
          <w:rFonts w:cs="Times New Roman"/>
          <w:szCs w:val="24"/>
        </w:rPr>
        <w:t>Toți</w:t>
      </w:r>
      <w:proofErr w:type="spellEnd"/>
      <w:r w:rsidRPr="00563B50">
        <w:rPr>
          <w:rFonts w:cs="Times New Roman"/>
          <w:szCs w:val="24"/>
        </w:rPr>
        <w:t xml:space="preserve"> </w:t>
      </w:r>
      <w:proofErr w:type="spellStart"/>
      <w:r w:rsidRPr="00563B50">
        <w:rPr>
          <w:rFonts w:cs="Times New Roman"/>
          <w:szCs w:val="24"/>
        </w:rPr>
        <w:t>angajații</w:t>
      </w:r>
      <w:proofErr w:type="spellEnd"/>
      <w:r w:rsidRPr="00563B50">
        <w:rPr>
          <w:rFonts w:cs="Times New Roman"/>
          <w:szCs w:val="24"/>
        </w:rPr>
        <w:t xml:space="preserve"> </w:t>
      </w:r>
      <w:proofErr w:type="spellStart"/>
      <w:r w:rsidRPr="00563B50">
        <w:rPr>
          <w:rFonts w:cs="Times New Roman"/>
          <w:szCs w:val="24"/>
        </w:rPr>
        <w:t>entității</w:t>
      </w:r>
      <w:proofErr w:type="spellEnd"/>
      <w:r w:rsidRPr="00563B50">
        <w:rPr>
          <w:rFonts w:cs="Times New Roman"/>
          <w:szCs w:val="24"/>
        </w:rPr>
        <w:t xml:space="preserve"> </w:t>
      </w:r>
      <w:proofErr w:type="spellStart"/>
      <w:r w:rsidRPr="00563B50">
        <w:rPr>
          <w:rFonts w:cs="Times New Roman"/>
          <w:szCs w:val="24"/>
        </w:rPr>
        <w:t>vor</w:t>
      </w:r>
      <w:proofErr w:type="spellEnd"/>
      <w:r w:rsidRPr="00563B50">
        <w:rPr>
          <w:rFonts w:cs="Times New Roman"/>
          <w:szCs w:val="24"/>
        </w:rPr>
        <w:t xml:space="preserve"> fi </w:t>
      </w:r>
      <w:proofErr w:type="spellStart"/>
      <w:r w:rsidRPr="00563B50">
        <w:rPr>
          <w:rFonts w:cs="Times New Roman"/>
          <w:szCs w:val="24"/>
        </w:rPr>
        <w:t>instruiți</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mod constant cu </w:t>
      </w:r>
      <w:proofErr w:type="spellStart"/>
      <w:r w:rsidRPr="00563B50">
        <w:rPr>
          <w:rFonts w:cs="Times New Roman"/>
          <w:szCs w:val="24"/>
        </w:rPr>
        <w:t>privire</w:t>
      </w:r>
      <w:proofErr w:type="spellEnd"/>
      <w:r w:rsidRPr="00563B50">
        <w:rPr>
          <w:rFonts w:cs="Times New Roman"/>
          <w:szCs w:val="24"/>
        </w:rPr>
        <w:t xml:space="preserve"> la </w:t>
      </w:r>
      <w:proofErr w:type="spellStart"/>
      <w:r w:rsidRPr="00563B50">
        <w:rPr>
          <w:rFonts w:cs="Times New Roman"/>
          <w:szCs w:val="24"/>
        </w:rPr>
        <w:t>aspectele</w:t>
      </w:r>
      <w:proofErr w:type="spellEnd"/>
      <w:r w:rsidRPr="00563B50">
        <w:rPr>
          <w:rFonts w:cs="Times New Roman"/>
          <w:szCs w:val="24"/>
        </w:rPr>
        <w:t xml:space="preserve"> legate de </w:t>
      </w:r>
      <w:proofErr w:type="spellStart"/>
      <w:r w:rsidRPr="00563B50">
        <w:rPr>
          <w:rFonts w:cs="Times New Roman"/>
          <w:szCs w:val="24"/>
        </w:rPr>
        <w:t>prelucrarea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și</w:t>
      </w:r>
      <w:proofErr w:type="spellEnd"/>
      <w:r w:rsidRPr="00563B50">
        <w:rPr>
          <w:rFonts w:cs="Times New Roman"/>
          <w:szCs w:val="24"/>
        </w:rPr>
        <w:t xml:space="preserve"> cu </w:t>
      </w:r>
      <w:proofErr w:type="spellStart"/>
      <w:r w:rsidRPr="00563B50">
        <w:rPr>
          <w:rFonts w:cs="Times New Roman"/>
          <w:szCs w:val="24"/>
        </w:rPr>
        <w:t>modul</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care </w:t>
      </w:r>
      <w:proofErr w:type="spellStart"/>
      <w:r w:rsidRPr="00563B50">
        <w:rPr>
          <w:rFonts w:cs="Times New Roman"/>
          <w:szCs w:val="24"/>
        </w:rPr>
        <w:t>ar</w:t>
      </w:r>
      <w:proofErr w:type="spellEnd"/>
      <w:r w:rsidRPr="00563B50">
        <w:rPr>
          <w:rFonts w:cs="Times New Roman"/>
          <w:szCs w:val="24"/>
        </w:rPr>
        <w:t xml:space="preserve"> </w:t>
      </w:r>
      <w:proofErr w:type="spellStart"/>
      <w:r w:rsidRPr="00563B50">
        <w:rPr>
          <w:rFonts w:cs="Times New Roman"/>
          <w:szCs w:val="24"/>
        </w:rPr>
        <w:t>trebui</w:t>
      </w:r>
      <w:proofErr w:type="spellEnd"/>
      <w:r w:rsidRPr="00563B50">
        <w:rPr>
          <w:rFonts w:cs="Times New Roman"/>
          <w:szCs w:val="24"/>
        </w:rPr>
        <w:t xml:space="preserve"> </w:t>
      </w:r>
      <w:proofErr w:type="spellStart"/>
      <w:r w:rsidRPr="00563B50">
        <w:rPr>
          <w:rFonts w:cs="Times New Roman"/>
          <w:szCs w:val="24"/>
        </w:rPr>
        <w:t>să</w:t>
      </w:r>
      <w:proofErr w:type="spellEnd"/>
      <w:r w:rsidRPr="00563B50">
        <w:rPr>
          <w:rFonts w:cs="Times New Roman"/>
          <w:szCs w:val="24"/>
        </w:rPr>
        <w:t xml:space="preserve"> </w:t>
      </w:r>
      <w:proofErr w:type="spellStart"/>
      <w:r w:rsidRPr="00563B50">
        <w:rPr>
          <w:rFonts w:cs="Times New Roman"/>
          <w:szCs w:val="24"/>
        </w:rPr>
        <w:t>lucreze</w:t>
      </w:r>
      <w:proofErr w:type="spellEnd"/>
      <w:r w:rsidRPr="00563B50">
        <w:rPr>
          <w:rFonts w:cs="Times New Roman"/>
          <w:szCs w:val="24"/>
        </w:rPr>
        <w:t xml:space="preserve"> cu </w:t>
      </w:r>
      <w:proofErr w:type="spellStart"/>
      <w:r w:rsidRPr="00563B50">
        <w:rPr>
          <w:rFonts w:cs="Times New Roman"/>
          <w:szCs w:val="24"/>
        </w:rPr>
        <w:t>aceste</w:t>
      </w:r>
      <w:proofErr w:type="spellEnd"/>
      <w:r w:rsidRPr="00563B50">
        <w:rPr>
          <w:rFonts w:cs="Times New Roman"/>
          <w:szCs w:val="24"/>
        </w:rPr>
        <w:t xml:space="preserve"> date.</w:t>
      </w:r>
    </w:p>
    <w:p w14:paraId="059E8102" w14:textId="77777777" w:rsidR="00EE7ED3" w:rsidRPr="00563B50" w:rsidRDefault="00000000" w:rsidP="00DD6C54">
      <w:pPr>
        <w:jc w:val="both"/>
        <w:rPr>
          <w:rFonts w:cs="Times New Roman"/>
          <w:szCs w:val="24"/>
        </w:rPr>
      </w:pPr>
      <w:proofErr w:type="spellStart"/>
      <w:r w:rsidRPr="00563B50">
        <w:rPr>
          <w:rFonts w:cs="Times New Roman"/>
          <w:szCs w:val="24"/>
        </w:rPr>
        <w:t>Partenerii</w:t>
      </w:r>
      <w:proofErr w:type="spellEnd"/>
      <w:r w:rsidRPr="00563B50">
        <w:rPr>
          <w:rFonts w:cs="Times New Roman"/>
          <w:szCs w:val="24"/>
        </w:rPr>
        <w:t xml:space="preserve"> </w:t>
      </w:r>
      <w:proofErr w:type="spellStart"/>
      <w:r w:rsidRPr="00563B50">
        <w:rPr>
          <w:rFonts w:cs="Times New Roman"/>
          <w:szCs w:val="24"/>
        </w:rPr>
        <w:t>contractuali</w:t>
      </w:r>
      <w:proofErr w:type="spellEnd"/>
      <w:r w:rsidRPr="00563B50">
        <w:rPr>
          <w:rFonts w:cs="Times New Roman"/>
          <w:szCs w:val="24"/>
        </w:rPr>
        <w:t xml:space="preserve">, </w:t>
      </w:r>
      <w:proofErr w:type="spellStart"/>
      <w:r w:rsidRPr="00563B50">
        <w:rPr>
          <w:rFonts w:cs="Times New Roman"/>
          <w:szCs w:val="24"/>
        </w:rPr>
        <w:t>prestatorii</w:t>
      </w:r>
      <w:proofErr w:type="spellEnd"/>
      <w:r w:rsidRPr="00563B50">
        <w:rPr>
          <w:rFonts w:cs="Times New Roman"/>
          <w:szCs w:val="24"/>
        </w:rPr>
        <w:t xml:space="preserve"> de </w:t>
      </w:r>
      <w:proofErr w:type="spellStart"/>
      <w:r w:rsidRPr="00563B50">
        <w:rPr>
          <w:rFonts w:cs="Times New Roman"/>
          <w:szCs w:val="24"/>
        </w:rPr>
        <w:t>servicii</w:t>
      </w:r>
      <w:proofErr w:type="spellEnd"/>
      <w:r w:rsidRPr="00563B50">
        <w:rPr>
          <w:rFonts w:cs="Times New Roman"/>
          <w:szCs w:val="24"/>
        </w:rPr>
        <w:t xml:space="preserve">, </w:t>
      </w:r>
      <w:proofErr w:type="spellStart"/>
      <w:r w:rsidRPr="00563B50">
        <w:rPr>
          <w:rFonts w:cs="Times New Roman"/>
          <w:szCs w:val="24"/>
        </w:rPr>
        <w:t>trebuie</w:t>
      </w:r>
      <w:proofErr w:type="spellEnd"/>
      <w:r w:rsidRPr="00563B50">
        <w:rPr>
          <w:rFonts w:cs="Times New Roman"/>
          <w:szCs w:val="24"/>
        </w:rPr>
        <w:t xml:space="preserve"> la </w:t>
      </w:r>
      <w:proofErr w:type="spellStart"/>
      <w:r w:rsidRPr="00563B50">
        <w:rPr>
          <w:rFonts w:cs="Times New Roman"/>
          <w:szCs w:val="24"/>
        </w:rPr>
        <w:t>rândul</w:t>
      </w:r>
      <w:proofErr w:type="spellEnd"/>
      <w:r w:rsidRPr="00563B50">
        <w:rPr>
          <w:rFonts w:cs="Times New Roman"/>
          <w:szCs w:val="24"/>
        </w:rPr>
        <w:t xml:space="preserve"> lor, </w:t>
      </w:r>
      <w:proofErr w:type="spellStart"/>
      <w:r w:rsidRPr="00563B50">
        <w:rPr>
          <w:rFonts w:cs="Times New Roman"/>
          <w:szCs w:val="24"/>
        </w:rPr>
        <w:t>să</w:t>
      </w:r>
      <w:proofErr w:type="spellEnd"/>
      <w:r w:rsidRPr="00563B50">
        <w:rPr>
          <w:rFonts w:cs="Times New Roman"/>
          <w:szCs w:val="24"/>
        </w:rPr>
        <w:t xml:space="preserve"> </w:t>
      </w:r>
      <w:proofErr w:type="spellStart"/>
      <w:r w:rsidRPr="00563B50">
        <w:rPr>
          <w:rFonts w:cs="Times New Roman"/>
          <w:szCs w:val="24"/>
        </w:rPr>
        <w:t>implementeze</w:t>
      </w:r>
      <w:proofErr w:type="spellEnd"/>
      <w:r w:rsidRPr="00563B50">
        <w:rPr>
          <w:rFonts w:cs="Times New Roman"/>
          <w:szCs w:val="24"/>
        </w:rPr>
        <w:t xml:space="preserve"> </w:t>
      </w:r>
      <w:proofErr w:type="spellStart"/>
      <w:r w:rsidRPr="00563B50">
        <w:rPr>
          <w:rFonts w:cs="Times New Roman"/>
          <w:szCs w:val="24"/>
        </w:rPr>
        <w:t>programe</w:t>
      </w:r>
      <w:proofErr w:type="spellEnd"/>
      <w:r w:rsidRPr="00563B50">
        <w:rPr>
          <w:rFonts w:cs="Times New Roman"/>
          <w:szCs w:val="24"/>
        </w:rPr>
        <w:t xml:space="preserve"> de </w:t>
      </w:r>
      <w:proofErr w:type="spellStart"/>
      <w:r w:rsidRPr="00563B50">
        <w:rPr>
          <w:rFonts w:cs="Times New Roman"/>
          <w:szCs w:val="24"/>
        </w:rPr>
        <w:t>educație</w:t>
      </w:r>
      <w:proofErr w:type="spellEnd"/>
      <w:r w:rsidRPr="00563B50">
        <w:rPr>
          <w:rFonts w:cs="Times New Roman"/>
          <w:szCs w:val="24"/>
        </w:rPr>
        <w:t xml:space="preserve"> </w:t>
      </w:r>
      <w:proofErr w:type="spellStart"/>
      <w:r w:rsidRPr="00563B50">
        <w:rPr>
          <w:rFonts w:cs="Times New Roman"/>
          <w:szCs w:val="24"/>
        </w:rPr>
        <w:t>periodică</w:t>
      </w:r>
      <w:proofErr w:type="spellEnd"/>
      <w:r w:rsidRPr="00563B50">
        <w:rPr>
          <w:rFonts w:cs="Times New Roman"/>
          <w:szCs w:val="24"/>
        </w:rPr>
        <w:t xml:space="preserve"> cu </w:t>
      </w:r>
      <w:proofErr w:type="spellStart"/>
      <w:r w:rsidRPr="00563B50">
        <w:rPr>
          <w:rFonts w:cs="Times New Roman"/>
          <w:szCs w:val="24"/>
        </w:rPr>
        <w:t>privire</w:t>
      </w:r>
      <w:proofErr w:type="spellEnd"/>
      <w:r w:rsidRPr="00563B50">
        <w:rPr>
          <w:rFonts w:cs="Times New Roman"/>
          <w:szCs w:val="24"/>
        </w:rPr>
        <w:t xml:space="preserve"> la </w:t>
      </w:r>
      <w:proofErr w:type="spellStart"/>
      <w:r w:rsidRPr="00563B50">
        <w:rPr>
          <w:rFonts w:cs="Times New Roman"/>
          <w:szCs w:val="24"/>
        </w:rPr>
        <w:t>aspecte</w:t>
      </w:r>
      <w:proofErr w:type="spellEnd"/>
      <w:r w:rsidRPr="00563B50">
        <w:rPr>
          <w:rFonts w:cs="Times New Roman"/>
          <w:szCs w:val="24"/>
        </w:rPr>
        <w:t xml:space="preserve"> de </w:t>
      </w:r>
      <w:proofErr w:type="spellStart"/>
      <w:r w:rsidRPr="00563B50">
        <w:rPr>
          <w:rFonts w:cs="Times New Roman"/>
          <w:szCs w:val="24"/>
        </w:rPr>
        <w:t>protecție</w:t>
      </w:r>
      <w:proofErr w:type="spellEnd"/>
      <w:r w:rsidRPr="00563B50">
        <w:rPr>
          <w:rFonts w:cs="Times New Roman"/>
          <w:szCs w:val="24"/>
        </w:rPr>
        <w:t xml:space="preserve"> a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legătură</w:t>
      </w:r>
      <w:proofErr w:type="spellEnd"/>
      <w:r w:rsidRPr="00563B50">
        <w:rPr>
          <w:rFonts w:cs="Times New Roman"/>
          <w:szCs w:val="24"/>
        </w:rPr>
        <w:t xml:space="preserve"> cu </w:t>
      </w:r>
      <w:proofErr w:type="spellStart"/>
      <w:r w:rsidRPr="00563B50">
        <w:rPr>
          <w:rFonts w:cs="Times New Roman"/>
          <w:szCs w:val="24"/>
        </w:rPr>
        <w:t>activitatea</w:t>
      </w:r>
      <w:proofErr w:type="spellEnd"/>
      <w:r w:rsidRPr="00563B50">
        <w:rPr>
          <w:rFonts w:cs="Times New Roman"/>
          <w:szCs w:val="24"/>
        </w:rPr>
        <w:t xml:space="preserve"> lor de </w:t>
      </w:r>
      <w:proofErr w:type="spellStart"/>
      <w:r w:rsidRPr="00563B50">
        <w:rPr>
          <w:rFonts w:cs="Times New Roman"/>
          <w:szCs w:val="24"/>
        </w:rPr>
        <w:t>prelucrare</w:t>
      </w:r>
      <w:proofErr w:type="spellEnd"/>
      <w:r w:rsidRPr="00563B50">
        <w:rPr>
          <w:rFonts w:cs="Times New Roman"/>
          <w:szCs w:val="24"/>
        </w:rPr>
        <w:t xml:space="preserve"> a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entitate</w:t>
      </w:r>
      <w:proofErr w:type="spellEnd"/>
      <w:r w:rsidRPr="00563B50">
        <w:rPr>
          <w:rFonts w:cs="Times New Roman"/>
          <w:szCs w:val="24"/>
        </w:rPr>
        <w:t>.</w:t>
      </w:r>
    </w:p>
    <w:p w14:paraId="2CC7D017" w14:textId="77777777" w:rsidR="00EE7ED3" w:rsidRPr="00563B50" w:rsidRDefault="00000000" w:rsidP="00DD6C54">
      <w:pPr>
        <w:jc w:val="both"/>
        <w:rPr>
          <w:rFonts w:cs="Times New Roman"/>
          <w:szCs w:val="24"/>
        </w:rPr>
      </w:pPr>
      <w:proofErr w:type="spellStart"/>
      <w:r w:rsidRPr="00563B50">
        <w:rPr>
          <w:rFonts w:cs="Times New Roman"/>
          <w:szCs w:val="24"/>
        </w:rPr>
        <w:t>Instruirile</w:t>
      </w:r>
      <w:proofErr w:type="spellEnd"/>
      <w:r w:rsidRPr="00563B50">
        <w:rPr>
          <w:rFonts w:cs="Times New Roman"/>
          <w:szCs w:val="24"/>
        </w:rPr>
        <w:t xml:space="preserve"> se </w:t>
      </w:r>
      <w:proofErr w:type="spellStart"/>
      <w:r w:rsidRPr="00563B50">
        <w:rPr>
          <w:rFonts w:cs="Times New Roman"/>
          <w:szCs w:val="24"/>
        </w:rPr>
        <w:t>vor</w:t>
      </w:r>
      <w:proofErr w:type="spellEnd"/>
      <w:r w:rsidRPr="00563B50">
        <w:rPr>
          <w:rFonts w:cs="Times New Roman"/>
          <w:szCs w:val="24"/>
        </w:rPr>
        <w:t xml:space="preserve"> </w:t>
      </w:r>
      <w:proofErr w:type="spellStart"/>
      <w:r w:rsidRPr="00563B50">
        <w:rPr>
          <w:rFonts w:cs="Times New Roman"/>
          <w:szCs w:val="24"/>
        </w:rPr>
        <w:t>efectua</w:t>
      </w:r>
      <w:proofErr w:type="spellEnd"/>
      <w:r w:rsidRPr="00563B50">
        <w:rPr>
          <w:rFonts w:cs="Times New Roman"/>
          <w:szCs w:val="24"/>
        </w:rPr>
        <w:t xml:space="preserve"> de </w:t>
      </w:r>
      <w:proofErr w:type="spellStart"/>
      <w:r w:rsidRPr="00563B50">
        <w:rPr>
          <w:rFonts w:cs="Times New Roman"/>
          <w:szCs w:val="24"/>
        </w:rPr>
        <w:t>către</w:t>
      </w:r>
      <w:proofErr w:type="spellEnd"/>
      <w:r w:rsidRPr="00563B50">
        <w:rPr>
          <w:rFonts w:cs="Times New Roman"/>
          <w:szCs w:val="24"/>
        </w:rPr>
        <w:t xml:space="preserve"> </w:t>
      </w:r>
      <w:proofErr w:type="spellStart"/>
      <w:r w:rsidRPr="00563B50">
        <w:rPr>
          <w:rFonts w:cs="Times New Roman"/>
          <w:szCs w:val="24"/>
        </w:rPr>
        <w:t>Responsabilul</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protecția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Managerul</w:t>
      </w:r>
      <w:proofErr w:type="spellEnd"/>
      <w:r w:rsidRPr="00563B50">
        <w:rPr>
          <w:rFonts w:cs="Times New Roman"/>
          <w:szCs w:val="24"/>
        </w:rPr>
        <w:t xml:space="preserve"> IT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vor</w:t>
      </w:r>
      <w:proofErr w:type="spellEnd"/>
      <w:r w:rsidRPr="00563B50">
        <w:rPr>
          <w:rFonts w:cs="Times New Roman"/>
          <w:szCs w:val="24"/>
        </w:rPr>
        <w:t xml:space="preserve"> </w:t>
      </w:r>
      <w:proofErr w:type="spellStart"/>
      <w:r w:rsidRPr="00563B50">
        <w:rPr>
          <w:rFonts w:cs="Times New Roman"/>
          <w:szCs w:val="24"/>
        </w:rPr>
        <w:t>consta</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sesiuni</w:t>
      </w:r>
      <w:proofErr w:type="spellEnd"/>
      <w:r w:rsidRPr="00563B50">
        <w:rPr>
          <w:rFonts w:cs="Times New Roman"/>
          <w:szCs w:val="24"/>
        </w:rPr>
        <w:t xml:space="preserve"> de training care </w:t>
      </w:r>
      <w:proofErr w:type="spellStart"/>
      <w:r w:rsidRPr="00563B50">
        <w:rPr>
          <w:rFonts w:cs="Times New Roman"/>
          <w:szCs w:val="24"/>
        </w:rPr>
        <w:t>privesc</w:t>
      </w:r>
      <w:proofErr w:type="spellEnd"/>
      <w:r w:rsidRPr="00563B50">
        <w:rPr>
          <w:rFonts w:cs="Times New Roman"/>
          <w:szCs w:val="24"/>
        </w:rPr>
        <w:t xml:space="preserve"> </w:t>
      </w:r>
      <w:proofErr w:type="spellStart"/>
      <w:r w:rsidRPr="00563B50">
        <w:rPr>
          <w:rFonts w:cs="Times New Roman"/>
          <w:szCs w:val="24"/>
        </w:rPr>
        <w:t>atât</w:t>
      </w:r>
      <w:proofErr w:type="spellEnd"/>
      <w:r w:rsidRPr="00563B50">
        <w:rPr>
          <w:rFonts w:cs="Times New Roman"/>
          <w:szCs w:val="24"/>
        </w:rPr>
        <w:t xml:space="preserve"> </w:t>
      </w:r>
      <w:proofErr w:type="spellStart"/>
      <w:r w:rsidRPr="00563B50">
        <w:rPr>
          <w:rFonts w:cs="Times New Roman"/>
          <w:szCs w:val="24"/>
        </w:rPr>
        <w:t>aspecte</w:t>
      </w:r>
      <w:proofErr w:type="spellEnd"/>
      <w:r w:rsidRPr="00563B50">
        <w:rPr>
          <w:rFonts w:cs="Times New Roman"/>
          <w:szCs w:val="24"/>
        </w:rPr>
        <w:t xml:space="preserve"> generale de </w:t>
      </w:r>
      <w:proofErr w:type="spellStart"/>
      <w:r w:rsidRPr="00563B50">
        <w:rPr>
          <w:rFonts w:cs="Times New Roman"/>
          <w:szCs w:val="24"/>
        </w:rPr>
        <w:t>protecție</w:t>
      </w:r>
      <w:proofErr w:type="spellEnd"/>
      <w:r w:rsidRPr="00563B50">
        <w:rPr>
          <w:rFonts w:cs="Times New Roman"/>
          <w:szCs w:val="24"/>
        </w:rPr>
        <w:t xml:space="preserve"> a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cât</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aspecte</w:t>
      </w:r>
      <w:proofErr w:type="spellEnd"/>
      <w:r w:rsidRPr="00563B50">
        <w:rPr>
          <w:rFonts w:cs="Times New Roman"/>
          <w:szCs w:val="24"/>
        </w:rPr>
        <w:t xml:space="preserve"> </w:t>
      </w:r>
      <w:proofErr w:type="spellStart"/>
      <w:r w:rsidRPr="00563B50">
        <w:rPr>
          <w:rFonts w:cs="Times New Roman"/>
          <w:szCs w:val="24"/>
        </w:rPr>
        <w:t>specifice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funcție</w:t>
      </w:r>
      <w:proofErr w:type="spellEnd"/>
      <w:r w:rsidRPr="00563B50">
        <w:rPr>
          <w:rFonts w:cs="Times New Roman"/>
          <w:szCs w:val="24"/>
        </w:rPr>
        <w:t xml:space="preserve"> de </w:t>
      </w:r>
      <w:proofErr w:type="spellStart"/>
      <w:r w:rsidRPr="00563B50">
        <w:rPr>
          <w:rFonts w:cs="Times New Roman"/>
          <w:szCs w:val="24"/>
        </w:rPr>
        <w:t>atribuțiile</w:t>
      </w:r>
      <w:proofErr w:type="spellEnd"/>
      <w:r w:rsidRPr="00563B50">
        <w:rPr>
          <w:rFonts w:cs="Times New Roman"/>
          <w:szCs w:val="24"/>
        </w:rPr>
        <w:t xml:space="preserve"> concrete de </w:t>
      </w:r>
      <w:proofErr w:type="spellStart"/>
      <w:r w:rsidRPr="00563B50">
        <w:rPr>
          <w:rFonts w:cs="Times New Roman"/>
          <w:szCs w:val="24"/>
        </w:rPr>
        <w:t>serviciu</w:t>
      </w:r>
      <w:proofErr w:type="spellEnd"/>
      <w:r w:rsidRPr="00563B50">
        <w:rPr>
          <w:rFonts w:cs="Times New Roman"/>
          <w:szCs w:val="24"/>
        </w:rPr>
        <w:t xml:space="preserve"> ale </w:t>
      </w:r>
      <w:proofErr w:type="spellStart"/>
      <w:r w:rsidRPr="00563B50">
        <w:rPr>
          <w:rFonts w:cs="Times New Roman"/>
          <w:szCs w:val="24"/>
        </w:rPr>
        <w:t>personalului</w:t>
      </w:r>
      <w:proofErr w:type="spellEnd"/>
      <w:r w:rsidRPr="00563B50">
        <w:rPr>
          <w:rFonts w:cs="Times New Roman"/>
          <w:szCs w:val="24"/>
        </w:rPr>
        <w:t xml:space="preserve"> care </w:t>
      </w:r>
      <w:proofErr w:type="spellStart"/>
      <w:r w:rsidRPr="00563B50">
        <w:rPr>
          <w:rFonts w:cs="Times New Roman"/>
          <w:szCs w:val="24"/>
        </w:rPr>
        <w:t>prelucrează</w:t>
      </w:r>
      <w:proofErr w:type="spellEnd"/>
      <w:r w:rsidRPr="00563B50">
        <w:rPr>
          <w:rFonts w:cs="Times New Roman"/>
          <w:szCs w:val="24"/>
        </w:rPr>
        <w:t xml:space="preserve"> date </w:t>
      </w:r>
      <w:proofErr w:type="spellStart"/>
      <w:r w:rsidRPr="00563B50">
        <w:rPr>
          <w:rFonts w:cs="Times New Roman"/>
          <w:szCs w:val="24"/>
        </w:rPr>
        <w:t>personale</w:t>
      </w:r>
      <w:proofErr w:type="spellEnd"/>
      <w:r w:rsidRPr="00563B50">
        <w:rPr>
          <w:rFonts w:cs="Times New Roman"/>
          <w:szCs w:val="24"/>
        </w:rPr>
        <w:t>.</w:t>
      </w:r>
    </w:p>
    <w:p w14:paraId="0886DC33" w14:textId="77777777" w:rsidR="00EE7ED3" w:rsidRPr="00563B50" w:rsidRDefault="00000000" w:rsidP="00DD6C54">
      <w:pPr>
        <w:jc w:val="both"/>
        <w:rPr>
          <w:rFonts w:cs="Times New Roman"/>
          <w:b/>
          <w:bCs/>
          <w:szCs w:val="24"/>
        </w:rPr>
      </w:pPr>
      <w:r w:rsidRPr="00563B50">
        <w:rPr>
          <w:rFonts w:cs="Times New Roman"/>
          <w:b/>
          <w:bCs/>
          <w:szCs w:val="24"/>
        </w:rPr>
        <w:t>XII. EVALUAREA IMPACTULUI ASUPRA PROTECȚIEI DATELOR CU CARACTER PERSONAL</w:t>
      </w:r>
    </w:p>
    <w:p w14:paraId="38BA3BD6" w14:textId="77777777" w:rsidR="00EE7ED3" w:rsidRPr="00563B50" w:rsidRDefault="00000000" w:rsidP="00DD6C54">
      <w:pPr>
        <w:jc w:val="both"/>
        <w:rPr>
          <w:rFonts w:cs="Times New Roman"/>
          <w:szCs w:val="24"/>
        </w:rPr>
      </w:pP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funcție</w:t>
      </w:r>
      <w:proofErr w:type="spellEnd"/>
      <w:r w:rsidRPr="00563B50">
        <w:rPr>
          <w:rFonts w:cs="Times New Roman"/>
          <w:szCs w:val="24"/>
        </w:rPr>
        <w:t xml:space="preserve"> de natura, </w:t>
      </w:r>
      <w:proofErr w:type="spellStart"/>
      <w:r w:rsidRPr="00563B50">
        <w:rPr>
          <w:rFonts w:cs="Times New Roman"/>
          <w:szCs w:val="24"/>
        </w:rPr>
        <w:t>contextul</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scopurile</w:t>
      </w:r>
      <w:proofErr w:type="spellEnd"/>
      <w:r w:rsidRPr="00563B50">
        <w:rPr>
          <w:rFonts w:cs="Times New Roman"/>
          <w:szCs w:val="24"/>
        </w:rPr>
        <w:t xml:space="preserve"> </w:t>
      </w:r>
      <w:proofErr w:type="spellStart"/>
      <w:r w:rsidRPr="00563B50">
        <w:rPr>
          <w:rFonts w:cs="Times New Roman"/>
          <w:szCs w:val="24"/>
        </w:rPr>
        <w:t>prelucrării</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cazul</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care un tip de </w:t>
      </w:r>
      <w:proofErr w:type="spellStart"/>
      <w:r w:rsidRPr="00563B50">
        <w:rPr>
          <w:rFonts w:cs="Times New Roman"/>
          <w:szCs w:val="24"/>
        </w:rPr>
        <w:t>prelucrare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special cel </w:t>
      </w:r>
      <w:proofErr w:type="spellStart"/>
      <w:r w:rsidRPr="00563B50">
        <w:rPr>
          <w:rFonts w:cs="Times New Roman"/>
          <w:szCs w:val="24"/>
        </w:rPr>
        <w:t>bazat</w:t>
      </w:r>
      <w:proofErr w:type="spellEnd"/>
      <w:r w:rsidRPr="00563B50">
        <w:rPr>
          <w:rFonts w:cs="Times New Roman"/>
          <w:szCs w:val="24"/>
        </w:rPr>
        <w:t xml:space="preserve"> pe </w:t>
      </w:r>
      <w:proofErr w:type="spellStart"/>
      <w:r w:rsidRPr="00563B50">
        <w:rPr>
          <w:rFonts w:cs="Times New Roman"/>
          <w:szCs w:val="24"/>
        </w:rPr>
        <w:t>utilizarea</w:t>
      </w:r>
      <w:proofErr w:type="spellEnd"/>
      <w:r w:rsidRPr="00563B50">
        <w:rPr>
          <w:rFonts w:cs="Times New Roman"/>
          <w:szCs w:val="24"/>
        </w:rPr>
        <w:t xml:space="preserve"> </w:t>
      </w:r>
      <w:proofErr w:type="spellStart"/>
      <w:r w:rsidRPr="00563B50">
        <w:rPr>
          <w:rFonts w:cs="Times New Roman"/>
          <w:szCs w:val="24"/>
        </w:rPr>
        <w:t>noilor</w:t>
      </w:r>
      <w:proofErr w:type="spellEnd"/>
      <w:r w:rsidRPr="00563B50">
        <w:rPr>
          <w:rFonts w:cs="Times New Roman"/>
          <w:szCs w:val="24"/>
        </w:rPr>
        <w:t xml:space="preserve"> </w:t>
      </w:r>
      <w:proofErr w:type="spellStart"/>
      <w:r w:rsidRPr="00563B50">
        <w:rPr>
          <w:rFonts w:cs="Times New Roman"/>
          <w:szCs w:val="24"/>
        </w:rPr>
        <w:t>tehnologii</w:t>
      </w:r>
      <w:proofErr w:type="spellEnd"/>
      <w:r w:rsidRPr="00563B50">
        <w:rPr>
          <w:rFonts w:cs="Times New Roman"/>
          <w:szCs w:val="24"/>
        </w:rPr>
        <w:t xml:space="preserve">,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susceptibil</w:t>
      </w:r>
      <w:proofErr w:type="spellEnd"/>
      <w:r w:rsidRPr="00563B50">
        <w:rPr>
          <w:rFonts w:cs="Times New Roman"/>
          <w:szCs w:val="24"/>
        </w:rPr>
        <w:t xml:space="preserve"> </w:t>
      </w:r>
      <w:proofErr w:type="spellStart"/>
      <w:r w:rsidRPr="00563B50">
        <w:rPr>
          <w:rFonts w:cs="Times New Roman"/>
          <w:szCs w:val="24"/>
        </w:rPr>
        <w:t>să</w:t>
      </w:r>
      <w:proofErr w:type="spellEnd"/>
      <w:r w:rsidRPr="00563B50">
        <w:rPr>
          <w:rFonts w:cs="Times New Roman"/>
          <w:szCs w:val="24"/>
        </w:rPr>
        <w:t xml:space="preserve"> </w:t>
      </w:r>
      <w:proofErr w:type="spellStart"/>
      <w:r w:rsidRPr="00563B50">
        <w:rPr>
          <w:rFonts w:cs="Times New Roman"/>
          <w:szCs w:val="24"/>
        </w:rPr>
        <w:t>genereze</w:t>
      </w:r>
      <w:proofErr w:type="spellEnd"/>
      <w:r w:rsidRPr="00563B50">
        <w:rPr>
          <w:rFonts w:cs="Times New Roman"/>
          <w:szCs w:val="24"/>
        </w:rPr>
        <w:t xml:space="preserve"> un </w:t>
      </w:r>
      <w:proofErr w:type="spellStart"/>
      <w:r w:rsidRPr="00563B50">
        <w:rPr>
          <w:rFonts w:cs="Times New Roman"/>
          <w:szCs w:val="24"/>
        </w:rPr>
        <w:t>risc</w:t>
      </w:r>
      <w:proofErr w:type="spellEnd"/>
      <w:r w:rsidRPr="00563B50">
        <w:rPr>
          <w:rFonts w:cs="Times New Roman"/>
          <w:szCs w:val="24"/>
        </w:rPr>
        <w:t xml:space="preserve"> </w:t>
      </w:r>
      <w:proofErr w:type="spellStart"/>
      <w:r w:rsidRPr="00563B50">
        <w:rPr>
          <w:rFonts w:cs="Times New Roman"/>
          <w:szCs w:val="24"/>
        </w:rPr>
        <w:t>sporit</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drepturile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libertățile</w:t>
      </w:r>
      <w:proofErr w:type="spellEnd"/>
      <w:r w:rsidRPr="00563B50">
        <w:rPr>
          <w:rFonts w:cs="Times New Roman"/>
          <w:szCs w:val="24"/>
        </w:rPr>
        <w:t xml:space="preserve"> </w:t>
      </w:r>
      <w:proofErr w:type="spellStart"/>
      <w:r w:rsidRPr="00563B50">
        <w:rPr>
          <w:rFonts w:cs="Times New Roman"/>
          <w:szCs w:val="24"/>
        </w:rPr>
        <w:t>persoanelor</w:t>
      </w:r>
      <w:proofErr w:type="spellEnd"/>
      <w:r w:rsidRPr="00563B50">
        <w:rPr>
          <w:rFonts w:cs="Times New Roman"/>
          <w:szCs w:val="24"/>
        </w:rPr>
        <w:t xml:space="preserve">, </w:t>
      </w:r>
      <w:proofErr w:type="spellStart"/>
      <w:r w:rsidRPr="00563B50">
        <w:rPr>
          <w:rFonts w:cs="Times New Roman"/>
          <w:szCs w:val="24"/>
        </w:rPr>
        <w:t>entitatea</w:t>
      </w:r>
      <w:proofErr w:type="spellEnd"/>
      <w:r w:rsidRPr="00563B50">
        <w:rPr>
          <w:rFonts w:cs="Times New Roman"/>
          <w:szCs w:val="24"/>
        </w:rPr>
        <w:t xml:space="preserve">, </w:t>
      </w:r>
      <w:proofErr w:type="spellStart"/>
      <w:r w:rsidRPr="00563B50">
        <w:rPr>
          <w:rFonts w:cs="Times New Roman"/>
          <w:szCs w:val="24"/>
        </w:rPr>
        <w:t>efectuează</w:t>
      </w:r>
      <w:proofErr w:type="spellEnd"/>
      <w:r w:rsidRPr="00563B50">
        <w:rPr>
          <w:rFonts w:cs="Times New Roman"/>
          <w:szCs w:val="24"/>
        </w:rPr>
        <w:t xml:space="preserve">, </w:t>
      </w:r>
      <w:proofErr w:type="spellStart"/>
      <w:r w:rsidRPr="00563B50">
        <w:rPr>
          <w:rFonts w:cs="Times New Roman"/>
          <w:szCs w:val="24"/>
        </w:rPr>
        <w:t>înaintea</w:t>
      </w:r>
      <w:proofErr w:type="spellEnd"/>
      <w:r w:rsidRPr="00563B50">
        <w:rPr>
          <w:rFonts w:cs="Times New Roman"/>
          <w:szCs w:val="24"/>
        </w:rPr>
        <w:t xml:space="preserve"> </w:t>
      </w:r>
      <w:proofErr w:type="spellStart"/>
      <w:r w:rsidRPr="00563B50">
        <w:rPr>
          <w:rFonts w:cs="Times New Roman"/>
          <w:szCs w:val="24"/>
        </w:rPr>
        <w:t>prelucrării</w:t>
      </w:r>
      <w:proofErr w:type="spellEnd"/>
      <w:r w:rsidRPr="00563B50">
        <w:rPr>
          <w:rFonts w:cs="Times New Roman"/>
          <w:szCs w:val="24"/>
        </w:rPr>
        <w:t xml:space="preserve">, </w:t>
      </w:r>
      <w:proofErr w:type="spellStart"/>
      <w:r w:rsidRPr="00563B50">
        <w:rPr>
          <w:rFonts w:cs="Times New Roman"/>
          <w:szCs w:val="24"/>
        </w:rPr>
        <w:t>evaluarea</w:t>
      </w:r>
      <w:proofErr w:type="spellEnd"/>
      <w:r w:rsidRPr="00563B50">
        <w:rPr>
          <w:rFonts w:cs="Times New Roman"/>
          <w:szCs w:val="24"/>
        </w:rPr>
        <w:t xml:space="preserve"> </w:t>
      </w:r>
      <w:proofErr w:type="spellStart"/>
      <w:r w:rsidRPr="00563B50">
        <w:rPr>
          <w:rFonts w:cs="Times New Roman"/>
          <w:szCs w:val="24"/>
        </w:rPr>
        <w:t>impactului</w:t>
      </w:r>
      <w:proofErr w:type="spellEnd"/>
      <w:r w:rsidRPr="00563B50">
        <w:rPr>
          <w:rFonts w:cs="Times New Roman"/>
          <w:szCs w:val="24"/>
        </w:rPr>
        <w:t xml:space="preserve"> </w:t>
      </w:r>
      <w:proofErr w:type="spellStart"/>
      <w:r w:rsidRPr="00563B50">
        <w:rPr>
          <w:rFonts w:cs="Times New Roman"/>
          <w:szCs w:val="24"/>
        </w:rPr>
        <w:t>operațiunilor</w:t>
      </w:r>
      <w:proofErr w:type="spellEnd"/>
      <w:r w:rsidRPr="00563B50">
        <w:rPr>
          <w:rFonts w:cs="Times New Roman"/>
          <w:szCs w:val="24"/>
        </w:rPr>
        <w:t xml:space="preserve"> de </w:t>
      </w:r>
      <w:proofErr w:type="spellStart"/>
      <w:r w:rsidRPr="00563B50">
        <w:rPr>
          <w:rFonts w:cs="Times New Roman"/>
          <w:szCs w:val="24"/>
        </w:rPr>
        <w:t>prelucrare</w:t>
      </w:r>
      <w:proofErr w:type="spellEnd"/>
      <w:r w:rsidRPr="00563B50">
        <w:rPr>
          <w:rFonts w:cs="Times New Roman"/>
          <w:szCs w:val="24"/>
        </w:rPr>
        <w:t xml:space="preserve"> </w:t>
      </w:r>
      <w:proofErr w:type="spellStart"/>
      <w:r w:rsidRPr="00563B50">
        <w:rPr>
          <w:rFonts w:cs="Times New Roman"/>
          <w:szCs w:val="24"/>
        </w:rPr>
        <w:t>prevăzute</w:t>
      </w:r>
      <w:proofErr w:type="spellEnd"/>
      <w:r w:rsidRPr="00563B50">
        <w:rPr>
          <w:rFonts w:cs="Times New Roman"/>
          <w:szCs w:val="24"/>
        </w:rPr>
        <w:t xml:space="preserve"> </w:t>
      </w:r>
      <w:proofErr w:type="spellStart"/>
      <w:r w:rsidRPr="00563B50">
        <w:rPr>
          <w:rFonts w:cs="Times New Roman"/>
          <w:szCs w:val="24"/>
        </w:rPr>
        <w:t>asupra</w:t>
      </w:r>
      <w:proofErr w:type="spellEnd"/>
      <w:r w:rsidRPr="00563B50">
        <w:rPr>
          <w:rFonts w:cs="Times New Roman"/>
          <w:szCs w:val="24"/>
        </w:rPr>
        <w:t xml:space="preserve"> </w:t>
      </w:r>
      <w:proofErr w:type="spellStart"/>
      <w:r w:rsidRPr="00563B50">
        <w:rPr>
          <w:rFonts w:cs="Times New Roman"/>
          <w:szCs w:val="24"/>
        </w:rPr>
        <w:t>protecției</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O </w:t>
      </w:r>
      <w:proofErr w:type="spellStart"/>
      <w:r w:rsidRPr="00563B50">
        <w:rPr>
          <w:rFonts w:cs="Times New Roman"/>
          <w:szCs w:val="24"/>
        </w:rPr>
        <w:t>evaluare</w:t>
      </w:r>
      <w:proofErr w:type="spellEnd"/>
      <w:r w:rsidRPr="00563B50">
        <w:rPr>
          <w:rFonts w:cs="Times New Roman"/>
          <w:szCs w:val="24"/>
        </w:rPr>
        <w:t xml:space="preserve"> </w:t>
      </w:r>
      <w:proofErr w:type="spellStart"/>
      <w:r w:rsidRPr="00563B50">
        <w:rPr>
          <w:rFonts w:cs="Times New Roman"/>
          <w:szCs w:val="24"/>
        </w:rPr>
        <w:t>unică</w:t>
      </w:r>
      <w:proofErr w:type="spellEnd"/>
      <w:r w:rsidRPr="00563B50">
        <w:rPr>
          <w:rFonts w:cs="Times New Roman"/>
          <w:szCs w:val="24"/>
        </w:rPr>
        <w:t xml:space="preserve"> </w:t>
      </w:r>
      <w:proofErr w:type="spellStart"/>
      <w:r w:rsidRPr="00563B50">
        <w:rPr>
          <w:rFonts w:cs="Times New Roman"/>
          <w:szCs w:val="24"/>
        </w:rPr>
        <w:t>poate</w:t>
      </w:r>
      <w:proofErr w:type="spellEnd"/>
      <w:r w:rsidRPr="00563B50">
        <w:rPr>
          <w:rFonts w:cs="Times New Roman"/>
          <w:szCs w:val="24"/>
        </w:rPr>
        <w:t xml:space="preserve"> </w:t>
      </w:r>
      <w:proofErr w:type="spellStart"/>
      <w:r w:rsidRPr="00563B50">
        <w:rPr>
          <w:rFonts w:cs="Times New Roman"/>
          <w:szCs w:val="24"/>
        </w:rPr>
        <w:t>aborda</w:t>
      </w:r>
      <w:proofErr w:type="spellEnd"/>
      <w:r w:rsidRPr="00563B50">
        <w:rPr>
          <w:rFonts w:cs="Times New Roman"/>
          <w:szCs w:val="24"/>
        </w:rPr>
        <w:t xml:space="preserve"> un set de </w:t>
      </w:r>
      <w:proofErr w:type="spellStart"/>
      <w:r w:rsidRPr="00563B50">
        <w:rPr>
          <w:rFonts w:cs="Times New Roman"/>
          <w:szCs w:val="24"/>
        </w:rPr>
        <w:t>operațiuni</w:t>
      </w:r>
      <w:proofErr w:type="spellEnd"/>
      <w:r w:rsidRPr="00563B50">
        <w:rPr>
          <w:rFonts w:cs="Times New Roman"/>
          <w:szCs w:val="24"/>
        </w:rPr>
        <w:t xml:space="preserve"> de </w:t>
      </w:r>
      <w:proofErr w:type="spellStart"/>
      <w:r w:rsidRPr="00563B50">
        <w:rPr>
          <w:rFonts w:cs="Times New Roman"/>
          <w:szCs w:val="24"/>
        </w:rPr>
        <w:t>prelucrare</w:t>
      </w:r>
      <w:proofErr w:type="spellEnd"/>
      <w:r w:rsidRPr="00563B50">
        <w:rPr>
          <w:rFonts w:cs="Times New Roman"/>
          <w:szCs w:val="24"/>
        </w:rPr>
        <w:t xml:space="preserve"> </w:t>
      </w:r>
      <w:proofErr w:type="spellStart"/>
      <w:r w:rsidRPr="00563B50">
        <w:rPr>
          <w:rFonts w:cs="Times New Roman"/>
          <w:szCs w:val="24"/>
        </w:rPr>
        <w:t>similare</w:t>
      </w:r>
      <w:proofErr w:type="spellEnd"/>
      <w:r w:rsidRPr="00563B50">
        <w:rPr>
          <w:rFonts w:cs="Times New Roman"/>
          <w:szCs w:val="24"/>
        </w:rPr>
        <w:t xml:space="preserve"> care </w:t>
      </w:r>
      <w:proofErr w:type="spellStart"/>
      <w:r w:rsidRPr="00563B50">
        <w:rPr>
          <w:rFonts w:cs="Times New Roman"/>
          <w:szCs w:val="24"/>
        </w:rPr>
        <w:t>prezintă</w:t>
      </w:r>
      <w:proofErr w:type="spellEnd"/>
      <w:r w:rsidRPr="00563B50">
        <w:rPr>
          <w:rFonts w:cs="Times New Roman"/>
          <w:szCs w:val="24"/>
        </w:rPr>
        <w:t xml:space="preserve"> </w:t>
      </w:r>
      <w:proofErr w:type="spellStart"/>
      <w:r w:rsidRPr="00563B50">
        <w:rPr>
          <w:rFonts w:cs="Times New Roman"/>
          <w:szCs w:val="24"/>
        </w:rPr>
        <w:t>riscuri</w:t>
      </w:r>
      <w:proofErr w:type="spellEnd"/>
      <w:r w:rsidRPr="00563B50">
        <w:rPr>
          <w:rFonts w:cs="Times New Roman"/>
          <w:szCs w:val="24"/>
        </w:rPr>
        <w:t xml:space="preserve"> </w:t>
      </w:r>
      <w:proofErr w:type="spellStart"/>
      <w:r w:rsidRPr="00563B50">
        <w:rPr>
          <w:rFonts w:cs="Times New Roman"/>
          <w:szCs w:val="24"/>
        </w:rPr>
        <w:t>sporite</w:t>
      </w:r>
      <w:proofErr w:type="spellEnd"/>
      <w:r w:rsidRPr="00563B50">
        <w:rPr>
          <w:rFonts w:cs="Times New Roman"/>
          <w:szCs w:val="24"/>
        </w:rPr>
        <w:t xml:space="preserve"> </w:t>
      </w:r>
      <w:proofErr w:type="spellStart"/>
      <w:r w:rsidRPr="00563B50">
        <w:rPr>
          <w:rFonts w:cs="Times New Roman"/>
          <w:szCs w:val="24"/>
        </w:rPr>
        <w:t>similare</w:t>
      </w:r>
      <w:proofErr w:type="spellEnd"/>
      <w:r w:rsidRPr="00563B50">
        <w:rPr>
          <w:rFonts w:cs="Times New Roman"/>
          <w:szCs w:val="24"/>
        </w:rPr>
        <w:t>.</w:t>
      </w:r>
    </w:p>
    <w:p w14:paraId="5B965A21" w14:textId="77777777" w:rsidR="00EE7ED3" w:rsidRPr="00563B50" w:rsidRDefault="00000000" w:rsidP="00DD6C54">
      <w:pPr>
        <w:jc w:val="both"/>
        <w:rPr>
          <w:rFonts w:cs="Times New Roman"/>
          <w:szCs w:val="24"/>
        </w:rPr>
      </w:pPr>
      <w:r w:rsidRPr="00563B50">
        <w:rPr>
          <w:rFonts w:cs="Times New Roman"/>
          <w:szCs w:val="24"/>
        </w:rPr>
        <w:t xml:space="preserve">La </w:t>
      </w:r>
      <w:proofErr w:type="spellStart"/>
      <w:r w:rsidRPr="00563B50">
        <w:rPr>
          <w:rFonts w:cs="Times New Roman"/>
          <w:szCs w:val="24"/>
        </w:rPr>
        <w:t>realizarea</w:t>
      </w:r>
      <w:proofErr w:type="spellEnd"/>
      <w:r w:rsidRPr="00563B50">
        <w:rPr>
          <w:rFonts w:cs="Times New Roman"/>
          <w:szCs w:val="24"/>
        </w:rPr>
        <w:t xml:space="preserve"> </w:t>
      </w:r>
      <w:proofErr w:type="spellStart"/>
      <w:r w:rsidRPr="00563B50">
        <w:rPr>
          <w:rFonts w:cs="Times New Roman"/>
          <w:szCs w:val="24"/>
        </w:rPr>
        <w:t>evaluării</w:t>
      </w:r>
      <w:proofErr w:type="spellEnd"/>
      <w:r w:rsidRPr="00563B50">
        <w:rPr>
          <w:rFonts w:cs="Times New Roman"/>
          <w:szCs w:val="24"/>
        </w:rPr>
        <w:t xml:space="preserve"> </w:t>
      </w:r>
      <w:proofErr w:type="spellStart"/>
      <w:r w:rsidRPr="00563B50">
        <w:rPr>
          <w:rFonts w:cs="Times New Roman"/>
          <w:szCs w:val="24"/>
        </w:rPr>
        <w:t>impactului</w:t>
      </w:r>
      <w:proofErr w:type="spellEnd"/>
      <w:r w:rsidRPr="00563B50">
        <w:rPr>
          <w:rFonts w:cs="Times New Roman"/>
          <w:szCs w:val="24"/>
        </w:rPr>
        <w:t xml:space="preserve"> </w:t>
      </w:r>
      <w:proofErr w:type="spellStart"/>
      <w:r w:rsidRPr="00563B50">
        <w:rPr>
          <w:rFonts w:cs="Times New Roman"/>
          <w:szCs w:val="24"/>
        </w:rPr>
        <w:t>asupra</w:t>
      </w:r>
      <w:proofErr w:type="spellEnd"/>
      <w:r w:rsidRPr="00563B50">
        <w:rPr>
          <w:rFonts w:cs="Times New Roman"/>
          <w:szCs w:val="24"/>
        </w:rPr>
        <w:t xml:space="preserve"> </w:t>
      </w:r>
      <w:proofErr w:type="spellStart"/>
      <w:r w:rsidRPr="00563B50">
        <w:rPr>
          <w:rFonts w:cs="Times New Roman"/>
          <w:szCs w:val="24"/>
        </w:rPr>
        <w:t>protecției</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entitatea</w:t>
      </w:r>
      <w:proofErr w:type="spellEnd"/>
      <w:r w:rsidRPr="00563B50">
        <w:rPr>
          <w:rFonts w:cs="Times New Roman"/>
          <w:szCs w:val="24"/>
        </w:rPr>
        <w:t xml:space="preserve"> </w:t>
      </w:r>
      <w:proofErr w:type="spellStart"/>
      <w:r w:rsidRPr="00563B50">
        <w:rPr>
          <w:rFonts w:cs="Times New Roman"/>
          <w:szCs w:val="24"/>
        </w:rPr>
        <w:t>solicită</w:t>
      </w:r>
      <w:proofErr w:type="spellEnd"/>
      <w:r w:rsidRPr="00563B50">
        <w:rPr>
          <w:rFonts w:cs="Times New Roman"/>
          <w:szCs w:val="24"/>
        </w:rPr>
        <w:t xml:space="preserve"> </w:t>
      </w:r>
      <w:proofErr w:type="spellStart"/>
      <w:r w:rsidRPr="00563B50">
        <w:rPr>
          <w:rFonts w:cs="Times New Roman"/>
          <w:szCs w:val="24"/>
        </w:rPr>
        <w:t>avizul</w:t>
      </w:r>
      <w:proofErr w:type="spellEnd"/>
      <w:r w:rsidRPr="00563B50">
        <w:rPr>
          <w:rFonts w:cs="Times New Roman"/>
          <w:szCs w:val="24"/>
        </w:rPr>
        <w:t xml:space="preserve"> </w:t>
      </w:r>
      <w:proofErr w:type="spellStart"/>
      <w:r w:rsidRPr="00563B50">
        <w:rPr>
          <w:rFonts w:cs="Times New Roman"/>
          <w:szCs w:val="24"/>
        </w:rPr>
        <w:t>persoanei</w:t>
      </w:r>
      <w:proofErr w:type="spellEnd"/>
      <w:r w:rsidRPr="00563B50">
        <w:rPr>
          <w:rFonts w:cs="Times New Roman"/>
          <w:szCs w:val="24"/>
        </w:rPr>
        <w:t xml:space="preserve"> </w:t>
      </w:r>
      <w:proofErr w:type="spellStart"/>
      <w:r w:rsidRPr="00563B50">
        <w:rPr>
          <w:rFonts w:cs="Times New Roman"/>
          <w:szCs w:val="24"/>
        </w:rPr>
        <w:t>responsabile</w:t>
      </w:r>
      <w:proofErr w:type="spellEnd"/>
      <w:r w:rsidRPr="00563B50">
        <w:rPr>
          <w:rFonts w:cs="Times New Roman"/>
          <w:szCs w:val="24"/>
        </w:rPr>
        <w:t xml:space="preserve"> cu </w:t>
      </w:r>
      <w:proofErr w:type="spellStart"/>
      <w:r w:rsidRPr="00563B50">
        <w:rPr>
          <w:rFonts w:cs="Times New Roman"/>
          <w:szCs w:val="24"/>
        </w:rPr>
        <w:t>protecția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w:t>
      </w:r>
    </w:p>
    <w:p w14:paraId="320C9894" w14:textId="77777777" w:rsidR="00EE7ED3" w:rsidRPr="00563B50" w:rsidRDefault="00000000" w:rsidP="00DD6C54">
      <w:pPr>
        <w:jc w:val="both"/>
        <w:rPr>
          <w:rFonts w:cs="Times New Roman"/>
          <w:szCs w:val="24"/>
        </w:rPr>
      </w:pPr>
      <w:proofErr w:type="spellStart"/>
      <w:r w:rsidRPr="00563B50">
        <w:rPr>
          <w:rFonts w:cs="Times New Roman"/>
          <w:szCs w:val="24"/>
        </w:rPr>
        <w:t>Evaluarea</w:t>
      </w:r>
      <w:proofErr w:type="spellEnd"/>
      <w:r w:rsidRPr="00563B50">
        <w:rPr>
          <w:rFonts w:cs="Times New Roman"/>
          <w:szCs w:val="24"/>
        </w:rPr>
        <w:t xml:space="preserve"> </w:t>
      </w:r>
      <w:proofErr w:type="spellStart"/>
      <w:r w:rsidRPr="00563B50">
        <w:rPr>
          <w:rFonts w:cs="Times New Roman"/>
          <w:szCs w:val="24"/>
        </w:rPr>
        <w:t>impactului</w:t>
      </w:r>
      <w:proofErr w:type="spellEnd"/>
      <w:r w:rsidRPr="00563B50">
        <w:rPr>
          <w:rFonts w:cs="Times New Roman"/>
          <w:szCs w:val="24"/>
        </w:rPr>
        <w:t xml:space="preserve"> </w:t>
      </w:r>
      <w:proofErr w:type="spellStart"/>
      <w:r w:rsidRPr="00563B50">
        <w:rPr>
          <w:rFonts w:cs="Times New Roman"/>
          <w:szCs w:val="24"/>
        </w:rPr>
        <w:t>asupra</w:t>
      </w:r>
      <w:proofErr w:type="spellEnd"/>
      <w:r w:rsidRPr="00563B50">
        <w:rPr>
          <w:rFonts w:cs="Times New Roman"/>
          <w:szCs w:val="24"/>
        </w:rPr>
        <w:t xml:space="preserve"> </w:t>
      </w:r>
      <w:proofErr w:type="spellStart"/>
      <w:r w:rsidRPr="00563B50">
        <w:rPr>
          <w:rFonts w:cs="Times New Roman"/>
          <w:szCs w:val="24"/>
        </w:rPr>
        <w:t>protecției</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se </w:t>
      </w:r>
      <w:proofErr w:type="spellStart"/>
      <w:r w:rsidRPr="00563B50">
        <w:rPr>
          <w:rFonts w:cs="Times New Roman"/>
          <w:szCs w:val="24"/>
        </w:rPr>
        <w:t>impune</w:t>
      </w:r>
      <w:proofErr w:type="spellEnd"/>
      <w:r w:rsidRPr="00563B50">
        <w:rPr>
          <w:rFonts w:cs="Times New Roman"/>
          <w:szCs w:val="24"/>
        </w:rPr>
        <w:t xml:space="preserve"> </w:t>
      </w:r>
      <w:proofErr w:type="spellStart"/>
      <w:r w:rsidRPr="00563B50">
        <w:rPr>
          <w:rFonts w:cs="Times New Roman"/>
          <w:szCs w:val="24"/>
        </w:rPr>
        <w:t>mai</w:t>
      </w:r>
      <w:proofErr w:type="spellEnd"/>
      <w:r w:rsidRPr="00563B50">
        <w:rPr>
          <w:rFonts w:cs="Times New Roman"/>
          <w:szCs w:val="24"/>
        </w:rPr>
        <w:t xml:space="preserve"> ales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cazul</w:t>
      </w:r>
      <w:proofErr w:type="spellEnd"/>
      <w:r w:rsidRPr="00563B50">
        <w:rPr>
          <w:rFonts w:cs="Times New Roman"/>
          <w:szCs w:val="24"/>
        </w:rPr>
        <w:t xml:space="preserve"> </w:t>
      </w:r>
      <w:proofErr w:type="spellStart"/>
      <w:r w:rsidRPr="00563B50">
        <w:rPr>
          <w:rFonts w:cs="Times New Roman"/>
          <w:szCs w:val="24"/>
        </w:rPr>
        <w:t>evaluării</w:t>
      </w:r>
      <w:proofErr w:type="spellEnd"/>
      <w:r w:rsidRPr="00563B50">
        <w:rPr>
          <w:rFonts w:cs="Times New Roman"/>
          <w:szCs w:val="24"/>
        </w:rPr>
        <w:t xml:space="preserve"> </w:t>
      </w:r>
      <w:proofErr w:type="spellStart"/>
      <w:r w:rsidRPr="00563B50">
        <w:rPr>
          <w:rFonts w:cs="Times New Roman"/>
          <w:szCs w:val="24"/>
        </w:rPr>
        <w:t>sistematice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cuprinzătoare</w:t>
      </w:r>
      <w:proofErr w:type="spellEnd"/>
      <w:r w:rsidRPr="00563B50">
        <w:rPr>
          <w:rFonts w:cs="Times New Roman"/>
          <w:szCs w:val="24"/>
        </w:rPr>
        <w:t xml:space="preserve"> a </w:t>
      </w:r>
      <w:proofErr w:type="spellStart"/>
      <w:r w:rsidRPr="00563B50">
        <w:rPr>
          <w:rFonts w:cs="Times New Roman"/>
          <w:szCs w:val="24"/>
        </w:rPr>
        <w:t>aspectelor</w:t>
      </w:r>
      <w:proofErr w:type="spellEnd"/>
      <w:r w:rsidRPr="00563B50">
        <w:rPr>
          <w:rFonts w:cs="Times New Roman"/>
          <w:szCs w:val="24"/>
        </w:rPr>
        <w:t xml:space="preserve"> </w:t>
      </w:r>
      <w:proofErr w:type="spellStart"/>
      <w:r w:rsidRPr="00563B50">
        <w:rPr>
          <w:rFonts w:cs="Times New Roman"/>
          <w:szCs w:val="24"/>
        </w:rPr>
        <w:t>personale</w:t>
      </w:r>
      <w:proofErr w:type="spellEnd"/>
      <w:r w:rsidRPr="00563B50">
        <w:rPr>
          <w:rFonts w:cs="Times New Roman"/>
          <w:szCs w:val="24"/>
        </w:rPr>
        <w:t xml:space="preserve"> </w:t>
      </w:r>
      <w:proofErr w:type="spellStart"/>
      <w:r w:rsidRPr="00563B50">
        <w:rPr>
          <w:rFonts w:cs="Times New Roman"/>
          <w:szCs w:val="24"/>
        </w:rPr>
        <w:t>referitoare</w:t>
      </w:r>
      <w:proofErr w:type="spellEnd"/>
      <w:r w:rsidRPr="00563B50">
        <w:rPr>
          <w:rFonts w:cs="Times New Roman"/>
          <w:szCs w:val="24"/>
        </w:rPr>
        <w:t xml:space="preserve"> la </w:t>
      </w:r>
      <w:proofErr w:type="spellStart"/>
      <w:r w:rsidRPr="00563B50">
        <w:rPr>
          <w:rFonts w:cs="Times New Roman"/>
          <w:szCs w:val="24"/>
        </w:rPr>
        <w:t>persoane</w:t>
      </w:r>
      <w:proofErr w:type="spellEnd"/>
      <w:r w:rsidRPr="00563B50">
        <w:rPr>
          <w:rFonts w:cs="Times New Roman"/>
          <w:szCs w:val="24"/>
        </w:rPr>
        <w:t xml:space="preserve"> </w:t>
      </w:r>
      <w:proofErr w:type="spellStart"/>
      <w:r w:rsidRPr="00563B50">
        <w:rPr>
          <w:rFonts w:cs="Times New Roman"/>
          <w:szCs w:val="24"/>
        </w:rPr>
        <w:t>fizice</w:t>
      </w:r>
      <w:proofErr w:type="spellEnd"/>
      <w:r w:rsidRPr="00563B50">
        <w:rPr>
          <w:rFonts w:cs="Times New Roman"/>
          <w:szCs w:val="24"/>
        </w:rPr>
        <w:t xml:space="preserve">, care se </w:t>
      </w:r>
      <w:proofErr w:type="spellStart"/>
      <w:r w:rsidRPr="00563B50">
        <w:rPr>
          <w:rFonts w:cs="Times New Roman"/>
          <w:szCs w:val="24"/>
        </w:rPr>
        <w:t>bazează</w:t>
      </w:r>
      <w:proofErr w:type="spellEnd"/>
      <w:r w:rsidRPr="00563B50">
        <w:rPr>
          <w:rFonts w:cs="Times New Roman"/>
          <w:szCs w:val="24"/>
        </w:rPr>
        <w:t xml:space="preserve"> pe </w:t>
      </w:r>
      <w:proofErr w:type="spellStart"/>
      <w:r w:rsidRPr="00563B50">
        <w:rPr>
          <w:rFonts w:cs="Times New Roman"/>
          <w:szCs w:val="24"/>
        </w:rPr>
        <w:t>prelucrarea</w:t>
      </w:r>
      <w:proofErr w:type="spellEnd"/>
      <w:r w:rsidRPr="00563B50">
        <w:rPr>
          <w:rFonts w:cs="Times New Roman"/>
          <w:szCs w:val="24"/>
        </w:rPr>
        <w:t xml:space="preserve"> </w:t>
      </w:r>
      <w:proofErr w:type="spellStart"/>
      <w:r w:rsidRPr="00563B50">
        <w:rPr>
          <w:rFonts w:cs="Times New Roman"/>
          <w:szCs w:val="24"/>
        </w:rPr>
        <w:t>automată</w:t>
      </w:r>
      <w:proofErr w:type="spellEnd"/>
      <w:r w:rsidRPr="00563B50">
        <w:rPr>
          <w:rFonts w:cs="Times New Roman"/>
          <w:szCs w:val="24"/>
        </w:rPr>
        <w:t xml:space="preserve">, </w:t>
      </w:r>
      <w:proofErr w:type="spellStart"/>
      <w:r w:rsidRPr="00563B50">
        <w:rPr>
          <w:rFonts w:cs="Times New Roman"/>
          <w:szCs w:val="24"/>
        </w:rPr>
        <w:t>inclusiv</w:t>
      </w:r>
      <w:proofErr w:type="spellEnd"/>
      <w:r w:rsidRPr="00563B50">
        <w:rPr>
          <w:rFonts w:cs="Times New Roman"/>
          <w:szCs w:val="24"/>
        </w:rPr>
        <w:t xml:space="preserve"> pe </w:t>
      </w:r>
      <w:proofErr w:type="spellStart"/>
      <w:r w:rsidRPr="00563B50">
        <w:rPr>
          <w:rFonts w:cs="Times New Roman"/>
          <w:szCs w:val="24"/>
        </w:rPr>
        <w:t>crearea</w:t>
      </w:r>
      <w:proofErr w:type="spellEnd"/>
      <w:r w:rsidRPr="00563B50">
        <w:rPr>
          <w:rFonts w:cs="Times New Roman"/>
          <w:szCs w:val="24"/>
        </w:rPr>
        <w:t xml:space="preserve"> de </w:t>
      </w:r>
      <w:proofErr w:type="spellStart"/>
      <w:r w:rsidRPr="00563B50">
        <w:rPr>
          <w:rFonts w:cs="Times New Roman"/>
          <w:szCs w:val="24"/>
        </w:rPr>
        <w:t>profiluri</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care </w:t>
      </w:r>
      <w:proofErr w:type="spellStart"/>
      <w:r w:rsidRPr="00563B50">
        <w:rPr>
          <w:rFonts w:cs="Times New Roman"/>
          <w:szCs w:val="24"/>
        </w:rPr>
        <w:t>stă</w:t>
      </w:r>
      <w:proofErr w:type="spellEnd"/>
      <w:r w:rsidRPr="00563B50">
        <w:rPr>
          <w:rFonts w:cs="Times New Roman"/>
          <w:szCs w:val="24"/>
        </w:rPr>
        <w:t xml:space="preserve"> la </w:t>
      </w:r>
      <w:proofErr w:type="spellStart"/>
      <w:r w:rsidRPr="00563B50">
        <w:rPr>
          <w:rFonts w:cs="Times New Roman"/>
          <w:szCs w:val="24"/>
        </w:rPr>
        <w:t>baza</w:t>
      </w:r>
      <w:proofErr w:type="spellEnd"/>
      <w:r w:rsidRPr="00563B50">
        <w:rPr>
          <w:rFonts w:cs="Times New Roman"/>
          <w:szCs w:val="24"/>
        </w:rPr>
        <w:t xml:space="preserve"> </w:t>
      </w:r>
      <w:proofErr w:type="spellStart"/>
      <w:r w:rsidRPr="00563B50">
        <w:rPr>
          <w:rFonts w:cs="Times New Roman"/>
          <w:szCs w:val="24"/>
        </w:rPr>
        <w:t>unor</w:t>
      </w:r>
      <w:proofErr w:type="spellEnd"/>
      <w:r w:rsidRPr="00563B50">
        <w:rPr>
          <w:rFonts w:cs="Times New Roman"/>
          <w:szCs w:val="24"/>
        </w:rPr>
        <w:t xml:space="preserve"> </w:t>
      </w:r>
      <w:proofErr w:type="spellStart"/>
      <w:r w:rsidRPr="00563B50">
        <w:rPr>
          <w:rFonts w:cs="Times New Roman"/>
          <w:szCs w:val="24"/>
        </w:rPr>
        <w:t>decizii</w:t>
      </w:r>
      <w:proofErr w:type="spellEnd"/>
      <w:r w:rsidRPr="00563B50">
        <w:rPr>
          <w:rFonts w:cs="Times New Roman"/>
          <w:szCs w:val="24"/>
        </w:rPr>
        <w:t xml:space="preserve"> </w:t>
      </w:r>
      <w:proofErr w:type="spellStart"/>
      <w:r w:rsidRPr="00563B50">
        <w:rPr>
          <w:rFonts w:cs="Times New Roman"/>
          <w:szCs w:val="24"/>
        </w:rPr>
        <w:t>automatizate</w:t>
      </w:r>
      <w:proofErr w:type="spellEnd"/>
      <w:r w:rsidRPr="00563B50">
        <w:rPr>
          <w:rFonts w:cs="Times New Roman"/>
          <w:szCs w:val="24"/>
        </w:rPr>
        <w:t xml:space="preserve"> care </w:t>
      </w:r>
      <w:proofErr w:type="spellStart"/>
      <w:r w:rsidRPr="00563B50">
        <w:rPr>
          <w:rFonts w:cs="Times New Roman"/>
          <w:szCs w:val="24"/>
        </w:rPr>
        <w:t>produc</w:t>
      </w:r>
      <w:proofErr w:type="spellEnd"/>
      <w:r w:rsidRPr="00563B50">
        <w:rPr>
          <w:rFonts w:cs="Times New Roman"/>
          <w:szCs w:val="24"/>
        </w:rPr>
        <w:t xml:space="preserve"> </w:t>
      </w:r>
      <w:proofErr w:type="spellStart"/>
      <w:r w:rsidRPr="00563B50">
        <w:rPr>
          <w:rFonts w:cs="Times New Roman"/>
          <w:szCs w:val="24"/>
        </w:rPr>
        <w:t>efecte</w:t>
      </w:r>
      <w:proofErr w:type="spellEnd"/>
      <w:r w:rsidRPr="00563B50">
        <w:rPr>
          <w:rFonts w:cs="Times New Roman"/>
          <w:szCs w:val="24"/>
        </w:rPr>
        <w:t xml:space="preserve"> </w:t>
      </w:r>
      <w:proofErr w:type="spellStart"/>
      <w:r w:rsidRPr="00563B50">
        <w:rPr>
          <w:rFonts w:cs="Times New Roman"/>
          <w:szCs w:val="24"/>
        </w:rPr>
        <w:t>juridice</w:t>
      </w:r>
      <w:proofErr w:type="spellEnd"/>
      <w:r w:rsidRPr="00563B50">
        <w:rPr>
          <w:rFonts w:cs="Times New Roman"/>
          <w:szCs w:val="24"/>
        </w:rPr>
        <w:t xml:space="preserve"> </w:t>
      </w:r>
      <w:proofErr w:type="spellStart"/>
      <w:r w:rsidRPr="00563B50">
        <w:rPr>
          <w:rFonts w:cs="Times New Roman"/>
          <w:szCs w:val="24"/>
        </w:rPr>
        <w:t>privind</w:t>
      </w:r>
      <w:proofErr w:type="spellEnd"/>
      <w:r w:rsidRPr="00563B50">
        <w:rPr>
          <w:rFonts w:cs="Times New Roman"/>
          <w:szCs w:val="24"/>
        </w:rPr>
        <w:t xml:space="preserve"> </w:t>
      </w:r>
      <w:proofErr w:type="spellStart"/>
      <w:r w:rsidRPr="00563B50">
        <w:rPr>
          <w:rFonts w:cs="Times New Roman"/>
          <w:szCs w:val="24"/>
        </w:rPr>
        <w:t>persoana</w:t>
      </w:r>
      <w:proofErr w:type="spellEnd"/>
      <w:r w:rsidRPr="00563B50">
        <w:rPr>
          <w:rFonts w:cs="Times New Roman"/>
          <w:szCs w:val="24"/>
        </w:rPr>
        <w:t xml:space="preserve"> </w:t>
      </w:r>
      <w:proofErr w:type="spellStart"/>
      <w:r w:rsidRPr="00563B50">
        <w:rPr>
          <w:rFonts w:cs="Times New Roman"/>
          <w:szCs w:val="24"/>
        </w:rPr>
        <w:t>fizică</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care o </w:t>
      </w:r>
      <w:proofErr w:type="spellStart"/>
      <w:r w:rsidRPr="00563B50">
        <w:rPr>
          <w:rFonts w:cs="Times New Roman"/>
          <w:szCs w:val="24"/>
        </w:rPr>
        <w:t>afectează</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mod similar, </w:t>
      </w:r>
      <w:proofErr w:type="spellStart"/>
      <w:r w:rsidRPr="00563B50">
        <w:rPr>
          <w:rFonts w:cs="Times New Roman"/>
          <w:szCs w:val="24"/>
        </w:rPr>
        <w:t>într</w:t>
      </w:r>
      <w:proofErr w:type="spellEnd"/>
      <w:r w:rsidRPr="00563B50">
        <w:rPr>
          <w:rFonts w:cs="Times New Roman"/>
          <w:szCs w:val="24"/>
        </w:rPr>
        <w:t xml:space="preserve">-o </w:t>
      </w:r>
      <w:proofErr w:type="spellStart"/>
      <w:r w:rsidRPr="00563B50">
        <w:rPr>
          <w:rFonts w:cs="Times New Roman"/>
          <w:szCs w:val="24"/>
        </w:rPr>
        <w:t>măsură</w:t>
      </w:r>
      <w:proofErr w:type="spellEnd"/>
      <w:r w:rsidRPr="00563B50">
        <w:rPr>
          <w:rFonts w:cs="Times New Roman"/>
          <w:szCs w:val="24"/>
        </w:rPr>
        <w:t xml:space="preserve"> </w:t>
      </w:r>
      <w:proofErr w:type="spellStart"/>
      <w:r w:rsidRPr="00563B50">
        <w:rPr>
          <w:rFonts w:cs="Times New Roman"/>
          <w:szCs w:val="24"/>
        </w:rPr>
        <w:t>semnificativă</w:t>
      </w:r>
      <w:proofErr w:type="spellEnd"/>
      <w:r w:rsidRPr="00563B50">
        <w:rPr>
          <w:rFonts w:cs="Times New Roman"/>
          <w:szCs w:val="24"/>
        </w:rPr>
        <w:t>.</w:t>
      </w:r>
    </w:p>
    <w:p w14:paraId="28463185" w14:textId="77777777" w:rsidR="00EE7ED3" w:rsidRPr="00563B50" w:rsidRDefault="00000000" w:rsidP="00DD6C54">
      <w:pPr>
        <w:jc w:val="both"/>
        <w:rPr>
          <w:rFonts w:cs="Times New Roman"/>
          <w:szCs w:val="24"/>
        </w:rPr>
      </w:pPr>
      <w:proofErr w:type="spellStart"/>
      <w:r w:rsidRPr="00563B50">
        <w:rPr>
          <w:rFonts w:cs="Times New Roman"/>
          <w:szCs w:val="24"/>
        </w:rPr>
        <w:t>Evaluarea</w:t>
      </w:r>
      <w:proofErr w:type="spellEnd"/>
      <w:r w:rsidRPr="00563B50">
        <w:rPr>
          <w:rFonts w:cs="Times New Roman"/>
          <w:szCs w:val="24"/>
        </w:rPr>
        <w:t xml:space="preserve"> </w:t>
      </w:r>
      <w:proofErr w:type="spellStart"/>
      <w:r w:rsidRPr="00563B50">
        <w:rPr>
          <w:rFonts w:cs="Times New Roman"/>
          <w:szCs w:val="24"/>
        </w:rPr>
        <w:t>conține</w:t>
      </w:r>
      <w:proofErr w:type="spellEnd"/>
      <w:r w:rsidRPr="00563B50">
        <w:rPr>
          <w:rFonts w:cs="Times New Roman"/>
          <w:szCs w:val="24"/>
        </w:rPr>
        <w:t xml:space="preserve"> cel </w:t>
      </w:r>
      <w:proofErr w:type="spellStart"/>
      <w:r w:rsidRPr="00563B50">
        <w:rPr>
          <w:rFonts w:cs="Times New Roman"/>
          <w:szCs w:val="24"/>
        </w:rPr>
        <w:t>puțin</w:t>
      </w:r>
      <w:proofErr w:type="spellEnd"/>
      <w:r w:rsidRPr="00563B50">
        <w:rPr>
          <w:rFonts w:cs="Times New Roman"/>
          <w:szCs w:val="24"/>
        </w:rPr>
        <w:t>:</w:t>
      </w:r>
    </w:p>
    <w:p w14:paraId="27E6874C" w14:textId="77777777" w:rsidR="00EE7ED3" w:rsidRPr="00563B50" w:rsidRDefault="00000000">
      <w:pPr>
        <w:numPr>
          <w:ilvl w:val="0"/>
          <w:numId w:val="26"/>
        </w:numPr>
        <w:jc w:val="both"/>
        <w:rPr>
          <w:rFonts w:cs="Times New Roman"/>
          <w:szCs w:val="24"/>
        </w:rPr>
      </w:pPr>
      <w:r w:rsidRPr="00563B50">
        <w:rPr>
          <w:rFonts w:cs="Times New Roman"/>
          <w:b/>
          <w:bCs/>
          <w:szCs w:val="24"/>
        </w:rPr>
        <w:lastRenderedPageBreak/>
        <w:t>a)</w:t>
      </w:r>
      <w:r w:rsidRPr="00563B50">
        <w:rPr>
          <w:rFonts w:cs="Times New Roman"/>
          <w:szCs w:val="24"/>
        </w:rPr>
        <w:t xml:space="preserve"> </w:t>
      </w:r>
      <w:proofErr w:type="spellStart"/>
      <w:r w:rsidRPr="00563B50">
        <w:rPr>
          <w:rFonts w:cs="Times New Roman"/>
          <w:szCs w:val="24"/>
        </w:rPr>
        <w:t>descrierea</w:t>
      </w:r>
      <w:proofErr w:type="spellEnd"/>
      <w:r w:rsidRPr="00563B50">
        <w:rPr>
          <w:rFonts w:cs="Times New Roman"/>
          <w:szCs w:val="24"/>
        </w:rPr>
        <w:t xml:space="preserve"> </w:t>
      </w:r>
      <w:proofErr w:type="spellStart"/>
      <w:r w:rsidRPr="00563B50">
        <w:rPr>
          <w:rFonts w:cs="Times New Roman"/>
          <w:szCs w:val="24"/>
        </w:rPr>
        <w:t>sistematică</w:t>
      </w:r>
      <w:proofErr w:type="spellEnd"/>
      <w:r w:rsidRPr="00563B50">
        <w:rPr>
          <w:rFonts w:cs="Times New Roman"/>
          <w:szCs w:val="24"/>
        </w:rPr>
        <w:t xml:space="preserve"> a </w:t>
      </w:r>
      <w:proofErr w:type="spellStart"/>
      <w:r w:rsidRPr="00563B50">
        <w:rPr>
          <w:rFonts w:cs="Times New Roman"/>
          <w:szCs w:val="24"/>
        </w:rPr>
        <w:t>operațiunilor</w:t>
      </w:r>
      <w:proofErr w:type="spellEnd"/>
      <w:r w:rsidRPr="00563B50">
        <w:rPr>
          <w:rFonts w:cs="Times New Roman"/>
          <w:szCs w:val="24"/>
        </w:rPr>
        <w:t xml:space="preserve"> de </w:t>
      </w:r>
      <w:proofErr w:type="spellStart"/>
      <w:r w:rsidRPr="00563B50">
        <w:rPr>
          <w:rFonts w:cs="Times New Roman"/>
          <w:szCs w:val="24"/>
        </w:rPr>
        <w:t>prelucrare</w:t>
      </w:r>
      <w:proofErr w:type="spellEnd"/>
      <w:r w:rsidRPr="00563B50">
        <w:rPr>
          <w:rFonts w:cs="Times New Roman"/>
          <w:szCs w:val="24"/>
        </w:rPr>
        <w:t xml:space="preserve"> </w:t>
      </w:r>
      <w:proofErr w:type="spellStart"/>
      <w:r w:rsidRPr="00563B50">
        <w:rPr>
          <w:rFonts w:cs="Times New Roman"/>
          <w:szCs w:val="24"/>
        </w:rPr>
        <w:t>preconizate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a </w:t>
      </w:r>
      <w:proofErr w:type="spellStart"/>
      <w:r w:rsidRPr="00563B50">
        <w:rPr>
          <w:rFonts w:cs="Times New Roman"/>
          <w:szCs w:val="24"/>
        </w:rPr>
        <w:t>scopurilor</w:t>
      </w:r>
      <w:proofErr w:type="spellEnd"/>
      <w:r w:rsidRPr="00563B50">
        <w:rPr>
          <w:rFonts w:cs="Times New Roman"/>
          <w:szCs w:val="24"/>
        </w:rPr>
        <w:t xml:space="preserve"> </w:t>
      </w:r>
      <w:proofErr w:type="spellStart"/>
      <w:r w:rsidRPr="00563B50">
        <w:rPr>
          <w:rFonts w:cs="Times New Roman"/>
          <w:szCs w:val="24"/>
        </w:rPr>
        <w:t>prelucrării</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w:t>
      </w:r>
    </w:p>
    <w:p w14:paraId="51E12921" w14:textId="77777777" w:rsidR="00EE7ED3" w:rsidRPr="00563B50" w:rsidRDefault="00000000">
      <w:pPr>
        <w:numPr>
          <w:ilvl w:val="0"/>
          <w:numId w:val="26"/>
        </w:numPr>
        <w:jc w:val="both"/>
        <w:rPr>
          <w:rFonts w:cs="Times New Roman"/>
          <w:szCs w:val="24"/>
        </w:rPr>
      </w:pPr>
      <w:r w:rsidRPr="00563B50">
        <w:rPr>
          <w:rFonts w:cs="Times New Roman"/>
          <w:b/>
          <w:bCs/>
          <w:szCs w:val="24"/>
        </w:rPr>
        <w:t>b)</w:t>
      </w:r>
      <w:r w:rsidRPr="00563B50">
        <w:rPr>
          <w:rFonts w:cs="Times New Roman"/>
          <w:szCs w:val="24"/>
        </w:rPr>
        <w:t xml:space="preserve"> </w:t>
      </w:r>
      <w:proofErr w:type="spellStart"/>
      <w:r w:rsidRPr="00563B50">
        <w:rPr>
          <w:rFonts w:cs="Times New Roman"/>
          <w:szCs w:val="24"/>
        </w:rPr>
        <w:t>evaluarea</w:t>
      </w:r>
      <w:proofErr w:type="spellEnd"/>
      <w:r w:rsidRPr="00563B50">
        <w:rPr>
          <w:rFonts w:cs="Times New Roman"/>
          <w:szCs w:val="24"/>
        </w:rPr>
        <w:t xml:space="preserve"> </w:t>
      </w:r>
      <w:proofErr w:type="spellStart"/>
      <w:r w:rsidRPr="00563B50">
        <w:rPr>
          <w:rFonts w:cs="Times New Roman"/>
          <w:szCs w:val="24"/>
        </w:rPr>
        <w:t>necesității</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proporționalității</w:t>
      </w:r>
      <w:proofErr w:type="spellEnd"/>
      <w:r w:rsidRPr="00563B50">
        <w:rPr>
          <w:rFonts w:cs="Times New Roman"/>
          <w:szCs w:val="24"/>
        </w:rPr>
        <w:t xml:space="preserve"> </w:t>
      </w:r>
      <w:proofErr w:type="spellStart"/>
      <w:r w:rsidRPr="00563B50">
        <w:rPr>
          <w:rFonts w:cs="Times New Roman"/>
          <w:szCs w:val="24"/>
        </w:rPr>
        <w:t>operațiunilor</w:t>
      </w:r>
      <w:proofErr w:type="spellEnd"/>
      <w:r w:rsidRPr="00563B50">
        <w:rPr>
          <w:rFonts w:cs="Times New Roman"/>
          <w:szCs w:val="24"/>
        </w:rPr>
        <w:t xml:space="preserve"> de </w:t>
      </w:r>
      <w:proofErr w:type="spellStart"/>
      <w:r w:rsidRPr="00563B50">
        <w:rPr>
          <w:rFonts w:cs="Times New Roman"/>
          <w:szCs w:val="24"/>
        </w:rPr>
        <w:t>prelucrare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legătură</w:t>
      </w:r>
      <w:proofErr w:type="spellEnd"/>
      <w:r w:rsidRPr="00563B50">
        <w:rPr>
          <w:rFonts w:cs="Times New Roman"/>
          <w:szCs w:val="24"/>
        </w:rPr>
        <w:t xml:space="preserve"> cu </w:t>
      </w:r>
      <w:proofErr w:type="spellStart"/>
      <w:r w:rsidRPr="00563B50">
        <w:rPr>
          <w:rFonts w:cs="Times New Roman"/>
          <w:szCs w:val="24"/>
        </w:rPr>
        <w:t>scopurile</w:t>
      </w:r>
      <w:proofErr w:type="spellEnd"/>
      <w:r w:rsidRPr="00563B50">
        <w:rPr>
          <w:rFonts w:cs="Times New Roman"/>
          <w:szCs w:val="24"/>
        </w:rPr>
        <w:t xml:space="preserve"> respective;</w:t>
      </w:r>
    </w:p>
    <w:p w14:paraId="45F3AB82" w14:textId="77777777" w:rsidR="00EE7ED3" w:rsidRPr="00563B50" w:rsidRDefault="00000000">
      <w:pPr>
        <w:numPr>
          <w:ilvl w:val="0"/>
          <w:numId w:val="26"/>
        </w:numPr>
        <w:jc w:val="both"/>
        <w:rPr>
          <w:rFonts w:cs="Times New Roman"/>
          <w:szCs w:val="24"/>
        </w:rPr>
      </w:pPr>
      <w:r w:rsidRPr="00563B50">
        <w:rPr>
          <w:rFonts w:cs="Times New Roman"/>
          <w:b/>
          <w:bCs/>
          <w:szCs w:val="24"/>
        </w:rPr>
        <w:t>c)</w:t>
      </w:r>
      <w:r w:rsidRPr="00563B50">
        <w:rPr>
          <w:rFonts w:cs="Times New Roman"/>
          <w:szCs w:val="24"/>
        </w:rPr>
        <w:t xml:space="preserve"> </w:t>
      </w:r>
      <w:proofErr w:type="spellStart"/>
      <w:r w:rsidRPr="00563B50">
        <w:rPr>
          <w:rFonts w:cs="Times New Roman"/>
          <w:szCs w:val="24"/>
        </w:rPr>
        <w:t>evaluarea</w:t>
      </w:r>
      <w:proofErr w:type="spellEnd"/>
      <w:r w:rsidRPr="00563B50">
        <w:rPr>
          <w:rFonts w:cs="Times New Roman"/>
          <w:szCs w:val="24"/>
        </w:rPr>
        <w:t xml:space="preserve"> </w:t>
      </w:r>
      <w:proofErr w:type="spellStart"/>
      <w:r w:rsidRPr="00563B50">
        <w:rPr>
          <w:rFonts w:cs="Times New Roman"/>
          <w:szCs w:val="24"/>
        </w:rPr>
        <w:t>riscurilor</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drepturile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libertățile</w:t>
      </w:r>
      <w:proofErr w:type="spellEnd"/>
      <w:r w:rsidRPr="00563B50">
        <w:rPr>
          <w:rFonts w:cs="Times New Roman"/>
          <w:szCs w:val="24"/>
        </w:rPr>
        <w:t xml:space="preserve"> </w:t>
      </w:r>
      <w:proofErr w:type="spellStart"/>
      <w:r w:rsidRPr="00563B50">
        <w:rPr>
          <w:rFonts w:cs="Times New Roman"/>
          <w:szCs w:val="24"/>
        </w:rPr>
        <w:t>subiecților</w:t>
      </w:r>
      <w:proofErr w:type="spellEnd"/>
      <w:r w:rsidRPr="00563B50">
        <w:rPr>
          <w:rFonts w:cs="Times New Roman"/>
          <w:szCs w:val="24"/>
        </w:rPr>
        <w:t xml:space="preserve"> de date, </w:t>
      </w:r>
      <w:proofErr w:type="spellStart"/>
      <w:r w:rsidRPr="00563B50">
        <w:rPr>
          <w:rFonts w:cs="Times New Roman"/>
          <w:szCs w:val="24"/>
        </w:rPr>
        <w:t>în</w:t>
      </w:r>
      <w:proofErr w:type="spellEnd"/>
      <w:r w:rsidRPr="00563B50">
        <w:rPr>
          <w:rFonts w:cs="Times New Roman"/>
          <w:szCs w:val="24"/>
        </w:rPr>
        <w:t xml:space="preserve"> special </w:t>
      </w:r>
      <w:proofErr w:type="spellStart"/>
      <w:r w:rsidRPr="00563B50">
        <w:rPr>
          <w:rFonts w:cs="Times New Roman"/>
          <w:szCs w:val="24"/>
        </w:rPr>
        <w:t>originea</w:t>
      </w:r>
      <w:proofErr w:type="spellEnd"/>
      <w:r w:rsidRPr="00563B50">
        <w:rPr>
          <w:rFonts w:cs="Times New Roman"/>
          <w:szCs w:val="24"/>
        </w:rPr>
        <w:t xml:space="preserve"> (</w:t>
      </w:r>
      <w:proofErr w:type="spellStart"/>
      <w:r w:rsidRPr="00563B50">
        <w:rPr>
          <w:rFonts w:cs="Times New Roman"/>
          <w:szCs w:val="24"/>
        </w:rPr>
        <w:t>sursa</w:t>
      </w:r>
      <w:proofErr w:type="spellEnd"/>
      <w:r w:rsidRPr="00563B50">
        <w:rPr>
          <w:rFonts w:cs="Times New Roman"/>
          <w:szCs w:val="24"/>
        </w:rPr>
        <w:t xml:space="preserve">), natura, </w:t>
      </w:r>
      <w:proofErr w:type="spellStart"/>
      <w:r w:rsidRPr="00563B50">
        <w:rPr>
          <w:rFonts w:cs="Times New Roman"/>
          <w:szCs w:val="24"/>
        </w:rPr>
        <w:t>gradul</w:t>
      </w:r>
      <w:proofErr w:type="spellEnd"/>
      <w:r w:rsidRPr="00563B50">
        <w:rPr>
          <w:rFonts w:cs="Times New Roman"/>
          <w:szCs w:val="24"/>
        </w:rPr>
        <w:t xml:space="preserve"> specific de </w:t>
      </w:r>
      <w:proofErr w:type="spellStart"/>
      <w:r w:rsidRPr="00563B50">
        <w:rPr>
          <w:rFonts w:cs="Times New Roman"/>
          <w:szCs w:val="24"/>
        </w:rPr>
        <w:t>probabilitate</w:t>
      </w:r>
      <w:proofErr w:type="spellEnd"/>
      <w:r w:rsidRPr="00563B50">
        <w:rPr>
          <w:rFonts w:cs="Times New Roman"/>
          <w:szCs w:val="24"/>
        </w:rPr>
        <w:t xml:space="preserve"> a </w:t>
      </w:r>
      <w:proofErr w:type="spellStart"/>
      <w:r w:rsidRPr="00563B50">
        <w:rPr>
          <w:rFonts w:cs="Times New Roman"/>
          <w:szCs w:val="24"/>
        </w:rPr>
        <w:t>materializării</w:t>
      </w:r>
      <w:proofErr w:type="spellEnd"/>
      <w:r w:rsidRPr="00563B50">
        <w:rPr>
          <w:rFonts w:cs="Times New Roman"/>
          <w:szCs w:val="24"/>
        </w:rPr>
        <w:t xml:space="preserve"> </w:t>
      </w:r>
      <w:proofErr w:type="spellStart"/>
      <w:r w:rsidRPr="00563B50">
        <w:rPr>
          <w:rFonts w:cs="Times New Roman"/>
          <w:szCs w:val="24"/>
        </w:rPr>
        <w:t>riscului</w:t>
      </w:r>
      <w:proofErr w:type="spellEnd"/>
      <w:r w:rsidRPr="00563B50">
        <w:rPr>
          <w:rFonts w:cs="Times New Roman"/>
          <w:szCs w:val="24"/>
        </w:rPr>
        <w:t xml:space="preserve"> </w:t>
      </w:r>
      <w:proofErr w:type="spellStart"/>
      <w:r w:rsidRPr="00563B50">
        <w:rPr>
          <w:rFonts w:cs="Times New Roman"/>
          <w:szCs w:val="24"/>
        </w:rPr>
        <w:t>sporit</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gravitatea</w:t>
      </w:r>
      <w:proofErr w:type="spellEnd"/>
      <w:r w:rsidRPr="00563B50">
        <w:rPr>
          <w:rFonts w:cs="Times New Roman"/>
          <w:szCs w:val="24"/>
        </w:rPr>
        <w:t xml:space="preserve"> </w:t>
      </w:r>
      <w:proofErr w:type="spellStart"/>
      <w:r w:rsidRPr="00563B50">
        <w:rPr>
          <w:rFonts w:cs="Times New Roman"/>
          <w:szCs w:val="24"/>
        </w:rPr>
        <w:t>acestui</w:t>
      </w:r>
      <w:proofErr w:type="spellEnd"/>
      <w:r w:rsidRPr="00563B50">
        <w:rPr>
          <w:rFonts w:cs="Times New Roman"/>
          <w:szCs w:val="24"/>
        </w:rPr>
        <w:t xml:space="preserve"> </w:t>
      </w:r>
      <w:proofErr w:type="spellStart"/>
      <w:r w:rsidRPr="00563B50">
        <w:rPr>
          <w:rFonts w:cs="Times New Roman"/>
          <w:szCs w:val="24"/>
        </w:rPr>
        <w:t>risc</w:t>
      </w:r>
      <w:proofErr w:type="spellEnd"/>
      <w:r w:rsidRPr="00563B50">
        <w:rPr>
          <w:rFonts w:cs="Times New Roman"/>
          <w:szCs w:val="24"/>
        </w:rPr>
        <w:t xml:space="preserve">. </w:t>
      </w:r>
      <w:proofErr w:type="spellStart"/>
      <w:r w:rsidRPr="00563B50">
        <w:rPr>
          <w:rFonts w:cs="Times New Roman"/>
          <w:szCs w:val="24"/>
        </w:rPr>
        <w:t>Rezultatul</w:t>
      </w:r>
      <w:proofErr w:type="spellEnd"/>
      <w:r w:rsidRPr="00563B50">
        <w:rPr>
          <w:rFonts w:cs="Times New Roman"/>
          <w:szCs w:val="24"/>
        </w:rPr>
        <w:t xml:space="preserve"> </w:t>
      </w:r>
      <w:proofErr w:type="spellStart"/>
      <w:r w:rsidRPr="00563B50">
        <w:rPr>
          <w:rFonts w:cs="Times New Roman"/>
          <w:szCs w:val="24"/>
        </w:rPr>
        <w:t>evaluării</w:t>
      </w:r>
      <w:proofErr w:type="spellEnd"/>
      <w:r w:rsidRPr="00563B50">
        <w:rPr>
          <w:rFonts w:cs="Times New Roman"/>
          <w:szCs w:val="24"/>
        </w:rPr>
        <w:t xml:space="preserve"> se </w:t>
      </w:r>
      <w:proofErr w:type="spellStart"/>
      <w:r w:rsidRPr="00563B50">
        <w:rPr>
          <w:rFonts w:cs="Times New Roman"/>
          <w:szCs w:val="24"/>
        </w:rPr>
        <w:t>ia</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considerare</w:t>
      </w:r>
      <w:proofErr w:type="spellEnd"/>
      <w:r w:rsidRPr="00563B50">
        <w:rPr>
          <w:rFonts w:cs="Times New Roman"/>
          <w:szCs w:val="24"/>
        </w:rPr>
        <w:t xml:space="preserve"> la </w:t>
      </w:r>
      <w:proofErr w:type="spellStart"/>
      <w:r w:rsidRPr="00563B50">
        <w:rPr>
          <w:rFonts w:cs="Times New Roman"/>
          <w:szCs w:val="24"/>
        </w:rPr>
        <w:t>stabilirea</w:t>
      </w:r>
      <w:proofErr w:type="spellEnd"/>
      <w:r w:rsidRPr="00563B50">
        <w:rPr>
          <w:rFonts w:cs="Times New Roman"/>
          <w:szCs w:val="24"/>
        </w:rPr>
        <w:t xml:space="preserve"> </w:t>
      </w:r>
      <w:proofErr w:type="spellStart"/>
      <w:r w:rsidRPr="00563B50">
        <w:rPr>
          <w:rFonts w:cs="Times New Roman"/>
          <w:szCs w:val="24"/>
        </w:rPr>
        <w:t>măsurilor</w:t>
      </w:r>
      <w:proofErr w:type="spellEnd"/>
      <w:r w:rsidRPr="00563B50">
        <w:rPr>
          <w:rFonts w:cs="Times New Roman"/>
          <w:szCs w:val="24"/>
        </w:rPr>
        <w:t xml:space="preserve"> </w:t>
      </w:r>
      <w:proofErr w:type="spellStart"/>
      <w:r w:rsidRPr="00563B50">
        <w:rPr>
          <w:rFonts w:cs="Times New Roman"/>
          <w:szCs w:val="24"/>
        </w:rPr>
        <w:t>adecvate</w:t>
      </w:r>
      <w:proofErr w:type="spellEnd"/>
      <w:r w:rsidRPr="00563B50">
        <w:rPr>
          <w:rFonts w:cs="Times New Roman"/>
          <w:szCs w:val="24"/>
        </w:rPr>
        <w:t xml:space="preserve"> care </w:t>
      </w:r>
      <w:proofErr w:type="spellStart"/>
      <w:r w:rsidRPr="00563B50">
        <w:rPr>
          <w:rFonts w:cs="Times New Roman"/>
          <w:szCs w:val="24"/>
        </w:rPr>
        <w:t>trebuie</w:t>
      </w:r>
      <w:proofErr w:type="spellEnd"/>
      <w:r w:rsidRPr="00563B50">
        <w:rPr>
          <w:rFonts w:cs="Times New Roman"/>
          <w:szCs w:val="24"/>
        </w:rPr>
        <w:t xml:space="preserve"> </w:t>
      </w:r>
      <w:proofErr w:type="spellStart"/>
      <w:r w:rsidRPr="00563B50">
        <w:rPr>
          <w:rFonts w:cs="Times New Roman"/>
          <w:szCs w:val="24"/>
        </w:rPr>
        <w:t>luate</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a </w:t>
      </w:r>
      <w:proofErr w:type="spellStart"/>
      <w:r w:rsidRPr="00563B50">
        <w:rPr>
          <w:rFonts w:cs="Times New Roman"/>
          <w:szCs w:val="24"/>
        </w:rPr>
        <w:t>demonstra</w:t>
      </w:r>
      <w:proofErr w:type="spellEnd"/>
      <w:r w:rsidRPr="00563B50">
        <w:rPr>
          <w:rFonts w:cs="Times New Roman"/>
          <w:szCs w:val="24"/>
        </w:rPr>
        <w:t xml:space="preserve"> </w:t>
      </w:r>
      <w:proofErr w:type="spellStart"/>
      <w:r w:rsidRPr="00563B50">
        <w:rPr>
          <w:rFonts w:cs="Times New Roman"/>
          <w:szCs w:val="24"/>
        </w:rPr>
        <w:t>că</w:t>
      </w:r>
      <w:proofErr w:type="spellEnd"/>
      <w:r w:rsidRPr="00563B50">
        <w:rPr>
          <w:rFonts w:cs="Times New Roman"/>
          <w:szCs w:val="24"/>
        </w:rPr>
        <w:t xml:space="preserve"> </w:t>
      </w:r>
      <w:proofErr w:type="spellStart"/>
      <w:r w:rsidRPr="00563B50">
        <w:rPr>
          <w:rFonts w:cs="Times New Roman"/>
          <w:szCs w:val="24"/>
        </w:rPr>
        <w:t>prelucrarea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respectă</w:t>
      </w:r>
      <w:proofErr w:type="spellEnd"/>
      <w:r w:rsidRPr="00563B50">
        <w:rPr>
          <w:rFonts w:cs="Times New Roman"/>
          <w:szCs w:val="24"/>
        </w:rPr>
        <w:t xml:space="preserve"> </w:t>
      </w:r>
      <w:proofErr w:type="spellStart"/>
      <w:r w:rsidRPr="00563B50">
        <w:rPr>
          <w:rFonts w:cs="Times New Roman"/>
          <w:szCs w:val="24"/>
        </w:rPr>
        <w:t>Legea</w:t>
      </w:r>
      <w:proofErr w:type="spellEnd"/>
      <w:r w:rsidRPr="00563B50">
        <w:rPr>
          <w:rFonts w:cs="Times New Roman"/>
          <w:szCs w:val="24"/>
        </w:rPr>
        <w:t xml:space="preserve"> </w:t>
      </w:r>
      <w:proofErr w:type="spellStart"/>
      <w:r w:rsidRPr="00563B50">
        <w:rPr>
          <w:rFonts w:cs="Times New Roman"/>
          <w:szCs w:val="24"/>
        </w:rPr>
        <w:t>privind</w:t>
      </w:r>
      <w:proofErr w:type="spellEnd"/>
      <w:r w:rsidRPr="00563B50">
        <w:rPr>
          <w:rFonts w:cs="Times New Roman"/>
          <w:szCs w:val="24"/>
        </w:rPr>
        <w:t xml:space="preserve"> </w:t>
      </w:r>
      <w:proofErr w:type="spellStart"/>
      <w:r w:rsidRPr="00563B50">
        <w:rPr>
          <w:rFonts w:cs="Times New Roman"/>
          <w:szCs w:val="24"/>
        </w:rPr>
        <w:t>protecția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nr.195 din 25.07.2024;</w:t>
      </w:r>
    </w:p>
    <w:p w14:paraId="30076FDF" w14:textId="77777777" w:rsidR="00EE7ED3" w:rsidRPr="00563B50" w:rsidRDefault="00000000">
      <w:pPr>
        <w:numPr>
          <w:ilvl w:val="0"/>
          <w:numId w:val="26"/>
        </w:numPr>
        <w:jc w:val="both"/>
        <w:rPr>
          <w:rFonts w:cs="Times New Roman"/>
          <w:szCs w:val="24"/>
        </w:rPr>
      </w:pPr>
      <w:r w:rsidRPr="00563B50">
        <w:rPr>
          <w:rFonts w:cs="Times New Roman"/>
          <w:b/>
          <w:bCs/>
          <w:szCs w:val="24"/>
        </w:rPr>
        <w:t>d)</w:t>
      </w:r>
      <w:r w:rsidRPr="00563B50">
        <w:rPr>
          <w:rFonts w:cs="Times New Roman"/>
          <w:szCs w:val="24"/>
        </w:rPr>
        <w:t xml:space="preserve"> </w:t>
      </w:r>
      <w:proofErr w:type="spellStart"/>
      <w:r w:rsidRPr="00563B50">
        <w:rPr>
          <w:rFonts w:cs="Times New Roman"/>
          <w:szCs w:val="24"/>
        </w:rPr>
        <w:t>măsurile</w:t>
      </w:r>
      <w:proofErr w:type="spellEnd"/>
      <w:r w:rsidRPr="00563B50">
        <w:rPr>
          <w:rFonts w:cs="Times New Roman"/>
          <w:szCs w:val="24"/>
        </w:rPr>
        <w:t xml:space="preserve"> de </w:t>
      </w:r>
      <w:proofErr w:type="spellStart"/>
      <w:r w:rsidRPr="00563B50">
        <w:rPr>
          <w:rFonts w:cs="Times New Roman"/>
          <w:szCs w:val="24"/>
        </w:rPr>
        <w:t>prevenire</w:t>
      </w:r>
      <w:proofErr w:type="spellEnd"/>
      <w:r w:rsidRPr="00563B50">
        <w:rPr>
          <w:rFonts w:cs="Times New Roman"/>
          <w:szCs w:val="24"/>
        </w:rPr>
        <w:t xml:space="preserve"> a </w:t>
      </w:r>
      <w:proofErr w:type="spellStart"/>
      <w:r w:rsidRPr="00563B50">
        <w:rPr>
          <w:rFonts w:cs="Times New Roman"/>
          <w:szCs w:val="24"/>
        </w:rPr>
        <w:t>riscurilor</w:t>
      </w:r>
      <w:proofErr w:type="spellEnd"/>
      <w:r w:rsidRPr="00563B50">
        <w:rPr>
          <w:rFonts w:cs="Times New Roman"/>
          <w:szCs w:val="24"/>
        </w:rPr>
        <w:t xml:space="preserve">, </w:t>
      </w:r>
      <w:proofErr w:type="spellStart"/>
      <w:r w:rsidRPr="00563B50">
        <w:rPr>
          <w:rFonts w:cs="Times New Roman"/>
          <w:szCs w:val="24"/>
        </w:rPr>
        <w:t>inclusiv</w:t>
      </w:r>
      <w:proofErr w:type="spellEnd"/>
      <w:r w:rsidRPr="00563B50">
        <w:rPr>
          <w:rFonts w:cs="Times New Roman"/>
          <w:szCs w:val="24"/>
        </w:rPr>
        <w:t xml:space="preserve"> </w:t>
      </w:r>
      <w:proofErr w:type="spellStart"/>
      <w:r w:rsidRPr="00563B50">
        <w:rPr>
          <w:rFonts w:cs="Times New Roman"/>
          <w:szCs w:val="24"/>
        </w:rPr>
        <w:t>garanțiile</w:t>
      </w:r>
      <w:proofErr w:type="spellEnd"/>
      <w:r w:rsidRPr="00563B50">
        <w:rPr>
          <w:rFonts w:cs="Times New Roman"/>
          <w:szCs w:val="24"/>
        </w:rPr>
        <w:t xml:space="preserve">, </w:t>
      </w:r>
      <w:proofErr w:type="spellStart"/>
      <w:r w:rsidRPr="00563B50">
        <w:rPr>
          <w:rFonts w:cs="Times New Roman"/>
          <w:szCs w:val="24"/>
        </w:rPr>
        <w:t>măsurile</w:t>
      </w:r>
      <w:proofErr w:type="spellEnd"/>
      <w:r w:rsidRPr="00563B50">
        <w:rPr>
          <w:rFonts w:cs="Times New Roman"/>
          <w:szCs w:val="24"/>
        </w:rPr>
        <w:t xml:space="preserve"> de </w:t>
      </w:r>
      <w:proofErr w:type="spellStart"/>
      <w:r w:rsidRPr="00563B50">
        <w:rPr>
          <w:rFonts w:cs="Times New Roman"/>
          <w:szCs w:val="24"/>
        </w:rPr>
        <w:t>securitate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mecanismele</w:t>
      </w:r>
      <w:proofErr w:type="spellEnd"/>
      <w:r w:rsidRPr="00563B50">
        <w:rPr>
          <w:rFonts w:cs="Times New Roman"/>
          <w:szCs w:val="24"/>
        </w:rPr>
        <w:t xml:space="preserve"> </w:t>
      </w:r>
      <w:proofErr w:type="spellStart"/>
      <w:r w:rsidRPr="00563B50">
        <w:rPr>
          <w:rFonts w:cs="Times New Roman"/>
          <w:szCs w:val="24"/>
        </w:rPr>
        <w:t>menite</w:t>
      </w:r>
      <w:proofErr w:type="spellEnd"/>
      <w:r w:rsidRPr="00563B50">
        <w:rPr>
          <w:rFonts w:cs="Times New Roman"/>
          <w:szCs w:val="24"/>
        </w:rPr>
        <w:t xml:space="preserve"> </w:t>
      </w:r>
      <w:proofErr w:type="spellStart"/>
      <w:r w:rsidRPr="00563B50">
        <w:rPr>
          <w:rFonts w:cs="Times New Roman"/>
          <w:szCs w:val="24"/>
        </w:rPr>
        <w:t>să</w:t>
      </w:r>
      <w:proofErr w:type="spellEnd"/>
      <w:r w:rsidRPr="00563B50">
        <w:rPr>
          <w:rFonts w:cs="Times New Roman"/>
          <w:szCs w:val="24"/>
        </w:rPr>
        <w:t xml:space="preserve"> </w:t>
      </w:r>
      <w:proofErr w:type="spellStart"/>
      <w:r w:rsidRPr="00563B50">
        <w:rPr>
          <w:rFonts w:cs="Times New Roman"/>
          <w:szCs w:val="24"/>
        </w:rPr>
        <w:t>asigure</w:t>
      </w:r>
      <w:proofErr w:type="spellEnd"/>
      <w:r w:rsidRPr="00563B50">
        <w:rPr>
          <w:rFonts w:cs="Times New Roman"/>
          <w:szCs w:val="24"/>
        </w:rPr>
        <w:t xml:space="preserve"> </w:t>
      </w:r>
      <w:proofErr w:type="spellStart"/>
      <w:r w:rsidRPr="00563B50">
        <w:rPr>
          <w:rFonts w:cs="Times New Roman"/>
          <w:szCs w:val="24"/>
        </w:rPr>
        <w:t>protecția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să</w:t>
      </w:r>
      <w:proofErr w:type="spellEnd"/>
      <w:r w:rsidRPr="00563B50">
        <w:rPr>
          <w:rFonts w:cs="Times New Roman"/>
          <w:szCs w:val="24"/>
        </w:rPr>
        <w:t xml:space="preserve"> </w:t>
      </w:r>
      <w:proofErr w:type="spellStart"/>
      <w:r w:rsidRPr="00563B50">
        <w:rPr>
          <w:rFonts w:cs="Times New Roman"/>
          <w:szCs w:val="24"/>
        </w:rPr>
        <w:t>demonstreze</w:t>
      </w:r>
      <w:proofErr w:type="spellEnd"/>
      <w:r w:rsidRPr="00563B50">
        <w:rPr>
          <w:rFonts w:cs="Times New Roman"/>
          <w:szCs w:val="24"/>
        </w:rPr>
        <w:t xml:space="preserve"> </w:t>
      </w:r>
      <w:proofErr w:type="spellStart"/>
      <w:r w:rsidRPr="00563B50">
        <w:rPr>
          <w:rFonts w:cs="Times New Roman"/>
          <w:szCs w:val="24"/>
        </w:rPr>
        <w:t>conformitatea</w:t>
      </w:r>
      <w:proofErr w:type="spellEnd"/>
      <w:r w:rsidRPr="00563B50">
        <w:rPr>
          <w:rFonts w:cs="Times New Roman"/>
          <w:szCs w:val="24"/>
        </w:rPr>
        <w:t xml:space="preserve"> cu </w:t>
      </w:r>
      <w:proofErr w:type="spellStart"/>
      <w:r w:rsidRPr="00563B50">
        <w:rPr>
          <w:rFonts w:cs="Times New Roman"/>
          <w:szCs w:val="24"/>
        </w:rPr>
        <w:t>prevederile</w:t>
      </w:r>
      <w:proofErr w:type="spellEnd"/>
      <w:r w:rsidRPr="00563B50">
        <w:rPr>
          <w:rFonts w:cs="Times New Roman"/>
          <w:szCs w:val="24"/>
        </w:rPr>
        <w:t xml:space="preserve"> </w:t>
      </w:r>
      <w:proofErr w:type="spellStart"/>
      <w:r w:rsidRPr="00563B50">
        <w:rPr>
          <w:rFonts w:cs="Times New Roman"/>
          <w:szCs w:val="24"/>
        </w:rPr>
        <w:t>legale</w:t>
      </w:r>
      <w:proofErr w:type="spellEnd"/>
      <w:r w:rsidRPr="00563B50">
        <w:rPr>
          <w:rFonts w:cs="Times New Roman"/>
          <w:szCs w:val="24"/>
        </w:rPr>
        <w:t xml:space="preserve">, </w:t>
      </w:r>
      <w:proofErr w:type="spellStart"/>
      <w:r w:rsidRPr="00563B50">
        <w:rPr>
          <w:rFonts w:cs="Times New Roman"/>
          <w:szCs w:val="24"/>
        </w:rPr>
        <w:t>luând</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considerare</w:t>
      </w:r>
      <w:proofErr w:type="spellEnd"/>
      <w:r w:rsidRPr="00563B50">
        <w:rPr>
          <w:rFonts w:cs="Times New Roman"/>
          <w:szCs w:val="24"/>
        </w:rPr>
        <w:t xml:space="preserve"> </w:t>
      </w:r>
      <w:proofErr w:type="spellStart"/>
      <w:r w:rsidRPr="00563B50">
        <w:rPr>
          <w:rFonts w:cs="Times New Roman"/>
          <w:szCs w:val="24"/>
        </w:rPr>
        <w:t>drepturile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interesele</w:t>
      </w:r>
      <w:proofErr w:type="spellEnd"/>
      <w:r w:rsidRPr="00563B50">
        <w:rPr>
          <w:rFonts w:cs="Times New Roman"/>
          <w:szCs w:val="24"/>
        </w:rPr>
        <w:t xml:space="preserve"> </w:t>
      </w:r>
      <w:proofErr w:type="spellStart"/>
      <w:r w:rsidRPr="00563B50">
        <w:rPr>
          <w:rFonts w:cs="Times New Roman"/>
          <w:szCs w:val="24"/>
        </w:rPr>
        <w:t>subiecților</w:t>
      </w:r>
      <w:proofErr w:type="spellEnd"/>
      <w:r w:rsidRPr="00563B50">
        <w:rPr>
          <w:rFonts w:cs="Times New Roman"/>
          <w:szCs w:val="24"/>
        </w:rPr>
        <w:t xml:space="preserve"> de date </w:t>
      </w:r>
      <w:proofErr w:type="spellStart"/>
      <w:r w:rsidRPr="00563B50">
        <w:rPr>
          <w:rFonts w:cs="Times New Roman"/>
          <w:szCs w:val="24"/>
        </w:rPr>
        <w:t>și</w:t>
      </w:r>
      <w:proofErr w:type="spellEnd"/>
      <w:r w:rsidRPr="00563B50">
        <w:rPr>
          <w:rFonts w:cs="Times New Roman"/>
          <w:szCs w:val="24"/>
        </w:rPr>
        <w:t xml:space="preserve"> ale </w:t>
      </w:r>
      <w:proofErr w:type="spellStart"/>
      <w:r w:rsidRPr="00563B50">
        <w:rPr>
          <w:rFonts w:cs="Times New Roman"/>
          <w:szCs w:val="24"/>
        </w:rPr>
        <w:t>altor</w:t>
      </w:r>
      <w:proofErr w:type="spellEnd"/>
      <w:r w:rsidRPr="00563B50">
        <w:rPr>
          <w:rFonts w:cs="Times New Roman"/>
          <w:szCs w:val="24"/>
        </w:rPr>
        <w:t xml:space="preserve"> </w:t>
      </w:r>
      <w:proofErr w:type="spellStart"/>
      <w:r w:rsidRPr="00563B50">
        <w:rPr>
          <w:rFonts w:cs="Times New Roman"/>
          <w:szCs w:val="24"/>
        </w:rPr>
        <w:t>persoane</w:t>
      </w:r>
      <w:proofErr w:type="spellEnd"/>
      <w:r w:rsidRPr="00563B50">
        <w:rPr>
          <w:rFonts w:cs="Times New Roman"/>
          <w:szCs w:val="24"/>
        </w:rPr>
        <w:t xml:space="preserve"> </w:t>
      </w:r>
      <w:proofErr w:type="spellStart"/>
      <w:r w:rsidRPr="00563B50">
        <w:rPr>
          <w:rFonts w:cs="Times New Roman"/>
          <w:szCs w:val="24"/>
        </w:rPr>
        <w:t>interesate</w:t>
      </w:r>
      <w:proofErr w:type="spellEnd"/>
      <w:r w:rsidRPr="00563B50">
        <w:rPr>
          <w:rFonts w:cs="Times New Roman"/>
          <w:szCs w:val="24"/>
        </w:rPr>
        <w:t>.</w:t>
      </w:r>
    </w:p>
    <w:p w14:paraId="285B8917" w14:textId="77777777" w:rsidR="00EE7ED3" w:rsidRPr="00563B50" w:rsidRDefault="00000000" w:rsidP="00DD6C54">
      <w:pPr>
        <w:jc w:val="both"/>
        <w:rPr>
          <w:rFonts w:cs="Times New Roman"/>
          <w:szCs w:val="24"/>
        </w:rPr>
      </w:pPr>
      <w:r w:rsidRPr="00563B50">
        <w:rPr>
          <w:rFonts w:cs="Times New Roman"/>
          <w:b/>
          <w:bCs/>
          <w:szCs w:val="24"/>
        </w:rPr>
        <w:t>PRIMĂRIA SATULUI MERENI</w:t>
      </w:r>
      <w:r w:rsidRPr="00563B50">
        <w:rPr>
          <w:rFonts w:cs="Times New Roman"/>
          <w:szCs w:val="24"/>
        </w:rPr>
        <w:t xml:space="preserve"> </w:t>
      </w:r>
      <w:proofErr w:type="spellStart"/>
      <w:r w:rsidRPr="00563B50">
        <w:rPr>
          <w:rFonts w:cs="Times New Roman"/>
          <w:szCs w:val="24"/>
        </w:rPr>
        <w:t>va</w:t>
      </w:r>
      <w:proofErr w:type="spellEnd"/>
      <w:r w:rsidRPr="00563B50">
        <w:rPr>
          <w:rFonts w:cs="Times New Roman"/>
          <w:szCs w:val="24"/>
        </w:rPr>
        <w:t xml:space="preserve"> </w:t>
      </w:r>
      <w:proofErr w:type="spellStart"/>
      <w:r w:rsidRPr="00563B50">
        <w:rPr>
          <w:rFonts w:cs="Times New Roman"/>
          <w:szCs w:val="24"/>
        </w:rPr>
        <w:t>solicita</w:t>
      </w:r>
      <w:proofErr w:type="spellEnd"/>
      <w:r w:rsidRPr="00563B50">
        <w:rPr>
          <w:rFonts w:cs="Times New Roman"/>
          <w:szCs w:val="24"/>
        </w:rPr>
        <w:t xml:space="preserve">, </w:t>
      </w:r>
      <w:proofErr w:type="spellStart"/>
      <w:r w:rsidRPr="00563B50">
        <w:rPr>
          <w:rFonts w:cs="Times New Roman"/>
          <w:szCs w:val="24"/>
        </w:rPr>
        <w:t>după</w:t>
      </w:r>
      <w:proofErr w:type="spellEnd"/>
      <w:r w:rsidRPr="00563B50">
        <w:rPr>
          <w:rFonts w:cs="Times New Roman"/>
          <w:szCs w:val="24"/>
        </w:rPr>
        <w:t xml:space="preserve"> </w:t>
      </w:r>
      <w:proofErr w:type="spellStart"/>
      <w:r w:rsidRPr="00563B50">
        <w:rPr>
          <w:rFonts w:cs="Times New Roman"/>
          <w:szCs w:val="24"/>
        </w:rPr>
        <w:t>caz</w:t>
      </w:r>
      <w:proofErr w:type="spellEnd"/>
      <w:r w:rsidRPr="00563B50">
        <w:rPr>
          <w:rFonts w:cs="Times New Roman"/>
          <w:szCs w:val="24"/>
        </w:rPr>
        <w:t xml:space="preserve">, </w:t>
      </w:r>
      <w:proofErr w:type="spellStart"/>
      <w:r w:rsidRPr="00563B50">
        <w:rPr>
          <w:rFonts w:cs="Times New Roman"/>
          <w:szCs w:val="24"/>
        </w:rPr>
        <w:t>avizul</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formă</w:t>
      </w:r>
      <w:proofErr w:type="spellEnd"/>
      <w:r w:rsidRPr="00563B50">
        <w:rPr>
          <w:rFonts w:cs="Times New Roman"/>
          <w:szCs w:val="24"/>
        </w:rPr>
        <w:t xml:space="preserve"> </w:t>
      </w:r>
      <w:proofErr w:type="spellStart"/>
      <w:r w:rsidRPr="00563B50">
        <w:rPr>
          <w:rFonts w:cs="Times New Roman"/>
          <w:szCs w:val="24"/>
        </w:rPr>
        <w:t>scrisă</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formă</w:t>
      </w:r>
      <w:proofErr w:type="spellEnd"/>
      <w:r w:rsidRPr="00563B50">
        <w:rPr>
          <w:rFonts w:cs="Times New Roman"/>
          <w:szCs w:val="24"/>
        </w:rPr>
        <w:t xml:space="preserve"> </w:t>
      </w:r>
      <w:proofErr w:type="spellStart"/>
      <w:r w:rsidRPr="00563B50">
        <w:rPr>
          <w:rFonts w:cs="Times New Roman"/>
          <w:szCs w:val="24"/>
        </w:rPr>
        <w:t>electronică</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utilizarea</w:t>
      </w:r>
      <w:proofErr w:type="spellEnd"/>
      <w:r w:rsidRPr="00563B50">
        <w:rPr>
          <w:rFonts w:cs="Times New Roman"/>
          <w:szCs w:val="24"/>
        </w:rPr>
        <w:t xml:space="preserve"> </w:t>
      </w:r>
      <w:proofErr w:type="spellStart"/>
      <w:r w:rsidRPr="00563B50">
        <w:rPr>
          <w:rFonts w:cs="Times New Roman"/>
          <w:szCs w:val="24"/>
        </w:rPr>
        <w:t>mijloacelor</w:t>
      </w:r>
      <w:proofErr w:type="spellEnd"/>
      <w:r w:rsidRPr="00563B50">
        <w:rPr>
          <w:rFonts w:cs="Times New Roman"/>
          <w:szCs w:val="24"/>
        </w:rPr>
        <w:t xml:space="preserve"> </w:t>
      </w:r>
      <w:proofErr w:type="spellStart"/>
      <w:r w:rsidRPr="00563B50">
        <w:rPr>
          <w:rFonts w:cs="Times New Roman"/>
          <w:szCs w:val="24"/>
        </w:rPr>
        <w:t>electronice</w:t>
      </w:r>
      <w:proofErr w:type="spellEnd"/>
      <w:r w:rsidRPr="00563B50">
        <w:rPr>
          <w:rFonts w:cs="Times New Roman"/>
          <w:szCs w:val="24"/>
        </w:rPr>
        <w:t xml:space="preserve"> de </w:t>
      </w:r>
      <w:proofErr w:type="spellStart"/>
      <w:r w:rsidRPr="00563B50">
        <w:rPr>
          <w:rFonts w:cs="Times New Roman"/>
          <w:szCs w:val="24"/>
        </w:rPr>
        <w:t>comunicație</w:t>
      </w:r>
      <w:proofErr w:type="spellEnd"/>
      <w:r w:rsidRPr="00563B50">
        <w:rPr>
          <w:rFonts w:cs="Times New Roman"/>
          <w:szCs w:val="24"/>
        </w:rPr>
        <w:t xml:space="preserve"> al </w:t>
      </w:r>
      <w:proofErr w:type="spellStart"/>
      <w:r w:rsidRPr="00563B50">
        <w:rPr>
          <w:rFonts w:cs="Times New Roman"/>
          <w:szCs w:val="24"/>
        </w:rPr>
        <w:t>subiecților</w:t>
      </w:r>
      <w:proofErr w:type="spellEnd"/>
      <w:r w:rsidRPr="00563B50">
        <w:rPr>
          <w:rFonts w:cs="Times New Roman"/>
          <w:szCs w:val="24"/>
        </w:rPr>
        <w:t xml:space="preserve"> de date </w:t>
      </w:r>
      <w:proofErr w:type="spellStart"/>
      <w:r w:rsidRPr="00563B50">
        <w:rPr>
          <w:rFonts w:cs="Times New Roman"/>
          <w:szCs w:val="24"/>
        </w:rPr>
        <w:t>ori</w:t>
      </w:r>
      <w:proofErr w:type="spellEnd"/>
      <w:r w:rsidRPr="00563B50">
        <w:rPr>
          <w:rFonts w:cs="Times New Roman"/>
          <w:szCs w:val="24"/>
        </w:rPr>
        <w:t xml:space="preserve"> al </w:t>
      </w:r>
      <w:proofErr w:type="spellStart"/>
      <w:r w:rsidRPr="00563B50">
        <w:rPr>
          <w:rFonts w:cs="Times New Roman"/>
          <w:szCs w:val="24"/>
        </w:rPr>
        <w:t>reprezentanților</w:t>
      </w:r>
      <w:proofErr w:type="spellEnd"/>
      <w:r w:rsidRPr="00563B50">
        <w:rPr>
          <w:rFonts w:cs="Times New Roman"/>
          <w:szCs w:val="24"/>
        </w:rPr>
        <w:t xml:space="preserve"> </w:t>
      </w:r>
      <w:proofErr w:type="spellStart"/>
      <w:r w:rsidRPr="00563B50">
        <w:rPr>
          <w:rFonts w:cs="Times New Roman"/>
          <w:szCs w:val="24"/>
        </w:rPr>
        <w:t>acestora</w:t>
      </w:r>
      <w:proofErr w:type="spellEnd"/>
      <w:r w:rsidRPr="00563B50">
        <w:rPr>
          <w:rFonts w:cs="Times New Roman"/>
          <w:szCs w:val="24"/>
        </w:rPr>
        <w:t xml:space="preserve"> </w:t>
      </w:r>
      <w:proofErr w:type="spellStart"/>
      <w:r w:rsidRPr="00563B50">
        <w:rPr>
          <w:rFonts w:cs="Times New Roman"/>
          <w:szCs w:val="24"/>
        </w:rPr>
        <w:t>privind</w:t>
      </w:r>
      <w:proofErr w:type="spellEnd"/>
      <w:r w:rsidRPr="00563B50">
        <w:rPr>
          <w:rFonts w:cs="Times New Roman"/>
          <w:szCs w:val="24"/>
        </w:rPr>
        <w:t xml:space="preserve"> </w:t>
      </w:r>
      <w:proofErr w:type="spellStart"/>
      <w:r w:rsidRPr="00563B50">
        <w:rPr>
          <w:rFonts w:cs="Times New Roman"/>
          <w:szCs w:val="24"/>
        </w:rPr>
        <w:t>prelucrarea</w:t>
      </w:r>
      <w:proofErr w:type="spellEnd"/>
      <w:r w:rsidRPr="00563B50">
        <w:rPr>
          <w:rFonts w:cs="Times New Roman"/>
          <w:szCs w:val="24"/>
        </w:rPr>
        <w:t xml:space="preserve"> </w:t>
      </w:r>
      <w:proofErr w:type="spellStart"/>
      <w:r w:rsidRPr="00563B50">
        <w:rPr>
          <w:rFonts w:cs="Times New Roman"/>
          <w:szCs w:val="24"/>
        </w:rPr>
        <w:t>preconizată</w:t>
      </w:r>
      <w:proofErr w:type="spellEnd"/>
      <w:r w:rsidRPr="00563B50">
        <w:rPr>
          <w:rFonts w:cs="Times New Roman"/>
          <w:szCs w:val="24"/>
        </w:rPr>
        <w:t xml:space="preserve">, </w:t>
      </w:r>
      <w:proofErr w:type="spellStart"/>
      <w:r w:rsidRPr="00563B50">
        <w:rPr>
          <w:rFonts w:cs="Times New Roman"/>
          <w:szCs w:val="24"/>
        </w:rPr>
        <w:t>fără</w:t>
      </w:r>
      <w:proofErr w:type="spellEnd"/>
      <w:r w:rsidRPr="00563B50">
        <w:rPr>
          <w:rFonts w:cs="Times New Roman"/>
          <w:szCs w:val="24"/>
        </w:rPr>
        <w:t xml:space="preserve"> a </w:t>
      </w:r>
      <w:proofErr w:type="spellStart"/>
      <w:r w:rsidRPr="00563B50">
        <w:rPr>
          <w:rFonts w:cs="Times New Roman"/>
          <w:szCs w:val="24"/>
        </w:rPr>
        <w:t>aduce</w:t>
      </w:r>
      <w:proofErr w:type="spellEnd"/>
      <w:r w:rsidRPr="00563B50">
        <w:rPr>
          <w:rFonts w:cs="Times New Roman"/>
          <w:szCs w:val="24"/>
        </w:rPr>
        <w:t xml:space="preserve"> </w:t>
      </w:r>
      <w:proofErr w:type="spellStart"/>
      <w:r w:rsidRPr="00563B50">
        <w:rPr>
          <w:rFonts w:cs="Times New Roman"/>
          <w:szCs w:val="24"/>
        </w:rPr>
        <w:t>atingere</w:t>
      </w:r>
      <w:proofErr w:type="spellEnd"/>
      <w:r w:rsidRPr="00563B50">
        <w:rPr>
          <w:rFonts w:cs="Times New Roman"/>
          <w:szCs w:val="24"/>
        </w:rPr>
        <w:t xml:space="preserve"> </w:t>
      </w:r>
      <w:proofErr w:type="spellStart"/>
      <w:r w:rsidRPr="00563B50">
        <w:rPr>
          <w:rFonts w:cs="Times New Roman"/>
          <w:szCs w:val="24"/>
        </w:rPr>
        <w:t>protecției</w:t>
      </w:r>
      <w:proofErr w:type="spellEnd"/>
      <w:r w:rsidRPr="00563B50">
        <w:rPr>
          <w:rFonts w:cs="Times New Roman"/>
          <w:szCs w:val="24"/>
        </w:rPr>
        <w:t xml:space="preserve"> </w:t>
      </w:r>
      <w:proofErr w:type="spellStart"/>
      <w:r w:rsidRPr="00563B50">
        <w:rPr>
          <w:rFonts w:cs="Times New Roman"/>
          <w:szCs w:val="24"/>
        </w:rPr>
        <w:t>intereselor</w:t>
      </w:r>
      <w:proofErr w:type="spellEnd"/>
      <w:r w:rsidRPr="00563B50">
        <w:rPr>
          <w:rFonts w:cs="Times New Roman"/>
          <w:szCs w:val="24"/>
        </w:rPr>
        <w:t xml:space="preserve"> </w:t>
      </w:r>
      <w:proofErr w:type="spellStart"/>
      <w:r w:rsidRPr="00563B50">
        <w:rPr>
          <w:rFonts w:cs="Times New Roman"/>
          <w:szCs w:val="24"/>
        </w:rPr>
        <w:t>comerciale</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publice</w:t>
      </w:r>
      <w:proofErr w:type="spellEnd"/>
      <w:r w:rsidRPr="00563B50">
        <w:rPr>
          <w:rFonts w:cs="Times New Roman"/>
          <w:szCs w:val="24"/>
        </w:rPr>
        <w:t xml:space="preserve"> </w:t>
      </w:r>
      <w:proofErr w:type="spellStart"/>
      <w:r w:rsidRPr="00563B50">
        <w:rPr>
          <w:rFonts w:cs="Times New Roman"/>
          <w:szCs w:val="24"/>
        </w:rPr>
        <w:t>ori</w:t>
      </w:r>
      <w:proofErr w:type="spellEnd"/>
      <w:r w:rsidRPr="00563B50">
        <w:rPr>
          <w:rFonts w:cs="Times New Roman"/>
          <w:szCs w:val="24"/>
        </w:rPr>
        <w:t xml:space="preserve"> </w:t>
      </w:r>
      <w:proofErr w:type="spellStart"/>
      <w:r w:rsidRPr="00563B50">
        <w:rPr>
          <w:rFonts w:cs="Times New Roman"/>
          <w:szCs w:val="24"/>
        </w:rPr>
        <w:t>securității</w:t>
      </w:r>
      <w:proofErr w:type="spellEnd"/>
      <w:r w:rsidRPr="00563B50">
        <w:rPr>
          <w:rFonts w:cs="Times New Roman"/>
          <w:szCs w:val="24"/>
        </w:rPr>
        <w:t xml:space="preserve"> </w:t>
      </w:r>
      <w:proofErr w:type="spellStart"/>
      <w:r w:rsidRPr="00563B50">
        <w:rPr>
          <w:rFonts w:cs="Times New Roman"/>
          <w:szCs w:val="24"/>
        </w:rPr>
        <w:t>operațiunilor</w:t>
      </w:r>
      <w:proofErr w:type="spellEnd"/>
      <w:r w:rsidRPr="00563B50">
        <w:rPr>
          <w:rFonts w:cs="Times New Roman"/>
          <w:szCs w:val="24"/>
        </w:rPr>
        <w:t xml:space="preserve"> de </w:t>
      </w:r>
      <w:proofErr w:type="spellStart"/>
      <w:r w:rsidRPr="00563B50">
        <w:rPr>
          <w:rFonts w:cs="Times New Roman"/>
          <w:szCs w:val="24"/>
        </w:rPr>
        <w:t>prelucrare</w:t>
      </w:r>
      <w:proofErr w:type="spellEnd"/>
      <w:r w:rsidRPr="00563B50">
        <w:rPr>
          <w:rFonts w:cs="Times New Roman"/>
          <w:szCs w:val="24"/>
        </w:rPr>
        <w:t>.</w:t>
      </w:r>
    </w:p>
    <w:p w14:paraId="5AA71158" w14:textId="77777777" w:rsidR="00EE7ED3" w:rsidRPr="00563B50" w:rsidRDefault="00000000" w:rsidP="00DD6C54">
      <w:pPr>
        <w:jc w:val="both"/>
        <w:rPr>
          <w:rFonts w:cs="Times New Roman"/>
          <w:szCs w:val="24"/>
        </w:rPr>
      </w:pPr>
      <w:proofErr w:type="spellStart"/>
      <w:r w:rsidRPr="00563B50">
        <w:rPr>
          <w:rFonts w:cs="Times New Roman"/>
          <w:szCs w:val="24"/>
        </w:rPr>
        <w:t>Dacă</w:t>
      </w:r>
      <w:proofErr w:type="spellEnd"/>
      <w:r w:rsidRPr="00563B50">
        <w:rPr>
          <w:rFonts w:cs="Times New Roman"/>
          <w:szCs w:val="24"/>
        </w:rPr>
        <w:t xml:space="preserve">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necesar</w:t>
      </w:r>
      <w:proofErr w:type="spellEnd"/>
      <w:r w:rsidRPr="00563B50">
        <w:rPr>
          <w:rFonts w:cs="Times New Roman"/>
          <w:szCs w:val="24"/>
        </w:rPr>
        <w:t xml:space="preserve"> </w:t>
      </w:r>
      <w:r w:rsidRPr="00563B50">
        <w:rPr>
          <w:rFonts w:cs="Times New Roman"/>
          <w:b/>
          <w:bCs/>
          <w:szCs w:val="24"/>
        </w:rPr>
        <w:t>PRIMĂRIA SATULUI MERENI</w:t>
      </w:r>
      <w:r w:rsidRPr="00563B50">
        <w:rPr>
          <w:rFonts w:cs="Times New Roman"/>
          <w:szCs w:val="24"/>
        </w:rPr>
        <w:t xml:space="preserve"> </w:t>
      </w:r>
      <w:proofErr w:type="spellStart"/>
      <w:r w:rsidRPr="00563B50">
        <w:rPr>
          <w:rFonts w:cs="Times New Roman"/>
          <w:szCs w:val="24"/>
        </w:rPr>
        <w:t>efectuează</w:t>
      </w:r>
      <w:proofErr w:type="spellEnd"/>
      <w:r w:rsidRPr="00563B50">
        <w:rPr>
          <w:rFonts w:cs="Times New Roman"/>
          <w:szCs w:val="24"/>
        </w:rPr>
        <w:t xml:space="preserve"> o </w:t>
      </w:r>
      <w:proofErr w:type="spellStart"/>
      <w:r w:rsidRPr="00563B50">
        <w:rPr>
          <w:rFonts w:cs="Times New Roman"/>
          <w:szCs w:val="24"/>
        </w:rPr>
        <w:t>analiză</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a </w:t>
      </w:r>
      <w:proofErr w:type="spellStart"/>
      <w:r w:rsidRPr="00563B50">
        <w:rPr>
          <w:rFonts w:cs="Times New Roman"/>
          <w:szCs w:val="24"/>
        </w:rPr>
        <w:t>evalua</w:t>
      </w:r>
      <w:proofErr w:type="spellEnd"/>
      <w:r w:rsidRPr="00563B50">
        <w:rPr>
          <w:rFonts w:cs="Times New Roman"/>
          <w:szCs w:val="24"/>
        </w:rPr>
        <w:t xml:space="preserve"> </w:t>
      </w:r>
      <w:proofErr w:type="spellStart"/>
      <w:r w:rsidRPr="00563B50">
        <w:rPr>
          <w:rFonts w:cs="Times New Roman"/>
          <w:szCs w:val="24"/>
        </w:rPr>
        <w:t>dacă</w:t>
      </w:r>
      <w:proofErr w:type="spellEnd"/>
      <w:r w:rsidRPr="00563B50">
        <w:rPr>
          <w:rFonts w:cs="Times New Roman"/>
          <w:szCs w:val="24"/>
        </w:rPr>
        <w:t xml:space="preserve"> </w:t>
      </w:r>
      <w:proofErr w:type="spellStart"/>
      <w:r w:rsidRPr="00563B50">
        <w:rPr>
          <w:rFonts w:cs="Times New Roman"/>
          <w:szCs w:val="24"/>
        </w:rPr>
        <w:t>prelucrarea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are loc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conformitate</w:t>
      </w:r>
      <w:proofErr w:type="spellEnd"/>
      <w:r w:rsidRPr="00563B50">
        <w:rPr>
          <w:rFonts w:cs="Times New Roman"/>
          <w:szCs w:val="24"/>
        </w:rPr>
        <w:t xml:space="preserve"> cu </w:t>
      </w:r>
      <w:proofErr w:type="spellStart"/>
      <w:r w:rsidRPr="00563B50">
        <w:rPr>
          <w:rFonts w:cs="Times New Roman"/>
          <w:szCs w:val="24"/>
        </w:rPr>
        <w:t>evaluarea</w:t>
      </w:r>
      <w:proofErr w:type="spellEnd"/>
      <w:r w:rsidRPr="00563B50">
        <w:rPr>
          <w:rFonts w:cs="Times New Roman"/>
          <w:szCs w:val="24"/>
        </w:rPr>
        <w:t xml:space="preserve"> </w:t>
      </w:r>
      <w:proofErr w:type="spellStart"/>
      <w:r w:rsidRPr="00563B50">
        <w:rPr>
          <w:rFonts w:cs="Times New Roman"/>
          <w:szCs w:val="24"/>
        </w:rPr>
        <w:t>impactului</w:t>
      </w:r>
      <w:proofErr w:type="spellEnd"/>
      <w:r w:rsidRPr="00563B50">
        <w:rPr>
          <w:rFonts w:cs="Times New Roman"/>
          <w:szCs w:val="24"/>
        </w:rPr>
        <w:t xml:space="preserve"> </w:t>
      </w:r>
      <w:proofErr w:type="spellStart"/>
      <w:r w:rsidRPr="00563B50">
        <w:rPr>
          <w:rFonts w:cs="Times New Roman"/>
          <w:szCs w:val="24"/>
        </w:rPr>
        <w:t>asupra</w:t>
      </w:r>
      <w:proofErr w:type="spellEnd"/>
      <w:r w:rsidRPr="00563B50">
        <w:rPr>
          <w:rFonts w:cs="Times New Roman"/>
          <w:szCs w:val="24"/>
        </w:rPr>
        <w:t xml:space="preserve"> </w:t>
      </w:r>
      <w:proofErr w:type="spellStart"/>
      <w:r w:rsidRPr="00563B50">
        <w:rPr>
          <w:rFonts w:cs="Times New Roman"/>
          <w:szCs w:val="24"/>
        </w:rPr>
        <w:t>protecției</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cel </w:t>
      </w:r>
      <w:proofErr w:type="spellStart"/>
      <w:r w:rsidRPr="00563B50">
        <w:rPr>
          <w:rFonts w:cs="Times New Roman"/>
          <w:szCs w:val="24"/>
        </w:rPr>
        <w:t>puțin</w:t>
      </w:r>
      <w:proofErr w:type="spellEnd"/>
      <w:r w:rsidRPr="00563B50">
        <w:rPr>
          <w:rFonts w:cs="Times New Roman"/>
          <w:szCs w:val="24"/>
        </w:rPr>
        <w:t xml:space="preserve"> </w:t>
      </w:r>
      <w:proofErr w:type="spellStart"/>
      <w:r w:rsidRPr="00563B50">
        <w:rPr>
          <w:rFonts w:cs="Times New Roman"/>
          <w:szCs w:val="24"/>
        </w:rPr>
        <w:t>atunci</w:t>
      </w:r>
      <w:proofErr w:type="spellEnd"/>
      <w:r w:rsidRPr="00563B50">
        <w:rPr>
          <w:rFonts w:cs="Times New Roman"/>
          <w:szCs w:val="24"/>
        </w:rPr>
        <w:t xml:space="preserve"> </w:t>
      </w:r>
      <w:proofErr w:type="spellStart"/>
      <w:r w:rsidRPr="00563B50">
        <w:rPr>
          <w:rFonts w:cs="Times New Roman"/>
          <w:szCs w:val="24"/>
        </w:rPr>
        <w:t>când</w:t>
      </w:r>
      <w:proofErr w:type="spellEnd"/>
      <w:r w:rsidRPr="00563B50">
        <w:rPr>
          <w:rFonts w:cs="Times New Roman"/>
          <w:szCs w:val="24"/>
        </w:rPr>
        <w:t xml:space="preserve"> are loc o </w:t>
      </w:r>
      <w:proofErr w:type="spellStart"/>
      <w:r w:rsidRPr="00563B50">
        <w:rPr>
          <w:rFonts w:cs="Times New Roman"/>
          <w:szCs w:val="24"/>
        </w:rPr>
        <w:t>modificatione</w:t>
      </w:r>
      <w:proofErr w:type="spellEnd"/>
      <w:r w:rsidRPr="00563B50">
        <w:rPr>
          <w:rFonts w:cs="Times New Roman"/>
          <w:szCs w:val="24"/>
        </w:rPr>
        <w:t xml:space="preserve"> a </w:t>
      </w:r>
      <w:proofErr w:type="spellStart"/>
      <w:r w:rsidRPr="00563B50">
        <w:rPr>
          <w:rFonts w:cs="Times New Roman"/>
          <w:szCs w:val="24"/>
        </w:rPr>
        <w:t>riscului</w:t>
      </w:r>
      <w:proofErr w:type="spellEnd"/>
      <w:r w:rsidRPr="00563B50">
        <w:rPr>
          <w:rFonts w:cs="Times New Roman"/>
          <w:szCs w:val="24"/>
        </w:rPr>
        <w:t xml:space="preserve"> </w:t>
      </w:r>
      <w:proofErr w:type="spellStart"/>
      <w:r w:rsidRPr="00563B50">
        <w:rPr>
          <w:rFonts w:cs="Times New Roman"/>
          <w:szCs w:val="24"/>
        </w:rPr>
        <w:t>reprezentat</w:t>
      </w:r>
      <w:proofErr w:type="spellEnd"/>
      <w:r w:rsidRPr="00563B50">
        <w:rPr>
          <w:rFonts w:cs="Times New Roman"/>
          <w:szCs w:val="24"/>
        </w:rPr>
        <w:t xml:space="preserve"> de </w:t>
      </w:r>
      <w:proofErr w:type="spellStart"/>
      <w:r w:rsidRPr="00563B50">
        <w:rPr>
          <w:rFonts w:cs="Times New Roman"/>
          <w:szCs w:val="24"/>
        </w:rPr>
        <w:t>operațiunile</w:t>
      </w:r>
      <w:proofErr w:type="spellEnd"/>
      <w:r w:rsidRPr="00563B50">
        <w:rPr>
          <w:rFonts w:cs="Times New Roman"/>
          <w:szCs w:val="24"/>
        </w:rPr>
        <w:t xml:space="preserve"> de </w:t>
      </w:r>
      <w:proofErr w:type="spellStart"/>
      <w:r w:rsidRPr="00563B50">
        <w:rPr>
          <w:rFonts w:cs="Times New Roman"/>
          <w:szCs w:val="24"/>
        </w:rPr>
        <w:t>prelucrare</w:t>
      </w:r>
      <w:proofErr w:type="spellEnd"/>
      <w:r w:rsidRPr="00563B50">
        <w:rPr>
          <w:rFonts w:cs="Times New Roman"/>
          <w:szCs w:val="24"/>
        </w:rPr>
        <w:t>.</w:t>
      </w:r>
    </w:p>
    <w:p w14:paraId="56513C94" w14:textId="77777777" w:rsidR="00EE7ED3" w:rsidRPr="00563B50" w:rsidRDefault="00000000" w:rsidP="00DD6C54">
      <w:pPr>
        <w:jc w:val="both"/>
        <w:rPr>
          <w:rFonts w:cs="Times New Roman"/>
          <w:szCs w:val="24"/>
        </w:rPr>
      </w:pPr>
      <w:r w:rsidRPr="00563B50">
        <w:rPr>
          <w:rFonts w:cs="Times New Roman"/>
          <w:szCs w:val="24"/>
        </w:rPr>
        <w:t xml:space="preserve">Lista </w:t>
      </w:r>
      <w:proofErr w:type="spellStart"/>
      <w:r w:rsidRPr="00563B50">
        <w:rPr>
          <w:rFonts w:cs="Times New Roman"/>
          <w:szCs w:val="24"/>
        </w:rPr>
        <w:t>tipurilor</w:t>
      </w:r>
      <w:proofErr w:type="spellEnd"/>
      <w:r w:rsidRPr="00563B50">
        <w:rPr>
          <w:rFonts w:cs="Times New Roman"/>
          <w:szCs w:val="24"/>
        </w:rPr>
        <w:t xml:space="preserve"> de </w:t>
      </w:r>
      <w:proofErr w:type="spellStart"/>
      <w:r w:rsidRPr="00563B50">
        <w:rPr>
          <w:rFonts w:cs="Times New Roman"/>
          <w:szCs w:val="24"/>
        </w:rPr>
        <w:t>operațiuni</w:t>
      </w:r>
      <w:proofErr w:type="spellEnd"/>
      <w:r w:rsidRPr="00563B50">
        <w:rPr>
          <w:rFonts w:cs="Times New Roman"/>
          <w:szCs w:val="24"/>
        </w:rPr>
        <w:t xml:space="preserve"> de </w:t>
      </w:r>
      <w:proofErr w:type="spellStart"/>
      <w:r w:rsidRPr="00563B50">
        <w:rPr>
          <w:rFonts w:cs="Times New Roman"/>
          <w:szCs w:val="24"/>
        </w:rPr>
        <w:t>prelucrare</w:t>
      </w:r>
      <w:proofErr w:type="spellEnd"/>
      <w:r w:rsidRPr="00563B50">
        <w:rPr>
          <w:rFonts w:cs="Times New Roman"/>
          <w:szCs w:val="24"/>
        </w:rPr>
        <w:t xml:space="preserve"> care fac </w:t>
      </w:r>
      <w:proofErr w:type="spellStart"/>
      <w:r w:rsidRPr="00563B50">
        <w:rPr>
          <w:rFonts w:cs="Times New Roman"/>
          <w:szCs w:val="24"/>
        </w:rPr>
        <w:t>obiectul</w:t>
      </w:r>
      <w:proofErr w:type="spellEnd"/>
      <w:r w:rsidRPr="00563B50">
        <w:rPr>
          <w:rFonts w:cs="Times New Roman"/>
          <w:szCs w:val="24"/>
        </w:rPr>
        <w:t xml:space="preserve"> </w:t>
      </w:r>
      <w:proofErr w:type="spellStart"/>
      <w:r w:rsidRPr="00563B50">
        <w:rPr>
          <w:rFonts w:cs="Times New Roman"/>
          <w:szCs w:val="24"/>
        </w:rPr>
        <w:t>cerinței</w:t>
      </w:r>
      <w:proofErr w:type="spellEnd"/>
      <w:r w:rsidRPr="00563B50">
        <w:rPr>
          <w:rFonts w:cs="Times New Roman"/>
          <w:szCs w:val="24"/>
        </w:rPr>
        <w:t xml:space="preserve"> de </w:t>
      </w:r>
      <w:proofErr w:type="spellStart"/>
      <w:r w:rsidRPr="00563B50">
        <w:rPr>
          <w:rFonts w:cs="Times New Roman"/>
          <w:szCs w:val="24"/>
        </w:rPr>
        <w:t>efectuare</w:t>
      </w:r>
      <w:proofErr w:type="spellEnd"/>
      <w:r w:rsidRPr="00563B50">
        <w:rPr>
          <w:rFonts w:cs="Times New Roman"/>
          <w:szCs w:val="24"/>
        </w:rPr>
        <w:t xml:space="preserve"> a </w:t>
      </w:r>
      <w:proofErr w:type="spellStart"/>
      <w:r w:rsidRPr="00563B50">
        <w:rPr>
          <w:rFonts w:cs="Times New Roman"/>
          <w:szCs w:val="24"/>
        </w:rPr>
        <w:t>unei</w:t>
      </w:r>
      <w:proofErr w:type="spellEnd"/>
      <w:r w:rsidRPr="00563B50">
        <w:rPr>
          <w:rFonts w:cs="Times New Roman"/>
          <w:szCs w:val="24"/>
        </w:rPr>
        <w:t xml:space="preserve"> </w:t>
      </w:r>
      <w:proofErr w:type="spellStart"/>
      <w:r w:rsidRPr="00563B50">
        <w:rPr>
          <w:rFonts w:cs="Times New Roman"/>
          <w:szCs w:val="24"/>
        </w:rPr>
        <w:t>evaluări</w:t>
      </w:r>
      <w:proofErr w:type="spellEnd"/>
      <w:r w:rsidRPr="00563B50">
        <w:rPr>
          <w:rFonts w:cs="Times New Roman"/>
          <w:szCs w:val="24"/>
        </w:rPr>
        <w:t xml:space="preserve"> a </w:t>
      </w:r>
      <w:proofErr w:type="spellStart"/>
      <w:r w:rsidRPr="00563B50">
        <w:rPr>
          <w:rFonts w:cs="Times New Roman"/>
          <w:szCs w:val="24"/>
        </w:rPr>
        <w:t>impactului</w:t>
      </w:r>
      <w:proofErr w:type="spellEnd"/>
      <w:r w:rsidRPr="00563B50">
        <w:rPr>
          <w:rFonts w:cs="Times New Roman"/>
          <w:szCs w:val="24"/>
        </w:rPr>
        <w:t xml:space="preserve"> </w:t>
      </w:r>
      <w:proofErr w:type="spellStart"/>
      <w:r w:rsidRPr="00563B50">
        <w:rPr>
          <w:rFonts w:cs="Times New Roman"/>
          <w:szCs w:val="24"/>
        </w:rPr>
        <w:t>asupra</w:t>
      </w:r>
      <w:proofErr w:type="spellEnd"/>
      <w:r w:rsidRPr="00563B50">
        <w:rPr>
          <w:rFonts w:cs="Times New Roman"/>
          <w:szCs w:val="24"/>
        </w:rPr>
        <w:t xml:space="preserve"> </w:t>
      </w:r>
      <w:proofErr w:type="spellStart"/>
      <w:r w:rsidRPr="00563B50">
        <w:rPr>
          <w:rFonts w:cs="Times New Roman"/>
          <w:szCs w:val="24"/>
        </w:rPr>
        <w:t>protecției</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se </w:t>
      </w:r>
      <w:proofErr w:type="spellStart"/>
      <w:r w:rsidRPr="00563B50">
        <w:rPr>
          <w:rFonts w:cs="Times New Roman"/>
          <w:szCs w:val="24"/>
        </w:rPr>
        <w:t>stabilește</w:t>
      </w:r>
      <w:proofErr w:type="spellEnd"/>
      <w:r w:rsidRPr="00563B50">
        <w:rPr>
          <w:rFonts w:cs="Times New Roman"/>
          <w:szCs w:val="24"/>
        </w:rPr>
        <w:t xml:space="preserve"> de </w:t>
      </w:r>
      <w:proofErr w:type="spellStart"/>
      <w:r w:rsidRPr="00563B50">
        <w:rPr>
          <w:rFonts w:cs="Times New Roman"/>
          <w:szCs w:val="24"/>
        </w:rPr>
        <w:t>Centrul</w:t>
      </w:r>
      <w:proofErr w:type="spellEnd"/>
      <w:r w:rsidRPr="00563B50">
        <w:rPr>
          <w:rFonts w:cs="Times New Roman"/>
          <w:szCs w:val="24"/>
        </w:rPr>
        <w:t xml:space="preserve"> National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Protecția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Caracter Personal.</w:t>
      </w:r>
    </w:p>
    <w:p w14:paraId="058DCAEB" w14:textId="77777777" w:rsidR="00EE7ED3" w:rsidRPr="00563B50" w:rsidRDefault="00000000" w:rsidP="00DD6C54">
      <w:pPr>
        <w:jc w:val="both"/>
        <w:rPr>
          <w:rFonts w:cs="Times New Roman"/>
          <w:szCs w:val="24"/>
        </w:rPr>
      </w:pPr>
      <w:r w:rsidRPr="00563B50">
        <w:rPr>
          <w:rFonts w:cs="Times New Roman"/>
          <w:b/>
          <w:bCs/>
          <w:szCs w:val="24"/>
        </w:rPr>
        <w:t>PRIMĂRIA SATULUI MERENI</w:t>
      </w:r>
      <w:r w:rsidRPr="00563B50">
        <w:rPr>
          <w:rFonts w:cs="Times New Roman"/>
          <w:szCs w:val="24"/>
        </w:rPr>
        <w:t xml:space="preserve"> </w:t>
      </w:r>
      <w:proofErr w:type="spellStart"/>
      <w:r w:rsidRPr="00563B50">
        <w:rPr>
          <w:rFonts w:cs="Times New Roman"/>
          <w:szCs w:val="24"/>
        </w:rPr>
        <w:t>va</w:t>
      </w:r>
      <w:proofErr w:type="spellEnd"/>
      <w:r w:rsidRPr="00563B50">
        <w:rPr>
          <w:rFonts w:cs="Times New Roman"/>
          <w:szCs w:val="24"/>
        </w:rPr>
        <w:t xml:space="preserve"> consulta </w:t>
      </w:r>
      <w:proofErr w:type="spellStart"/>
      <w:r w:rsidRPr="00563B50">
        <w:rPr>
          <w:rFonts w:cs="Times New Roman"/>
          <w:szCs w:val="24"/>
        </w:rPr>
        <w:t>Centrul</w:t>
      </w:r>
      <w:proofErr w:type="spellEnd"/>
      <w:r w:rsidRPr="00563B50">
        <w:rPr>
          <w:rFonts w:cs="Times New Roman"/>
          <w:szCs w:val="24"/>
        </w:rPr>
        <w:t xml:space="preserve"> </w:t>
      </w:r>
      <w:proofErr w:type="spellStart"/>
      <w:r w:rsidRPr="00563B50">
        <w:rPr>
          <w:rFonts w:cs="Times New Roman"/>
          <w:szCs w:val="24"/>
        </w:rPr>
        <w:t>național</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Protecția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Caracter Personal </w:t>
      </w:r>
      <w:proofErr w:type="spellStart"/>
      <w:r w:rsidRPr="00563B50">
        <w:rPr>
          <w:rFonts w:cs="Times New Roman"/>
          <w:szCs w:val="24"/>
        </w:rPr>
        <w:t>înainte</w:t>
      </w:r>
      <w:proofErr w:type="spellEnd"/>
      <w:r w:rsidRPr="00563B50">
        <w:rPr>
          <w:rFonts w:cs="Times New Roman"/>
          <w:szCs w:val="24"/>
        </w:rPr>
        <w:t xml:space="preserve"> de </w:t>
      </w:r>
      <w:proofErr w:type="spellStart"/>
      <w:r w:rsidRPr="00563B50">
        <w:rPr>
          <w:rFonts w:cs="Times New Roman"/>
          <w:szCs w:val="24"/>
        </w:rPr>
        <w:t>prelucrarea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dacă</w:t>
      </w:r>
      <w:proofErr w:type="spellEnd"/>
      <w:r w:rsidRPr="00563B50">
        <w:rPr>
          <w:rFonts w:cs="Times New Roman"/>
          <w:szCs w:val="24"/>
        </w:rPr>
        <w:t xml:space="preserve"> </w:t>
      </w:r>
      <w:proofErr w:type="spellStart"/>
      <w:r w:rsidRPr="00563B50">
        <w:rPr>
          <w:rFonts w:cs="Times New Roman"/>
          <w:szCs w:val="24"/>
        </w:rPr>
        <w:t>evaluarea</w:t>
      </w:r>
      <w:proofErr w:type="spellEnd"/>
      <w:r w:rsidRPr="00563B50">
        <w:rPr>
          <w:rFonts w:cs="Times New Roman"/>
          <w:szCs w:val="24"/>
        </w:rPr>
        <w:t xml:space="preserve"> </w:t>
      </w:r>
      <w:proofErr w:type="spellStart"/>
      <w:r w:rsidRPr="00563B50">
        <w:rPr>
          <w:rFonts w:cs="Times New Roman"/>
          <w:szCs w:val="24"/>
        </w:rPr>
        <w:t>impactului</w:t>
      </w:r>
      <w:proofErr w:type="spellEnd"/>
      <w:r w:rsidRPr="00563B50">
        <w:rPr>
          <w:rFonts w:cs="Times New Roman"/>
          <w:szCs w:val="24"/>
        </w:rPr>
        <w:t xml:space="preserve"> </w:t>
      </w:r>
      <w:proofErr w:type="spellStart"/>
      <w:r w:rsidRPr="00563B50">
        <w:rPr>
          <w:rFonts w:cs="Times New Roman"/>
          <w:szCs w:val="24"/>
        </w:rPr>
        <w:t>asupra</w:t>
      </w:r>
      <w:proofErr w:type="spellEnd"/>
      <w:r w:rsidRPr="00563B50">
        <w:rPr>
          <w:rFonts w:cs="Times New Roman"/>
          <w:szCs w:val="24"/>
        </w:rPr>
        <w:t xml:space="preserve"> </w:t>
      </w:r>
      <w:proofErr w:type="spellStart"/>
      <w:r w:rsidRPr="00563B50">
        <w:rPr>
          <w:rFonts w:cs="Times New Roman"/>
          <w:szCs w:val="24"/>
        </w:rPr>
        <w:t>protecției</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indică</w:t>
      </w:r>
      <w:proofErr w:type="spellEnd"/>
      <w:r w:rsidRPr="00563B50">
        <w:rPr>
          <w:rFonts w:cs="Times New Roman"/>
          <w:szCs w:val="24"/>
        </w:rPr>
        <w:t xml:space="preserve"> </w:t>
      </w:r>
      <w:proofErr w:type="spellStart"/>
      <w:r w:rsidRPr="00563B50">
        <w:rPr>
          <w:rFonts w:cs="Times New Roman"/>
          <w:szCs w:val="24"/>
        </w:rPr>
        <w:t>faptul</w:t>
      </w:r>
      <w:proofErr w:type="spellEnd"/>
      <w:r w:rsidRPr="00563B50">
        <w:rPr>
          <w:rFonts w:cs="Times New Roman"/>
          <w:szCs w:val="24"/>
        </w:rPr>
        <w:t xml:space="preserve"> </w:t>
      </w:r>
      <w:proofErr w:type="spellStart"/>
      <w:r w:rsidRPr="00563B50">
        <w:rPr>
          <w:rFonts w:cs="Times New Roman"/>
          <w:szCs w:val="24"/>
        </w:rPr>
        <w:t>că</w:t>
      </w:r>
      <w:proofErr w:type="spellEnd"/>
      <w:r w:rsidRPr="00563B50">
        <w:rPr>
          <w:rFonts w:cs="Times New Roman"/>
          <w:szCs w:val="24"/>
        </w:rPr>
        <w:t xml:space="preserve"> </w:t>
      </w:r>
      <w:proofErr w:type="spellStart"/>
      <w:r w:rsidRPr="00563B50">
        <w:rPr>
          <w:rFonts w:cs="Times New Roman"/>
          <w:szCs w:val="24"/>
        </w:rPr>
        <w:t>prelucrarea</w:t>
      </w:r>
      <w:proofErr w:type="spellEnd"/>
      <w:r w:rsidRPr="00563B50">
        <w:rPr>
          <w:rFonts w:cs="Times New Roman"/>
          <w:szCs w:val="24"/>
        </w:rPr>
        <w:t xml:space="preserve"> </w:t>
      </w:r>
      <w:proofErr w:type="spellStart"/>
      <w:r w:rsidRPr="00563B50">
        <w:rPr>
          <w:rFonts w:cs="Times New Roman"/>
          <w:szCs w:val="24"/>
        </w:rPr>
        <w:t>ar</w:t>
      </w:r>
      <w:proofErr w:type="spellEnd"/>
      <w:r w:rsidRPr="00563B50">
        <w:rPr>
          <w:rFonts w:cs="Times New Roman"/>
          <w:szCs w:val="24"/>
        </w:rPr>
        <w:t xml:space="preserve"> genera un </w:t>
      </w:r>
      <w:proofErr w:type="spellStart"/>
      <w:r w:rsidRPr="00563B50">
        <w:rPr>
          <w:rFonts w:cs="Times New Roman"/>
          <w:szCs w:val="24"/>
        </w:rPr>
        <w:t>risc</w:t>
      </w:r>
      <w:proofErr w:type="spellEnd"/>
      <w:r w:rsidRPr="00563B50">
        <w:rPr>
          <w:rFonts w:cs="Times New Roman"/>
          <w:szCs w:val="24"/>
        </w:rPr>
        <w:t xml:space="preserve"> </w:t>
      </w:r>
      <w:proofErr w:type="spellStart"/>
      <w:r w:rsidRPr="00563B50">
        <w:rPr>
          <w:rFonts w:cs="Times New Roman"/>
          <w:szCs w:val="24"/>
        </w:rPr>
        <w:t>sporit</w:t>
      </w:r>
      <w:proofErr w:type="spellEnd"/>
      <w:r w:rsidRPr="00563B50">
        <w:rPr>
          <w:rFonts w:cs="Times New Roman"/>
          <w:szCs w:val="24"/>
        </w:rPr>
        <w:t xml:space="preserve">, </w:t>
      </w:r>
      <w:proofErr w:type="spellStart"/>
      <w:r w:rsidRPr="00563B50">
        <w:rPr>
          <w:rFonts w:cs="Times New Roman"/>
          <w:szCs w:val="24"/>
        </w:rPr>
        <w:t>iar</w:t>
      </w:r>
      <w:proofErr w:type="spellEnd"/>
      <w:r w:rsidRPr="00563B50">
        <w:rPr>
          <w:rFonts w:cs="Times New Roman"/>
          <w:szCs w:val="24"/>
        </w:rPr>
        <w:t xml:space="preserve"> </w:t>
      </w:r>
      <w:r w:rsidRPr="00563B50">
        <w:rPr>
          <w:rFonts w:cs="Times New Roman"/>
          <w:b/>
          <w:bCs/>
          <w:szCs w:val="24"/>
        </w:rPr>
        <w:t>PRIMĂRIA SATULUI MERENI</w:t>
      </w:r>
      <w:r w:rsidRPr="00563B50">
        <w:rPr>
          <w:rFonts w:cs="Times New Roman"/>
          <w:szCs w:val="24"/>
        </w:rPr>
        <w:t xml:space="preserve"> </w:t>
      </w:r>
      <w:proofErr w:type="spellStart"/>
      <w:r w:rsidRPr="00563B50">
        <w:rPr>
          <w:rFonts w:cs="Times New Roman"/>
          <w:szCs w:val="24"/>
        </w:rPr>
        <w:t>consideră</w:t>
      </w:r>
      <w:proofErr w:type="spellEnd"/>
      <w:r w:rsidRPr="00563B50">
        <w:rPr>
          <w:rFonts w:cs="Times New Roman"/>
          <w:szCs w:val="24"/>
        </w:rPr>
        <w:t xml:space="preserve"> </w:t>
      </w:r>
      <w:proofErr w:type="spellStart"/>
      <w:r w:rsidRPr="00563B50">
        <w:rPr>
          <w:rFonts w:cs="Times New Roman"/>
          <w:szCs w:val="24"/>
        </w:rPr>
        <w:t>că</w:t>
      </w:r>
      <w:proofErr w:type="spellEnd"/>
      <w:r w:rsidRPr="00563B50">
        <w:rPr>
          <w:rFonts w:cs="Times New Roman"/>
          <w:szCs w:val="24"/>
        </w:rPr>
        <w:t xml:space="preserve"> </w:t>
      </w:r>
      <w:proofErr w:type="spellStart"/>
      <w:r w:rsidRPr="00563B50">
        <w:rPr>
          <w:rFonts w:cs="Times New Roman"/>
          <w:szCs w:val="24"/>
        </w:rPr>
        <w:t>riscul</w:t>
      </w:r>
      <w:proofErr w:type="spellEnd"/>
      <w:r w:rsidRPr="00563B50">
        <w:rPr>
          <w:rFonts w:cs="Times New Roman"/>
          <w:szCs w:val="24"/>
        </w:rPr>
        <w:t xml:space="preserve"> nu </w:t>
      </w:r>
      <w:proofErr w:type="spellStart"/>
      <w:r w:rsidRPr="00563B50">
        <w:rPr>
          <w:rFonts w:cs="Times New Roman"/>
          <w:szCs w:val="24"/>
        </w:rPr>
        <w:t>poate</w:t>
      </w:r>
      <w:proofErr w:type="spellEnd"/>
      <w:r w:rsidRPr="00563B50">
        <w:rPr>
          <w:rFonts w:cs="Times New Roman"/>
          <w:szCs w:val="24"/>
        </w:rPr>
        <w:t xml:space="preserve"> fi </w:t>
      </w:r>
      <w:proofErr w:type="spellStart"/>
      <w:r w:rsidRPr="00563B50">
        <w:rPr>
          <w:rFonts w:cs="Times New Roman"/>
          <w:szCs w:val="24"/>
        </w:rPr>
        <w:t>atenuat</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mijloace</w:t>
      </w:r>
      <w:proofErr w:type="spellEnd"/>
      <w:r w:rsidRPr="00563B50">
        <w:rPr>
          <w:rFonts w:cs="Times New Roman"/>
          <w:szCs w:val="24"/>
        </w:rPr>
        <w:t xml:space="preserve"> </w:t>
      </w:r>
      <w:proofErr w:type="spellStart"/>
      <w:r w:rsidRPr="00563B50">
        <w:rPr>
          <w:rFonts w:cs="Times New Roman"/>
          <w:szCs w:val="24"/>
        </w:rPr>
        <w:t>rezonabile</w:t>
      </w:r>
      <w:proofErr w:type="spellEnd"/>
      <w:r w:rsidRPr="00563B50">
        <w:rPr>
          <w:rFonts w:cs="Times New Roman"/>
          <w:szCs w:val="24"/>
        </w:rPr>
        <w:t xml:space="preserve"> sub </w:t>
      </w:r>
      <w:proofErr w:type="spellStart"/>
      <w:r w:rsidRPr="00563B50">
        <w:rPr>
          <w:rFonts w:cs="Times New Roman"/>
          <w:szCs w:val="24"/>
        </w:rPr>
        <w:t>aspectul</w:t>
      </w:r>
      <w:proofErr w:type="spellEnd"/>
      <w:r w:rsidRPr="00563B50">
        <w:rPr>
          <w:rFonts w:cs="Times New Roman"/>
          <w:szCs w:val="24"/>
        </w:rPr>
        <w:t xml:space="preserve"> </w:t>
      </w:r>
      <w:proofErr w:type="spellStart"/>
      <w:r w:rsidRPr="00563B50">
        <w:rPr>
          <w:rFonts w:cs="Times New Roman"/>
          <w:szCs w:val="24"/>
        </w:rPr>
        <w:t>tehnologiilor</w:t>
      </w:r>
      <w:proofErr w:type="spellEnd"/>
      <w:r w:rsidRPr="00563B50">
        <w:rPr>
          <w:rFonts w:cs="Times New Roman"/>
          <w:szCs w:val="24"/>
        </w:rPr>
        <w:t xml:space="preserve"> </w:t>
      </w:r>
      <w:proofErr w:type="spellStart"/>
      <w:r w:rsidRPr="00563B50">
        <w:rPr>
          <w:rFonts w:cs="Times New Roman"/>
          <w:szCs w:val="24"/>
        </w:rPr>
        <w:t>disponibile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al </w:t>
      </w:r>
      <w:proofErr w:type="spellStart"/>
      <w:r w:rsidRPr="00563B50">
        <w:rPr>
          <w:rFonts w:cs="Times New Roman"/>
          <w:szCs w:val="24"/>
        </w:rPr>
        <w:t>costurilor</w:t>
      </w:r>
      <w:proofErr w:type="spellEnd"/>
      <w:r w:rsidRPr="00563B50">
        <w:rPr>
          <w:rFonts w:cs="Times New Roman"/>
          <w:szCs w:val="24"/>
        </w:rPr>
        <w:t xml:space="preserve"> </w:t>
      </w:r>
      <w:proofErr w:type="spellStart"/>
      <w:r w:rsidRPr="00563B50">
        <w:rPr>
          <w:rFonts w:cs="Times New Roman"/>
          <w:szCs w:val="24"/>
        </w:rPr>
        <w:t>implementării</w:t>
      </w:r>
      <w:proofErr w:type="spellEnd"/>
      <w:r w:rsidRPr="00563B50">
        <w:rPr>
          <w:rFonts w:cs="Times New Roman"/>
          <w:szCs w:val="24"/>
        </w:rPr>
        <w:t>.</w:t>
      </w:r>
    </w:p>
    <w:p w14:paraId="2BAE41FC" w14:textId="77777777" w:rsidR="00EE7ED3" w:rsidRPr="00563B50" w:rsidRDefault="00000000" w:rsidP="00DD6C54">
      <w:pPr>
        <w:jc w:val="both"/>
        <w:rPr>
          <w:rFonts w:cs="Times New Roman"/>
          <w:szCs w:val="24"/>
        </w:rPr>
      </w:pP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cazul</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care </w:t>
      </w:r>
      <w:proofErr w:type="spellStart"/>
      <w:r w:rsidRPr="00563B50">
        <w:rPr>
          <w:rFonts w:cs="Times New Roman"/>
          <w:szCs w:val="24"/>
        </w:rPr>
        <w:t>operatorul</w:t>
      </w:r>
      <w:proofErr w:type="spellEnd"/>
      <w:r w:rsidRPr="00563B50">
        <w:rPr>
          <w:rFonts w:cs="Times New Roman"/>
          <w:szCs w:val="24"/>
        </w:rPr>
        <w:t xml:space="preserve"> </w:t>
      </w:r>
      <w:proofErr w:type="spellStart"/>
      <w:r w:rsidRPr="00563B50">
        <w:rPr>
          <w:rFonts w:cs="Times New Roman"/>
          <w:szCs w:val="24"/>
        </w:rPr>
        <w:t>consultă</w:t>
      </w:r>
      <w:proofErr w:type="spellEnd"/>
      <w:r w:rsidRPr="00563B50">
        <w:rPr>
          <w:rFonts w:cs="Times New Roman"/>
          <w:szCs w:val="24"/>
        </w:rPr>
        <w:t xml:space="preserve"> </w:t>
      </w:r>
      <w:proofErr w:type="spellStart"/>
      <w:r w:rsidRPr="00563B50">
        <w:rPr>
          <w:rFonts w:cs="Times New Roman"/>
          <w:szCs w:val="24"/>
        </w:rPr>
        <w:t>Centrul</w:t>
      </w:r>
      <w:proofErr w:type="spellEnd"/>
      <w:r w:rsidRPr="00563B50">
        <w:rPr>
          <w:rFonts w:cs="Times New Roman"/>
          <w:szCs w:val="24"/>
        </w:rPr>
        <w:t xml:space="preserve"> </w:t>
      </w:r>
      <w:proofErr w:type="spellStart"/>
      <w:r w:rsidRPr="00563B50">
        <w:rPr>
          <w:rFonts w:cs="Times New Roman"/>
          <w:szCs w:val="24"/>
        </w:rPr>
        <w:t>Naţional</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Protecția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Caracter Personal, </w:t>
      </w:r>
      <w:proofErr w:type="spellStart"/>
      <w:r w:rsidRPr="00563B50">
        <w:rPr>
          <w:rFonts w:cs="Times New Roman"/>
          <w:szCs w:val="24"/>
        </w:rPr>
        <w:t>va</w:t>
      </w:r>
      <w:proofErr w:type="spellEnd"/>
      <w:r w:rsidRPr="00563B50">
        <w:rPr>
          <w:rFonts w:cs="Times New Roman"/>
          <w:szCs w:val="24"/>
        </w:rPr>
        <w:t xml:space="preserve"> </w:t>
      </w:r>
      <w:proofErr w:type="spellStart"/>
      <w:r w:rsidRPr="00563B50">
        <w:rPr>
          <w:rFonts w:cs="Times New Roman"/>
          <w:szCs w:val="24"/>
        </w:rPr>
        <w:t>furniza</w:t>
      </w:r>
      <w:proofErr w:type="spellEnd"/>
      <w:r w:rsidRPr="00563B50">
        <w:rPr>
          <w:rFonts w:cs="Times New Roman"/>
          <w:szCs w:val="24"/>
        </w:rPr>
        <w:t xml:space="preserve"> </w:t>
      </w:r>
      <w:proofErr w:type="spellStart"/>
      <w:r w:rsidRPr="00563B50">
        <w:rPr>
          <w:rFonts w:cs="Times New Roman"/>
          <w:szCs w:val="24"/>
        </w:rPr>
        <w:t>următoarea</w:t>
      </w:r>
      <w:proofErr w:type="spellEnd"/>
      <w:r w:rsidRPr="00563B50">
        <w:rPr>
          <w:rFonts w:cs="Times New Roman"/>
          <w:szCs w:val="24"/>
        </w:rPr>
        <w:t xml:space="preserve"> </w:t>
      </w:r>
      <w:proofErr w:type="spellStart"/>
      <w:r w:rsidRPr="00563B50">
        <w:rPr>
          <w:rFonts w:cs="Times New Roman"/>
          <w:szCs w:val="24"/>
        </w:rPr>
        <w:t>informație</w:t>
      </w:r>
      <w:proofErr w:type="spellEnd"/>
      <w:r w:rsidRPr="00563B50">
        <w:rPr>
          <w:rFonts w:cs="Times New Roman"/>
          <w:szCs w:val="24"/>
        </w:rPr>
        <w:t>:</w:t>
      </w:r>
    </w:p>
    <w:p w14:paraId="57262541" w14:textId="77777777" w:rsidR="00EE7ED3" w:rsidRPr="00563B50" w:rsidRDefault="00000000" w:rsidP="00DD6C54">
      <w:pPr>
        <w:ind w:left="720"/>
        <w:jc w:val="both"/>
        <w:rPr>
          <w:rFonts w:cs="Times New Roman"/>
          <w:szCs w:val="24"/>
        </w:rPr>
      </w:pPr>
      <w:r w:rsidRPr="00563B50">
        <w:rPr>
          <w:rFonts w:cs="Times New Roman"/>
          <w:b/>
          <w:bCs/>
          <w:szCs w:val="24"/>
        </w:rPr>
        <w:t>a)</w:t>
      </w:r>
      <w:r w:rsidRPr="00563B50">
        <w:rPr>
          <w:rFonts w:cs="Times New Roman"/>
          <w:szCs w:val="24"/>
        </w:rPr>
        <w:t xml:space="preserve"> </w:t>
      </w:r>
      <w:proofErr w:type="spellStart"/>
      <w:r w:rsidRPr="00563B50">
        <w:rPr>
          <w:rFonts w:cs="Times New Roman"/>
          <w:szCs w:val="24"/>
        </w:rPr>
        <w:t>după</w:t>
      </w:r>
      <w:proofErr w:type="spellEnd"/>
      <w:r w:rsidRPr="00563B50">
        <w:rPr>
          <w:rFonts w:cs="Times New Roman"/>
          <w:szCs w:val="24"/>
        </w:rPr>
        <w:t xml:space="preserve"> </w:t>
      </w:r>
      <w:proofErr w:type="spellStart"/>
      <w:r w:rsidRPr="00563B50">
        <w:rPr>
          <w:rFonts w:cs="Times New Roman"/>
          <w:szCs w:val="24"/>
        </w:rPr>
        <w:t>caz</w:t>
      </w:r>
      <w:proofErr w:type="spellEnd"/>
      <w:r w:rsidRPr="00563B50">
        <w:rPr>
          <w:rFonts w:cs="Times New Roman"/>
          <w:szCs w:val="24"/>
        </w:rPr>
        <w:t xml:space="preserve">, </w:t>
      </w:r>
      <w:proofErr w:type="spellStart"/>
      <w:r w:rsidRPr="00563B50">
        <w:rPr>
          <w:rFonts w:cs="Times New Roman"/>
          <w:szCs w:val="24"/>
        </w:rPr>
        <w:t>responsabilitățile</w:t>
      </w:r>
      <w:proofErr w:type="spellEnd"/>
      <w:r w:rsidRPr="00563B50">
        <w:rPr>
          <w:rFonts w:cs="Times New Roman"/>
          <w:szCs w:val="24"/>
        </w:rPr>
        <w:t xml:space="preserve"> </w:t>
      </w:r>
      <w:proofErr w:type="spellStart"/>
      <w:r w:rsidRPr="00563B50">
        <w:rPr>
          <w:rFonts w:cs="Times New Roman"/>
          <w:szCs w:val="24"/>
        </w:rPr>
        <w:t>corespunzătoare</w:t>
      </w:r>
      <w:proofErr w:type="spellEnd"/>
      <w:r w:rsidRPr="00563B50">
        <w:rPr>
          <w:rFonts w:cs="Times New Roman"/>
          <w:szCs w:val="24"/>
        </w:rPr>
        <w:t xml:space="preserve"> ale </w:t>
      </w:r>
      <w:proofErr w:type="spellStart"/>
      <w:r w:rsidRPr="00563B50">
        <w:rPr>
          <w:rFonts w:cs="Times New Roman"/>
          <w:szCs w:val="24"/>
        </w:rPr>
        <w:t>operatorului</w:t>
      </w:r>
      <w:proofErr w:type="spellEnd"/>
      <w:r w:rsidRPr="00563B50">
        <w:rPr>
          <w:rFonts w:cs="Times New Roman"/>
          <w:szCs w:val="24"/>
        </w:rPr>
        <w:t>/</w:t>
      </w:r>
      <w:proofErr w:type="spellStart"/>
      <w:r w:rsidRPr="00563B50">
        <w:rPr>
          <w:rFonts w:cs="Times New Roman"/>
          <w:szCs w:val="24"/>
        </w:rPr>
        <w:t>operatorilor</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ale </w:t>
      </w:r>
      <w:proofErr w:type="spellStart"/>
      <w:r w:rsidRPr="00563B50">
        <w:rPr>
          <w:rFonts w:cs="Times New Roman"/>
          <w:szCs w:val="24"/>
        </w:rPr>
        <w:t>persoanelor</w:t>
      </w:r>
      <w:proofErr w:type="spellEnd"/>
      <w:r w:rsidRPr="00563B50">
        <w:rPr>
          <w:rFonts w:cs="Times New Roman"/>
          <w:szCs w:val="24"/>
        </w:rPr>
        <w:t xml:space="preserve"> </w:t>
      </w:r>
      <w:proofErr w:type="spellStart"/>
      <w:r w:rsidRPr="00563B50">
        <w:rPr>
          <w:rFonts w:cs="Times New Roman"/>
          <w:szCs w:val="24"/>
        </w:rPr>
        <w:t>împuternicite</w:t>
      </w:r>
      <w:proofErr w:type="spellEnd"/>
      <w:r w:rsidRPr="00563B50">
        <w:rPr>
          <w:rFonts w:cs="Times New Roman"/>
          <w:szCs w:val="24"/>
        </w:rPr>
        <w:t xml:space="preserve"> de operator implicate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activitățile</w:t>
      </w:r>
      <w:proofErr w:type="spellEnd"/>
      <w:r w:rsidRPr="00563B50">
        <w:rPr>
          <w:rFonts w:cs="Times New Roman"/>
          <w:szCs w:val="24"/>
        </w:rPr>
        <w:t xml:space="preserve"> de </w:t>
      </w:r>
      <w:proofErr w:type="spellStart"/>
      <w:r w:rsidRPr="00563B50">
        <w:rPr>
          <w:rFonts w:cs="Times New Roman"/>
          <w:szCs w:val="24"/>
        </w:rPr>
        <w:t>prelucrare</w:t>
      </w:r>
      <w:proofErr w:type="spellEnd"/>
      <w:r w:rsidRPr="00563B50">
        <w:rPr>
          <w:rFonts w:cs="Times New Roman"/>
          <w:szCs w:val="24"/>
        </w:rPr>
        <w:t xml:space="preserve"> a </w:t>
      </w:r>
      <w:proofErr w:type="spellStart"/>
      <w:r w:rsidRPr="00563B50">
        <w:rPr>
          <w:rFonts w:cs="Times New Roman"/>
          <w:szCs w:val="24"/>
        </w:rPr>
        <w:t>datelor</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special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prelucrarea</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cadrul</w:t>
      </w:r>
      <w:proofErr w:type="spellEnd"/>
      <w:r w:rsidRPr="00563B50">
        <w:rPr>
          <w:rFonts w:cs="Times New Roman"/>
          <w:szCs w:val="24"/>
        </w:rPr>
        <w:t xml:space="preserve"> </w:t>
      </w:r>
      <w:proofErr w:type="spellStart"/>
      <w:r w:rsidRPr="00563B50">
        <w:rPr>
          <w:rFonts w:cs="Times New Roman"/>
          <w:szCs w:val="24"/>
        </w:rPr>
        <w:t>unui</w:t>
      </w:r>
      <w:proofErr w:type="spellEnd"/>
      <w:r w:rsidRPr="00563B50">
        <w:rPr>
          <w:rFonts w:cs="Times New Roman"/>
          <w:szCs w:val="24"/>
        </w:rPr>
        <w:t xml:space="preserve"> </w:t>
      </w:r>
      <w:proofErr w:type="spellStart"/>
      <w:r w:rsidRPr="00563B50">
        <w:rPr>
          <w:rFonts w:cs="Times New Roman"/>
          <w:szCs w:val="24"/>
        </w:rPr>
        <w:t>grup</w:t>
      </w:r>
      <w:proofErr w:type="spellEnd"/>
      <w:r w:rsidRPr="00563B50">
        <w:rPr>
          <w:rFonts w:cs="Times New Roman"/>
          <w:szCs w:val="24"/>
        </w:rPr>
        <w:t xml:space="preserve"> de </w:t>
      </w:r>
      <w:proofErr w:type="spellStart"/>
      <w:r w:rsidRPr="00563B50">
        <w:rPr>
          <w:rFonts w:cs="Times New Roman"/>
          <w:szCs w:val="24"/>
        </w:rPr>
        <w:t>întreprinderi</w:t>
      </w:r>
      <w:proofErr w:type="spellEnd"/>
      <w:r w:rsidRPr="00563B50">
        <w:rPr>
          <w:rFonts w:cs="Times New Roman"/>
          <w:szCs w:val="24"/>
        </w:rPr>
        <w:t>;</w:t>
      </w:r>
    </w:p>
    <w:p w14:paraId="6D701E1B" w14:textId="77777777" w:rsidR="00EE7ED3" w:rsidRPr="00563B50" w:rsidRDefault="00000000" w:rsidP="00DD6C54">
      <w:pPr>
        <w:ind w:left="720"/>
        <w:jc w:val="both"/>
        <w:rPr>
          <w:rFonts w:cs="Times New Roman"/>
          <w:szCs w:val="24"/>
        </w:rPr>
      </w:pPr>
      <w:r w:rsidRPr="00563B50">
        <w:rPr>
          <w:rFonts w:cs="Times New Roman"/>
          <w:b/>
          <w:bCs/>
          <w:szCs w:val="24"/>
        </w:rPr>
        <w:t>b)</w:t>
      </w:r>
      <w:r w:rsidRPr="00563B50">
        <w:rPr>
          <w:rFonts w:cs="Times New Roman"/>
          <w:szCs w:val="24"/>
        </w:rPr>
        <w:t xml:space="preserve"> </w:t>
      </w:r>
      <w:proofErr w:type="spellStart"/>
      <w:r w:rsidRPr="00563B50">
        <w:rPr>
          <w:rFonts w:cs="Times New Roman"/>
          <w:szCs w:val="24"/>
        </w:rPr>
        <w:t>scopurile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mijloacele</w:t>
      </w:r>
      <w:proofErr w:type="spellEnd"/>
      <w:r w:rsidRPr="00563B50">
        <w:rPr>
          <w:rFonts w:cs="Times New Roman"/>
          <w:szCs w:val="24"/>
        </w:rPr>
        <w:t xml:space="preserve"> </w:t>
      </w:r>
      <w:proofErr w:type="spellStart"/>
      <w:r w:rsidRPr="00563B50">
        <w:rPr>
          <w:rFonts w:cs="Times New Roman"/>
          <w:szCs w:val="24"/>
        </w:rPr>
        <w:t>prelucrării</w:t>
      </w:r>
      <w:proofErr w:type="spellEnd"/>
      <w:r w:rsidRPr="00563B50">
        <w:rPr>
          <w:rFonts w:cs="Times New Roman"/>
          <w:szCs w:val="24"/>
        </w:rPr>
        <w:t xml:space="preserve"> </w:t>
      </w:r>
      <w:proofErr w:type="spellStart"/>
      <w:r w:rsidRPr="00563B50">
        <w:rPr>
          <w:rFonts w:cs="Times New Roman"/>
          <w:szCs w:val="24"/>
        </w:rPr>
        <w:t>preconizate</w:t>
      </w:r>
      <w:proofErr w:type="spellEnd"/>
      <w:r w:rsidRPr="00563B50">
        <w:rPr>
          <w:rFonts w:cs="Times New Roman"/>
          <w:szCs w:val="24"/>
        </w:rPr>
        <w:t>;</w:t>
      </w:r>
    </w:p>
    <w:p w14:paraId="013FD671" w14:textId="77777777" w:rsidR="00EE7ED3" w:rsidRPr="00563B50" w:rsidRDefault="00000000" w:rsidP="00DD6C54">
      <w:pPr>
        <w:ind w:left="720"/>
        <w:jc w:val="both"/>
        <w:rPr>
          <w:rFonts w:cs="Times New Roman"/>
          <w:szCs w:val="24"/>
        </w:rPr>
      </w:pPr>
      <w:r w:rsidRPr="00563B50">
        <w:rPr>
          <w:rFonts w:cs="Times New Roman"/>
          <w:b/>
          <w:bCs/>
          <w:szCs w:val="24"/>
        </w:rPr>
        <w:t>c)</w:t>
      </w:r>
      <w:r w:rsidRPr="00563B50">
        <w:rPr>
          <w:rFonts w:cs="Times New Roman"/>
          <w:szCs w:val="24"/>
        </w:rPr>
        <w:t xml:space="preserve"> </w:t>
      </w:r>
      <w:proofErr w:type="spellStart"/>
      <w:r w:rsidRPr="00563B50">
        <w:rPr>
          <w:rFonts w:cs="Times New Roman"/>
          <w:szCs w:val="24"/>
        </w:rPr>
        <w:t>măsurile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garanțiile</w:t>
      </w:r>
      <w:proofErr w:type="spellEnd"/>
      <w:r w:rsidRPr="00563B50">
        <w:rPr>
          <w:rFonts w:cs="Times New Roman"/>
          <w:szCs w:val="24"/>
        </w:rPr>
        <w:t xml:space="preserve"> </w:t>
      </w:r>
      <w:proofErr w:type="spellStart"/>
      <w:r w:rsidRPr="00563B50">
        <w:rPr>
          <w:rFonts w:cs="Times New Roman"/>
          <w:szCs w:val="24"/>
        </w:rPr>
        <w:t>prevăzute</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protecția</w:t>
      </w:r>
      <w:proofErr w:type="spellEnd"/>
      <w:r w:rsidRPr="00563B50">
        <w:rPr>
          <w:rFonts w:cs="Times New Roman"/>
          <w:szCs w:val="24"/>
        </w:rPr>
        <w:t xml:space="preserve"> </w:t>
      </w:r>
      <w:proofErr w:type="spellStart"/>
      <w:r w:rsidRPr="00563B50">
        <w:rPr>
          <w:rFonts w:cs="Times New Roman"/>
          <w:szCs w:val="24"/>
        </w:rPr>
        <w:t>drepturilor</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libertăților</w:t>
      </w:r>
      <w:proofErr w:type="spellEnd"/>
      <w:r w:rsidRPr="00563B50">
        <w:rPr>
          <w:rFonts w:cs="Times New Roman"/>
          <w:szCs w:val="24"/>
        </w:rPr>
        <w:t xml:space="preserve"> </w:t>
      </w:r>
      <w:proofErr w:type="spellStart"/>
      <w:r w:rsidRPr="00563B50">
        <w:rPr>
          <w:rFonts w:cs="Times New Roman"/>
          <w:szCs w:val="24"/>
        </w:rPr>
        <w:t>subiecților</w:t>
      </w:r>
      <w:proofErr w:type="spellEnd"/>
      <w:r w:rsidRPr="00563B50">
        <w:rPr>
          <w:rFonts w:cs="Times New Roman"/>
          <w:szCs w:val="24"/>
        </w:rPr>
        <w:t xml:space="preserve"> de date,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conformitate</w:t>
      </w:r>
      <w:proofErr w:type="spellEnd"/>
      <w:r w:rsidRPr="00563B50">
        <w:rPr>
          <w:rFonts w:cs="Times New Roman"/>
          <w:szCs w:val="24"/>
        </w:rPr>
        <w:t xml:space="preserve"> cu </w:t>
      </w:r>
      <w:proofErr w:type="spellStart"/>
      <w:r w:rsidRPr="00563B50">
        <w:rPr>
          <w:rFonts w:cs="Times New Roman"/>
          <w:szCs w:val="24"/>
        </w:rPr>
        <w:t>prezenta</w:t>
      </w:r>
      <w:proofErr w:type="spellEnd"/>
      <w:r w:rsidRPr="00563B50">
        <w:rPr>
          <w:rFonts w:cs="Times New Roman"/>
          <w:szCs w:val="24"/>
        </w:rPr>
        <w:t xml:space="preserve"> </w:t>
      </w:r>
      <w:proofErr w:type="spellStart"/>
      <w:r w:rsidRPr="00563B50">
        <w:rPr>
          <w:rFonts w:cs="Times New Roman"/>
          <w:szCs w:val="24"/>
        </w:rPr>
        <w:t>lege</w:t>
      </w:r>
      <w:proofErr w:type="spellEnd"/>
      <w:r w:rsidRPr="00563B50">
        <w:rPr>
          <w:rFonts w:cs="Times New Roman"/>
          <w:szCs w:val="24"/>
        </w:rPr>
        <w:t>;</w:t>
      </w:r>
    </w:p>
    <w:p w14:paraId="09125E6F" w14:textId="77777777" w:rsidR="00EE7ED3" w:rsidRPr="00563B50" w:rsidRDefault="00000000" w:rsidP="00DD6C54">
      <w:pPr>
        <w:ind w:left="720"/>
        <w:jc w:val="both"/>
        <w:rPr>
          <w:rFonts w:cs="Times New Roman"/>
          <w:szCs w:val="24"/>
        </w:rPr>
      </w:pPr>
      <w:r w:rsidRPr="00563B50">
        <w:rPr>
          <w:rFonts w:cs="Times New Roman"/>
          <w:b/>
          <w:bCs/>
          <w:szCs w:val="24"/>
        </w:rPr>
        <w:t>d)</w:t>
      </w:r>
      <w:r w:rsidRPr="00563B50">
        <w:rPr>
          <w:rFonts w:cs="Times New Roman"/>
          <w:szCs w:val="24"/>
        </w:rPr>
        <w:t xml:space="preserve"> </w:t>
      </w:r>
      <w:proofErr w:type="spellStart"/>
      <w:r w:rsidRPr="00563B50">
        <w:rPr>
          <w:rFonts w:cs="Times New Roman"/>
          <w:szCs w:val="24"/>
        </w:rPr>
        <w:t>după</w:t>
      </w:r>
      <w:proofErr w:type="spellEnd"/>
      <w:r w:rsidRPr="00563B50">
        <w:rPr>
          <w:rFonts w:cs="Times New Roman"/>
          <w:szCs w:val="24"/>
        </w:rPr>
        <w:t xml:space="preserve"> </w:t>
      </w:r>
      <w:proofErr w:type="spellStart"/>
      <w:r w:rsidRPr="00563B50">
        <w:rPr>
          <w:rFonts w:cs="Times New Roman"/>
          <w:szCs w:val="24"/>
        </w:rPr>
        <w:t>caz</w:t>
      </w:r>
      <w:proofErr w:type="spellEnd"/>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de contact ale </w:t>
      </w:r>
      <w:proofErr w:type="spellStart"/>
      <w:r w:rsidRPr="00563B50">
        <w:rPr>
          <w:rFonts w:cs="Times New Roman"/>
          <w:szCs w:val="24"/>
        </w:rPr>
        <w:t>persoanei</w:t>
      </w:r>
      <w:proofErr w:type="spellEnd"/>
      <w:r w:rsidRPr="00563B50">
        <w:rPr>
          <w:rFonts w:cs="Times New Roman"/>
          <w:szCs w:val="24"/>
        </w:rPr>
        <w:t xml:space="preserve"> </w:t>
      </w:r>
      <w:proofErr w:type="spellStart"/>
      <w:r w:rsidRPr="00563B50">
        <w:rPr>
          <w:rFonts w:cs="Times New Roman"/>
          <w:szCs w:val="24"/>
        </w:rPr>
        <w:t>responsabile</w:t>
      </w:r>
      <w:proofErr w:type="spellEnd"/>
      <w:r w:rsidRPr="00563B50">
        <w:rPr>
          <w:rFonts w:cs="Times New Roman"/>
          <w:szCs w:val="24"/>
        </w:rPr>
        <w:t xml:space="preserve"> cu </w:t>
      </w:r>
      <w:proofErr w:type="spellStart"/>
      <w:r w:rsidRPr="00563B50">
        <w:rPr>
          <w:rFonts w:cs="Times New Roman"/>
          <w:szCs w:val="24"/>
        </w:rPr>
        <w:t>protecția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w:t>
      </w:r>
    </w:p>
    <w:p w14:paraId="20BD7057" w14:textId="77777777" w:rsidR="00EE7ED3" w:rsidRPr="00563B50" w:rsidRDefault="00000000" w:rsidP="00DD6C54">
      <w:pPr>
        <w:ind w:left="720"/>
        <w:jc w:val="both"/>
        <w:rPr>
          <w:rFonts w:cs="Times New Roman"/>
          <w:szCs w:val="24"/>
        </w:rPr>
      </w:pPr>
      <w:r w:rsidRPr="00563B50">
        <w:rPr>
          <w:rFonts w:cs="Times New Roman"/>
          <w:b/>
          <w:bCs/>
          <w:szCs w:val="24"/>
        </w:rPr>
        <w:lastRenderedPageBreak/>
        <w:t>e)</w:t>
      </w:r>
      <w:r w:rsidRPr="00563B50">
        <w:rPr>
          <w:rFonts w:cs="Times New Roman"/>
          <w:szCs w:val="24"/>
        </w:rPr>
        <w:t xml:space="preserve"> </w:t>
      </w:r>
      <w:proofErr w:type="spellStart"/>
      <w:r w:rsidRPr="00563B50">
        <w:rPr>
          <w:rFonts w:cs="Times New Roman"/>
          <w:szCs w:val="24"/>
        </w:rPr>
        <w:t>evaluarea</w:t>
      </w:r>
      <w:proofErr w:type="spellEnd"/>
      <w:r w:rsidRPr="00563B50">
        <w:rPr>
          <w:rFonts w:cs="Times New Roman"/>
          <w:szCs w:val="24"/>
        </w:rPr>
        <w:t xml:space="preserve"> </w:t>
      </w:r>
      <w:proofErr w:type="spellStart"/>
      <w:r w:rsidRPr="00563B50">
        <w:rPr>
          <w:rFonts w:cs="Times New Roman"/>
          <w:szCs w:val="24"/>
        </w:rPr>
        <w:t>impactului</w:t>
      </w:r>
      <w:proofErr w:type="spellEnd"/>
      <w:r w:rsidRPr="00563B50">
        <w:rPr>
          <w:rFonts w:cs="Times New Roman"/>
          <w:szCs w:val="24"/>
        </w:rPr>
        <w:t xml:space="preserve"> </w:t>
      </w:r>
      <w:proofErr w:type="spellStart"/>
      <w:r w:rsidRPr="00563B50">
        <w:rPr>
          <w:rFonts w:cs="Times New Roman"/>
          <w:szCs w:val="24"/>
        </w:rPr>
        <w:t>asupra</w:t>
      </w:r>
      <w:proofErr w:type="spellEnd"/>
      <w:r w:rsidRPr="00563B50">
        <w:rPr>
          <w:rFonts w:cs="Times New Roman"/>
          <w:szCs w:val="24"/>
        </w:rPr>
        <w:t xml:space="preserve"> </w:t>
      </w:r>
      <w:proofErr w:type="spellStart"/>
      <w:r w:rsidRPr="00563B50">
        <w:rPr>
          <w:rFonts w:cs="Times New Roman"/>
          <w:szCs w:val="24"/>
        </w:rPr>
        <w:t>protecției</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w:t>
      </w:r>
    </w:p>
    <w:p w14:paraId="1E8B786F" w14:textId="77777777" w:rsidR="00EE7ED3" w:rsidRPr="00563B50" w:rsidRDefault="00000000" w:rsidP="00DD6C54">
      <w:pPr>
        <w:ind w:left="720"/>
        <w:jc w:val="both"/>
        <w:rPr>
          <w:rFonts w:cs="Times New Roman"/>
          <w:szCs w:val="24"/>
        </w:rPr>
      </w:pPr>
      <w:r w:rsidRPr="00563B50">
        <w:rPr>
          <w:rFonts w:cs="Times New Roman"/>
          <w:b/>
          <w:bCs/>
          <w:szCs w:val="24"/>
        </w:rPr>
        <w:t>f)</w:t>
      </w:r>
      <w:r w:rsidRPr="00563B50">
        <w:rPr>
          <w:rFonts w:cs="Times New Roman"/>
          <w:szCs w:val="24"/>
        </w:rPr>
        <w:t xml:space="preserve"> </w:t>
      </w:r>
      <w:proofErr w:type="spellStart"/>
      <w:r w:rsidRPr="00563B50">
        <w:rPr>
          <w:rFonts w:cs="Times New Roman"/>
          <w:szCs w:val="24"/>
        </w:rPr>
        <w:t>alte</w:t>
      </w:r>
      <w:proofErr w:type="spellEnd"/>
      <w:r w:rsidRPr="00563B50">
        <w:rPr>
          <w:rFonts w:cs="Times New Roman"/>
          <w:szCs w:val="24"/>
        </w:rPr>
        <w:t xml:space="preserve"> </w:t>
      </w:r>
      <w:proofErr w:type="spellStart"/>
      <w:r w:rsidRPr="00563B50">
        <w:rPr>
          <w:rFonts w:cs="Times New Roman"/>
          <w:szCs w:val="24"/>
        </w:rPr>
        <w:t>informații</w:t>
      </w:r>
      <w:proofErr w:type="spellEnd"/>
      <w:r w:rsidRPr="00563B50">
        <w:rPr>
          <w:rFonts w:cs="Times New Roman"/>
          <w:szCs w:val="24"/>
        </w:rPr>
        <w:t xml:space="preserve"> </w:t>
      </w:r>
      <w:proofErr w:type="spellStart"/>
      <w:r w:rsidRPr="00563B50">
        <w:rPr>
          <w:rFonts w:cs="Times New Roman"/>
          <w:szCs w:val="24"/>
        </w:rPr>
        <w:t>relevante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necesare</w:t>
      </w:r>
      <w:proofErr w:type="spellEnd"/>
      <w:r w:rsidRPr="00563B50">
        <w:rPr>
          <w:rFonts w:cs="Times New Roman"/>
          <w:szCs w:val="24"/>
        </w:rPr>
        <w:t xml:space="preserve"> solicitate </w:t>
      </w:r>
      <w:proofErr w:type="spellStart"/>
      <w:r w:rsidRPr="00563B50">
        <w:rPr>
          <w:rFonts w:cs="Times New Roman"/>
          <w:szCs w:val="24"/>
        </w:rPr>
        <w:t>suplimentar</w:t>
      </w:r>
      <w:proofErr w:type="spellEnd"/>
      <w:r w:rsidRPr="00563B50">
        <w:rPr>
          <w:rFonts w:cs="Times New Roman"/>
          <w:szCs w:val="24"/>
        </w:rPr>
        <w:t xml:space="preserve"> de </w:t>
      </w:r>
      <w:proofErr w:type="spellStart"/>
      <w:r w:rsidRPr="00563B50">
        <w:rPr>
          <w:rFonts w:cs="Times New Roman"/>
          <w:szCs w:val="24"/>
        </w:rPr>
        <w:t>Centrul</w:t>
      </w:r>
      <w:proofErr w:type="spellEnd"/>
      <w:r w:rsidRPr="00563B50">
        <w:rPr>
          <w:rFonts w:cs="Times New Roman"/>
          <w:szCs w:val="24"/>
        </w:rPr>
        <w:t xml:space="preserve"> </w:t>
      </w:r>
      <w:proofErr w:type="spellStart"/>
      <w:r w:rsidRPr="00563B50">
        <w:rPr>
          <w:rFonts w:cs="Times New Roman"/>
          <w:szCs w:val="24"/>
        </w:rPr>
        <w:t>Naţional</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Protecția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Caracter Personal.</w:t>
      </w:r>
    </w:p>
    <w:p w14:paraId="67980CB5" w14:textId="77777777" w:rsidR="00EE7ED3" w:rsidRDefault="00000000" w:rsidP="00BA6E79">
      <w:pPr>
        <w:jc w:val="both"/>
        <w:rPr>
          <w:rFonts w:cs="Times New Roman"/>
          <w:b/>
          <w:bCs/>
          <w:szCs w:val="24"/>
          <w:lang w:val="ro-RO"/>
        </w:rPr>
      </w:pPr>
      <w:proofErr w:type="spellStart"/>
      <w:r w:rsidRPr="00563B50">
        <w:rPr>
          <w:rFonts w:cs="Times New Roman"/>
          <w:b/>
          <w:bCs/>
          <w:szCs w:val="24"/>
        </w:rPr>
        <w:t>Prelucrarea</w:t>
      </w:r>
      <w:proofErr w:type="spellEnd"/>
      <w:r w:rsidRPr="00563B50">
        <w:rPr>
          <w:rFonts w:cs="Times New Roman"/>
          <w:b/>
          <w:bCs/>
          <w:szCs w:val="24"/>
        </w:rPr>
        <w:t xml:space="preserve"> </w:t>
      </w:r>
      <w:proofErr w:type="spellStart"/>
      <w:r w:rsidRPr="00563B50">
        <w:rPr>
          <w:rFonts w:cs="Times New Roman"/>
          <w:b/>
          <w:bCs/>
          <w:szCs w:val="24"/>
        </w:rPr>
        <w:t>prin</w:t>
      </w:r>
      <w:proofErr w:type="spellEnd"/>
      <w:r w:rsidRPr="00563B50">
        <w:rPr>
          <w:rFonts w:cs="Times New Roman"/>
          <w:b/>
          <w:bCs/>
          <w:szCs w:val="24"/>
        </w:rPr>
        <w:t xml:space="preserve"> </w:t>
      </w:r>
      <w:proofErr w:type="spellStart"/>
      <w:r w:rsidRPr="00563B50">
        <w:rPr>
          <w:rFonts w:cs="Times New Roman"/>
          <w:b/>
          <w:bCs/>
          <w:szCs w:val="24"/>
        </w:rPr>
        <w:t>împuterniciți</w:t>
      </w:r>
      <w:proofErr w:type="spellEnd"/>
    </w:p>
    <w:p w14:paraId="4F2C5DCC" w14:textId="77777777" w:rsidR="00EE7ED3" w:rsidRPr="00563B50" w:rsidRDefault="00000000" w:rsidP="00BA6E79">
      <w:pPr>
        <w:jc w:val="both"/>
        <w:rPr>
          <w:rFonts w:cs="Times New Roman"/>
          <w:szCs w:val="24"/>
        </w:rPr>
      </w:pPr>
      <w:r w:rsidRPr="00563B50">
        <w:rPr>
          <w:rFonts w:cs="Times New Roman"/>
          <w:b/>
          <w:bCs/>
          <w:szCs w:val="24"/>
        </w:rPr>
        <w:t>PRIMĂRIA SATULUI MERENI</w:t>
      </w:r>
      <w:r w:rsidRPr="00563B50">
        <w:rPr>
          <w:rFonts w:cs="Times New Roman"/>
          <w:szCs w:val="24"/>
        </w:rPr>
        <w:t xml:space="preserve"> </w:t>
      </w:r>
      <w:proofErr w:type="spellStart"/>
      <w:r w:rsidRPr="00563B50">
        <w:rPr>
          <w:rFonts w:cs="Times New Roman"/>
          <w:szCs w:val="24"/>
        </w:rPr>
        <w:t>va</w:t>
      </w:r>
      <w:proofErr w:type="spellEnd"/>
      <w:r w:rsidRPr="00563B50">
        <w:rPr>
          <w:rFonts w:cs="Times New Roman"/>
          <w:szCs w:val="24"/>
        </w:rPr>
        <w:t xml:space="preserve"> </w:t>
      </w:r>
      <w:proofErr w:type="spellStart"/>
      <w:r w:rsidRPr="00563B50">
        <w:rPr>
          <w:rFonts w:cs="Times New Roman"/>
          <w:szCs w:val="24"/>
        </w:rPr>
        <w:t>încheia</w:t>
      </w:r>
      <w:proofErr w:type="spellEnd"/>
      <w:r w:rsidRPr="00563B50">
        <w:rPr>
          <w:rFonts w:cs="Times New Roman"/>
          <w:szCs w:val="24"/>
        </w:rPr>
        <w:t xml:space="preserve"> </w:t>
      </w:r>
      <w:proofErr w:type="spellStart"/>
      <w:r w:rsidRPr="00563B50">
        <w:rPr>
          <w:rFonts w:cs="Times New Roman"/>
          <w:szCs w:val="24"/>
        </w:rPr>
        <w:t>contracte</w:t>
      </w:r>
      <w:proofErr w:type="spellEnd"/>
      <w:r w:rsidRPr="00563B50">
        <w:rPr>
          <w:rFonts w:cs="Times New Roman"/>
          <w:szCs w:val="24"/>
        </w:rPr>
        <w:t xml:space="preserve"> cu </w:t>
      </w:r>
      <w:proofErr w:type="spellStart"/>
      <w:r w:rsidRPr="00563B50">
        <w:rPr>
          <w:rFonts w:cs="Times New Roman"/>
          <w:szCs w:val="24"/>
        </w:rPr>
        <w:t>Persoane</w:t>
      </w:r>
      <w:proofErr w:type="spellEnd"/>
      <w:r w:rsidRPr="00563B50">
        <w:rPr>
          <w:rFonts w:cs="Times New Roman"/>
          <w:szCs w:val="24"/>
        </w:rPr>
        <w:t xml:space="preserve"> </w:t>
      </w:r>
      <w:proofErr w:type="spellStart"/>
      <w:r w:rsidRPr="00563B50">
        <w:rPr>
          <w:rFonts w:cs="Times New Roman"/>
          <w:szCs w:val="24"/>
        </w:rPr>
        <w:t>împuternicite</w:t>
      </w:r>
      <w:proofErr w:type="spellEnd"/>
      <w:r w:rsidRPr="00563B50">
        <w:rPr>
          <w:rFonts w:cs="Times New Roman"/>
          <w:szCs w:val="24"/>
        </w:rPr>
        <w:t xml:space="preserve"> care </w:t>
      </w:r>
      <w:proofErr w:type="spellStart"/>
      <w:r w:rsidRPr="00563B50">
        <w:rPr>
          <w:rFonts w:cs="Times New Roman"/>
          <w:szCs w:val="24"/>
        </w:rPr>
        <w:t>oferă</w:t>
      </w:r>
      <w:proofErr w:type="spellEnd"/>
      <w:r w:rsidRPr="00563B50">
        <w:rPr>
          <w:rFonts w:cs="Times New Roman"/>
          <w:szCs w:val="24"/>
        </w:rPr>
        <w:t xml:space="preserve"> </w:t>
      </w:r>
      <w:proofErr w:type="spellStart"/>
      <w:r w:rsidRPr="00563B50">
        <w:rPr>
          <w:rFonts w:cs="Times New Roman"/>
          <w:szCs w:val="24"/>
        </w:rPr>
        <w:t>garanții</w:t>
      </w:r>
      <w:proofErr w:type="spellEnd"/>
      <w:r w:rsidRPr="00563B50">
        <w:rPr>
          <w:rFonts w:cs="Times New Roman"/>
          <w:szCs w:val="24"/>
        </w:rPr>
        <w:t xml:space="preserve"> </w:t>
      </w:r>
      <w:proofErr w:type="spellStart"/>
      <w:r w:rsidRPr="00563B50">
        <w:rPr>
          <w:rFonts w:cs="Times New Roman"/>
          <w:szCs w:val="24"/>
        </w:rPr>
        <w:t>suficiente</w:t>
      </w:r>
      <w:proofErr w:type="spellEnd"/>
      <w:r w:rsidRPr="00563B50">
        <w:rPr>
          <w:rFonts w:cs="Times New Roman"/>
          <w:szCs w:val="24"/>
        </w:rPr>
        <w:t xml:space="preserve"> </w:t>
      </w:r>
      <w:proofErr w:type="spellStart"/>
      <w:r w:rsidRPr="00563B50">
        <w:rPr>
          <w:rFonts w:cs="Times New Roman"/>
          <w:szCs w:val="24"/>
        </w:rPr>
        <w:t>pentru</w:t>
      </w:r>
      <w:proofErr w:type="spellEnd"/>
      <w:r w:rsidRPr="00563B50">
        <w:rPr>
          <w:rFonts w:cs="Times New Roman"/>
          <w:szCs w:val="24"/>
        </w:rPr>
        <w:t xml:space="preserve"> </w:t>
      </w:r>
      <w:proofErr w:type="spellStart"/>
      <w:r w:rsidRPr="00563B50">
        <w:rPr>
          <w:rFonts w:cs="Times New Roman"/>
          <w:szCs w:val="24"/>
        </w:rPr>
        <w:t>punerea</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aplicare</w:t>
      </w:r>
      <w:proofErr w:type="spellEnd"/>
      <w:r w:rsidRPr="00563B50">
        <w:rPr>
          <w:rFonts w:cs="Times New Roman"/>
          <w:szCs w:val="24"/>
        </w:rPr>
        <w:t xml:space="preserve"> a </w:t>
      </w:r>
      <w:proofErr w:type="spellStart"/>
      <w:r w:rsidRPr="00563B50">
        <w:rPr>
          <w:rFonts w:cs="Times New Roman"/>
          <w:szCs w:val="24"/>
        </w:rPr>
        <w:t>unor</w:t>
      </w:r>
      <w:proofErr w:type="spellEnd"/>
      <w:r w:rsidRPr="00563B50">
        <w:rPr>
          <w:rFonts w:cs="Times New Roman"/>
          <w:szCs w:val="24"/>
        </w:rPr>
        <w:t xml:space="preserve"> </w:t>
      </w:r>
      <w:proofErr w:type="spellStart"/>
      <w:r w:rsidRPr="00563B50">
        <w:rPr>
          <w:rFonts w:cs="Times New Roman"/>
          <w:szCs w:val="24"/>
        </w:rPr>
        <w:t>măsuri</w:t>
      </w:r>
      <w:proofErr w:type="spellEnd"/>
      <w:r w:rsidRPr="00563B50">
        <w:rPr>
          <w:rFonts w:cs="Times New Roman"/>
          <w:szCs w:val="24"/>
        </w:rPr>
        <w:t xml:space="preserve"> </w:t>
      </w:r>
      <w:proofErr w:type="spellStart"/>
      <w:r w:rsidRPr="00563B50">
        <w:rPr>
          <w:rFonts w:cs="Times New Roman"/>
          <w:szCs w:val="24"/>
        </w:rPr>
        <w:t>tehnice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organizatorice</w:t>
      </w:r>
      <w:proofErr w:type="spellEnd"/>
      <w:r w:rsidRPr="00563B50">
        <w:rPr>
          <w:rFonts w:cs="Times New Roman"/>
          <w:szCs w:val="24"/>
        </w:rPr>
        <w:t xml:space="preserve"> </w:t>
      </w:r>
      <w:proofErr w:type="spellStart"/>
      <w:r w:rsidRPr="00563B50">
        <w:rPr>
          <w:rFonts w:cs="Times New Roman"/>
          <w:szCs w:val="24"/>
        </w:rPr>
        <w:t>adecvate</w:t>
      </w:r>
      <w:proofErr w:type="spellEnd"/>
      <w:r w:rsidRPr="00563B50">
        <w:rPr>
          <w:rFonts w:cs="Times New Roman"/>
          <w:szCs w:val="24"/>
        </w:rPr>
        <w:t xml:space="preserve">, </w:t>
      </w:r>
      <w:proofErr w:type="spellStart"/>
      <w:r w:rsidRPr="00563B50">
        <w:rPr>
          <w:rFonts w:cs="Times New Roman"/>
          <w:szCs w:val="24"/>
        </w:rPr>
        <w:t>astfel</w:t>
      </w:r>
      <w:proofErr w:type="spellEnd"/>
      <w:r w:rsidRPr="00563B50">
        <w:rPr>
          <w:rFonts w:cs="Times New Roman"/>
          <w:szCs w:val="24"/>
        </w:rPr>
        <w:t xml:space="preserve"> </w:t>
      </w:r>
      <w:proofErr w:type="spellStart"/>
      <w:r w:rsidRPr="00563B50">
        <w:rPr>
          <w:rFonts w:cs="Times New Roman"/>
          <w:szCs w:val="24"/>
        </w:rPr>
        <w:t>încât</w:t>
      </w:r>
      <w:proofErr w:type="spellEnd"/>
      <w:r w:rsidRPr="00563B50">
        <w:rPr>
          <w:rFonts w:cs="Times New Roman"/>
          <w:szCs w:val="24"/>
        </w:rPr>
        <w:t xml:space="preserve"> </w:t>
      </w:r>
      <w:proofErr w:type="spellStart"/>
      <w:r w:rsidRPr="00563B50">
        <w:rPr>
          <w:rFonts w:cs="Times New Roman"/>
          <w:szCs w:val="24"/>
        </w:rPr>
        <w:t>prelucrarea</w:t>
      </w:r>
      <w:proofErr w:type="spellEnd"/>
      <w:r w:rsidRPr="00563B50">
        <w:rPr>
          <w:rFonts w:cs="Times New Roman"/>
          <w:szCs w:val="24"/>
        </w:rPr>
        <w:t xml:space="preserve"> </w:t>
      </w:r>
      <w:proofErr w:type="spellStart"/>
      <w:r w:rsidRPr="00563B50">
        <w:rPr>
          <w:rFonts w:cs="Times New Roman"/>
          <w:szCs w:val="24"/>
        </w:rPr>
        <w:t>să</w:t>
      </w:r>
      <w:proofErr w:type="spellEnd"/>
      <w:r w:rsidRPr="00563B50">
        <w:rPr>
          <w:rFonts w:cs="Times New Roman"/>
          <w:szCs w:val="24"/>
        </w:rPr>
        <w:t xml:space="preserve"> </w:t>
      </w:r>
      <w:proofErr w:type="spellStart"/>
      <w:r w:rsidRPr="00563B50">
        <w:rPr>
          <w:rFonts w:cs="Times New Roman"/>
          <w:szCs w:val="24"/>
        </w:rPr>
        <w:t>respecte</w:t>
      </w:r>
      <w:proofErr w:type="spellEnd"/>
      <w:r w:rsidRPr="00563B50">
        <w:rPr>
          <w:rFonts w:cs="Times New Roman"/>
          <w:szCs w:val="24"/>
        </w:rPr>
        <w:t xml:space="preserve"> </w:t>
      </w:r>
      <w:proofErr w:type="spellStart"/>
      <w:r w:rsidRPr="00563B50">
        <w:rPr>
          <w:rFonts w:cs="Times New Roman"/>
          <w:szCs w:val="24"/>
        </w:rPr>
        <w:t>prevederile</w:t>
      </w:r>
      <w:proofErr w:type="spellEnd"/>
      <w:r w:rsidRPr="00563B50">
        <w:rPr>
          <w:rFonts w:cs="Times New Roman"/>
          <w:szCs w:val="24"/>
        </w:rPr>
        <w:t xml:space="preserve"> </w:t>
      </w:r>
      <w:proofErr w:type="spellStart"/>
      <w:r w:rsidRPr="00563B50">
        <w:rPr>
          <w:rFonts w:cs="Times New Roman"/>
          <w:szCs w:val="24"/>
        </w:rPr>
        <w:t>legale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să</w:t>
      </w:r>
      <w:proofErr w:type="spellEnd"/>
      <w:r w:rsidRPr="00563B50">
        <w:rPr>
          <w:rFonts w:cs="Times New Roman"/>
          <w:szCs w:val="24"/>
        </w:rPr>
        <w:t xml:space="preserve"> </w:t>
      </w:r>
      <w:proofErr w:type="spellStart"/>
      <w:r w:rsidRPr="00563B50">
        <w:rPr>
          <w:rFonts w:cs="Times New Roman"/>
          <w:szCs w:val="24"/>
        </w:rPr>
        <w:t>asigure</w:t>
      </w:r>
      <w:proofErr w:type="spellEnd"/>
      <w:r w:rsidRPr="00563B50">
        <w:rPr>
          <w:rFonts w:cs="Times New Roman"/>
          <w:szCs w:val="24"/>
        </w:rPr>
        <w:t xml:space="preserve"> </w:t>
      </w:r>
      <w:proofErr w:type="spellStart"/>
      <w:r w:rsidRPr="00563B50">
        <w:rPr>
          <w:rFonts w:cs="Times New Roman"/>
          <w:szCs w:val="24"/>
        </w:rPr>
        <w:t>protecția</w:t>
      </w:r>
      <w:proofErr w:type="spellEnd"/>
      <w:r w:rsidRPr="00563B50">
        <w:rPr>
          <w:rFonts w:cs="Times New Roman"/>
          <w:szCs w:val="24"/>
        </w:rPr>
        <w:t xml:space="preserve"> </w:t>
      </w:r>
      <w:proofErr w:type="spellStart"/>
      <w:r w:rsidRPr="00563B50">
        <w:rPr>
          <w:rFonts w:cs="Times New Roman"/>
          <w:szCs w:val="24"/>
        </w:rPr>
        <w:t>drepturilor</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libertăților</w:t>
      </w:r>
      <w:proofErr w:type="spellEnd"/>
      <w:r w:rsidRPr="00563B50">
        <w:rPr>
          <w:rFonts w:cs="Times New Roman"/>
          <w:szCs w:val="24"/>
        </w:rPr>
        <w:t xml:space="preserve"> </w:t>
      </w:r>
      <w:proofErr w:type="spellStart"/>
      <w:r w:rsidRPr="00563B50">
        <w:rPr>
          <w:rFonts w:cs="Times New Roman"/>
          <w:szCs w:val="24"/>
        </w:rPr>
        <w:t>persoanelor</w:t>
      </w:r>
      <w:proofErr w:type="spellEnd"/>
      <w:r w:rsidRPr="00563B50">
        <w:rPr>
          <w:rFonts w:cs="Times New Roman"/>
          <w:szCs w:val="24"/>
        </w:rPr>
        <w:t xml:space="preserve"> </w:t>
      </w:r>
      <w:proofErr w:type="spellStart"/>
      <w:r w:rsidRPr="00563B50">
        <w:rPr>
          <w:rFonts w:cs="Times New Roman"/>
          <w:szCs w:val="24"/>
        </w:rPr>
        <w:t>vizate</w:t>
      </w:r>
      <w:proofErr w:type="spellEnd"/>
      <w:r w:rsidRPr="00563B50">
        <w:rPr>
          <w:rFonts w:cs="Times New Roman"/>
          <w:szCs w:val="24"/>
        </w:rPr>
        <w:t xml:space="preserve">. </w:t>
      </w:r>
      <w:proofErr w:type="spellStart"/>
      <w:r w:rsidRPr="00563B50">
        <w:rPr>
          <w:rFonts w:cs="Times New Roman"/>
          <w:szCs w:val="24"/>
        </w:rPr>
        <w:t>Conținutul</w:t>
      </w:r>
      <w:proofErr w:type="spellEnd"/>
      <w:r w:rsidRPr="00563B50">
        <w:rPr>
          <w:rFonts w:cs="Times New Roman"/>
          <w:szCs w:val="24"/>
        </w:rPr>
        <w:t xml:space="preserve"> </w:t>
      </w:r>
      <w:proofErr w:type="spellStart"/>
      <w:r w:rsidRPr="00563B50">
        <w:rPr>
          <w:rFonts w:cs="Times New Roman"/>
          <w:szCs w:val="24"/>
        </w:rPr>
        <w:t>respectivelor</w:t>
      </w:r>
      <w:proofErr w:type="spellEnd"/>
      <w:r w:rsidRPr="00563B50">
        <w:rPr>
          <w:rFonts w:cs="Times New Roman"/>
          <w:szCs w:val="24"/>
        </w:rPr>
        <w:t xml:space="preserve"> </w:t>
      </w:r>
      <w:proofErr w:type="spellStart"/>
      <w:r w:rsidRPr="00563B50">
        <w:rPr>
          <w:rFonts w:cs="Times New Roman"/>
          <w:szCs w:val="24"/>
        </w:rPr>
        <w:t>contracte</w:t>
      </w:r>
      <w:proofErr w:type="spellEnd"/>
      <w:r w:rsidRPr="00563B50">
        <w:rPr>
          <w:rFonts w:cs="Times New Roman"/>
          <w:szCs w:val="24"/>
        </w:rPr>
        <w:t xml:space="preserve"> </w:t>
      </w:r>
      <w:proofErr w:type="spellStart"/>
      <w:r w:rsidRPr="00563B50">
        <w:rPr>
          <w:rFonts w:cs="Times New Roman"/>
          <w:szCs w:val="24"/>
        </w:rPr>
        <w:t>va</w:t>
      </w:r>
      <w:proofErr w:type="spellEnd"/>
      <w:r w:rsidRPr="00563B50">
        <w:rPr>
          <w:rFonts w:cs="Times New Roman"/>
          <w:szCs w:val="24"/>
        </w:rPr>
        <w:t xml:space="preserve"> face </w:t>
      </w:r>
      <w:proofErr w:type="spellStart"/>
      <w:r w:rsidRPr="00563B50">
        <w:rPr>
          <w:rFonts w:cs="Times New Roman"/>
          <w:szCs w:val="24"/>
        </w:rPr>
        <w:t>referire</w:t>
      </w:r>
      <w:proofErr w:type="spellEnd"/>
      <w:r w:rsidRPr="00563B50">
        <w:rPr>
          <w:rFonts w:cs="Times New Roman"/>
          <w:szCs w:val="24"/>
        </w:rPr>
        <w:t xml:space="preserve"> la </w:t>
      </w:r>
      <w:proofErr w:type="spellStart"/>
      <w:r w:rsidRPr="00563B50">
        <w:rPr>
          <w:rFonts w:cs="Times New Roman"/>
          <w:szCs w:val="24"/>
        </w:rPr>
        <w:t>obiectul</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durata</w:t>
      </w:r>
      <w:proofErr w:type="spellEnd"/>
      <w:r w:rsidRPr="00563B50">
        <w:rPr>
          <w:rFonts w:cs="Times New Roman"/>
          <w:szCs w:val="24"/>
        </w:rPr>
        <w:t xml:space="preserve"> </w:t>
      </w:r>
      <w:proofErr w:type="spellStart"/>
      <w:r w:rsidRPr="00563B50">
        <w:rPr>
          <w:rFonts w:cs="Times New Roman"/>
          <w:szCs w:val="24"/>
        </w:rPr>
        <w:t>prelucrării</w:t>
      </w:r>
      <w:proofErr w:type="spellEnd"/>
      <w:r w:rsidRPr="00563B50">
        <w:rPr>
          <w:rFonts w:cs="Times New Roman"/>
          <w:szCs w:val="24"/>
        </w:rPr>
        <w:t xml:space="preserve">, natura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scopul</w:t>
      </w:r>
      <w:proofErr w:type="spellEnd"/>
      <w:r w:rsidRPr="00563B50">
        <w:rPr>
          <w:rFonts w:cs="Times New Roman"/>
          <w:szCs w:val="24"/>
        </w:rPr>
        <w:t xml:space="preserve"> </w:t>
      </w:r>
      <w:proofErr w:type="spellStart"/>
      <w:r w:rsidRPr="00563B50">
        <w:rPr>
          <w:rFonts w:cs="Times New Roman"/>
          <w:szCs w:val="24"/>
        </w:rPr>
        <w:t>prelucrării</w:t>
      </w:r>
      <w:proofErr w:type="spellEnd"/>
      <w:r w:rsidRPr="00563B50">
        <w:rPr>
          <w:rFonts w:cs="Times New Roman"/>
          <w:szCs w:val="24"/>
        </w:rPr>
        <w:t xml:space="preserve">, </w:t>
      </w:r>
      <w:proofErr w:type="spellStart"/>
      <w:r w:rsidRPr="00563B50">
        <w:rPr>
          <w:rFonts w:cs="Times New Roman"/>
          <w:szCs w:val="24"/>
        </w:rPr>
        <w:t>tipul</w:t>
      </w:r>
      <w:proofErr w:type="spellEnd"/>
      <w:r w:rsidRPr="00563B50">
        <w:rPr>
          <w:rFonts w:cs="Times New Roman"/>
          <w:szCs w:val="24"/>
        </w:rPr>
        <w:t xml:space="preserve"> de date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categoriile</w:t>
      </w:r>
      <w:proofErr w:type="spellEnd"/>
      <w:r w:rsidRPr="00563B50">
        <w:rPr>
          <w:rFonts w:cs="Times New Roman"/>
          <w:szCs w:val="24"/>
        </w:rPr>
        <w:t xml:space="preserve"> de </w:t>
      </w:r>
      <w:proofErr w:type="spellStart"/>
      <w:r w:rsidRPr="00563B50">
        <w:rPr>
          <w:rFonts w:cs="Times New Roman"/>
          <w:szCs w:val="24"/>
        </w:rPr>
        <w:t>persoane</w:t>
      </w:r>
      <w:proofErr w:type="spellEnd"/>
      <w:r w:rsidRPr="00563B50">
        <w:rPr>
          <w:rFonts w:cs="Times New Roman"/>
          <w:szCs w:val="24"/>
        </w:rPr>
        <w:t xml:space="preserve"> </w:t>
      </w:r>
      <w:proofErr w:type="spellStart"/>
      <w:r w:rsidRPr="00563B50">
        <w:rPr>
          <w:rFonts w:cs="Times New Roman"/>
          <w:szCs w:val="24"/>
        </w:rPr>
        <w:t>vizate</w:t>
      </w:r>
      <w:proofErr w:type="spellEnd"/>
      <w:r w:rsidRPr="00563B50">
        <w:rPr>
          <w:rFonts w:cs="Times New Roman"/>
          <w:szCs w:val="24"/>
        </w:rPr>
        <w:t xml:space="preserve">, </w:t>
      </w:r>
      <w:proofErr w:type="spellStart"/>
      <w:r w:rsidRPr="00563B50">
        <w:rPr>
          <w:rFonts w:cs="Times New Roman"/>
          <w:szCs w:val="24"/>
        </w:rPr>
        <w:t>obligațiile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drepturile</w:t>
      </w:r>
      <w:proofErr w:type="spellEnd"/>
      <w:r w:rsidRPr="00563B50">
        <w:rPr>
          <w:rFonts w:cs="Times New Roman"/>
          <w:szCs w:val="24"/>
        </w:rPr>
        <w:t xml:space="preserve"> </w:t>
      </w:r>
      <w:r w:rsidRPr="00563B50">
        <w:rPr>
          <w:rFonts w:cs="Times New Roman"/>
          <w:b/>
          <w:bCs/>
          <w:szCs w:val="24"/>
        </w:rPr>
        <w:t>PRIMĂRIEI SATULUI MERENI</w:t>
      </w:r>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calitate</w:t>
      </w:r>
      <w:proofErr w:type="spellEnd"/>
      <w:r w:rsidRPr="00563B50">
        <w:rPr>
          <w:rFonts w:cs="Times New Roman"/>
          <w:szCs w:val="24"/>
        </w:rPr>
        <w:t xml:space="preserve"> de operator, </w:t>
      </w:r>
      <w:proofErr w:type="spellStart"/>
      <w:r w:rsidRPr="00563B50">
        <w:rPr>
          <w:rFonts w:cs="Times New Roman"/>
          <w:szCs w:val="24"/>
        </w:rPr>
        <w:t>și</w:t>
      </w:r>
      <w:proofErr w:type="spellEnd"/>
      <w:r w:rsidRPr="00563B50">
        <w:rPr>
          <w:rFonts w:cs="Times New Roman"/>
          <w:szCs w:val="24"/>
        </w:rPr>
        <w:t xml:space="preserve"> ale </w:t>
      </w:r>
      <w:proofErr w:type="spellStart"/>
      <w:r w:rsidRPr="00563B50">
        <w:rPr>
          <w:rFonts w:cs="Times New Roman"/>
          <w:szCs w:val="24"/>
        </w:rPr>
        <w:t>persoanei</w:t>
      </w:r>
      <w:proofErr w:type="spellEnd"/>
      <w:r w:rsidRPr="00563B50">
        <w:rPr>
          <w:rFonts w:cs="Times New Roman"/>
          <w:szCs w:val="24"/>
        </w:rPr>
        <w:t xml:space="preserve"> </w:t>
      </w:r>
      <w:proofErr w:type="spellStart"/>
      <w:r w:rsidRPr="00563B50">
        <w:rPr>
          <w:rFonts w:cs="Times New Roman"/>
          <w:szCs w:val="24"/>
        </w:rPr>
        <w:t>împuternicite</w:t>
      </w:r>
      <w:proofErr w:type="spellEnd"/>
      <w:r w:rsidRPr="00563B50">
        <w:rPr>
          <w:rFonts w:cs="Times New Roman"/>
          <w:szCs w:val="24"/>
        </w:rPr>
        <w:t>.</w:t>
      </w:r>
    </w:p>
    <w:p w14:paraId="74173BC4" w14:textId="77777777" w:rsidR="00EE7ED3" w:rsidRPr="00563B50" w:rsidRDefault="00000000" w:rsidP="00BA6E79">
      <w:pPr>
        <w:jc w:val="both"/>
        <w:rPr>
          <w:rFonts w:cs="Times New Roman"/>
          <w:b/>
          <w:bCs/>
          <w:szCs w:val="24"/>
        </w:rPr>
      </w:pPr>
      <w:r w:rsidRPr="00563B50">
        <w:rPr>
          <w:rFonts w:cs="Times New Roman"/>
          <w:b/>
          <w:bCs/>
          <w:szCs w:val="24"/>
        </w:rPr>
        <w:t>XVI. DREPTURILE SUBIECȚILOR DE DATE CU CARACTER PERSONAL</w:t>
      </w:r>
    </w:p>
    <w:p w14:paraId="3A5CB42E" w14:textId="77777777" w:rsidR="00EE7ED3" w:rsidRPr="00563B50" w:rsidRDefault="00000000" w:rsidP="00BA6E79">
      <w:pPr>
        <w:jc w:val="both"/>
        <w:rPr>
          <w:rFonts w:cs="Times New Roman"/>
          <w:szCs w:val="24"/>
        </w:rPr>
      </w:pP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situația</w:t>
      </w:r>
      <w:proofErr w:type="spellEnd"/>
      <w:r w:rsidRPr="00563B50">
        <w:rPr>
          <w:rFonts w:cs="Times New Roman"/>
          <w:szCs w:val="24"/>
        </w:rPr>
        <w:t xml:space="preserve"> </w:t>
      </w:r>
      <w:proofErr w:type="spellStart"/>
      <w:r w:rsidRPr="00563B50">
        <w:rPr>
          <w:rFonts w:cs="Times New Roman"/>
          <w:szCs w:val="24"/>
        </w:rPr>
        <w:t>solicitărilor</w:t>
      </w:r>
      <w:proofErr w:type="spellEnd"/>
      <w:r w:rsidRPr="00563B50">
        <w:rPr>
          <w:rFonts w:cs="Times New Roman"/>
          <w:szCs w:val="24"/>
        </w:rPr>
        <w:t xml:space="preserve"> </w:t>
      </w:r>
      <w:proofErr w:type="spellStart"/>
      <w:r w:rsidRPr="00563B50">
        <w:rPr>
          <w:rFonts w:cs="Times New Roman"/>
          <w:szCs w:val="24"/>
        </w:rPr>
        <w:t>venite</w:t>
      </w:r>
      <w:proofErr w:type="spellEnd"/>
      <w:r w:rsidRPr="00563B50">
        <w:rPr>
          <w:rFonts w:cs="Times New Roman"/>
          <w:szCs w:val="24"/>
        </w:rPr>
        <w:t xml:space="preserve"> din </w:t>
      </w:r>
      <w:proofErr w:type="spellStart"/>
      <w:r w:rsidRPr="00563B50">
        <w:rPr>
          <w:rFonts w:cs="Times New Roman"/>
          <w:szCs w:val="24"/>
        </w:rPr>
        <w:t>partea</w:t>
      </w:r>
      <w:proofErr w:type="spellEnd"/>
      <w:r w:rsidRPr="00563B50">
        <w:rPr>
          <w:rFonts w:cs="Times New Roman"/>
          <w:szCs w:val="24"/>
        </w:rPr>
        <w:t xml:space="preserve"> </w:t>
      </w:r>
      <w:proofErr w:type="spellStart"/>
      <w:r w:rsidRPr="00563B50">
        <w:rPr>
          <w:rFonts w:cs="Times New Roman"/>
          <w:szCs w:val="24"/>
        </w:rPr>
        <w:t>persoanelor</w:t>
      </w:r>
      <w:proofErr w:type="spellEnd"/>
      <w:r w:rsidRPr="00563B50">
        <w:rPr>
          <w:rFonts w:cs="Times New Roman"/>
          <w:szCs w:val="24"/>
        </w:rPr>
        <w:t xml:space="preserve"> </w:t>
      </w:r>
      <w:proofErr w:type="spellStart"/>
      <w:r w:rsidRPr="00563B50">
        <w:rPr>
          <w:rFonts w:cs="Times New Roman"/>
          <w:szCs w:val="24"/>
        </w:rPr>
        <w:t>vizate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vederea</w:t>
      </w:r>
      <w:proofErr w:type="spellEnd"/>
      <w:r w:rsidRPr="00563B50">
        <w:rPr>
          <w:rFonts w:cs="Times New Roman"/>
          <w:szCs w:val="24"/>
        </w:rPr>
        <w:t xml:space="preserve"> </w:t>
      </w:r>
      <w:proofErr w:type="spellStart"/>
      <w:r w:rsidRPr="00563B50">
        <w:rPr>
          <w:rFonts w:cs="Times New Roman"/>
          <w:szCs w:val="24"/>
        </w:rPr>
        <w:t>accesării</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rectificării</w:t>
      </w:r>
      <w:proofErr w:type="spellEnd"/>
      <w:r w:rsidRPr="00563B50">
        <w:rPr>
          <w:rFonts w:cs="Times New Roman"/>
          <w:szCs w:val="24"/>
        </w:rPr>
        <w:t xml:space="preserve">, </w:t>
      </w:r>
      <w:proofErr w:type="spellStart"/>
      <w:r w:rsidRPr="00563B50">
        <w:rPr>
          <w:rFonts w:cs="Times New Roman"/>
          <w:szCs w:val="24"/>
        </w:rPr>
        <w:t>ștergerii</w:t>
      </w:r>
      <w:proofErr w:type="spellEnd"/>
      <w:r w:rsidRPr="00563B50">
        <w:rPr>
          <w:rFonts w:cs="Times New Roman"/>
          <w:szCs w:val="24"/>
        </w:rPr>
        <w:t xml:space="preserve"> </w:t>
      </w:r>
      <w:proofErr w:type="spellStart"/>
      <w:r w:rsidRPr="00563B50">
        <w:rPr>
          <w:rFonts w:cs="Times New Roman"/>
          <w:szCs w:val="24"/>
        </w:rPr>
        <w:t>acestora</w:t>
      </w:r>
      <w:proofErr w:type="spellEnd"/>
      <w:r w:rsidRPr="00563B50">
        <w:rPr>
          <w:rFonts w:cs="Times New Roman"/>
          <w:szCs w:val="24"/>
        </w:rPr>
        <w:t xml:space="preserve">, </w:t>
      </w:r>
      <w:r w:rsidRPr="00563B50">
        <w:rPr>
          <w:rFonts w:cs="Times New Roman"/>
          <w:b/>
          <w:bCs/>
          <w:szCs w:val="24"/>
        </w:rPr>
        <w:t>PRIMĂRIA SATULUI MERENI</w:t>
      </w:r>
      <w:r w:rsidRPr="00563B50">
        <w:rPr>
          <w:rFonts w:cs="Times New Roman"/>
          <w:szCs w:val="24"/>
        </w:rPr>
        <w:t xml:space="preserve"> </w:t>
      </w:r>
      <w:proofErr w:type="spellStart"/>
      <w:r w:rsidRPr="00563B50">
        <w:rPr>
          <w:rFonts w:cs="Times New Roman"/>
          <w:szCs w:val="24"/>
        </w:rPr>
        <w:t>va</w:t>
      </w:r>
      <w:proofErr w:type="spellEnd"/>
      <w:r w:rsidRPr="00563B50">
        <w:rPr>
          <w:rFonts w:cs="Times New Roman"/>
          <w:szCs w:val="24"/>
        </w:rPr>
        <w:t xml:space="preserve"> </w:t>
      </w:r>
      <w:proofErr w:type="spellStart"/>
      <w:r w:rsidRPr="00563B50">
        <w:rPr>
          <w:rFonts w:cs="Times New Roman"/>
          <w:szCs w:val="24"/>
        </w:rPr>
        <w:t>verifica</w:t>
      </w:r>
      <w:proofErr w:type="spellEnd"/>
      <w:r w:rsidRPr="00563B50">
        <w:rPr>
          <w:rFonts w:cs="Times New Roman"/>
          <w:szCs w:val="24"/>
        </w:rPr>
        <w:t xml:space="preserve"> </w:t>
      </w:r>
      <w:proofErr w:type="spellStart"/>
      <w:r w:rsidRPr="00563B50">
        <w:rPr>
          <w:rFonts w:cs="Times New Roman"/>
          <w:szCs w:val="24"/>
        </w:rPr>
        <w:t>mai</w:t>
      </w:r>
      <w:proofErr w:type="spellEnd"/>
      <w:r w:rsidRPr="00563B50">
        <w:rPr>
          <w:rFonts w:cs="Times New Roman"/>
          <w:szCs w:val="24"/>
        </w:rPr>
        <w:t xml:space="preserve"> </w:t>
      </w:r>
      <w:proofErr w:type="spellStart"/>
      <w:r w:rsidRPr="00563B50">
        <w:rPr>
          <w:rFonts w:cs="Times New Roman"/>
          <w:szCs w:val="24"/>
        </w:rPr>
        <w:t>întâi</w:t>
      </w:r>
      <w:proofErr w:type="spellEnd"/>
      <w:r w:rsidRPr="00563B50">
        <w:rPr>
          <w:rFonts w:cs="Times New Roman"/>
          <w:szCs w:val="24"/>
        </w:rPr>
        <w:t xml:space="preserve"> </w:t>
      </w:r>
      <w:proofErr w:type="spellStart"/>
      <w:r w:rsidRPr="00563B50">
        <w:rPr>
          <w:rFonts w:cs="Times New Roman"/>
          <w:szCs w:val="24"/>
        </w:rPr>
        <w:t>dacă</w:t>
      </w:r>
      <w:proofErr w:type="spellEnd"/>
      <w:r w:rsidRPr="00563B50">
        <w:rPr>
          <w:rFonts w:cs="Times New Roman"/>
          <w:szCs w:val="24"/>
        </w:rPr>
        <w:t xml:space="preserve"> </w:t>
      </w:r>
      <w:proofErr w:type="spellStart"/>
      <w:r w:rsidRPr="00563B50">
        <w:rPr>
          <w:rFonts w:cs="Times New Roman"/>
          <w:szCs w:val="24"/>
        </w:rPr>
        <w:t>datele</w:t>
      </w:r>
      <w:proofErr w:type="spellEnd"/>
      <w:r w:rsidRPr="00563B50">
        <w:rPr>
          <w:rFonts w:cs="Times New Roman"/>
          <w:szCs w:val="24"/>
        </w:rPr>
        <w:t xml:space="preserve"> </w:t>
      </w:r>
      <w:proofErr w:type="spellStart"/>
      <w:r w:rsidRPr="00563B50">
        <w:rPr>
          <w:rFonts w:cs="Times New Roman"/>
          <w:szCs w:val="24"/>
        </w:rPr>
        <w:t>personale</w:t>
      </w:r>
      <w:proofErr w:type="spellEnd"/>
      <w:r w:rsidRPr="00563B50">
        <w:rPr>
          <w:rFonts w:cs="Times New Roman"/>
          <w:szCs w:val="24"/>
        </w:rPr>
        <w:t xml:space="preserve"> </w:t>
      </w:r>
      <w:proofErr w:type="spellStart"/>
      <w:r w:rsidRPr="00563B50">
        <w:rPr>
          <w:rFonts w:cs="Times New Roman"/>
          <w:szCs w:val="24"/>
        </w:rPr>
        <w:t>menționate</w:t>
      </w:r>
      <w:proofErr w:type="spellEnd"/>
      <w:r w:rsidRPr="00563B50">
        <w:rPr>
          <w:rFonts w:cs="Times New Roman"/>
          <w:szCs w:val="24"/>
        </w:rPr>
        <w:t xml:space="preserve"> </w:t>
      </w:r>
      <w:proofErr w:type="spellStart"/>
      <w:r w:rsidRPr="00563B50">
        <w:rPr>
          <w:rFonts w:cs="Times New Roman"/>
          <w:szCs w:val="24"/>
        </w:rPr>
        <w:t>aparțin</w:t>
      </w:r>
      <w:proofErr w:type="spellEnd"/>
      <w:r w:rsidRPr="00563B50">
        <w:rPr>
          <w:rFonts w:cs="Times New Roman"/>
          <w:szCs w:val="24"/>
        </w:rPr>
        <w:t xml:space="preserve"> </w:t>
      </w:r>
      <w:proofErr w:type="spellStart"/>
      <w:r w:rsidRPr="00563B50">
        <w:rPr>
          <w:rFonts w:cs="Times New Roman"/>
          <w:szCs w:val="24"/>
        </w:rPr>
        <w:t>solicitantului</w:t>
      </w:r>
      <w:proofErr w:type="spellEnd"/>
      <w:r w:rsidRPr="00563B50">
        <w:rPr>
          <w:rFonts w:cs="Times New Roman"/>
          <w:szCs w:val="24"/>
        </w:rPr>
        <w:t>.</w:t>
      </w:r>
    </w:p>
    <w:p w14:paraId="11792ACC" w14:textId="77777777" w:rsidR="00EE7ED3" w:rsidRPr="00563B50" w:rsidRDefault="00000000" w:rsidP="00BA6E79">
      <w:pPr>
        <w:jc w:val="both"/>
        <w:rPr>
          <w:rFonts w:cs="Times New Roman"/>
          <w:szCs w:val="24"/>
        </w:rPr>
      </w:pPr>
      <w:proofErr w:type="spellStart"/>
      <w:r w:rsidRPr="00563B50">
        <w:rPr>
          <w:rFonts w:cs="Times New Roman"/>
          <w:szCs w:val="24"/>
        </w:rPr>
        <w:t>Dacă</w:t>
      </w:r>
      <w:proofErr w:type="spellEnd"/>
      <w:r w:rsidRPr="00563B50">
        <w:rPr>
          <w:rFonts w:cs="Times New Roman"/>
          <w:szCs w:val="24"/>
        </w:rPr>
        <w:t xml:space="preserve"> o </w:t>
      </w:r>
      <w:proofErr w:type="spellStart"/>
      <w:r w:rsidRPr="00563B50">
        <w:rPr>
          <w:rFonts w:cs="Times New Roman"/>
          <w:szCs w:val="24"/>
        </w:rPr>
        <w:t>cerere</w:t>
      </w:r>
      <w:proofErr w:type="spellEnd"/>
      <w:r w:rsidRPr="00563B50">
        <w:rPr>
          <w:rFonts w:cs="Times New Roman"/>
          <w:szCs w:val="24"/>
        </w:rPr>
        <w:t xml:space="preserve"> de </w:t>
      </w:r>
      <w:proofErr w:type="spellStart"/>
      <w:r w:rsidRPr="00563B50">
        <w:rPr>
          <w:rFonts w:cs="Times New Roman"/>
          <w:szCs w:val="24"/>
        </w:rPr>
        <w:t>exercitare</w:t>
      </w:r>
      <w:proofErr w:type="spellEnd"/>
      <w:r w:rsidRPr="00563B50">
        <w:rPr>
          <w:rFonts w:cs="Times New Roman"/>
          <w:szCs w:val="24"/>
        </w:rPr>
        <w:t xml:space="preserve"> a </w:t>
      </w:r>
      <w:proofErr w:type="spellStart"/>
      <w:r w:rsidRPr="00563B50">
        <w:rPr>
          <w:rFonts w:cs="Times New Roman"/>
          <w:szCs w:val="24"/>
        </w:rPr>
        <w:t>unui</w:t>
      </w:r>
      <w:proofErr w:type="spellEnd"/>
      <w:r w:rsidRPr="00563B50">
        <w:rPr>
          <w:rFonts w:cs="Times New Roman"/>
          <w:szCs w:val="24"/>
        </w:rPr>
        <w:t xml:space="preserve"> </w:t>
      </w:r>
      <w:proofErr w:type="spellStart"/>
      <w:r w:rsidRPr="00563B50">
        <w:rPr>
          <w:rFonts w:cs="Times New Roman"/>
          <w:szCs w:val="24"/>
        </w:rPr>
        <w:t>drept</w:t>
      </w:r>
      <w:proofErr w:type="spellEnd"/>
      <w:r w:rsidRPr="00563B50">
        <w:rPr>
          <w:rFonts w:cs="Times New Roman"/>
          <w:szCs w:val="24"/>
        </w:rPr>
        <w:t xml:space="preserve"> al </w:t>
      </w:r>
      <w:proofErr w:type="spellStart"/>
      <w:r w:rsidRPr="00563B50">
        <w:rPr>
          <w:rFonts w:cs="Times New Roman"/>
          <w:szCs w:val="24"/>
        </w:rPr>
        <w:t>persoanei</w:t>
      </w:r>
      <w:proofErr w:type="spellEnd"/>
      <w:r w:rsidRPr="00563B50">
        <w:rPr>
          <w:rFonts w:cs="Times New Roman"/>
          <w:szCs w:val="24"/>
        </w:rPr>
        <w:t xml:space="preserve"> </w:t>
      </w:r>
      <w:proofErr w:type="spellStart"/>
      <w:r w:rsidRPr="00563B50">
        <w:rPr>
          <w:rFonts w:cs="Times New Roman"/>
          <w:szCs w:val="24"/>
        </w:rPr>
        <w:t>vizate</w:t>
      </w:r>
      <w:proofErr w:type="spellEnd"/>
      <w:r w:rsidRPr="00563B50">
        <w:rPr>
          <w:rFonts w:cs="Times New Roman"/>
          <w:szCs w:val="24"/>
        </w:rPr>
        <w:t xml:space="preserve"> nu </w:t>
      </w:r>
      <w:proofErr w:type="spellStart"/>
      <w:r w:rsidRPr="00563B50">
        <w:rPr>
          <w:rFonts w:cs="Times New Roman"/>
          <w:szCs w:val="24"/>
        </w:rPr>
        <w:t>poate</w:t>
      </w:r>
      <w:proofErr w:type="spellEnd"/>
      <w:r w:rsidRPr="00563B50">
        <w:rPr>
          <w:rFonts w:cs="Times New Roman"/>
          <w:szCs w:val="24"/>
        </w:rPr>
        <w:t xml:space="preserve"> fi </w:t>
      </w:r>
      <w:proofErr w:type="spellStart"/>
      <w:r w:rsidRPr="00563B50">
        <w:rPr>
          <w:rFonts w:cs="Times New Roman"/>
          <w:szCs w:val="24"/>
        </w:rPr>
        <w:t>satisfăcută</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acest</w:t>
      </w:r>
      <w:proofErr w:type="spellEnd"/>
      <w:r w:rsidRPr="00563B50">
        <w:rPr>
          <w:rFonts w:cs="Times New Roman"/>
          <w:szCs w:val="24"/>
        </w:rPr>
        <w:t xml:space="preserve"> </w:t>
      </w:r>
      <w:proofErr w:type="spellStart"/>
      <w:r w:rsidRPr="00563B50">
        <w:rPr>
          <w:rFonts w:cs="Times New Roman"/>
          <w:szCs w:val="24"/>
        </w:rPr>
        <w:t>caz</w:t>
      </w:r>
      <w:proofErr w:type="spellEnd"/>
      <w:r w:rsidRPr="00563B50">
        <w:rPr>
          <w:rFonts w:cs="Times New Roman"/>
          <w:szCs w:val="24"/>
        </w:rPr>
        <w:t xml:space="preserve"> </w:t>
      </w:r>
      <w:proofErr w:type="spellStart"/>
      <w:r w:rsidRPr="00563B50">
        <w:rPr>
          <w:rFonts w:cs="Times New Roman"/>
          <w:szCs w:val="24"/>
        </w:rPr>
        <w:t>operatorul</w:t>
      </w:r>
      <w:proofErr w:type="spellEnd"/>
      <w:r w:rsidRPr="00563B50">
        <w:rPr>
          <w:rFonts w:cs="Times New Roman"/>
          <w:szCs w:val="24"/>
        </w:rPr>
        <w:t xml:space="preserve"> </w:t>
      </w:r>
      <w:proofErr w:type="spellStart"/>
      <w:r w:rsidRPr="00563B50">
        <w:rPr>
          <w:rFonts w:cs="Times New Roman"/>
          <w:szCs w:val="24"/>
        </w:rPr>
        <w:t>va</w:t>
      </w:r>
      <w:proofErr w:type="spellEnd"/>
      <w:r w:rsidRPr="00563B50">
        <w:rPr>
          <w:rFonts w:cs="Times New Roman"/>
          <w:szCs w:val="24"/>
        </w:rPr>
        <w:t xml:space="preserve"> </w:t>
      </w:r>
      <w:proofErr w:type="spellStart"/>
      <w:r w:rsidRPr="00563B50">
        <w:rPr>
          <w:rFonts w:cs="Times New Roman"/>
          <w:szCs w:val="24"/>
        </w:rPr>
        <w:t>furniza</w:t>
      </w:r>
      <w:proofErr w:type="spellEnd"/>
      <w:r w:rsidRPr="00563B50">
        <w:rPr>
          <w:rFonts w:cs="Times New Roman"/>
          <w:szCs w:val="24"/>
        </w:rPr>
        <w:t xml:space="preserve"> </w:t>
      </w:r>
      <w:proofErr w:type="spellStart"/>
      <w:r w:rsidRPr="00563B50">
        <w:rPr>
          <w:rFonts w:cs="Times New Roman"/>
          <w:szCs w:val="24"/>
        </w:rPr>
        <w:t>persoanei</w:t>
      </w:r>
      <w:proofErr w:type="spellEnd"/>
      <w:r w:rsidRPr="00563B50">
        <w:rPr>
          <w:rFonts w:cs="Times New Roman"/>
          <w:szCs w:val="24"/>
        </w:rPr>
        <w:t xml:space="preserve"> </w:t>
      </w:r>
      <w:proofErr w:type="spellStart"/>
      <w:r w:rsidRPr="00563B50">
        <w:rPr>
          <w:rFonts w:cs="Times New Roman"/>
          <w:szCs w:val="24"/>
        </w:rPr>
        <w:t>vizate</w:t>
      </w:r>
      <w:proofErr w:type="spellEnd"/>
      <w:r w:rsidRPr="00563B50">
        <w:rPr>
          <w:rFonts w:cs="Times New Roman"/>
          <w:szCs w:val="24"/>
        </w:rPr>
        <w:t xml:space="preserve"> o </w:t>
      </w:r>
      <w:proofErr w:type="spellStart"/>
      <w:r w:rsidRPr="00563B50">
        <w:rPr>
          <w:rFonts w:cs="Times New Roman"/>
          <w:szCs w:val="24"/>
        </w:rPr>
        <w:t>explicație</w:t>
      </w:r>
      <w:proofErr w:type="spellEnd"/>
      <w:r w:rsidRPr="00563B50">
        <w:rPr>
          <w:rFonts w:cs="Times New Roman"/>
          <w:szCs w:val="24"/>
        </w:rPr>
        <w:t xml:space="preserve"> </w:t>
      </w:r>
      <w:proofErr w:type="spellStart"/>
      <w:r w:rsidRPr="00563B50">
        <w:rPr>
          <w:rFonts w:cs="Times New Roman"/>
          <w:szCs w:val="24"/>
        </w:rPr>
        <w:t>completă</w:t>
      </w:r>
      <w:proofErr w:type="spellEnd"/>
      <w:r w:rsidRPr="00563B50">
        <w:rPr>
          <w:rFonts w:cs="Times New Roman"/>
          <w:szCs w:val="24"/>
        </w:rPr>
        <w:t xml:space="preserve">, </w:t>
      </w:r>
      <w:proofErr w:type="spellStart"/>
      <w:r w:rsidRPr="00563B50">
        <w:rPr>
          <w:rFonts w:cs="Times New Roman"/>
          <w:szCs w:val="24"/>
        </w:rPr>
        <w:t>transmisă</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scris</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termen de 30 de </w:t>
      </w:r>
      <w:proofErr w:type="spellStart"/>
      <w:r w:rsidRPr="00563B50">
        <w:rPr>
          <w:rFonts w:cs="Times New Roman"/>
          <w:szCs w:val="24"/>
        </w:rPr>
        <w:t>zile</w:t>
      </w:r>
      <w:proofErr w:type="spellEnd"/>
      <w:r w:rsidRPr="00563B50">
        <w:rPr>
          <w:rFonts w:cs="Times New Roman"/>
          <w:szCs w:val="24"/>
        </w:rPr>
        <w:t xml:space="preserve">, </w:t>
      </w:r>
      <w:proofErr w:type="spellStart"/>
      <w:r w:rsidRPr="00563B50">
        <w:rPr>
          <w:rFonts w:cs="Times New Roman"/>
          <w:szCs w:val="24"/>
        </w:rPr>
        <w:t>menționând</w:t>
      </w:r>
      <w:proofErr w:type="spellEnd"/>
      <w:r w:rsidRPr="00563B50">
        <w:rPr>
          <w:rFonts w:cs="Times New Roman"/>
          <w:szCs w:val="24"/>
        </w:rPr>
        <w:t xml:space="preserve"> </w:t>
      </w:r>
      <w:proofErr w:type="spellStart"/>
      <w:r w:rsidRPr="00563B50">
        <w:rPr>
          <w:rFonts w:cs="Times New Roman"/>
          <w:szCs w:val="24"/>
        </w:rPr>
        <w:t>motivele</w:t>
      </w:r>
      <w:proofErr w:type="spellEnd"/>
      <w:r w:rsidRPr="00563B50">
        <w:rPr>
          <w:rFonts w:cs="Times New Roman"/>
          <w:szCs w:val="24"/>
        </w:rPr>
        <w:t xml:space="preserve"> </w:t>
      </w:r>
      <w:proofErr w:type="spellStart"/>
      <w:r w:rsidRPr="00563B50">
        <w:rPr>
          <w:rFonts w:cs="Times New Roman"/>
          <w:szCs w:val="24"/>
        </w:rPr>
        <w:t>refuzului</w:t>
      </w:r>
      <w:proofErr w:type="spellEnd"/>
      <w:r w:rsidRPr="00563B50">
        <w:rPr>
          <w:rFonts w:cs="Times New Roman"/>
          <w:szCs w:val="24"/>
        </w:rPr>
        <w:t xml:space="preserve">, precum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dreptul</w:t>
      </w:r>
      <w:proofErr w:type="spellEnd"/>
      <w:r w:rsidRPr="00563B50">
        <w:rPr>
          <w:rFonts w:cs="Times New Roman"/>
          <w:szCs w:val="24"/>
        </w:rPr>
        <w:t xml:space="preserve"> </w:t>
      </w:r>
      <w:proofErr w:type="spellStart"/>
      <w:r w:rsidRPr="00563B50">
        <w:rPr>
          <w:rFonts w:cs="Times New Roman"/>
          <w:szCs w:val="24"/>
        </w:rPr>
        <w:t>persoanei</w:t>
      </w:r>
      <w:proofErr w:type="spellEnd"/>
      <w:r w:rsidRPr="00563B50">
        <w:rPr>
          <w:rFonts w:cs="Times New Roman"/>
          <w:szCs w:val="24"/>
        </w:rPr>
        <w:t xml:space="preserve"> </w:t>
      </w:r>
      <w:proofErr w:type="spellStart"/>
      <w:r w:rsidRPr="00563B50">
        <w:rPr>
          <w:rFonts w:cs="Times New Roman"/>
          <w:szCs w:val="24"/>
        </w:rPr>
        <w:t>vizate</w:t>
      </w:r>
      <w:proofErr w:type="spellEnd"/>
      <w:r w:rsidRPr="00563B50">
        <w:rPr>
          <w:rFonts w:cs="Times New Roman"/>
          <w:szCs w:val="24"/>
        </w:rPr>
        <w:t xml:space="preserve"> de a </w:t>
      </w:r>
      <w:proofErr w:type="spellStart"/>
      <w:r w:rsidRPr="00563B50">
        <w:rPr>
          <w:rFonts w:cs="Times New Roman"/>
          <w:szCs w:val="24"/>
        </w:rPr>
        <w:t>depune</w:t>
      </w:r>
      <w:proofErr w:type="spellEnd"/>
      <w:r w:rsidRPr="00563B50">
        <w:rPr>
          <w:rFonts w:cs="Times New Roman"/>
          <w:szCs w:val="24"/>
        </w:rPr>
        <w:t xml:space="preserve"> o </w:t>
      </w:r>
      <w:proofErr w:type="spellStart"/>
      <w:r w:rsidRPr="00563B50">
        <w:rPr>
          <w:rFonts w:cs="Times New Roman"/>
          <w:szCs w:val="24"/>
        </w:rPr>
        <w:t>plângere</w:t>
      </w:r>
      <w:proofErr w:type="spellEnd"/>
      <w:r w:rsidRPr="00563B50">
        <w:rPr>
          <w:rFonts w:cs="Times New Roman"/>
          <w:szCs w:val="24"/>
        </w:rPr>
        <w:t xml:space="preserve"> la CNPDCP.</w:t>
      </w:r>
    </w:p>
    <w:p w14:paraId="706B7EAB" w14:textId="77777777" w:rsidR="00EE7ED3" w:rsidRPr="00563B50" w:rsidRDefault="00000000" w:rsidP="00FC0B23">
      <w:pPr>
        <w:spacing w:after="0"/>
        <w:jc w:val="both"/>
        <w:rPr>
          <w:rFonts w:cs="Times New Roman"/>
          <w:szCs w:val="24"/>
        </w:rPr>
      </w:pPr>
      <w:proofErr w:type="spellStart"/>
      <w:r w:rsidRPr="00563B50">
        <w:rPr>
          <w:rFonts w:cs="Times New Roman"/>
          <w:szCs w:val="24"/>
        </w:rPr>
        <w:t>Potrivit</w:t>
      </w:r>
      <w:proofErr w:type="spellEnd"/>
      <w:r w:rsidRPr="00563B50">
        <w:rPr>
          <w:rFonts w:cs="Times New Roman"/>
          <w:szCs w:val="24"/>
        </w:rPr>
        <w:t xml:space="preserve"> </w:t>
      </w:r>
      <w:proofErr w:type="spellStart"/>
      <w:r w:rsidRPr="00563B50">
        <w:rPr>
          <w:rFonts w:cs="Times New Roman"/>
          <w:szCs w:val="24"/>
        </w:rPr>
        <w:t>dispozițiilor</w:t>
      </w:r>
      <w:proofErr w:type="spellEnd"/>
      <w:r w:rsidRPr="00563B50">
        <w:rPr>
          <w:rFonts w:cs="Times New Roman"/>
          <w:szCs w:val="24"/>
        </w:rPr>
        <w:t xml:space="preserve"> </w:t>
      </w:r>
      <w:proofErr w:type="spellStart"/>
      <w:r w:rsidRPr="00563B50">
        <w:rPr>
          <w:rFonts w:cs="Times New Roman"/>
          <w:szCs w:val="24"/>
        </w:rPr>
        <w:t>legale</w:t>
      </w:r>
      <w:proofErr w:type="spellEnd"/>
      <w:r w:rsidRPr="00563B50">
        <w:rPr>
          <w:rFonts w:cs="Times New Roman"/>
          <w:szCs w:val="24"/>
        </w:rPr>
        <w:t xml:space="preserve">, </w:t>
      </w:r>
      <w:proofErr w:type="spellStart"/>
      <w:r w:rsidRPr="00563B50">
        <w:rPr>
          <w:rFonts w:cs="Times New Roman"/>
          <w:szCs w:val="24"/>
        </w:rPr>
        <w:t>persoanele</w:t>
      </w:r>
      <w:proofErr w:type="spellEnd"/>
      <w:r w:rsidRPr="00563B50">
        <w:rPr>
          <w:rFonts w:cs="Times New Roman"/>
          <w:szCs w:val="24"/>
        </w:rPr>
        <w:t xml:space="preserve"> </w:t>
      </w:r>
      <w:proofErr w:type="spellStart"/>
      <w:r w:rsidRPr="00563B50">
        <w:rPr>
          <w:rFonts w:cs="Times New Roman"/>
          <w:szCs w:val="24"/>
        </w:rPr>
        <w:t>vizate</w:t>
      </w:r>
      <w:proofErr w:type="spellEnd"/>
      <w:r w:rsidRPr="00563B50">
        <w:rPr>
          <w:rFonts w:cs="Times New Roman"/>
          <w:szCs w:val="24"/>
        </w:rPr>
        <w:t xml:space="preserve"> au </w:t>
      </w:r>
      <w:proofErr w:type="spellStart"/>
      <w:r w:rsidRPr="00563B50">
        <w:rPr>
          <w:rFonts w:cs="Times New Roman"/>
          <w:szCs w:val="24"/>
        </w:rPr>
        <w:t>următoarele</w:t>
      </w:r>
      <w:proofErr w:type="spellEnd"/>
      <w:r w:rsidRPr="00563B50">
        <w:rPr>
          <w:rFonts w:cs="Times New Roman"/>
          <w:szCs w:val="24"/>
        </w:rPr>
        <w:t xml:space="preserve"> </w:t>
      </w:r>
      <w:proofErr w:type="spellStart"/>
      <w:r w:rsidRPr="00563B50">
        <w:rPr>
          <w:rFonts w:cs="Times New Roman"/>
          <w:szCs w:val="24"/>
        </w:rPr>
        <w:t>drepturi</w:t>
      </w:r>
      <w:proofErr w:type="spellEnd"/>
      <w:r w:rsidRPr="00563B50">
        <w:rPr>
          <w:rFonts w:cs="Times New Roman"/>
          <w:szCs w:val="24"/>
        </w:rPr>
        <w:t>:</w:t>
      </w:r>
    </w:p>
    <w:p w14:paraId="66E7468D" w14:textId="77777777" w:rsidR="00EE7ED3" w:rsidRPr="00563B50" w:rsidRDefault="00000000">
      <w:pPr>
        <w:numPr>
          <w:ilvl w:val="0"/>
          <w:numId w:val="27"/>
        </w:numPr>
        <w:spacing w:after="0"/>
        <w:jc w:val="both"/>
        <w:rPr>
          <w:rFonts w:cs="Times New Roman"/>
          <w:szCs w:val="24"/>
        </w:rPr>
      </w:pPr>
      <w:proofErr w:type="spellStart"/>
      <w:r w:rsidRPr="00563B50">
        <w:rPr>
          <w:rFonts w:cs="Times New Roman"/>
          <w:szCs w:val="24"/>
        </w:rPr>
        <w:t>dreptul</w:t>
      </w:r>
      <w:proofErr w:type="spellEnd"/>
      <w:r w:rsidRPr="00563B50">
        <w:rPr>
          <w:rFonts w:cs="Times New Roman"/>
          <w:szCs w:val="24"/>
        </w:rPr>
        <w:t xml:space="preserve"> la </w:t>
      </w:r>
      <w:proofErr w:type="spellStart"/>
      <w:r w:rsidRPr="00563B50">
        <w:rPr>
          <w:rFonts w:cs="Times New Roman"/>
          <w:szCs w:val="24"/>
        </w:rPr>
        <w:t>informare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acces</w:t>
      </w:r>
      <w:proofErr w:type="spellEnd"/>
      <w:r w:rsidRPr="00563B50">
        <w:rPr>
          <w:rFonts w:cs="Times New Roman"/>
          <w:szCs w:val="24"/>
        </w:rPr>
        <w:t>;</w:t>
      </w:r>
    </w:p>
    <w:p w14:paraId="518A86BC" w14:textId="77777777" w:rsidR="00EE7ED3" w:rsidRPr="00563B50" w:rsidRDefault="00000000">
      <w:pPr>
        <w:numPr>
          <w:ilvl w:val="0"/>
          <w:numId w:val="27"/>
        </w:numPr>
        <w:spacing w:after="0"/>
        <w:jc w:val="both"/>
        <w:rPr>
          <w:rFonts w:cs="Times New Roman"/>
          <w:szCs w:val="24"/>
        </w:rPr>
      </w:pPr>
      <w:proofErr w:type="spellStart"/>
      <w:r w:rsidRPr="00563B50">
        <w:rPr>
          <w:rFonts w:cs="Times New Roman"/>
          <w:szCs w:val="24"/>
        </w:rPr>
        <w:t>dreptul</w:t>
      </w:r>
      <w:proofErr w:type="spellEnd"/>
      <w:r w:rsidRPr="00563B50">
        <w:rPr>
          <w:rFonts w:cs="Times New Roman"/>
          <w:szCs w:val="24"/>
        </w:rPr>
        <w:t xml:space="preserve"> la </w:t>
      </w:r>
      <w:proofErr w:type="spellStart"/>
      <w:r w:rsidRPr="00563B50">
        <w:rPr>
          <w:rFonts w:cs="Times New Roman"/>
          <w:szCs w:val="24"/>
        </w:rPr>
        <w:t>rectificare</w:t>
      </w:r>
      <w:proofErr w:type="spellEnd"/>
      <w:r w:rsidRPr="00563B50">
        <w:rPr>
          <w:rFonts w:cs="Times New Roman"/>
          <w:szCs w:val="24"/>
        </w:rPr>
        <w:t>;</w:t>
      </w:r>
    </w:p>
    <w:p w14:paraId="4A5FA945" w14:textId="77777777" w:rsidR="00EE7ED3" w:rsidRPr="00563B50" w:rsidRDefault="00000000">
      <w:pPr>
        <w:numPr>
          <w:ilvl w:val="0"/>
          <w:numId w:val="27"/>
        </w:numPr>
        <w:spacing w:after="0"/>
        <w:jc w:val="both"/>
        <w:rPr>
          <w:rFonts w:cs="Times New Roman"/>
          <w:szCs w:val="24"/>
        </w:rPr>
      </w:pPr>
      <w:proofErr w:type="spellStart"/>
      <w:r w:rsidRPr="00563B50">
        <w:rPr>
          <w:rFonts w:cs="Times New Roman"/>
          <w:szCs w:val="24"/>
        </w:rPr>
        <w:t>dreptul</w:t>
      </w:r>
      <w:proofErr w:type="spellEnd"/>
      <w:r w:rsidRPr="00563B50">
        <w:rPr>
          <w:rFonts w:cs="Times New Roman"/>
          <w:szCs w:val="24"/>
        </w:rPr>
        <w:t xml:space="preserve"> la </w:t>
      </w:r>
      <w:proofErr w:type="spellStart"/>
      <w:r w:rsidRPr="00563B50">
        <w:rPr>
          <w:rFonts w:cs="Times New Roman"/>
          <w:szCs w:val="24"/>
        </w:rPr>
        <w:t>opoziție</w:t>
      </w:r>
      <w:proofErr w:type="spellEnd"/>
      <w:r w:rsidRPr="00563B50">
        <w:rPr>
          <w:rFonts w:cs="Times New Roman"/>
          <w:szCs w:val="24"/>
        </w:rPr>
        <w:t>;</w:t>
      </w:r>
    </w:p>
    <w:p w14:paraId="52EDA723" w14:textId="77777777" w:rsidR="00EE7ED3" w:rsidRPr="00563B50" w:rsidRDefault="00000000">
      <w:pPr>
        <w:numPr>
          <w:ilvl w:val="0"/>
          <w:numId w:val="27"/>
        </w:numPr>
        <w:spacing w:after="0"/>
        <w:jc w:val="both"/>
        <w:rPr>
          <w:rFonts w:cs="Times New Roman"/>
          <w:szCs w:val="24"/>
        </w:rPr>
      </w:pPr>
      <w:proofErr w:type="spellStart"/>
      <w:r w:rsidRPr="00563B50">
        <w:rPr>
          <w:rFonts w:cs="Times New Roman"/>
          <w:szCs w:val="24"/>
        </w:rPr>
        <w:t>dreptul</w:t>
      </w:r>
      <w:proofErr w:type="spellEnd"/>
      <w:r w:rsidRPr="00563B50">
        <w:rPr>
          <w:rFonts w:cs="Times New Roman"/>
          <w:szCs w:val="24"/>
        </w:rPr>
        <w:t xml:space="preserve"> de </w:t>
      </w:r>
      <w:proofErr w:type="spellStart"/>
      <w:r w:rsidRPr="00563B50">
        <w:rPr>
          <w:rFonts w:cs="Times New Roman"/>
          <w:szCs w:val="24"/>
        </w:rPr>
        <w:t>ștergere</w:t>
      </w:r>
      <w:proofErr w:type="spellEnd"/>
      <w:r w:rsidRPr="00563B50">
        <w:rPr>
          <w:rFonts w:cs="Times New Roman"/>
          <w:szCs w:val="24"/>
        </w:rPr>
        <w:t>;</w:t>
      </w:r>
    </w:p>
    <w:p w14:paraId="0231D936" w14:textId="77777777" w:rsidR="00EE7ED3" w:rsidRPr="00563B50" w:rsidRDefault="00000000">
      <w:pPr>
        <w:numPr>
          <w:ilvl w:val="0"/>
          <w:numId w:val="27"/>
        </w:numPr>
        <w:spacing w:after="0"/>
        <w:jc w:val="both"/>
        <w:rPr>
          <w:rFonts w:cs="Times New Roman"/>
          <w:szCs w:val="24"/>
        </w:rPr>
      </w:pPr>
      <w:proofErr w:type="spellStart"/>
      <w:r w:rsidRPr="00563B50">
        <w:rPr>
          <w:rFonts w:cs="Times New Roman"/>
          <w:szCs w:val="24"/>
        </w:rPr>
        <w:t>dreptul</w:t>
      </w:r>
      <w:proofErr w:type="spellEnd"/>
      <w:r w:rsidRPr="00563B50">
        <w:rPr>
          <w:rFonts w:cs="Times New Roman"/>
          <w:szCs w:val="24"/>
        </w:rPr>
        <w:t xml:space="preserve"> la </w:t>
      </w:r>
      <w:proofErr w:type="spellStart"/>
      <w:r w:rsidRPr="00563B50">
        <w:rPr>
          <w:rFonts w:cs="Times New Roman"/>
          <w:szCs w:val="24"/>
        </w:rPr>
        <w:t>restricționarea</w:t>
      </w:r>
      <w:proofErr w:type="spellEnd"/>
      <w:r w:rsidRPr="00563B50">
        <w:rPr>
          <w:rFonts w:cs="Times New Roman"/>
          <w:szCs w:val="24"/>
        </w:rPr>
        <w:t xml:space="preserve"> </w:t>
      </w:r>
      <w:proofErr w:type="spellStart"/>
      <w:r w:rsidRPr="00563B50">
        <w:rPr>
          <w:rFonts w:cs="Times New Roman"/>
          <w:szCs w:val="24"/>
        </w:rPr>
        <w:t>prelucrării</w:t>
      </w:r>
      <w:proofErr w:type="spellEnd"/>
      <w:r w:rsidRPr="00563B50">
        <w:rPr>
          <w:rFonts w:cs="Times New Roman"/>
          <w:szCs w:val="24"/>
        </w:rPr>
        <w:t>;</w:t>
      </w:r>
    </w:p>
    <w:p w14:paraId="4D66AAE2" w14:textId="77777777" w:rsidR="00EE7ED3" w:rsidRPr="00563B50" w:rsidRDefault="00000000">
      <w:pPr>
        <w:numPr>
          <w:ilvl w:val="0"/>
          <w:numId w:val="27"/>
        </w:numPr>
        <w:spacing w:after="0"/>
        <w:jc w:val="both"/>
        <w:rPr>
          <w:rFonts w:cs="Times New Roman"/>
          <w:szCs w:val="24"/>
        </w:rPr>
      </w:pPr>
      <w:proofErr w:type="spellStart"/>
      <w:r w:rsidRPr="00563B50">
        <w:rPr>
          <w:rFonts w:cs="Times New Roman"/>
          <w:szCs w:val="24"/>
        </w:rPr>
        <w:t>dreptul</w:t>
      </w:r>
      <w:proofErr w:type="spellEnd"/>
      <w:r w:rsidRPr="00563B50">
        <w:rPr>
          <w:rFonts w:cs="Times New Roman"/>
          <w:szCs w:val="24"/>
        </w:rPr>
        <w:t xml:space="preserve"> de a </w:t>
      </w:r>
      <w:proofErr w:type="spellStart"/>
      <w:r w:rsidRPr="00563B50">
        <w:rPr>
          <w:rFonts w:cs="Times New Roman"/>
          <w:szCs w:val="24"/>
        </w:rPr>
        <w:t>nu</w:t>
      </w:r>
      <w:proofErr w:type="spellEnd"/>
      <w:r w:rsidRPr="00563B50">
        <w:rPr>
          <w:rFonts w:cs="Times New Roman"/>
          <w:szCs w:val="24"/>
        </w:rPr>
        <w:t xml:space="preserve"> fi </w:t>
      </w:r>
      <w:proofErr w:type="spellStart"/>
      <w:r w:rsidRPr="00563B50">
        <w:rPr>
          <w:rFonts w:cs="Times New Roman"/>
          <w:szCs w:val="24"/>
        </w:rPr>
        <w:t>supus</w:t>
      </w:r>
      <w:proofErr w:type="spellEnd"/>
      <w:r w:rsidRPr="00563B50">
        <w:rPr>
          <w:rFonts w:cs="Times New Roman"/>
          <w:szCs w:val="24"/>
        </w:rPr>
        <w:t xml:space="preserve"> </w:t>
      </w:r>
      <w:proofErr w:type="spellStart"/>
      <w:r w:rsidRPr="00563B50">
        <w:rPr>
          <w:rFonts w:cs="Times New Roman"/>
          <w:szCs w:val="24"/>
        </w:rPr>
        <w:t>unei</w:t>
      </w:r>
      <w:proofErr w:type="spellEnd"/>
      <w:r w:rsidRPr="00563B50">
        <w:rPr>
          <w:rFonts w:cs="Times New Roman"/>
          <w:szCs w:val="24"/>
        </w:rPr>
        <w:t xml:space="preserve"> </w:t>
      </w:r>
      <w:proofErr w:type="spellStart"/>
      <w:r w:rsidRPr="00563B50">
        <w:rPr>
          <w:rFonts w:cs="Times New Roman"/>
          <w:szCs w:val="24"/>
        </w:rPr>
        <w:t>decizii</w:t>
      </w:r>
      <w:proofErr w:type="spellEnd"/>
      <w:r w:rsidRPr="00563B50">
        <w:rPr>
          <w:rFonts w:cs="Times New Roman"/>
          <w:szCs w:val="24"/>
        </w:rPr>
        <w:t xml:space="preserve"> </w:t>
      </w:r>
      <w:proofErr w:type="spellStart"/>
      <w:r w:rsidRPr="00563B50">
        <w:rPr>
          <w:rFonts w:cs="Times New Roman"/>
          <w:szCs w:val="24"/>
        </w:rPr>
        <w:t>individuale</w:t>
      </w:r>
      <w:proofErr w:type="spellEnd"/>
      <w:r w:rsidRPr="00563B50">
        <w:rPr>
          <w:rFonts w:cs="Times New Roman"/>
          <w:szCs w:val="24"/>
        </w:rPr>
        <w:t>;</w:t>
      </w:r>
    </w:p>
    <w:p w14:paraId="76B677C4" w14:textId="77777777" w:rsidR="00EE7ED3" w:rsidRPr="00563B50" w:rsidRDefault="00000000">
      <w:pPr>
        <w:numPr>
          <w:ilvl w:val="0"/>
          <w:numId w:val="27"/>
        </w:numPr>
        <w:spacing w:after="0"/>
        <w:jc w:val="both"/>
        <w:rPr>
          <w:rFonts w:cs="Times New Roman"/>
          <w:szCs w:val="24"/>
        </w:rPr>
      </w:pPr>
      <w:proofErr w:type="spellStart"/>
      <w:r w:rsidRPr="00563B50">
        <w:rPr>
          <w:rFonts w:cs="Times New Roman"/>
          <w:szCs w:val="24"/>
        </w:rPr>
        <w:t>Dreptul</w:t>
      </w:r>
      <w:proofErr w:type="spellEnd"/>
      <w:r w:rsidRPr="00563B50">
        <w:rPr>
          <w:rFonts w:cs="Times New Roman"/>
          <w:szCs w:val="24"/>
        </w:rPr>
        <w:t xml:space="preserve"> de a </w:t>
      </w:r>
      <w:proofErr w:type="spellStart"/>
      <w:r w:rsidRPr="00563B50">
        <w:rPr>
          <w:rFonts w:cs="Times New Roman"/>
          <w:szCs w:val="24"/>
        </w:rPr>
        <w:t>depune</w:t>
      </w:r>
      <w:proofErr w:type="spellEnd"/>
      <w:r w:rsidRPr="00563B50">
        <w:rPr>
          <w:rFonts w:cs="Times New Roman"/>
          <w:szCs w:val="24"/>
        </w:rPr>
        <w:t xml:space="preserve"> o </w:t>
      </w:r>
      <w:proofErr w:type="spellStart"/>
      <w:r w:rsidRPr="00563B50">
        <w:rPr>
          <w:rFonts w:cs="Times New Roman"/>
          <w:szCs w:val="24"/>
        </w:rPr>
        <w:t>plângere</w:t>
      </w:r>
      <w:proofErr w:type="spellEnd"/>
      <w:r w:rsidRPr="00563B50">
        <w:rPr>
          <w:rFonts w:cs="Times New Roman"/>
          <w:szCs w:val="24"/>
        </w:rPr>
        <w:t xml:space="preserve"> la operator </w:t>
      </w:r>
      <w:proofErr w:type="spellStart"/>
      <w:r w:rsidRPr="00563B50">
        <w:rPr>
          <w:rFonts w:cs="Times New Roman"/>
          <w:szCs w:val="24"/>
        </w:rPr>
        <w:t>și</w:t>
      </w:r>
      <w:proofErr w:type="spellEnd"/>
      <w:r w:rsidRPr="00563B50">
        <w:rPr>
          <w:rFonts w:cs="Times New Roman"/>
          <w:szCs w:val="24"/>
        </w:rPr>
        <w:t xml:space="preserve"> la </w:t>
      </w:r>
      <w:proofErr w:type="spellStart"/>
      <w:r w:rsidRPr="00563B50">
        <w:rPr>
          <w:rFonts w:cs="Times New Roman"/>
          <w:szCs w:val="24"/>
        </w:rPr>
        <w:t>autoritatea</w:t>
      </w:r>
      <w:proofErr w:type="spellEnd"/>
      <w:r w:rsidRPr="00563B50">
        <w:rPr>
          <w:rFonts w:cs="Times New Roman"/>
          <w:szCs w:val="24"/>
        </w:rPr>
        <w:t xml:space="preserve"> </w:t>
      </w:r>
      <w:proofErr w:type="spellStart"/>
      <w:r w:rsidRPr="00563B50">
        <w:rPr>
          <w:rFonts w:cs="Times New Roman"/>
          <w:szCs w:val="24"/>
        </w:rPr>
        <w:t>competentă</w:t>
      </w:r>
      <w:proofErr w:type="spellEnd"/>
      <w:r w:rsidRPr="00563B50">
        <w:rPr>
          <w:rFonts w:cs="Times New Roman"/>
          <w:szCs w:val="24"/>
        </w:rPr>
        <w:t xml:space="preserve"> </w:t>
      </w:r>
      <w:proofErr w:type="spellStart"/>
      <w:r w:rsidRPr="00563B50">
        <w:rPr>
          <w:rFonts w:cs="Times New Roman"/>
          <w:szCs w:val="24"/>
        </w:rPr>
        <w:t>privind</w:t>
      </w:r>
      <w:proofErr w:type="spellEnd"/>
      <w:r w:rsidRPr="00563B50">
        <w:rPr>
          <w:rFonts w:cs="Times New Roman"/>
          <w:szCs w:val="24"/>
        </w:rPr>
        <w:t xml:space="preserve"> </w:t>
      </w:r>
      <w:proofErr w:type="spellStart"/>
      <w:r w:rsidRPr="00563B50">
        <w:rPr>
          <w:rFonts w:cs="Times New Roman"/>
          <w:szCs w:val="24"/>
        </w:rPr>
        <w:t>protecția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w:t>
      </w:r>
    </w:p>
    <w:p w14:paraId="511D9EFA" w14:textId="77777777" w:rsidR="00EE7ED3" w:rsidRPr="00563B50" w:rsidRDefault="00000000">
      <w:pPr>
        <w:numPr>
          <w:ilvl w:val="0"/>
          <w:numId w:val="27"/>
        </w:numPr>
        <w:spacing w:after="0"/>
        <w:jc w:val="both"/>
        <w:rPr>
          <w:rFonts w:cs="Times New Roman"/>
          <w:szCs w:val="24"/>
        </w:rPr>
      </w:pPr>
      <w:proofErr w:type="spellStart"/>
      <w:r w:rsidRPr="00563B50">
        <w:rPr>
          <w:rFonts w:cs="Times New Roman"/>
          <w:szCs w:val="24"/>
        </w:rPr>
        <w:t>Dreptul</w:t>
      </w:r>
      <w:proofErr w:type="spellEnd"/>
      <w:r w:rsidRPr="00563B50">
        <w:rPr>
          <w:rFonts w:cs="Times New Roman"/>
          <w:szCs w:val="24"/>
        </w:rPr>
        <w:t xml:space="preserve"> de a </w:t>
      </w:r>
      <w:proofErr w:type="spellStart"/>
      <w:r w:rsidRPr="00563B50">
        <w:rPr>
          <w:rFonts w:cs="Times New Roman"/>
          <w:szCs w:val="24"/>
        </w:rPr>
        <w:t>retrage</w:t>
      </w:r>
      <w:proofErr w:type="spellEnd"/>
      <w:r w:rsidRPr="00563B50">
        <w:rPr>
          <w:rFonts w:cs="Times New Roman"/>
          <w:szCs w:val="24"/>
        </w:rPr>
        <w:t xml:space="preserve"> </w:t>
      </w:r>
      <w:proofErr w:type="spellStart"/>
      <w:r w:rsidRPr="00563B50">
        <w:rPr>
          <w:rFonts w:cs="Times New Roman"/>
          <w:szCs w:val="24"/>
        </w:rPr>
        <w:t>consimțământul</w:t>
      </w:r>
      <w:proofErr w:type="spellEnd"/>
      <w:r w:rsidRPr="00563B50">
        <w:rPr>
          <w:rFonts w:cs="Times New Roman"/>
          <w:szCs w:val="24"/>
        </w:rPr>
        <w:t>.</w:t>
      </w:r>
    </w:p>
    <w:p w14:paraId="7868B190" w14:textId="77777777" w:rsidR="00EE7ED3" w:rsidRDefault="00EE7ED3" w:rsidP="00EA4171">
      <w:pPr>
        <w:rPr>
          <w:rFonts w:cs="Times New Roman"/>
          <w:b/>
          <w:bCs/>
          <w:szCs w:val="24"/>
          <w:lang w:val="ro-RO"/>
        </w:rPr>
      </w:pPr>
    </w:p>
    <w:p w14:paraId="6370CBDC" w14:textId="77777777" w:rsidR="00EE7ED3" w:rsidRPr="00563B50" w:rsidRDefault="00000000" w:rsidP="003B573D">
      <w:pPr>
        <w:jc w:val="both"/>
        <w:rPr>
          <w:rFonts w:cs="Times New Roman"/>
          <w:b/>
          <w:bCs/>
          <w:szCs w:val="24"/>
        </w:rPr>
      </w:pPr>
      <w:r w:rsidRPr="00563B50">
        <w:rPr>
          <w:rFonts w:cs="Times New Roman"/>
          <w:b/>
          <w:bCs/>
          <w:szCs w:val="24"/>
        </w:rPr>
        <w:t>XVII. STOCAREA, PĂSTRAREA ŞI DISTRUGEREA DATELOR CU CARACTER PERSONAL PRELUCRATE</w:t>
      </w:r>
    </w:p>
    <w:p w14:paraId="79499C26" w14:textId="77777777" w:rsidR="00EE7ED3" w:rsidRPr="00563B50" w:rsidRDefault="00000000" w:rsidP="003B573D">
      <w:pPr>
        <w:jc w:val="both"/>
        <w:rPr>
          <w:rFonts w:cs="Times New Roman"/>
          <w:szCs w:val="24"/>
        </w:rPr>
      </w:pPr>
      <w:r w:rsidRPr="00563B50">
        <w:rPr>
          <w:rFonts w:cs="Times New Roman"/>
          <w:b/>
          <w:bCs/>
          <w:szCs w:val="24"/>
        </w:rPr>
        <w:t>a)</w:t>
      </w:r>
      <w:r w:rsidRPr="00563B50">
        <w:rPr>
          <w:rFonts w:cs="Times New Roman"/>
          <w:szCs w:val="24"/>
        </w:rPr>
        <w:t xml:space="preserve"> </w:t>
      </w:r>
      <w:proofErr w:type="spellStart"/>
      <w:r w:rsidRPr="00563B50">
        <w:rPr>
          <w:rFonts w:cs="Times New Roman"/>
          <w:szCs w:val="24"/>
        </w:rPr>
        <w:t>Accesul</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spaţiile</w:t>
      </w:r>
      <w:proofErr w:type="spellEnd"/>
      <w:r w:rsidRPr="00563B50">
        <w:rPr>
          <w:rFonts w:cs="Times New Roman"/>
          <w:szCs w:val="24"/>
        </w:rPr>
        <w:t>/</w:t>
      </w:r>
      <w:proofErr w:type="spellStart"/>
      <w:r w:rsidRPr="00563B50">
        <w:rPr>
          <w:rFonts w:cs="Times New Roman"/>
          <w:szCs w:val="24"/>
        </w:rPr>
        <w:t>perimetrul</w:t>
      </w:r>
      <w:proofErr w:type="spellEnd"/>
      <w:r w:rsidRPr="00563B50">
        <w:rPr>
          <w:rFonts w:cs="Times New Roman"/>
          <w:szCs w:val="24"/>
        </w:rPr>
        <w:t xml:space="preserve"> </w:t>
      </w:r>
      <w:proofErr w:type="spellStart"/>
      <w:r w:rsidRPr="00563B50">
        <w:rPr>
          <w:rFonts w:cs="Times New Roman"/>
          <w:szCs w:val="24"/>
        </w:rPr>
        <w:t>unde</w:t>
      </w:r>
      <w:proofErr w:type="spellEnd"/>
      <w:r w:rsidRPr="00563B50">
        <w:rPr>
          <w:rFonts w:cs="Times New Roman"/>
          <w:szCs w:val="24"/>
        </w:rPr>
        <w:t xml:space="preserve"> </w:t>
      </w:r>
      <w:proofErr w:type="spellStart"/>
      <w:r w:rsidRPr="00563B50">
        <w:rPr>
          <w:rFonts w:cs="Times New Roman"/>
          <w:szCs w:val="24"/>
        </w:rPr>
        <w:t>sînt</w:t>
      </w:r>
      <w:proofErr w:type="spellEnd"/>
      <w:r w:rsidRPr="00563B50">
        <w:rPr>
          <w:rFonts w:cs="Times New Roman"/>
          <w:szCs w:val="24"/>
        </w:rPr>
        <w:t xml:space="preserve"> </w:t>
      </w:r>
      <w:proofErr w:type="spellStart"/>
      <w:r w:rsidRPr="00563B50">
        <w:rPr>
          <w:rFonts w:cs="Times New Roman"/>
          <w:szCs w:val="24"/>
        </w:rPr>
        <w:t>amplasate</w:t>
      </w:r>
      <w:proofErr w:type="spellEnd"/>
      <w:r w:rsidRPr="00563B50">
        <w:rPr>
          <w:rFonts w:cs="Times New Roman"/>
          <w:szCs w:val="24"/>
        </w:rPr>
        <w:t xml:space="preserve"> </w:t>
      </w:r>
      <w:proofErr w:type="spellStart"/>
      <w:r w:rsidRPr="00563B50">
        <w:rPr>
          <w:rFonts w:cs="Times New Roman"/>
          <w:szCs w:val="24"/>
        </w:rPr>
        <w:t>sistemele</w:t>
      </w:r>
      <w:proofErr w:type="spellEnd"/>
      <w:r w:rsidRPr="00563B50">
        <w:rPr>
          <w:rFonts w:cs="Times New Roman"/>
          <w:szCs w:val="24"/>
        </w:rPr>
        <w:t xml:space="preserve"> </w:t>
      </w:r>
      <w:proofErr w:type="spellStart"/>
      <w:r w:rsidRPr="00563B50">
        <w:rPr>
          <w:rFonts w:cs="Times New Roman"/>
          <w:szCs w:val="24"/>
        </w:rPr>
        <w:t>informaţionale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de </w:t>
      </w:r>
      <w:proofErr w:type="spellStart"/>
      <w:r w:rsidRPr="00563B50">
        <w:rPr>
          <w:rFonts w:cs="Times New Roman"/>
          <w:szCs w:val="24"/>
        </w:rPr>
        <w:t>evidență</w:t>
      </w:r>
      <w:proofErr w:type="spellEnd"/>
      <w:r w:rsidRPr="00563B50">
        <w:rPr>
          <w:rFonts w:cs="Times New Roman"/>
          <w:szCs w:val="24"/>
        </w:rPr>
        <w:t xml:space="preserve"> a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restricţionat</w:t>
      </w:r>
      <w:proofErr w:type="spellEnd"/>
      <w:r w:rsidRPr="00563B50">
        <w:rPr>
          <w:rFonts w:cs="Times New Roman"/>
          <w:szCs w:val="24"/>
        </w:rPr>
        <w:t xml:space="preserve">, </w:t>
      </w:r>
      <w:proofErr w:type="spellStart"/>
      <w:r w:rsidRPr="00563B50">
        <w:rPr>
          <w:rFonts w:cs="Times New Roman"/>
          <w:szCs w:val="24"/>
        </w:rPr>
        <w:t>fiind</w:t>
      </w:r>
      <w:proofErr w:type="spellEnd"/>
      <w:r w:rsidRPr="00563B50">
        <w:rPr>
          <w:rFonts w:cs="Times New Roman"/>
          <w:szCs w:val="24"/>
        </w:rPr>
        <w:t xml:space="preserve"> </w:t>
      </w:r>
      <w:proofErr w:type="spellStart"/>
      <w:r w:rsidRPr="00563B50">
        <w:rPr>
          <w:rFonts w:cs="Times New Roman"/>
          <w:szCs w:val="24"/>
        </w:rPr>
        <w:t>permis</w:t>
      </w:r>
      <w:proofErr w:type="spellEnd"/>
      <w:r w:rsidRPr="00563B50">
        <w:rPr>
          <w:rFonts w:cs="Times New Roman"/>
          <w:szCs w:val="24"/>
        </w:rPr>
        <w:t xml:space="preserve"> </w:t>
      </w:r>
      <w:proofErr w:type="spellStart"/>
      <w:r w:rsidRPr="00563B50">
        <w:rPr>
          <w:rFonts w:cs="Times New Roman"/>
          <w:szCs w:val="24"/>
        </w:rPr>
        <w:t>doar</w:t>
      </w:r>
      <w:proofErr w:type="spellEnd"/>
      <w:r w:rsidRPr="00563B50">
        <w:rPr>
          <w:rFonts w:cs="Times New Roman"/>
          <w:szCs w:val="24"/>
        </w:rPr>
        <w:t xml:space="preserve"> </w:t>
      </w:r>
      <w:proofErr w:type="spellStart"/>
      <w:r w:rsidRPr="00563B50">
        <w:rPr>
          <w:rFonts w:cs="Times New Roman"/>
          <w:szCs w:val="24"/>
        </w:rPr>
        <w:t>persoanelor</w:t>
      </w:r>
      <w:proofErr w:type="spellEnd"/>
      <w:r w:rsidRPr="00563B50">
        <w:rPr>
          <w:rFonts w:cs="Times New Roman"/>
          <w:szCs w:val="24"/>
        </w:rPr>
        <w:t xml:space="preserve"> care au </w:t>
      </w:r>
      <w:proofErr w:type="spellStart"/>
      <w:r w:rsidRPr="00563B50">
        <w:rPr>
          <w:rFonts w:cs="Times New Roman"/>
          <w:szCs w:val="24"/>
        </w:rPr>
        <w:t>autorizaţia</w:t>
      </w:r>
      <w:proofErr w:type="spellEnd"/>
      <w:r w:rsidRPr="00563B50">
        <w:rPr>
          <w:rFonts w:cs="Times New Roman"/>
          <w:szCs w:val="24"/>
        </w:rPr>
        <w:t xml:space="preserve"> </w:t>
      </w:r>
      <w:proofErr w:type="spellStart"/>
      <w:r w:rsidRPr="00563B50">
        <w:rPr>
          <w:rFonts w:cs="Times New Roman"/>
          <w:szCs w:val="24"/>
        </w:rPr>
        <w:t>necesară</w:t>
      </w:r>
      <w:proofErr w:type="spellEnd"/>
      <w:r w:rsidRPr="00563B50">
        <w:rPr>
          <w:rFonts w:cs="Times New Roman"/>
          <w:szCs w:val="24"/>
        </w:rPr>
        <w:t xml:space="preserve"> conform </w:t>
      </w:r>
      <w:r>
        <w:rPr>
          <w:rFonts w:cs="Times New Roman"/>
          <w:szCs w:val="24"/>
          <w:lang w:val="ro-RO"/>
        </w:rPr>
        <w:t>normelor</w:t>
      </w:r>
      <w:r w:rsidRPr="00563B50">
        <w:rPr>
          <w:rFonts w:cs="Times New Roman"/>
          <w:szCs w:val="24"/>
        </w:rPr>
        <w:t xml:space="preserve"> de </w:t>
      </w:r>
      <w:proofErr w:type="spellStart"/>
      <w:r w:rsidRPr="00563B50">
        <w:rPr>
          <w:rFonts w:cs="Times New Roman"/>
          <w:szCs w:val="24"/>
        </w:rPr>
        <w:t>securitate</w:t>
      </w:r>
      <w:proofErr w:type="spellEnd"/>
      <w:r w:rsidRPr="00563B50">
        <w:rPr>
          <w:rFonts w:cs="Times New Roman"/>
          <w:szCs w:val="24"/>
        </w:rPr>
        <w:t xml:space="preserve"> </w:t>
      </w:r>
      <w:proofErr w:type="spellStart"/>
      <w:r w:rsidRPr="00563B50">
        <w:rPr>
          <w:rFonts w:cs="Times New Roman"/>
          <w:szCs w:val="24"/>
        </w:rPr>
        <w:t>instituţionale</w:t>
      </w:r>
      <w:proofErr w:type="spellEnd"/>
      <w:r w:rsidRPr="00563B50">
        <w:rPr>
          <w:rFonts w:cs="Times New Roman"/>
          <w:szCs w:val="24"/>
        </w:rPr>
        <w:t xml:space="preserve"> /</w:t>
      </w:r>
      <w:proofErr w:type="spellStart"/>
      <w:r w:rsidRPr="00563B50">
        <w:rPr>
          <w:rFonts w:cs="Times New Roman"/>
          <w:szCs w:val="24"/>
        </w:rPr>
        <w:t>regulamentelor</w:t>
      </w:r>
      <w:proofErr w:type="spellEnd"/>
      <w:r w:rsidRPr="00563B50">
        <w:rPr>
          <w:rFonts w:cs="Times New Roman"/>
          <w:szCs w:val="24"/>
        </w:rPr>
        <w:t xml:space="preserve"> </w:t>
      </w:r>
      <w:proofErr w:type="spellStart"/>
      <w:r w:rsidRPr="00563B50">
        <w:rPr>
          <w:rFonts w:cs="Times New Roman"/>
          <w:szCs w:val="24"/>
        </w:rPr>
        <w:t>aprobate</w:t>
      </w:r>
      <w:proofErr w:type="spellEnd"/>
      <w:r w:rsidRPr="00563B50">
        <w:rPr>
          <w:rFonts w:cs="Times New Roman"/>
          <w:szCs w:val="24"/>
        </w:rPr>
        <w:t>.</w:t>
      </w:r>
    </w:p>
    <w:p w14:paraId="17F846DB" w14:textId="77777777" w:rsidR="00EE7ED3" w:rsidRPr="00563B50" w:rsidRDefault="00000000" w:rsidP="003B573D">
      <w:pPr>
        <w:jc w:val="both"/>
        <w:rPr>
          <w:rFonts w:cs="Times New Roman"/>
          <w:szCs w:val="24"/>
        </w:rPr>
      </w:pPr>
      <w:r w:rsidRPr="00563B50">
        <w:rPr>
          <w:rFonts w:cs="Times New Roman"/>
          <w:b/>
          <w:bCs/>
          <w:szCs w:val="24"/>
        </w:rPr>
        <w:t>b)</w:t>
      </w:r>
      <w:r w:rsidRPr="00563B50">
        <w:rPr>
          <w:rFonts w:cs="Times New Roman"/>
          <w:szCs w:val="24"/>
        </w:rPr>
        <w:t xml:space="preserve"> </w:t>
      </w:r>
      <w:proofErr w:type="spellStart"/>
      <w:r w:rsidRPr="00563B50">
        <w:rPr>
          <w:rFonts w:cs="Times New Roman"/>
          <w:szCs w:val="24"/>
        </w:rPr>
        <w:t>Stocarea</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păstrarea</w:t>
      </w:r>
      <w:proofErr w:type="spellEnd"/>
      <w:r w:rsidRPr="00563B50">
        <w:rPr>
          <w:rFonts w:cs="Times New Roman"/>
          <w:szCs w:val="24"/>
        </w:rPr>
        <w:t xml:space="preserve"> </w:t>
      </w:r>
      <w:proofErr w:type="spellStart"/>
      <w:r w:rsidRPr="00563B50">
        <w:rPr>
          <w:rFonts w:cs="Times New Roman"/>
          <w:szCs w:val="24"/>
        </w:rPr>
        <w:t>formatului</w:t>
      </w:r>
      <w:proofErr w:type="spellEnd"/>
      <w:r w:rsidRPr="00563B50">
        <w:rPr>
          <w:rFonts w:cs="Times New Roman"/>
          <w:szCs w:val="24"/>
        </w:rPr>
        <w:t xml:space="preserve"> electronic al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w:t>
      </w:r>
      <w:proofErr w:type="spellStart"/>
      <w:r w:rsidRPr="00563B50">
        <w:rPr>
          <w:rFonts w:cs="Times New Roman"/>
          <w:szCs w:val="24"/>
        </w:rPr>
        <w:t>structurate</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sisteme</w:t>
      </w:r>
      <w:proofErr w:type="spellEnd"/>
      <w:r w:rsidRPr="00563B50">
        <w:rPr>
          <w:rFonts w:cs="Times New Roman"/>
          <w:szCs w:val="24"/>
        </w:rPr>
        <w:t xml:space="preserve"> de </w:t>
      </w:r>
      <w:proofErr w:type="spellStart"/>
      <w:r w:rsidRPr="00563B50">
        <w:rPr>
          <w:rFonts w:cs="Times New Roman"/>
          <w:szCs w:val="24"/>
        </w:rPr>
        <w:t>evidenţă</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computere</w:t>
      </w:r>
      <w:proofErr w:type="spellEnd"/>
      <w:r w:rsidRPr="00563B50">
        <w:rPr>
          <w:rFonts w:cs="Times New Roman"/>
          <w:szCs w:val="24"/>
        </w:rPr>
        <w:t xml:space="preserve"> care </w:t>
      </w:r>
      <w:proofErr w:type="spellStart"/>
      <w:r w:rsidRPr="00563B50">
        <w:rPr>
          <w:rFonts w:cs="Times New Roman"/>
          <w:szCs w:val="24"/>
        </w:rPr>
        <w:t>sînt</w:t>
      </w:r>
      <w:proofErr w:type="spellEnd"/>
      <w:r w:rsidRPr="00563B50">
        <w:rPr>
          <w:rFonts w:cs="Times New Roman"/>
          <w:szCs w:val="24"/>
        </w:rPr>
        <w:t xml:space="preserve"> </w:t>
      </w:r>
      <w:proofErr w:type="spellStart"/>
      <w:r w:rsidRPr="00563B50">
        <w:rPr>
          <w:rFonts w:cs="Times New Roman"/>
          <w:szCs w:val="24"/>
        </w:rPr>
        <w:t>conectate</w:t>
      </w:r>
      <w:proofErr w:type="spellEnd"/>
      <w:r w:rsidRPr="00563B50">
        <w:rPr>
          <w:rFonts w:cs="Times New Roman"/>
          <w:szCs w:val="24"/>
        </w:rPr>
        <w:t xml:space="preserve"> la internet, nu </w:t>
      </w:r>
      <w:proofErr w:type="spellStart"/>
      <w:r w:rsidRPr="00563B50">
        <w:rPr>
          <w:rFonts w:cs="Times New Roman"/>
          <w:szCs w:val="24"/>
        </w:rPr>
        <w:t>sînt</w:t>
      </w:r>
      <w:proofErr w:type="spellEnd"/>
      <w:r w:rsidRPr="00563B50">
        <w:rPr>
          <w:rFonts w:cs="Times New Roman"/>
          <w:szCs w:val="24"/>
        </w:rPr>
        <w:t xml:space="preserve"> </w:t>
      </w:r>
      <w:proofErr w:type="spellStart"/>
      <w:r w:rsidRPr="00563B50">
        <w:rPr>
          <w:rFonts w:cs="Times New Roman"/>
          <w:szCs w:val="24"/>
        </w:rPr>
        <w:t>echipate</w:t>
      </w:r>
      <w:proofErr w:type="spellEnd"/>
      <w:r w:rsidRPr="00563B50">
        <w:rPr>
          <w:rFonts w:cs="Times New Roman"/>
          <w:szCs w:val="24"/>
        </w:rPr>
        <w:t xml:space="preserve"> cu </w:t>
      </w:r>
      <w:proofErr w:type="spellStart"/>
      <w:r w:rsidRPr="00563B50">
        <w:rPr>
          <w:rFonts w:cs="Times New Roman"/>
          <w:szCs w:val="24"/>
        </w:rPr>
        <w:t>mijloace</w:t>
      </w:r>
      <w:proofErr w:type="spellEnd"/>
      <w:r w:rsidRPr="00563B50">
        <w:rPr>
          <w:rFonts w:cs="Times New Roman"/>
          <w:szCs w:val="24"/>
        </w:rPr>
        <w:t xml:space="preserve"> de </w:t>
      </w:r>
      <w:proofErr w:type="spellStart"/>
      <w:r w:rsidRPr="00563B50">
        <w:rPr>
          <w:rFonts w:cs="Times New Roman"/>
          <w:szCs w:val="24"/>
        </w:rPr>
        <w:t>protecţie</w:t>
      </w:r>
      <w:proofErr w:type="spellEnd"/>
      <w:r w:rsidRPr="00563B50">
        <w:rPr>
          <w:rFonts w:cs="Times New Roman"/>
          <w:szCs w:val="24"/>
        </w:rPr>
        <w:t xml:space="preserve"> </w:t>
      </w:r>
      <w:proofErr w:type="spellStart"/>
      <w:r w:rsidRPr="00563B50">
        <w:rPr>
          <w:rFonts w:cs="Times New Roman"/>
          <w:szCs w:val="24"/>
        </w:rPr>
        <w:t>speciale</w:t>
      </w:r>
      <w:proofErr w:type="spellEnd"/>
      <w:r w:rsidRPr="00563B50">
        <w:rPr>
          <w:rFonts w:cs="Times New Roman"/>
          <w:szCs w:val="24"/>
        </w:rPr>
        <w:t xml:space="preserve"> </w:t>
      </w:r>
      <w:proofErr w:type="spellStart"/>
      <w:r w:rsidRPr="00563B50">
        <w:rPr>
          <w:rFonts w:cs="Times New Roman"/>
          <w:szCs w:val="24"/>
        </w:rPr>
        <w:t>tehnice</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de program </w:t>
      </w:r>
      <w:proofErr w:type="spellStart"/>
      <w:r w:rsidRPr="00563B50">
        <w:rPr>
          <w:rFonts w:cs="Times New Roman"/>
          <w:szCs w:val="24"/>
        </w:rPr>
        <w:t>și</w:t>
      </w:r>
      <w:proofErr w:type="spellEnd"/>
      <w:r w:rsidRPr="00563B50">
        <w:rPr>
          <w:rFonts w:cs="Times New Roman"/>
          <w:szCs w:val="24"/>
        </w:rPr>
        <w:t xml:space="preserve"> nu au </w:t>
      </w:r>
      <w:proofErr w:type="spellStart"/>
      <w:r w:rsidRPr="00563B50">
        <w:rPr>
          <w:rFonts w:cs="Times New Roman"/>
          <w:szCs w:val="24"/>
        </w:rPr>
        <w:t>instalate</w:t>
      </w:r>
      <w:proofErr w:type="spellEnd"/>
      <w:r w:rsidRPr="00563B50">
        <w:rPr>
          <w:rFonts w:cs="Times New Roman"/>
          <w:szCs w:val="24"/>
        </w:rPr>
        <w:t xml:space="preserve"> </w:t>
      </w:r>
      <w:proofErr w:type="spellStart"/>
      <w:r w:rsidRPr="00563B50">
        <w:rPr>
          <w:rFonts w:cs="Times New Roman"/>
          <w:szCs w:val="24"/>
        </w:rPr>
        <w:t>programe</w:t>
      </w:r>
      <w:proofErr w:type="spellEnd"/>
      <w:r w:rsidRPr="00563B50">
        <w:rPr>
          <w:rFonts w:cs="Times New Roman"/>
          <w:szCs w:val="24"/>
        </w:rPr>
        <w:t xml:space="preserve"> </w:t>
      </w:r>
      <w:proofErr w:type="spellStart"/>
      <w:r w:rsidRPr="00563B50">
        <w:rPr>
          <w:rFonts w:cs="Times New Roman"/>
          <w:szCs w:val="24"/>
        </w:rPr>
        <w:t>licenţiate</w:t>
      </w:r>
      <w:proofErr w:type="spellEnd"/>
      <w:r w:rsidRPr="00563B50">
        <w:rPr>
          <w:rFonts w:cs="Times New Roman"/>
          <w:szCs w:val="24"/>
        </w:rPr>
        <w:t xml:space="preserve">, </w:t>
      </w:r>
      <w:proofErr w:type="spellStart"/>
      <w:r w:rsidRPr="00563B50">
        <w:rPr>
          <w:rFonts w:cs="Times New Roman"/>
          <w:szCs w:val="24"/>
        </w:rPr>
        <w:t>programe</w:t>
      </w:r>
      <w:proofErr w:type="spellEnd"/>
      <w:r w:rsidRPr="00563B50">
        <w:rPr>
          <w:rFonts w:cs="Times New Roman"/>
          <w:szCs w:val="24"/>
        </w:rPr>
        <w:t xml:space="preserve"> antivirus, </w:t>
      </w:r>
      <w:proofErr w:type="spellStart"/>
      <w:r w:rsidRPr="00563B50">
        <w:rPr>
          <w:rFonts w:cs="Times New Roman"/>
          <w:szCs w:val="24"/>
        </w:rPr>
        <w:t>sisteme</w:t>
      </w:r>
      <w:proofErr w:type="spellEnd"/>
      <w:r w:rsidRPr="00563B50">
        <w:rPr>
          <w:rFonts w:cs="Times New Roman"/>
          <w:szCs w:val="24"/>
        </w:rPr>
        <w:t xml:space="preserve"> de control al </w:t>
      </w:r>
      <w:proofErr w:type="spellStart"/>
      <w:r w:rsidRPr="00563B50">
        <w:rPr>
          <w:rFonts w:cs="Times New Roman"/>
          <w:szCs w:val="24"/>
        </w:rPr>
        <w:t>securităţii</w:t>
      </w:r>
      <w:proofErr w:type="spellEnd"/>
      <w:r w:rsidRPr="00563B50">
        <w:rPr>
          <w:rFonts w:cs="Times New Roman"/>
          <w:szCs w:val="24"/>
        </w:rPr>
        <w:t xml:space="preserve"> soft-</w:t>
      </w:r>
      <w:proofErr w:type="spellStart"/>
      <w:r w:rsidRPr="00563B50">
        <w:rPr>
          <w:rFonts w:cs="Times New Roman"/>
          <w:szCs w:val="24"/>
        </w:rPr>
        <w:t>ului</w:t>
      </w:r>
      <w:proofErr w:type="spellEnd"/>
      <w:r w:rsidRPr="00563B50">
        <w:rPr>
          <w:rFonts w:cs="Times New Roman"/>
          <w:szCs w:val="24"/>
        </w:rPr>
        <w:t xml:space="preserve">, de </w:t>
      </w:r>
      <w:proofErr w:type="spellStart"/>
      <w:r w:rsidRPr="00563B50">
        <w:rPr>
          <w:rFonts w:cs="Times New Roman"/>
          <w:szCs w:val="24"/>
        </w:rPr>
        <w:t>asigurare</w:t>
      </w:r>
      <w:proofErr w:type="spellEnd"/>
      <w:r w:rsidRPr="00563B50">
        <w:rPr>
          <w:rFonts w:cs="Times New Roman"/>
          <w:szCs w:val="24"/>
        </w:rPr>
        <w:t xml:space="preserve"> a </w:t>
      </w:r>
      <w:proofErr w:type="spellStart"/>
      <w:r w:rsidRPr="00563B50">
        <w:rPr>
          <w:rFonts w:cs="Times New Roman"/>
          <w:szCs w:val="24"/>
        </w:rPr>
        <w:t>efectuării</w:t>
      </w:r>
      <w:proofErr w:type="spellEnd"/>
      <w:r w:rsidRPr="00563B50">
        <w:rPr>
          <w:rFonts w:cs="Times New Roman"/>
          <w:szCs w:val="24"/>
        </w:rPr>
        <w:t xml:space="preserve"> </w:t>
      </w:r>
      <w:proofErr w:type="spellStart"/>
      <w:r w:rsidRPr="00563B50">
        <w:rPr>
          <w:rFonts w:cs="Times New Roman"/>
          <w:szCs w:val="24"/>
        </w:rPr>
        <w:t>periodice</w:t>
      </w:r>
      <w:proofErr w:type="spellEnd"/>
      <w:r w:rsidRPr="00563B50">
        <w:rPr>
          <w:rFonts w:cs="Times New Roman"/>
          <w:szCs w:val="24"/>
        </w:rPr>
        <w:t xml:space="preserve"> a </w:t>
      </w:r>
      <w:proofErr w:type="spellStart"/>
      <w:r w:rsidRPr="00563B50">
        <w:rPr>
          <w:rFonts w:cs="Times New Roman"/>
          <w:szCs w:val="24"/>
        </w:rPr>
        <w:t>copiilor</w:t>
      </w:r>
      <w:proofErr w:type="spellEnd"/>
      <w:r w:rsidRPr="00563B50">
        <w:rPr>
          <w:rFonts w:cs="Times New Roman"/>
          <w:szCs w:val="24"/>
        </w:rPr>
        <w:t xml:space="preserve"> de </w:t>
      </w:r>
      <w:proofErr w:type="spellStart"/>
      <w:r w:rsidRPr="00563B50">
        <w:rPr>
          <w:rFonts w:cs="Times New Roman"/>
          <w:szCs w:val="24"/>
        </w:rPr>
        <w:t>siguranţă</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de </w:t>
      </w:r>
      <w:proofErr w:type="spellStart"/>
      <w:r w:rsidRPr="00563B50">
        <w:rPr>
          <w:rFonts w:cs="Times New Roman"/>
          <w:szCs w:val="24"/>
        </w:rPr>
        <w:t>efectuare</w:t>
      </w:r>
      <w:proofErr w:type="spellEnd"/>
      <w:r w:rsidRPr="00563B50">
        <w:rPr>
          <w:rFonts w:cs="Times New Roman"/>
          <w:szCs w:val="24"/>
        </w:rPr>
        <w:t xml:space="preserve"> a </w:t>
      </w:r>
      <w:proofErr w:type="spellStart"/>
      <w:r w:rsidRPr="00563B50">
        <w:rPr>
          <w:rFonts w:cs="Times New Roman"/>
          <w:szCs w:val="24"/>
        </w:rPr>
        <w:t>auditului</w:t>
      </w:r>
      <w:proofErr w:type="spellEnd"/>
      <w:r w:rsidRPr="00563B50">
        <w:rPr>
          <w:rFonts w:cs="Times New Roman"/>
          <w:szCs w:val="24"/>
        </w:rPr>
        <w:t xml:space="preserve"> -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interzisă</w:t>
      </w:r>
      <w:proofErr w:type="spellEnd"/>
      <w:r w:rsidRPr="00563B50">
        <w:rPr>
          <w:rFonts w:cs="Times New Roman"/>
          <w:szCs w:val="24"/>
        </w:rPr>
        <w:t>.</w:t>
      </w:r>
    </w:p>
    <w:p w14:paraId="2AC30C83" w14:textId="77777777" w:rsidR="00EE7ED3" w:rsidRPr="00563B50" w:rsidRDefault="00000000" w:rsidP="003B573D">
      <w:pPr>
        <w:jc w:val="both"/>
        <w:rPr>
          <w:rFonts w:cs="Times New Roman"/>
          <w:szCs w:val="24"/>
        </w:rPr>
      </w:pPr>
      <w:r w:rsidRPr="00563B50">
        <w:rPr>
          <w:rFonts w:cs="Times New Roman"/>
          <w:b/>
          <w:bCs/>
          <w:szCs w:val="24"/>
        </w:rPr>
        <w:lastRenderedPageBreak/>
        <w:t>c)</w:t>
      </w:r>
      <w:r w:rsidRPr="00563B50">
        <w:rPr>
          <w:rFonts w:cs="Times New Roman"/>
          <w:szCs w:val="24"/>
        </w:rPr>
        <w:t xml:space="preserve"> </w:t>
      </w:r>
      <w:proofErr w:type="spellStart"/>
      <w:r w:rsidRPr="00563B50">
        <w:rPr>
          <w:rFonts w:cs="Times New Roman"/>
          <w:szCs w:val="24"/>
        </w:rPr>
        <w:t>Introducerea</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perimetrul</w:t>
      </w:r>
      <w:proofErr w:type="spellEnd"/>
      <w:r w:rsidRPr="00563B50">
        <w:rPr>
          <w:rFonts w:cs="Times New Roman"/>
          <w:szCs w:val="24"/>
        </w:rPr>
        <w:t xml:space="preserve"> de </w:t>
      </w:r>
      <w:proofErr w:type="spellStart"/>
      <w:r w:rsidRPr="00563B50">
        <w:rPr>
          <w:rFonts w:cs="Times New Roman"/>
          <w:szCs w:val="24"/>
        </w:rPr>
        <w:t>securitate</w:t>
      </w:r>
      <w:proofErr w:type="spellEnd"/>
      <w:r w:rsidRPr="00563B50">
        <w:rPr>
          <w:rFonts w:cs="Times New Roman"/>
          <w:szCs w:val="24"/>
        </w:rPr>
        <w:t xml:space="preserve"> </w:t>
      </w:r>
      <w:proofErr w:type="spellStart"/>
      <w:r w:rsidRPr="00563B50">
        <w:rPr>
          <w:rFonts w:cs="Times New Roman"/>
          <w:szCs w:val="24"/>
        </w:rPr>
        <w:t>instituţional</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utilizarea</w:t>
      </w:r>
      <w:proofErr w:type="spellEnd"/>
      <w:r w:rsidRPr="00563B50">
        <w:rPr>
          <w:rFonts w:cs="Times New Roman"/>
          <w:szCs w:val="24"/>
        </w:rPr>
        <w:t xml:space="preserve"> </w:t>
      </w:r>
      <w:proofErr w:type="spellStart"/>
      <w:r w:rsidRPr="00563B50">
        <w:rPr>
          <w:rFonts w:cs="Times New Roman"/>
          <w:szCs w:val="24"/>
        </w:rPr>
        <w:t>calculatoarelor</w:t>
      </w:r>
      <w:proofErr w:type="spellEnd"/>
      <w:r w:rsidRPr="00563B50">
        <w:rPr>
          <w:rFonts w:cs="Times New Roman"/>
          <w:szCs w:val="24"/>
        </w:rPr>
        <w:t xml:space="preserve"> </w:t>
      </w:r>
      <w:proofErr w:type="spellStart"/>
      <w:r w:rsidRPr="00563B50">
        <w:rPr>
          <w:rFonts w:cs="Times New Roman"/>
          <w:szCs w:val="24"/>
        </w:rPr>
        <w:t>personale</w:t>
      </w:r>
      <w:proofErr w:type="spellEnd"/>
      <w:r w:rsidRPr="00563B50">
        <w:rPr>
          <w:rFonts w:cs="Times New Roman"/>
          <w:szCs w:val="24"/>
        </w:rPr>
        <w:t xml:space="preserve"> </w:t>
      </w:r>
      <w:proofErr w:type="spellStart"/>
      <w:r w:rsidRPr="00563B50">
        <w:rPr>
          <w:rFonts w:cs="Times New Roman"/>
          <w:szCs w:val="24"/>
        </w:rPr>
        <w:t>ori</w:t>
      </w:r>
      <w:proofErr w:type="spellEnd"/>
      <w:r w:rsidRPr="00563B50">
        <w:rPr>
          <w:rFonts w:cs="Times New Roman"/>
          <w:szCs w:val="24"/>
        </w:rPr>
        <w:t xml:space="preserve"> a </w:t>
      </w:r>
      <w:proofErr w:type="spellStart"/>
      <w:r w:rsidRPr="00563B50">
        <w:rPr>
          <w:rFonts w:cs="Times New Roman"/>
          <w:szCs w:val="24"/>
        </w:rPr>
        <w:t>purtătorilor</w:t>
      </w:r>
      <w:proofErr w:type="spellEnd"/>
      <w:r w:rsidRPr="00563B50">
        <w:rPr>
          <w:rFonts w:cs="Times New Roman"/>
          <w:szCs w:val="24"/>
        </w:rPr>
        <w:t xml:space="preserve"> de </w:t>
      </w:r>
      <w:proofErr w:type="spellStart"/>
      <w:r w:rsidRPr="00563B50">
        <w:rPr>
          <w:rFonts w:cs="Times New Roman"/>
          <w:szCs w:val="24"/>
        </w:rPr>
        <w:t>informaţii</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scopuri</w:t>
      </w:r>
      <w:proofErr w:type="spellEnd"/>
      <w:r w:rsidRPr="00563B50">
        <w:rPr>
          <w:rFonts w:cs="Times New Roman"/>
          <w:szCs w:val="24"/>
        </w:rPr>
        <w:t xml:space="preserve"> de </w:t>
      </w:r>
      <w:proofErr w:type="spellStart"/>
      <w:r w:rsidRPr="00563B50">
        <w:rPr>
          <w:rFonts w:cs="Times New Roman"/>
          <w:szCs w:val="24"/>
        </w:rPr>
        <w:t>serviciu</w:t>
      </w:r>
      <w:proofErr w:type="spellEnd"/>
      <w:r w:rsidRPr="00563B50">
        <w:rPr>
          <w:rFonts w:cs="Times New Roman"/>
          <w:szCs w:val="24"/>
        </w:rPr>
        <w:t xml:space="preserve">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interzisă</w:t>
      </w:r>
      <w:proofErr w:type="spellEnd"/>
      <w:r w:rsidRPr="00563B50">
        <w:rPr>
          <w:rFonts w:cs="Times New Roman"/>
          <w:szCs w:val="24"/>
        </w:rPr>
        <w:t xml:space="preserve">. Mai </w:t>
      </w:r>
      <w:proofErr w:type="spellStart"/>
      <w:r w:rsidRPr="00563B50">
        <w:rPr>
          <w:rFonts w:cs="Times New Roman"/>
          <w:szCs w:val="24"/>
        </w:rPr>
        <w:t>mult</w:t>
      </w:r>
      <w:proofErr w:type="spellEnd"/>
      <w:r w:rsidRPr="00563B50">
        <w:rPr>
          <w:rFonts w:cs="Times New Roman"/>
          <w:szCs w:val="24"/>
        </w:rPr>
        <w:t xml:space="preserve">, </w:t>
      </w:r>
      <w:proofErr w:type="spellStart"/>
      <w:r w:rsidRPr="00563B50">
        <w:rPr>
          <w:rFonts w:cs="Times New Roman"/>
          <w:szCs w:val="24"/>
        </w:rPr>
        <w:t>accesul</w:t>
      </w:r>
      <w:proofErr w:type="spellEnd"/>
      <w:r w:rsidRPr="00563B50">
        <w:rPr>
          <w:rFonts w:cs="Times New Roman"/>
          <w:szCs w:val="24"/>
        </w:rPr>
        <w:t xml:space="preserve"> la </w:t>
      </w:r>
      <w:proofErr w:type="spellStart"/>
      <w:r w:rsidRPr="00563B50">
        <w:rPr>
          <w:rFonts w:cs="Times New Roman"/>
          <w:szCs w:val="24"/>
        </w:rPr>
        <w:t>computerele</w:t>
      </w:r>
      <w:proofErr w:type="spellEnd"/>
      <w:r w:rsidRPr="00563B50">
        <w:rPr>
          <w:rFonts w:cs="Times New Roman"/>
          <w:szCs w:val="24"/>
        </w:rPr>
        <w:t xml:space="preserve"> din </w:t>
      </w:r>
      <w:proofErr w:type="spellStart"/>
      <w:r w:rsidRPr="00563B50">
        <w:rPr>
          <w:rFonts w:cs="Times New Roman"/>
          <w:szCs w:val="24"/>
        </w:rPr>
        <w:t>dotare</w:t>
      </w:r>
      <w:proofErr w:type="spellEnd"/>
      <w:r w:rsidRPr="00563B50">
        <w:rPr>
          <w:rFonts w:cs="Times New Roman"/>
          <w:szCs w:val="24"/>
        </w:rPr>
        <w:t xml:space="preserve"> sunt </w:t>
      </w:r>
      <w:proofErr w:type="spellStart"/>
      <w:r w:rsidRPr="00563B50">
        <w:rPr>
          <w:rFonts w:cs="Times New Roman"/>
          <w:szCs w:val="24"/>
        </w:rPr>
        <w:t>protejate</w:t>
      </w:r>
      <w:proofErr w:type="spellEnd"/>
      <w:r w:rsidRPr="00563B50">
        <w:rPr>
          <w:rFonts w:cs="Times New Roman"/>
          <w:szCs w:val="24"/>
        </w:rPr>
        <w:t>/</w:t>
      </w:r>
      <w:proofErr w:type="spellStart"/>
      <w:r w:rsidRPr="00563B50">
        <w:rPr>
          <w:rFonts w:cs="Times New Roman"/>
          <w:szCs w:val="24"/>
        </w:rPr>
        <w:t>restricţionate</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crearea</w:t>
      </w:r>
      <w:proofErr w:type="spellEnd"/>
      <w:r w:rsidRPr="00563B50">
        <w:rPr>
          <w:rFonts w:cs="Times New Roman"/>
          <w:szCs w:val="24"/>
        </w:rPr>
        <w:t xml:space="preserve"> </w:t>
      </w:r>
      <w:proofErr w:type="spellStart"/>
      <w:r w:rsidRPr="00563B50">
        <w:rPr>
          <w:rFonts w:cs="Times New Roman"/>
          <w:szCs w:val="24"/>
        </w:rPr>
        <w:t>profilurilor</w:t>
      </w:r>
      <w:proofErr w:type="spellEnd"/>
      <w:r w:rsidRPr="00563B50">
        <w:rPr>
          <w:rFonts w:cs="Times New Roman"/>
          <w:szCs w:val="24"/>
        </w:rPr>
        <w:t xml:space="preserve"> de </w:t>
      </w:r>
      <w:proofErr w:type="spellStart"/>
      <w:r w:rsidRPr="00563B50">
        <w:rPr>
          <w:rFonts w:cs="Times New Roman"/>
          <w:szCs w:val="24"/>
        </w:rPr>
        <w:t>utilizatori</w:t>
      </w:r>
      <w:proofErr w:type="spellEnd"/>
      <w:r w:rsidRPr="00563B50">
        <w:rPr>
          <w:rFonts w:cs="Times New Roman"/>
          <w:szCs w:val="24"/>
        </w:rPr>
        <w:t xml:space="preserve">, </w:t>
      </w:r>
      <w:proofErr w:type="spellStart"/>
      <w:r w:rsidRPr="00563B50">
        <w:rPr>
          <w:rFonts w:cs="Times New Roman"/>
          <w:szCs w:val="24"/>
        </w:rPr>
        <w:t>iar</w:t>
      </w:r>
      <w:proofErr w:type="spellEnd"/>
      <w:r w:rsidRPr="00563B50">
        <w:rPr>
          <w:rFonts w:cs="Times New Roman"/>
          <w:szCs w:val="24"/>
        </w:rPr>
        <w:t xml:space="preserve"> </w:t>
      </w:r>
      <w:proofErr w:type="spellStart"/>
      <w:r w:rsidRPr="00563B50">
        <w:rPr>
          <w:rFonts w:cs="Times New Roman"/>
          <w:szCs w:val="24"/>
        </w:rPr>
        <w:t>drepturile</w:t>
      </w:r>
      <w:proofErr w:type="spellEnd"/>
      <w:r w:rsidRPr="00563B50">
        <w:rPr>
          <w:rFonts w:cs="Times New Roman"/>
          <w:szCs w:val="24"/>
        </w:rPr>
        <w:t xml:space="preserve"> de administrator </w:t>
      </w:r>
      <w:proofErr w:type="spellStart"/>
      <w:r w:rsidRPr="00563B50">
        <w:rPr>
          <w:rFonts w:cs="Times New Roman"/>
          <w:szCs w:val="24"/>
        </w:rPr>
        <w:t>sînt</w:t>
      </w:r>
      <w:proofErr w:type="spellEnd"/>
      <w:r w:rsidRPr="00563B50">
        <w:rPr>
          <w:rFonts w:cs="Times New Roman"/>
          <w:szCs w:val="24"/>
        </w:rPr>
        <w:t xml:space="preserve"> </w:t>
      </w:r>
      <w:proofErr w:type="spellStart"/>
      <w:r w:rsidRPr="00563B50">
        <w:rPr>
          <w:rFonts w:cs="Times New Roman"/>
          <w:szCs w:val="24"/>
        </w:rPr>
        <w:t>încredinţate</w:t>
      </w:r>
      <w:proofErr w:type="spellEnd"/>
      <w:r w:rsidRPr="00563B50">
        <w:rPr>
          <w:rFonts w:cs="Times New Roman"/>
          <w:szCs w:val="24"/>
        </w:rPr>
        <w:t xml:space="preserve"> </w:t>
      </w:r>
      <w:proofErr w:type="spellStart"/>
      <w:r w:rsidRPr="00563B50">
        <w:rPr>
          <w:rFonts w:cs="Times New Roman"/>
          <w:szCs w:val="24"/>
        </w:rPr>
        <w:t>doar</w:t>
      </w:r>
      <w:proofErr w:type="spellEnd"/>
      <w:r w:rsidRPr="00563B50">
        <w:rPr>
          <w:rFonts w:cs="Times New Roman"/>
          <w:szCs w:val="24"/>
        </w:rPr>
        <w:t xml:space="preserve"> </w:t>
      </w:r>
      <w:proofErr w:type="spellStart"/>
      <w:r w:rsidRPr="00563B50">
        <w:rPr>
          <w:rFonts w:cs="Times New Roman"/>
          <w:szCs w:val="24"/>
        </w:rPr>
        <w:t>persoanei</w:t>
      </w:r>
      <w:proofErr w:type="spellEnd"/>
      <w:r w:rsidRPr="00563B50">
        <w:rPr>
          <w:rFonts w:cs="Times New Roman"/>
          <w:szCs w:val="24"/>
        </w:rPr>
        <w:t xml:space="preserve"> </w:t>
      </w:r>
      <w:proofErr w:type="spellStart"/>
      <w:r w:rsidRPr="00563B50">
        <w:rPr>
          <w:rFonts w:cs="Times New Roman"/>
          <w:szCs w:val="24"/>
        </w:rPr>
        <w:t>responsabile</w:t>
      </w:r>
      <w:proofErr w:type="spellEnd"/>
      <w:r w:rsidRPr="00563B50">
        <w:rPr>
          <w:rFonts w:cs="Times New Roman"/>
          <w:szCs w:val="24"/>
        </w:rPr>
        <w:t xml:space="preserve"> din </w:t>
      </w:r>
      <w:proofErr w:type="spellStart"/>
      <w:r w:rsidRPr="00563B50">
        <w:rPr>
          <w:rFonts w:cs="Times New Roman"/>
          <w:szCs w:val="24"/>
        </w:rPr>
        <w:t>cadrul</w:t>
      </w:r>
      <w:proofErr w:type="spellEnd"/>
      <w:r w:rsidRPr="00563B50">
        <w:rPr>
          <w:rFonts w:cs="Times New Roman"/>
          <w:szCs w:val="24"/>
        </w:rPr>
        <w:t xml:space="preserve"> </w:t>
      </w:r>
      <w:r w:rsidRPr="00563B50">
        <w:rPr>
          <w:rFonts w:cs="Times New Roman"/>
          <w:b/>
          <w:bCs/>
          <w:szCs w:val="24"/>
        </w:rPr>
        <w:t>PRIMĂRIEI SATULUI MERENI</w:t>
      </w:r>
      <w:r w:rsidRPr="00563B50">
        <w:rPr>
          <w:rFonts w:cs="Times New Roman"/>
          <w:szCs w:val="24"/>
        </w:rPr>
        <w:t>.</w:t>
      </w:r>
    </w:p>
    <w:p w14:paraId="17C3C5F9" w14:textId="77777777" w:rsidR="00EE7ED3" w:rsidRPr="00563B50" w:rsidRDefault="00000000" w:rsidP="003B573D">
      <w:pPr>
        <w:jc w:val="both"/>
        <w:rPr>
          <w:rFonts w:cs="Times New Roman"/>
          <w:szCs w:val="24"/>
        </w:rPr>
      </w:pPr>
      <w:r w:rsidRPr="00563B50">
        <w:rPr>
          <w:rFonts w:cs="Times New Roman"/>
          <w:b/>
          <w:bCs/>
          <w:szCs w:val="24"/>
        </w:rPr>
        <w:t>d)</w:t>
      </w:r>
      <w:r w:rsidRPr="00563B50">
        <w:rPr>
          <w:rFonts w:cs="Times New Roman"/>
          <w:szCs w:val="24"/>
        </w:rPr>
        <w:t xml:space="preserve"> </w:t>
      </w:r>
      <w:proofErr w:type="spellStart"/>
      <w:r w:rsidRPr="00563B50">
        <w:rPr>
          <w:rFonts w:cs="Times New Roman"/>
          <w:szCs w:val="24"/>
        </w:rPr>
        <w:t>Stocarea</w:t>
      </w:r>
      <w:proofErr w:type="spellEnd"/>
      <w:r w:rsidRPr="00563B50">
        <w:rPr>
          <w:rFonts w:cs="Times New Roman"/>
          <w:szCs w:val="24"/>
        </w:rPr>
        <w:t xml:space="preserve"> </w:t>
      </w:r>
      <w:proofErr w:type="spellStart"/>
      <w:r w:rsidRPr="00563B50">
        <w:rPr>
          <w:rFonts w:cs="Times New Roman"/>
          <w:szCs w:val="24"/>
        </w:rPr>
        <w:t>datelor</w:t>
      </w:r>
      <w:proofErr w:type="spellEnd"/>
      <w:r w:rsidRPr="00563B50">
        <w:rPr>
          <w:rFonts w:cs="Times New Roman"/>
          <w:szCs w:val="24"/>
        </w:rPr>
        <w:t xml:space="preserve"> cu </w:t>
      </w:r>
      <w:proofErr w:type="spellStart"/>
      <w:r w:rsidRPr="00563B50">
        <w:rPr>
          <w:rFonts w:cs="Times New Roman"/>
          <w:szCs w:val="24"/>
        </w:rPr>
        <w:t>caracter</w:t>
      </w:r>
      <w:proofErr w:type="spellEnd"/>
      <w:r w:rsidRPr="00563B50">
        <w:rPr>
          <w:rFonts w:cs="Times New Roman"/>
          <w:szCs w:val="24"/>
        </w:rPr>
        <w:t xml:space="preserve"> personal pe </w:t>
      </w:r>
      <w:proofErr w:type="spellStart"/>
      <w:r w:rsidRPr="00563B50">
        <w:rPr>
          <w:rFonts w:cs="Times New Roman"/>
          <w:szCs w:val="24"/>
        </w:rPr>
        <w:t>suport</w:t>
      </w:r>
      <w:proofErr w:type="spellEnd"/>
      <w:r w:rsidRPr="00563B50">
        <w:rPr>
          <w:rFonts w:cs="Times New Roman"/>
          <w:szCs w:val="24"/>
        </w:rPr>
        <w:t xml:space="preserve"> magnetic, optic, laser, de </w:t>
      </w:r>
      <w:proofErr w:type="spellStart"/>
      <w:r w:rsidRPr="00563B50">
        <w:rPr>
          <w:rFonts w:cs="Times New Roman"/>
          <w:szCs w:val="24"/>
        </w:rPr>
        <w:t>hîrtie</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alt </w:t>
      </w:r>
      <w:proofErr w:type="spellStart"/>
      <w:r w:rsidRPr="00563B50">
        <w:rPr>
          <w:rFonts w:cs="Times New Roman"/>
          <w:szCs w:val="24"/>
        </w:rPr>
        <w:t>suport</w:t>
      </w:r>
      <w:proofErr w:type="spellEnd"/>
      <w:r w:rsidRPr="00563B50">
        <w:rPr>
          <w:rFonts w:cs="Times New Roman"/>
          <w:szCs w:val="24"/>
        </w:rPr>
        <w:t xml:space="preserve"> al </w:t>
      </w:r>
      <w:proofErr w:type="spellStart"/>
      <w:r w:rsidRPr="00563B50">
        <w:rPr>
          <w:rFonts w:cs="Times New Roman"/>
          <w:szCs w:val="24"/>
        </w:rPr>
        <w:t>informației</w:t>
      </w:r>
      <w:proofErr w:type="spellEnd"/>
      <w:r w:rsidRPr="00563B50">
        <w:rPr>
          <w:rFonts w:cs="Times New Roman"/>
          <w:szCs w:val="24"/>
        </w:rPr>
        <w:t xml:space="preserve">, pe care se </w:t>
      </w:r>
      <w:proofErr w:type="spellStart"/>
      <w:r w:rsidRPr="00563B50">
        <w:rPr>
          <w:rFonts w:cs="Times New Roman"/>
          <w:szCs w:val="24"/>
        </w:rPr>
        <w:t>creează</w:t>
      </w:r>
      <w:proofErr w:type="spellEnd"/>
      <w:r w:rsidRPr="00563B50">
        <w:rPr>
          <w:rFonts w:cs="Times New Roman"/>
          <w:szCs w:val="24"/>
        </w:rPr>
        <w:t xml:space="preserve">, se </w:t>
      </w:r>
      <w:proofErr w:type="spellStart"/>
      <w:r w:rsidRPr="00563B50">
        <w:rPr>
          <w:rFonts w:cs="Times New Roman"/>
          <w:szCs w:val="24"/>
        </w:rPr>
        <w:t>fixează</w:t>
      </w:r>
      <w:proofErr w:type="spellEnd"/>
      <w:r w:rsidRPr="00563B50">
        <w:rPr>
          <w:rFonts w:cs="Times New Roman"/>
          <w:szCs w:val="24"/>
        </w:rPr>
        <w:t xml:space="preserve">, se </w:t>
      </w:r>
      <w:proofErr w:type="spellStart"/>
      <w:r w:rsidRPr="00563B50">
        <w:rPr>
          <w:rFonts w:cs="Times New Roman"/>
          <w:szCs w:val="24"/>
        </w:rPr>
        <w:t>transmite</w:t>
      </w:r>
      <w:proofErr w:type="spellEnd"/>
      <w:r w:rsidRPr="00563B50">
        <w:rPr>
          <w:rFonts w:cs="Times New Roman"/>
          <w:szCs w:val="24"/>
        </w:rPr>
        <w:t xml:space="preserve">, se </w:t>
      </w:r>
      <w:proofErr w:type="spellStart"/>
      <w:r w:rsidRPr="00563B50">
        <w:rPr>
          <w:rFonts w:cs="Times New Roman"/>
          <w:szCs w:val="24"/>
        </w:rPr>
        <w:t>recepționează</w:t>
      </w:r>
      <w:proofErr w:type="spellEnd"/>
      <w:r w:rsidRPr="00563B50">
        <w:rPr>
          <w:rFonts w:cs="Times New Roman"/>
          <w:szCs w:val="24"/>
        </w:rPr>
        <w:t xml:space="preserve">, se </w:t>
      </w:r>
      <w:proofErr w:type="spellStart"/>
      <w:r w:rsidRPr="00563B50">
        <w:rPr>
          <w:rFonts w:cs="Times New Roman"/>
          <w:szCs w:val="24"/>
        </w:rPr>
        <w:t>păstrează</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alt mod, se </w:t>
      </w:r>
      <w:proofErr w:type="spellStart"/>
      <w:r w:rsidRPr="00563B50">
        <w:rPr>
          <w:rFonts w:cs="Times New Roman"/>
          <w:szCs w:val="24"/>
        </w:rPr>
        <w:t>utilizează</w:t>
      </w:r>
      <w:proofErr w:type="spellEnd"/>
      <w:r w:rsidRPr="00563B50">
        <w:rPr>
          <w:rFonts w:cs="Times New Roman"/>
          <w:szCs w:val="24"/>
        </w:rPr>
        <w:t xml:space="preserve"> </w:t>
      </w:r>
      <w:proofErr w:type="spellStart"/>
      <w:r w:rsidRPr="00563B50">
        <w:rPr>
          <w:rFonts w:cs="Times New Roman"/>
          <w:szCs w:val="24"/>
        </w:rPr>
        <w:t>documentul</w:t>
      </w:r>
      <w:proofErr w:type="spellEnd"/>
      <w:r w:rsidRPr="00563B50">
        <w:rPr>
          <w:rFonts w:cs="Times New Roman"/>
          <w:szCs w:val="24"/>
        </w:rPr>
        <w:t xml:space="preserve"> </w:t>
      </w:r>
      <w:proofErr w:type="spellStart"/>
      <w:r w:rsidRPr="00563B50">
        <w:rPr>
          <w:rFonts w:cs="Times New Roman"/>
          <w:szCs w:val="24"/>
        </w:rPr>
        <w:t>şi</w:t>
      </w:r>
      <w:proofErr w:type="spellEnd"/>
      <w:r w:rsidRPr="00563B50">
        <w:rPr>
          <w:rFonts w:cs="Times New Roman"/>
          <w:szCs w:val="24"/>
        </w:rPr>
        <w:t xml:space="preserve"> care </w:t>
      </w:r>
      <w:proofErr w:type="spellStart"/>
      <w:r w:rsidRPr="00563B50">
        <w:rPr>
          <w:rFonts w:cs="Times New Roman"/>
          <w:szCs w:val="24"/>
        </w:rPr>
        <w:t>permite</w:t>
      </w:r>
      <w:proofErr w:type="spellEnd"/>
      <w:r w:rsidRPr="00563B50">
        <w:rPr>
          <w:rFonts w:cs="Times New Roman"/>
          <w:szCs w:val="24"/>
        </w:rPr>
        <w:t xml:space="preserve"> </w:t>
      </w:r>
      <w:proofErr w:type="spellStart"/>
      <w:r w:rsidRPr="00563B50">
        <w:rPr>
          <w:rFonts w:cs="Times New Roman"/>
          <w:szCs w:val="24"/>
        </w:rPr>
        <w:t>reproducerea</w:t>
      </w:r>
      <w:proofErr w:type="spellEnd"/>
      <w:r w:rsidRPr="00563B50">
        <w:rPr>
          <w:rFonts w:cs="Times New Roman"/>
          <w:szCs w:val="24"/>
        </w:rPr>
        <w:t xml:space="preserve"> </w:t>
      </w:r>
      <w:proofErr w:type="spellStart"/>
      <w:r w:rsidRPr="00563B50">
        <w:rPr>
          <w:rFonts w:cs="Times New Roman"/>
          <w:szCs w:val="24"/>
        </w:rPr>
        <w:t>acestuia</w:t>
      </w:r>
      <w:proofErr w:type="spellEnd"/>
      <w:r w:rsidRPr="00563B50">
        <w:rPr>
          <w:rFonts w:cs="Times New Roman"/>
          <w:szCs w:val="24"/>
        </w:rPr>
        <w:t xml:space="preserve">,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asigurat</w:t>
      </w:r>
      <w:proofErr w:type="spellEnd"/>
      <w:r w:rsidRPr="00563B50">
        <w:rPr>
          <w:rFonts w:cs="Times New Roman"/>
          <w:szCs w:val="24"/>
        </w:rPr>
        <w:t xml:space="preserve"> </w:t>
      </w:r>
      <w:proofErr w:type="spellStart"/>
      <w:r w:rsidRPr="00563B50">
        <w:rPr>
          <w:rFonts w:cs="Times New Roman"/>
          <w:szCs w:val="24"/>
        </w:rPr>
        <w:t>prin</w:t>
      </w:r>
      <w:proofErr w:type="spellEnd"/>
      <w:r w:rsidRPr="00563B50">
        <w:rPr>
          <w:rFonts w:cs="Times New Roman"/>
          <w:szCs w:val="24"/>
        </w:rPr>
        <w:t xml:space="preserve"> </w:t>
      </w:r>
      <w:proofErr w:type="spellStart"/>
      <w:r w:rsidRPr="00563B50">
        <w:rPr>
          <w:rFonts w:cs="Times New Roman"/>
          <w:szCs w:val="24"/>
        </w:rPr>
        <w:t>plasarea</w:t>
      </w:r>
      <w:proofErr w:type="spellEnd"/>
      <w:r w:rsidRPr="00563B50">
        <w:rPr>
          <w:rFonts w:cs="Times New Roman"/>
          <w:szCs w:val="24"/>
        </w:rPr>
        <w:t xml:space="preserve"> </w:t>
      </w:r>
      <w:proofErr w:type="spellStart"/>
      <w:r w:rsidRPr="00563B50">
        <w:rPr>
          <w:rFonts w:cs="Times New Roman"/>
          <w:szCs w:val="24"/>
        </w:rPr>
        <w:t>acestora</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safeuri</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dulapuri</w:t>
      </w:r>
      <w:proofErr w:type="spellEnd"/>
      <w:r w:rsidRPr="00563B50">
        <w:rPr>
          <w:rFonts w:cs="Times New Roman"/>
          <w:szCs w:val="24"/>
        </w:rPr>
        <w:t xml:space="preserve"> </w:t>
      </w:r>
      <w:proofErr w:type="spellStart"/>
      <w:r w:rsidRPr="00563B50">
        <w:rPr>
          <w:rFonts w:cs="Times New Roman"/>
          <w:szCs w:val="24"/>
        </w:rPr>
        <w:t>metalice</w:t>
      </w:r>
      <w:proofErr w:type="spellEnd"/>
      <w:r w:rsidRPr="00563B50">
        <w:rPr>
          <w:rFonts w:cs="Times New Roman"/>
          <w:szCs w:val="24"/>
        </w:rPr>
        <w:t xml:space="preserve"> care se </w:t>
      </w:r>
      <w:proofErr w:type="spellStart"/>
      <w:r w:rsidRPr="00563B50">
        <w:rPr>
          <w:rFonts w:cs="Times New Roman"/>
          <w:szCs w:val="24"/>
        </w:rPr>
        <w:t>încuie</w:t>
      </w:r>
      <w:proofErr w:type="spellEnd"/>
      <w:r w:rsidRPr="00563B50">
        <w:rPr>
          <w:rFonts w:cs="Times New Roman"/>
          <w:szCs w:val="24"/>
        </w:rPr>
        <w:t xml:space="preserve">. </w:t>
      </w:r>
      <w:proofErr w:type="spellStart"/>
      <w:r w:rsidRPr="00563B50">
        <w:rPr>
          <w:rFonts w:cs="Times New Roman"/>
          <w:szCs w:val="24"/>
        </w:rPr>
        <w:t>Scoaterea</w:t>
      </w:r>
      <w:proofErr w:type="spellEnd"/>
      <w:r w:rsidRPr="00563B50">
        <w:rPr>
          <w:rFonts w:cs="Times New Roman"/>
          <w:szCs w:val="24"/>
        </w:rPr>
        <w:t xml:space="preserve">, </w:t>
      </w:r>
      <w:proofErr w:type="spellStart"/>
      <w:r w:rsidRPr="00563B50">
        <w:rPr>
          <w:rFonts w:cs="Times New Roman"/>
          <w:szCs w:val="24"/>
        </w:rPr>
        <w:t>fără</w:t>
      </w:r>
      <w:proofErr w:type="spellEnd"/>
      <w:r w:rsidRPr="00563B50">
        <w:rPr>
          <w:rFonts w:cs="Times New Roman"/>
          <w:szCs w:val="24"/>
        </w:rPr>
        <w:t xml:space="preserve"> </w:t>
      </w:r>
      <w:proofErr w:type="spellStart"/>
      <w:r w:rsidRPr="00563B50">
        <w:rPr>
          <w:rFonts w:cs="Times New Roman"/>
          <w:szCs w:val="24"/>
        </w:rPr>
        <w:t>autorizare</w:t>
      </w:r>
      <w:proofErr w:type="spellEnd"/>
      <w:r w:rsidRPr="00563B50">
        <w:rPr>
          <w:rFonts w:cs="Times New Roman"/>
          <w:szCs w:val="24"/>
        </w:rPr>
        <w:t xml:space="preserve">, a </w:t>
      </w:r>
      <w:proofErr w:type="spellStart"/>
      <w:r w:rsidRPr="00563B50">
        <w:rPr>
          <w:rFonts w:cs="Times New Roman"/>
          <w:szCs w:val="24"/>
        </w:rPr>
        <w:t>purtătorilor</w:t>
      </w:r>
      <w:proofErr w:type="spellEnd"/>
      <w:r w:rsidRPr="00563B50">
        <w:rPr>
          <w:rFonts w:cs="Times New Roman"/>
          <w:szCs w:val="24"/>
        </w:rPr>
        <w:t xml:space="preserve"> de date cu </w:t>
      </w:r>
      <w:proofErr w:type="spellStart"/>
      <w:r w:rsidRPr="00563B50">
        <w:rPr>
          <w:rFonts w:cs="Times New Roman"/>
          <w:szCs w:val="24"/>
        </w:rPr>
        <w:t>caracter</w:t>
      </w:r>
      <w:proofErr w:type="spellEnd"/>
      <w:r w:rsidRPr="00563B50">
        <w:rPr>
          <w:rFonts w:cs="Times New Roman"/>
          <w:szCs w:val="24"/>
        </w:rPr>
        <w:t xml:space="preserve"> personal din </w:t>
      </w:r>
      <w:proofErr w:type="spellStart"/>
      <w:r w:rsidRPr="00563B50">
        <w:rPr>
          <w:rFonts w:cs="Times New Roman"/>
          <w:szCs w:val="24"/>
        </w:rPr>
        <w:t>perimetrul</w:t>
      </w:r>
      <w:proofErr w:type="spellEnd"/>
      <w:r w:rsidRPr="00563B50">
        <w:rPr>
          <w:rFonts w:cs="Times New Roman"/>
          <w:szCs w:val="24"/>
        </w:rPr>
        <w:t xml:space="preserve"> de </w:t>
      </w:r>
      <w:proofErr w:type="spellStart"/>
      <w:r w:rsidRPr="00563B50">
        <w:rPr>
          <w:rFonts w:cs="Times New Roman"/>
          <w:szCs w:val="24"/>
        </w:rPr>
        <w:t>securitate</w:t>
      </w:r>
      <w:proofErr w:type="spellEnd"/>
      <w:r w:rsidRPr="00563B50">
        <w:rPr>
          <w:rFonts w:cs="Times New Roman"/>
          <w:szCs w:val="24"/>
        </w:rPr>
        <w:t xml:space="preserve"> al </w:t>
      </w:r>
      <w:proofErr w:type="spellStart"/>
      <w:r w:rsidRPr="00563B50">
        <w:rPr>
          <w:rFonts w:cs="Times New Roman"/>
          <w:szCs w:val="24"/>
        </w:rPr>
        <w:t>operatorului</w:t>
      </w:r>
      <w:proofErr w:type="spellEnd"/>
      <w:r w:rsidRPr="00563B50">
        <w:rPr>
          <w:rFonts w:cs="Times New Roman"/>
          <w:szCs w:val="24"/>
        </w:rPr>
        <w:t xml:space="preserve"> </w:t>
      </w:r>
      <w:proofErr w:type="spellStart"/>
      <w:r w:rsidRPr="00563B50">
        <w:rPr>
          <w:rFonts w:cs="Times New Roman"/>
          <w:szCs w:val="24"/>
        </w:rPr>
        <w:t>este</w:t>
      </w:r>
      <w:proofErr w:type="spellEnd"/>
      <w:r w:rsidRPr="00563B50">
        <w:rPr>
          <w:rFonts w:cs="Times New Roman"/>
          <w:szCs w:val="24"/>
        </w:rPr>
        <w:t xml:space="preserve"> </w:t>
      </w:r>
      <w:proofErr w:type="spellStart"/>
      <w:r w:rsidRPr="00563B50">
        <w:rPr>
          <w:rFonts w:cs="Times New Roman"/>
          <w:szCs w:val="24"/>
        </w:rPr>
        <w:t>interzisă</w:t>
      </w:r>
      <w:proofErr w:type="spellEnd"/>
      <w:r w:rsidRPr="00563B50">
        <w:rPr>
          <w:rFonts w:cs="Times New Roman"/>
          <w:szCs w:val="24"/>
        </w:rPr>
        <w:t>.</w:t>
      </w:r>
    </w:p>
    <w:p w14:paraId="4C8EA6C4" w14:textId="77777777" w:rsidR="00EE7ED3" w:rsidRPr="00563B50" w:rsidRDefault="00000000" w:rsidP="003B573D">
      <w:pPr>
        <w:jc w:val="both"/>
        <w:rPr>
          <w:rFonts w:cs="Times New Roman"/>
          <w:b/>
          <w:bCs/>
          <w:szCs w:val="24"/>
        </w:rPr>
      </w:pPr>
      <w:r w:rsidRPr="00563B50">
        <w:rPr>
          <w:rFonts w:cs="Times New Roman"/>
          <w:b/>
          <w:bCs/>
          <w:szCs w:val="24"/>
        </w:rPr>
        <w:t>XVIII. AUDITUL SISTEMELOR INFORMAȚIONALE GESTIONATE</w:t>
      </w:r>
    </w:p>
    <w:p w14:paraId="17A087B8" w14:textId="77777777" w:rsidR="00EE7ED3" w:rsidRPr="00563B50" w:rsidRDefault="00000000" w:rsidP="003B573D">
      <w:pPr>
        <w:jc w:val="both"/>
        <w:rPr>
          <w:rFonts w:cs="Times New Roman"/>
          <w:szCs w:val="24"/>
        </w:rPr>
      </w:pPr>
      <w:r w:rsidRPr="00563B50">
        <w:rPr>
          <w:rFonts w:cs="Times New Roman"/>
          <w:b/>
          <w:bCs/>
          <w:szCs w:val="24"/>
        </w:rPr>
        <w:t>a)</w:t>
      </w:r>
      <w:r w:rsidRPr="00563B50">
        <w:rPr>
          <w:rFonts w:cs="Times New Roman"/>
          <w:szCs w:val="24"/>
        </w:rPr>
        <w:t xml:space="preserve"> Se </w:t>
      </w:r>
      <w:proofErr w:type="spellStart"/>
      <w:r w:rsidRPr="00563B50">
        <w:rPr>
          <w:rFonts w:cs="Times New Roman"/>
          <w:szCs w:val="24"/>
        </w:rPr>
        <w:t>efectuează</w:t>
      </w:r>
      <w:proofErr w:type="spellEnd"/>
      <w:r w:rsidRPr="00563B50">
        <w:rPr>
          <w:rFonts w:cs="Times New Roman"/>
          <w:szCs w:val="24"/>
        </w:rPr>
        <w:t xml:space="preserve"> </w:t>
      </w:r>
      <w:proofErr w:type="spellStart"/>
      <w:r w:rsidRPr="00563B50">
        <w:rPr>
          <w:rFonts w:cs="Times New Roman"/>
          <w:szCs w:val="24"/>
        </w:rPr>
        <w:t>înregistrarea</w:t>
      </w:r>
      <w:proofErr w:type="spellEnd"/>
      <w:r w:rsidRPr="00563B50">
        <w:rPr>
          <w:rFonts w:cs="Times New Roman"/>
          <w:szCs w:val="24"/>
        </w:rPr>
        <w:t xml:space="preserve"> </w:t>
      </w:r>
      <w:proofErr w:type="spellStart"/>
      <w:r w:rsidRPr="00563B50">
        <w:rPr>
          <w:rFonts w:cs="Times New Roman"/>
          <w:szCs w:val="24"/>
        </w:rPr>
        <w:t>tentativelor</w:t>
      </w:r>
      <w:proofErr w:type="spellEnd"/>
      <w:r w:rsidRPr="00563B50">
        <w:rPr>
          <w:rFonts w:cs="Times New Roman"/>
          <w:szCs w:val="24"/>
        </w:rPr>
        <w:t xml:space="preserve"> de </w:t>
      </w:r>
      <w:proofErr w:type="spellStart"/>
      <w:r w:rsidRPr="00563B50">
        <w:rPr>
          <w:rFonts w:cs="Times New Roman"/>
          <w:szCs w:val="24"/>
        </w:rPr>
        <w:t>intrare</w:t>
      </w:r>
      <w:proofErr w:type="spellEnd"/>
      <w:r w:rsidRPr="00563B50">
        <w:rPr>
          <w:rFonts w:cs="Times New Roman"/>
          <w:szCs w:val="24"/>
        </w:rPr>
        <w:t>/</w:t>
      </w:r>
      <w:proofErr w:type="spellStart"/>
      <w:r w:rsidRPr="00563B50">
        <w:rPr>
          <w:rFonts w:cs="Times New Roman"/>
          <w:szCs w:val="24"/>
        </w:rPr>
        <w:t>ieşire</w:t>
      </w:r>
      <w:proofErr w:type="spellEnd"/>
      <w:r w:rsidRPr="00563B50">
        <w:rPr>
          <w:rFonts w:cs="Times New Roman"/>
          <w:szCs w:val="24"/>
        </w:rPr>
        <w:t xml:space="preserve"> a </w:t>
      </w:r>
      <w:proofErr w:type="spellStart"/>
      <w:r w:rsidRPr="00563B50">
        <w:rPr>
          <w:rFonts w:cs="Times New Roman"/>
          <w:szCs w:val="24"/>
        </w:rPr>
        <w:t>utilizatorului</w:t>
      </w:r>
      <w:proofErr w:type="spellEnd"/>
      <w:r w:rsidRPr="00563B50">
        <w:rPr>
          <w:rFonts w:cs="Times New Roman"/>
          <w:szCs w:val="24"/>
        </w:rPr>
        <w:t xml:space="preserve"> </w:t>
      </w:r>
      <w:proofErr w:type="spellStart"/>
      <w:r w:rsidRPr="00563B50">
        <w:rPr>
          <w:rFonts w:cs="Times New Roman"/>
          <w:szCs w:val="24"/>
        </w:rPr>
        <w:t>în</w:t>
      </w:r>
      <w:proofErr w:type="spellEnd"/>
      <w:r w:rsidRPr="00563B50">
        <w:rPr>
          <w:rFonts w:cs="Times New Roman"/>
          <w:szCs w:val="24"/>
        </w:rPr>
        <w:t xml:space="preserve"> </w:t>
      </w:r>
      <w:proofErr w:type="spellStart"/>
      <w:r w:rsidRPr="00563B50">
        <w:rPr>
          <w:rFonts w:cs="Times New Roman"/>
          <w:szCs w:val="24"/>
        </w:rPr>
        <w:t>sistem</w:t>
      </w:r>
      <w:proofErr w:type="spellEnd"/>
      <w:r w:rsidRPr="00563B50">
        <w:rPr>
          <w:rFonts w:cs="Times New Roman"/>
          <w:szCs w:val="24"/>
        </w:rPr>
        <w:t xml:space="preserve">, conform </w:t>
      </w:r>
      <w:proofErr w:type="spellStart"/>
      <w:r w:rsidRPr="00563B50">
        <w:rPr>
          <w:rFonts w:cs="Times New Roman"/>
          <w:szCs w:val="24"/>
        </w:rPr>
        <w:t>următorilor</w:t>
      </w:r>
      <w:proofErr w:type="spellEnd"/>
      <w:r w:rsidRPr="00563B50">
        <w:rPr>
          <w:rFonts w:cs="Times New Roman"/>
          <w:szCs w:val="24"/>
        </w:rPr>
        <w:t xml:space="preserve"> </w:t>
      </w:r>
      <w:proofErr w:type="spellStart"/>
      <w:r w:rsidRPr="00563B50">
        <w:rPr>
          <w:rFonts w:cs="Times New Roman"/>
          <w:szCs w:val="24"/>
        </w:rPr>
        <w:t>parametri</w:t>
      </w:r>
      <w:proofErr w:type="spellEnd"/>
      <w:r w:rsidRPr="00563B50">
        <w:rPr>
          <w:rFonts w:cs="Times New Roman"/>
          <w:szCs w:val="24"/>
        </w:rPr>
        <w:t>:</w:t>
      </w:r>
    </w:p>
    <w:p w14:paraId="04836182" w14:textId="77777777" w:rsidR="00EE7ED3" w:rsidRPr="00563B50" w:rsidRDefault="00000000">
      <w:pPr>
        <w:numPr>
          <w:ilvl w:val="0"/>
          <w:numId w:val="28"/>
        </w:numPr>
        <w:jc w:val="both"/>
        <w:rPr>
          <w:rFonts w:cs="Times New Roman"/>
          <w:szCs w:val="24"/>
        </w:rPr>
      </w:pPr>
      <w:r w:rsidRPr="00563B50">
        <w:rPr>
          <w:rFonts w:cs="Times New Roman"/>
          <w:szCs w:val="24"/>
        </w:rPr>
        <w:t xml:space="preserve">data </w:t>
      </w:r>
      <w:proofErr w:type="spellStart"/>
      <w:r w:rsidRPr="00563B50">
        <w:rPr>
          <w:rFonts w:cs="Times New Roman"/>
          <w:szCs w:val="24"/>
        </w:rPr>
        <w:t>şi</w:t>
      </w:r>
      <w:proofErr w:type="spellEnd"/>
      <w:r w:rsidRPr="00563B50">
        <w:rPr>
          <w:rFonts w:cs="Times New Roman"/>
          <w:szCs w:val="24"/>
        </w:rPr>
        <w:t xml:space="preserve"> </w:t>
      </w:r>
      <w:proofErr w:type="spellStart"/>
      <w:r w:rsidRPr="00563B50">
        <w:rPr>
          <w:rFonts w:cs="Times New Roman"/>
          <w:szCs w:val="24"/>
        </w:rPr>
        <w:t>timpul</w:t>
      </w:r>
      <w:proofErr w:type="spellEnd"/>
      <w:r w:rsidRPr="00563B50">
        <w:rPr>
          <w:rFonts w:cs="Times New Roman"/>
          <w:szCs w:val="24"/>
        </w:rPr>
        <w:t xml:space="preserve"> </w:t>
      </w:r>
      <w:proofErr w:type="spellStart"/>
      <w:r w:rsidRPr="00563B50">
        <w:rPr>
          <w:rFonts w:cs="Times New Roman"/>
          <w:szCs w:val="24"/>
        </w:rPr>
        <w:t>tentativei</w:t>
      </w:r>
      <w:proofErr w:type="spellEnd"/>
      <w:r w:rsidRPr="00563B50">
        <w:rPr>
          <w:rFonts w:cs="Times New Roman"/>
          <w:szCs w:val="24"/>
        </w:rPr>
        <w:t xml:space="preserve"> </w:t>
      </w:r>
      <w:proofErr w:type="spellStart"/>
      <w:r w:rsidRPr="00563B50">
        <w:rPr>
          <w:rFonts w:cs="Times New Roman"/>
          <w:szCs w:val="24"/>
        </w:rPr>
        <w:t>intrării</w:t>
      </w:r>
      <w:proofErr w:type="spellEnd"/>
      <w:r w:rsidRPr="00563B50">
        <w:rPr>
          <w:rFonts w:cs="Times New Roman"/>
          <w:szCs w:val="24"/>
        </w:rPr>
        <w:t>/</w:t>
      </w:r>
      <w:proofErr w:type="spellStart"/>
      <w:r w:rsidRPr="00563B50">
        <w:rPr>
          <w:rFonts w:cs="Times New Roman"/>
          <w:szCs w:val="24"/>
        </w:rPr>
        <w:t>ieşirii</w:t>
      </w:r>
      <w:proofErr w:type="spellEnd"/>
      <w:r w:rsidRPr="00563B50">
        <w:rPr>
          <w:rFonts w:cs="Times New Roman"/>
          <w:szCs w:val="24"/>
        </w:rPr>
        <w:t>;</w:t>
      </w:r>
    </w:p>
    <w:p w14:paraId="3F406C87" w14:textId="77777777" w:rsidR="00EE7ED3" w:rsidRPr="00563B50" w:rsidRDefault="00000000">
      <w:pPr>
        <w:numPr>
          <w:ilvl w:val="0"/>
          <w:numId w:val="28"/>
        </w:numPr>
        <w:jc w:val="both"/>
        <w:rPr>
          <w:rFonts w:cs="Times New Roman"/>
          <w:szCs w:val="24"/>
        </w:rPr>
      </w:pPr>
      <w:r w:rsidRPr="00563B50">
        <w:rPr>
          <w:rFonts w:cs="Times New Roman"/>
          <w:szCs w:val="24"/>
        </w:rPr>
        <w:t xml:space="preserve">ID-ul </w:t>
      </w:r>
      <w:proofErr w:type="spellStart"/>
      <w:r w:rsidRPr="00563B50">
        <w:rPr>
          <w:rFonts w:cs="Times New Roman"/>
          <w:szCs w:val="24"/>
        </w:rPr>
        <w:t>utilizatorului</w:t>
      </w:r>
      <w:proofErr w:type="spellEnd"/>
      <w:r w:rsidRPr="00563B50">
        <w:rPr>
          <w:rFonts w:cs="Times New Roman"/>
          <w:szCs w:val="24"/>
        </w:rPr>
        <w:t>;</w:t>
      </w:r>
    </w:p>
    <w:p w14:paraId="259048A4" w14:textId="77777777" w:rsidR="00EE7ED3" w:rsidRPr="00563B50" w:rsidRDefault="00000000">
      <w:pPr>
        <w:numPr>
          <w:ilvl w:val="0"/>
          <w:numId w:val="28"/>
        </w:numPr>
        <w:jc w:val="both"/>
        <w:rPr>
          <w:rFonts w:cs="Times New Roman"/>
          <w:szCs w:val="24"/>
        </w:rPr>
      </w:pPr>
      <w:proofErr w:type="spellStart"/>
      <w:r w:rsidRPr="00563B50">
        <w:rPr>
          <w:rFonts w:cs="Times New Roman"/>
          <w:szCs w:val="24"/>
        </w:rPr>
        <w:t>rezultatul</w:t>
      </w:r>
      <w:proofErr w:type="spellEnd"/>
      <w:r w:rsidRPr="00563B50">
        <w:rPr>
          <w:rFonts w:cs="Times New Roman"/>
          <w:szCs w:val="24"/>
        </w:rPr>
        <w:t xml:space="preserve"> </w:t>
      </w:r>
      <w:proofErr w:type="spellStart"/>
      <w:r w:rsidRPr="00563B50">
        <w:rPr>
          <w:rFonts w:cs="Times New Roman"/>
          <w:szCs w:val="24"/>
        </w:rPr>
        <w:t>tentativei</w:t>
      </w:r>
      <w:proofErr w:type="spellEnd"/>
      <w:r w:rsidRPr="00563B50">
        <w:rPr>
          <w:rFonts w:cs="Times New Roman"/>
          <w:szCs w:val="24"/>
        </w:rPr>
        <w:t xml:space="preserve"> de </w:t>
      </w:r>
      <w:proofErr w:type="spellStart"/>
      <w:r w:rsidRPr="00563B50">
        <w:rPr>
          <w:rFonts w:cs="Times New Roman"/>
          <w:szCs w:val="24"/>
        </w:rPr>
        <w:t>intrare</w:t>
      </w:r>
      <w:proofErr w:type="spellEnd"/>
      <w:r w:rsidRPr="00563B50">
        <w:rPr>
          <w:rFonts w:cs="Times New Roman"/>
          <w:szCs w:val="24"/>
        </w:rPr>
        <w:t>/</w:t>
      </w:r>
      <w:proofErr w:type="spellStart"/>
      <w:r w:rsidRPr="00563B50">
        <w:rPr>
          <w:rFonts w:cs="Times New Roman"/>
          <w:szCs w:val="24"/>
        </w:rPr>
        <w:t>ieşire</w:t>
      </w:r>
      <w:proofErr w:type="spellEnd"/>
      <w:r w:rsidRPr="00563B50">
        <w:rPr>
          <w:rFonts w:cs="Times New Roman"/>
          <w:szCs w:val="24"/>
        </w:rPr>
        <w:t xml:space="preserve"> - </w:t>
      </w:r>
      <w:proofErr w:type="spellStart"/>
      <w:r w:rsidRPr="00563B50">
        <w:rPr>
          <w:rFonts w:cs="Times New Roman"/>
          <w:szCs w:val="24"/>
        </w:rPr>
        <w:t>pozitivă</w:t>
      </w:r>
      <w:proofErr w:type="spellEnd"/>
      <w:r w:rsidRPr="00563B50">
        <w:rPr>
          <w:rFonts w:cs="Times New Roman"/>
          <w:szCs w:val="24"/>
        </w:rPr>
        <w:t xml:space="preserve"> </w:t>
      </w:r>
      <w:proofErr w:type="spellStart"/>
      <w:r w:rsidRPr="00563B50">
        <w:rPr>
          <w:rFonts w:cs="Times New Roman"/>
          <w:szCs w:val="24"/>
        </w:rPr>
        <w:t>sau</w:t>
      </w:r>
      <w:proofErr w:type="spellEnd"/>
      <w:r w:rsidRPr="00563B50">
        <w:rPr>
          <w:rFonts w:cs="Times New Roman"/>
          <w:szCs w:val="24"/>
        </w:rPr>
        <w:t xml:space="preserve"> </w:t>
      </w:r>
      <w:proofErr w:type="spellStart"/>
      <w:r w:rsidRPr="00563B50">
        <w:rPr>
          <w:rFonts w:cs="Times New Roman"/>
          <w:szCs w:val="24"/>
        </w:rPr>
        <w:t>negativă</w:t>
      </w:r>
      <w:proofErr w:type="spellEnd"/>
      <w:r w:rsidRPr="00563B50">
        <w:rPr>
          <w:rFonts w:cs="Times New Roman"/>
          <w:szCs w:val="24"/>
        </w:rPr>
        <w:t>.</w:t>
      </w:r>
    </w:p>
    <w:p w14:paraId="2B3F8E00" w14:textId="77777777" w:rsidR="00EE7ED3" w:rsidRPr="00563B50" w:rsidRDefault="00000000">
      <w:pPr>
        <w:numPr>
          <w:ilvl w:val="0"/>
          <w:numId w:val="13"/>
        </w:numPr>
        <w:spacing w:before="120" w:after="120" w:line="240" w:lineRule="auto"/>
        <w:ind w:left="425" w:hanging="425"/>
        <w:jc w:val="both"/>
        <w:rPr>
          <w:rFonts w:cs="Times New Roman"/>
          <w:szCs w:val="24"/>
          <w:lang w:eastAsia="ro-RO"/>
        </w:rPr>
      </w:pPr>
      <w:r w:rsidRPr="00563B50">
        <w:rPr>
          <w:rFonts w:cs="Times New Roman"/>
          <w:szCs w:val="24"/>
          <w:lang w:eastAsia="ro-RO"/>
        </w:rPr>
        <w:t xml:space="preserve">Se </w:t>
      </w:r>
      <w:proofErr w:type="spellStart"/>
      <w:r w:rsidRPr="00563B50">
        <w:rPr>
          <w:rFonts w:cs="Times New Roman"/>
          <w:szCs w:val="24"/>
          <w:lang w:eastAsia="ro-RO"/>
        </w:rPr>
        <w:t>efectuează</w:t>
      </w:r>
      <w:proofErr w:type="spellEnd"/>
      <w:r w:rsidRPr="00563B50">
        <w:rPr>
          <w:rFonts w:cs="Times New Roman"/>
          <w:szCs w:val="24"/>
          <w:lang w:eastAsia="ro-RO"/>
        </w:rPr>
        <w:t xml:space="preserve"> </w:t>
      </w:r>
      <w:proofErr w:type="spellStart"/>
      <w:r w:rsidRPr="00563B50">
        <w:rPr>
          <w:rFonts w:cs="Times New Roman"/>
          <w:szCs w:val="24"/>
          <w:lang w:eastAsia="ro-RO"/>
        </w:rPr>
        <w:t>înregistrarea</w:t>
      </w:r>
      <w:proofErr w:type="spellEnd"/>
      <w:r w:rsidRPr="00563B50">
        <w:rPr>
          <w:rFonts w:cs="Times New Roman"/>
          <w:szCs w:val="24"/>
          <w:lang w:eastAsia="ro-RO"/>
        </w:rPr>
        <w:t xml:space="preserve"> </w:t>
      </w:r>
      <w:proofErr w:type="spellStart"/>
      <w:r w:rsidRPr="00563B50">
        <w:rPr>
          <w:rFonts w:cs="Times New Roman"/>
          <w:szCs w:val="24"/>
          <w:lang w:eastAsia="ro-RO"/>
        </w:rPr>
        <w:t>tentativelor</w:t>
      </w:r>
      <w:proofErr w:type="spellEnd"/>
      <w:r w:rsidRPr="00563B50">
        <w:rPr>
          <w:rFonts w:cs="Times New Roman"/>
          <w:szCs w:val="24"/>
          <w:lang w:eastAsia="ro-RO"/>
        </w:rPr>
        <w:t xml:space="preserve"> de </w:t>
      </w:r>
      <w:proofErr w:type="spellStart"/>
      <w:r w:rsidRPr="00563B50">
        <w:rPr>
          <w:rFonts w:cs="Times New Roman"/>
          <w:szCs w:val="24"/>
          <w:lang w:eastAsia="ro-RO"/>
        </w:rPr>
        <w:t>obţinere</w:t>
      </w:r>
      <w:proofErr w:type="spellEnd"/>
      <w:r w:rsidRPr="00563B50">
        <w:rPr>
          <w:rFonts w:cs="Times New Roman"/>
          <w:szCs w:val="24"/>
          <w:lang w:eastAsia="ro-RO"/>
        </w:rPr>
        <w:t xml:space="preserve"> a </w:t>
      </w:r>
      <w:proofErr w:type="spellStart"/>
      <w:r w:rsidRPr="00563B50">
        <w:rPr>
          <w:rFonts w:cs="Times New Roman"/>
          <w:szCs w:val="24"/>
          <w:lang w:eastAsia="ro-RO"/>
        </w:rPr>
        <w:t>accesului</w:t>
      </w:r>
      <w:proofErr w:type="spellEnd"/>
      <w:r w:rsidRPr="00563B50">
        <w:rPr>
          <w:rFonts w:cs="Times New Roman"/>
          <w:szCs w:val="24"/>
          <w:lang w:eastAsia="ro-RO"/>
        </w:rPr>
        <w:t xml:space="preserve"> (de </w:t>
      </w:r>
      <w:proofErr w:type="spellStart"/>
      <w:r w:rsidRPr="00563B50">
        <w:rPr>
          <w:rFonts w:cs="Times New Roman"/>
          <w:szCs w:val="24"/>
          <w:lang w:eastAsia="ro-RO"/>
        </w:rPr>
        <w:t>executare</w:t>
      </w:r>
      <w:proofErr w:type="spellEnd"/>
      <w:r w:rsidRPr="00563B50">
        <w:rPr>
          <w:rFonts w:cs="Times New Roman"/>
          <w:szCs w:val="24"/>
          <w:lang w:eastAsia="ro-RO"/>
        </w:rPr>
        <w:t xml:space="preserve"> a </w:t>
      </w:r>
      <w:proofErr w:type="spellStart"/>
      <w:r w:rsidRPr="00563B50">
        <w:rPr>
          <w:rFonts w:cs="Times New Roman"/>
          <w:szCs w:val="24"/>
          <w:lang w:eastAsia="ro-RO"/>
        </w:rPr>
        <w:t>operaţiunilor</w:t>
      </w:r>
      <w:proofErr w:type="spellEnd"/>
      <w:r w:rsidRPr="00563B50">
        <w:rPr>
          <w:rFonts w:cs="Times New Roman"/>
          <w:szCs w:val="24"/>
          <w:lang w:eastAsia="ro-RO"/>
        </w:rPr>
        <w:t xml:space="preserve">) </w:t>
      </w:r>
      <w:proofErr w:type="spellStart"/>
      <w:r w:rsidRPr="00563B50">
        <w:rPr>
          <w:rFonts w:cs="Times New Roman"/>
          <w:szCs w:val="24"/>
          <w:lang w:eastAsia="ro-RO"/>
        </w:rPr>
        <w:t>pentru</w:t>
      </w:r>
      <w:proofErr w:type="spellEnd"/>
      <w:r w:rsidRPr="00563B50">
        <w:rPr>
          <w:rFonts w:cs="Times New Roman"/>
          <w:szCs w:val="24"/>
          <w:lang w:eastAsia="ro-RO"/>
        </w:rPr>
        <w:t xml:space="preserve"> </w:t>
      </w:r>
      <w:proofErr w:type="spellStart"/>
      <w:r w:rsidRPr="00563B50">
        <w:rPr>
          <w:rFonts w:cs="Times New Roman"/>
          <w:szCs w:val="24"/>
          <w:lang w:eastAsia="ro-RO"/>
        </w:rPr>
        <w:t>aplicaţii</w:t>
      </w:r>
      <w:proofErr w:type="spellEnd"/>
      <w:r w:rsidRPr="00563B50">
        <w:rPr>
          <w:rFonts w:cs="Times New Roman"/>
          <w:szCs w:val="24"/>
          <w:lang w:eastAsia="ro-RO"/>
        </w:rPr>
        <w:t xml:space="preserve"> </w:t>
      </w:r>
      <w:proofErr w:type="spellStart"/>
      <w:r w:rsidRPr="00563B50">
        <w:rPr>
          <w:rFonts w:cs="Times New Roman"/>
          <w:szCs w:val="24"/>
          <w:lang w:eastAsia="ro-RO"/>
        </w:rPr>
        <w:t>şi</w:t>
      </w:r>
      <w:proofErr w:type="spellEnd"/>
      <w:r w:rsidRPr="00563B50">
        <w:rPr>
          <w:rFonts w:cs="Times New Roman"/>
          <w:szCs w:val="24"/>
          <w:lang w:eastAsia="ro-RO"/>
        </w:rPr>
        <w:t xml:space="preserve"> </w:t>
      </w:r>
      <w:proofErr w:type="spellStart"/>
      <w:r w:rsidRPr="00563B50">
        <w:rPr>
          <w:rFonts w:cs="Times New Roman"/>
          <w:szCs w:val="24"/>
          <w:lang w:eastAsia="ro-RO"/>
        </w:rPr>
        <w:t>procese</w:t>
      </w:r>
      <w:proofErr w:type="spellEnd"/>
      <w:r w:rsidRPr="00563B50">
        <w:rPr>
          <w:rFonts w:cs="Times New Roman"/>
          <w:szCs w:val="24"/>
          <w:lang w:eastAsia="ro-RO"/>
        </w:rPr>
        <w:t xml:space="preserve"> destinate </w:t>
      </w:r>
      <w:proofErr w:type="spellStart"/>
      <w:r w:rsidRPr="00563B50">
        <w:rPr>
          <w:rFonts w:cs="Times New Roman"/>
          <w:szCs w:val="24"/>
          <w:lang w:eastAsia="ro-RO"/>
        </w:rPr>
        <w:t>prelucrării</w:t>
      </w:r>
      <w:proofErr w:type="spellEnd"/>
      <w:r w:rsidRPr="00563B50">
        <w:rPr>
          <w:rFonts w:cs="Times New Roman"/>
          <w:szCs w:val="24"/>
          <w:lang w:eastAsia="ro-RO"/>
        </w:rPr>
        <w:t xml:space="preserve"> </w:t>
      </w:r>
      <w:proofErr w:type="spellStart"/>
      <w:r w:rsidRPr="00563B50">
        <w:rPr>
          <w:rFonts w:cs="Times New Roman"/>
          <w:szCs w:val="24"/>
          <w:lang w:eastAsia="ro-RO"/>
        </w:rPr>
        <w:t>datelor</w:t>
      </w:r>
      <w:proofErr w:type="spellEnd"/>
      <w:r w:rsidRPr="00563B50">
        <w:rPr>
          <w:rFonts w:cs="Times New Roman"/>
          <w:szCs w:val="24"/>
          <w:lang w:eastAsia="ro-RO"/>
        </w:rPr>
        <w:t xml:space="preserve"> cu </w:t>
      </w:r>
      <w:proofErr w:type="spellStart"/>
      <w:r w:rsidRPr="00563B50">
        <w:rPr>
          <w:rFonts w:cs="Times New Roman"/>
          <w:szCs w:val="24"/>
          <w:lang w:eastAsia="ro-RO"/>
        </w:rPr>
        <w:t>caracter</w:t>
      </w:r>
      <w:proofErr w:type="spellEnd"/>
      <w:r w:rsidRPr="00563B50">
        <w:rPr>
          <w:rFonts w:cs="Times New Roman"/>
          <w:szCs w:val="24"/>
          <w:lang w:eastAsia="ro-RO"/>
        </w:rPr>
        <w:t xml:space="preserve"> personal, conform </w:t>
      </w:r>
      <w:proofErr w:type="spellStart"/>
      <w:r w:rsidRPr="00563B50">
        <w:rPr>
          <w:rFonts w:cs="Times New Roman"/>
          <w:szCs w:val="24"/>
          <w:lang w:eastAsia="ro-RO"/>
        </w:rPr>
        <w:t>următorilor</w:t>
      </w:r>
      <w:proofErr w:type="spellEnd"/>
      <w:r w:rsidRPr="00563B50">
        <w:rPr>
          <w:rFonts w:cs="Times New Roman"/>
          <w:szCs w:val="24"/>
          <w:lang w:eastAsia="ro-RO"/>
        </w:rPr>
        <w:t xml:space="preserve"> </w:t>
      </w:r>
      <w:proofErr w:type="spellStart"/>
      <w:r w:rsidRPr="00563B50">
        <w:rPr>
          <w:rFonts w:cs="Times New Roman"/>
          <w:szCs w:val="24"/>
          <w:lang w:eastAsia="ro-RO"/>
        </w:rPr>
        <w:t>parametri</w:t>
      </w:r>
      <w:proofErr w:type="spellEnd"/>
      <w:r w:rsidRPr="00563B50">
        <w:rPr>
          <w:rFonts w:cs="Times New Roman"/>
          <w:szCs w:val="24"/>
          <w:lang w:eastAsia="ro-RO"/>
        </w:rPr>
        <w:t>:</w:t>
      </w:r>
    </w:p>
    <w:p w14:paraId="40376859" w14:textId="77777777" w:rsidR="00EE7ED3" w:rsidRPr="00563B50" w:rsidRDefault="00000000">
      <w:pPr>
        <w:numPr>
          <w:ilvl w:val="0"/>
          <w:numId w:val="18"/>
        </w:numPr>
        <w:spacing w:before="120" w:after="120" w:line="240" w:lineRule="auto"/>
        <w:ind w:left="850" w:hanging="425"/>
        <w:jc w:val="both"/>
        <w:rPr>
          <w:rFonts w:cs="Times New Roman"/>
          <w:szCs w:val="24"/>
          <w:lang w:eastAsia="ru-RU"/>
        </w:rPr>
      </w:pPr>
      <w:r w:rsidRPr="00563B50">
        <w:rPr>
          <w:rFonts w:cs="Times New Roman"/>
          <w:szCs w:val="24"/>
          <w:lang w:eastAsia="ro-RO"/>
        </w:rPr>
        <w:t xml:space="preserve">data </w:t>
      </w:r>
      <w:proofErr w:type="spellStart"/>
      <w:r w:rsidRPr="00563B50">
        <w:rPr>
          <w:rFonts w:cs="Times New Roman"/>
          <w:szCs w:val="24"/>
          <w:lang w:eastAsia="ro-RO"/>
        </w:rPr>
        <w:t>şi</w:t>
      </w:r>
      <w:proofErr w:type="spellEnd"/>
      <w:r w:rsidRPr="00563B50">
        <w:rPr>
          <w:rFonts w:cs="Times New Roman"/>
          <w:szCs w:val="24"/>
          <w:lang w:eastAsia="ro-RO"/>
        </w:rPr>
        <w:t xml:space="preserve"> </w:t>
      </w:r>
      <w:proofErr w:type="spellStart"/>
      <w:r w:rsidRPr="00563B50">
        <w:rPr>
          <w:rFonts w:cs="Times New Roman"/>
          <w:szCs w:val="24"/>
          <w:lang w:eastAsia="ro-RO"/>
        </w:rPr>
        <w:t>timpul</w:t>
      </w:r>
      <w:proofErr w:type="spellEnd"/>
      <w:r w:rsidRPr="00563B50">
        <w:rPr>
          <w:rFonts w:cs="Times New Roman"/>
          <w:szCs w:val="24"/>
          <w:lang w:eastAsia="ro-RO"/>
        </w:rPr>
        <w:t xml:space="preserve"> </w:t>
      </w:r>
      <w:proofErr w:type="spellStart"/>
      <w:r w:rsidRPr="00563B50">
        <w:rPr>
          <w:rFonts w:cs="Times New Roman"/>
          <w:szCs w:val="24"/>
          <w:lang w:eastAsia="ro-RO"/>
        </w:rPr>
        <w:t>tentativei</w:t>
      </w:r>
      <w:proofErr w:type="spellEnd"/>
      <w:r w:rsidRPr="00563B50">
        <w:rPr>
          <w:rFonts w:cs="Times New Roman"/>
          <w:szCs w:val="24"/>
          <w:lang w:eastAsia="ro-RO"/>
        </w:rPr>
        <w:t xml:space="preserve"> de </w:t>
      </w:r>
      <w:proofErr w:type="spellStart"/>
      <w:r w:rsidRPr="00563B50">
        <w:rPr>
          <w:rFonts w:cs="Times New Roman"/>
          <w:szCs w:val="24"/>
          <w:lang w:eastAsia="ro-RO"/>
        </w:rPr>
        <w:t>obţinere</w:t>
      </w:r>
      <w:proofErr w:type="spellEnd"/>
      <w:r w:rsidRPr="00563B50">
        <w:rPr>
          <w:rFonts w:cs="Times New Roman"/>
          <w:szCs w:val="24"/>
          <w:lang w:eastAsia="ro-RO"/>
        </w:rPr>
        <w:t xml:space="preserve"> a </w:t>
      </w:r>
      <w:proofErr w:type="spellStart"/>
      <w:r w:rsidRPr="00563B50">
        <w:rPr>
          <w:rFonts w:cs="Times New Roman"/>
          <w:szCs w:val="24"/>
          <w:lang w:eastAsia="ro-RO"/>
        </w:rPr>
        <w:t>accesului</w:t>
      </w:r>
      <w:proofErr w:type="spellEnd"/>
      <w:r w:rsidRPr="00563B50">
        <w:rPr>
          <w:rFonts w:cs="Times New Roman"/>
          <w:szCs w:val="24"/>
          <w:lang w:eastAsia="ro-RO"/>
        </w:rPr>
        <w:t xml:space="preserve"> (</w:t>
      </w:r>
      <w:proofErr w:type="spellStart"/>
      <w:r w:rsidRPr="00563B50">
        <w:rPr>
          <w:rFonts w:cs="Times New Roman"/>
          <w:szCs w:val="24"/>
          <w:lang w:eastAsia="ro-RO"/>
        </w:rPr>
        <w:t>executate</w:t>
      </w:r>
      <w:proofErr w:type="spellEnd"/>
      <w:r w:rsidRPr="00563B50">
        <w:rPr>
          <w:rFonts w:cs="Times New Roman"/>
          <w:szCs w:val="24"/>
          <w:lang w:eastAsia="ro-RO"/>
        </w:rPr>
        <w:t xml:space="preserve"> a </w:t>
      </w:r>
      <w:proofErr w:type="spellStart"/>
      <w:r w:rsidRPr="00563B50">
        <w:rPr>
          <w:rFonts w:cs="Times New Roman"/>
          <w:szCs w:val="24"/>
          <w:lang w:eastAsia="ro-RO"/>
        </w:rPr>
        <w:t>operaţiunii</w:t>
      </w:r>
      <w:proofErr w:type="spellEnd"/>
      <w:r w:rsidRPr="00563B50">
        <w:rPr>
          <w:rFonts w:cs="Times New Roman"/>
          <w:szCs w:val="24"/>
          <w:lang w:eastAsia="ro-RO"/>
        </w:rPr>
        <w:t>),</w:t>
      </w:r>
    </w:p>
    <w:p w14:paraId="28AAE9B6" w14:textId="77777777" w:rsidR="00EE7ED3" w:rsidRPr="00563B50" w:rsidRDefault="00000000">
      <w:pPr>
        <w:numPr>
          <w:ilvl w:val="0"/>
          <w:numId w:val="18"/>
        </w:numPr>
        <w:spacing w:before="120" w:after="120" w:line="240" w:lineRule="auto"/>
        <w:ind w:left="850" w:hanging="425"/>
        <w:jc w:val="both"/>
        <w:rPr>
          <w:rFonts w:cs="Times New Roman"/>
          <w:szCs w:val="24"/>
          <w:lang w:eastAsia="ru-RU"/>
        </w:rPr>
      </w:pPr>
      <w:proofErr w:type="spellStart"/>
      <w:r w:rsidRPr="00563B50">
        <w:rPr>
          <w:rFonts w:cs="Times New Roman"/>
          <w:szCs w:val="24"/>
          <w:lang w:eastAsia="ro-RO"/>
        </w:rPr>
        <w:t>denumirea</w:t>
      </w:r>
      <w:proofErr w:type="spellEnd"/>
      <w:r w:rsidRPr="00563B50">
        <w:rPr>
          <w:rFonts w:cs="Times New Roman"/>
          <w:szCs w:val="24"/>
          <w:lang w:eastAsia="ro-RO"/>
        </w:rPr>
        <w:t xml:space="preserve"> (</w:t>
      </w:r>
      <w:proofErr w:type="spellStart"/>
      <w:r w:rsidRPr="00563B50">
        <w:rPr>
          <w:rFonts w:cs="Times New Roman"/>
          <w:szCs w:val="24"/>
          <w:lang w:eastAsia="ro-RO"/>
        </w:rPr>
        <w:t>identificatorul</w:t>
      </w:r>
      <w:proofErr w:type="spellEnd"/>
      <w:r w:rsidRPr="00563B50">
        <w:rPr>
          <w:rFonts w:cs="Times New Roman"/>
          <w:szCs w:val="24"/>
          <w:lang w:eastAsia="ro-RO"/>
        </w:rPr>
        <w:t xml:space="preserve">) </w:t>
      </w:r>
      <w:proofErr w:type="spellStart"/>
      <w:r w:rsidRPr="00563B50">
        <w:rPr>
          <w:rFonts w:cs="Times New Roman"/>
          <w:szCs w:val="24"/>
          <w:lang w:eastAsia="ro-RO"/>
        </w:rPr>
        <w:t>aplicaţiei</w:t>
      </w:r>
      <w:proofErr w:type="spellEnd"/>
      <w:r w:rsidRPr="00563B50">
        <w:rPr>
          <w:rFonts w:cs="Times New Roman"/>
          <w:szCs w:val="24"/>
          <w:lang w:eastAsia="ro-RO"/>
        </w:rPr>
        <w:t xml:space="preserve"> </w:t>
      </w:r>
      <w:proofErr w:type="spellStart"/>
      <w:r w:rsidRPr="00563B50">
        <w:rPr>
          <w:rFonts w:cs="Times New Roman"/>
          <w:szCs w:val="24"/>
          <w:lang w:eastAsia="ro-RO"/>
        </w:rPr>
        <w:t>sau</w:t>
      </w:r>
      <w:proofErr w:type="spellEnd"/>
      <w:r w:rsidRPr="00563B50">
        <w:rPr>
          <w:rFonts w:cs="Times New Roman"/>
          <w:szCs w:val="24"/>
          <w:lang w:eastAsia="ro-RO"/>
        </w:rPr>
        <w:t xml:space="preserve"> </w:t>
      </w:r>
      <w:proofErr w:type="spellStart"/>
      <w:r w:rsidRPr="00563B50">
        <w:rPr>
          <w:rFonts w:cs="Times New Roman"/>
          <w:szCs w:val="24"/>
          <w:lang w:eastAsia="ro-RO"/>
        </w:rPr>
        <w:t>procesului</w:t>
      </w:r>
      <w:proofErr w:type="spellEnd"/>
      <w:r w:rsidRPr="00563B50">
        <w:rPr>
          <w:rFonts w:cs="Times New Roman"/>
          <w:szCs w:val="24"/>
          <w:lang w:eastAsia="ro-RO"/>
        </w:rPr>
        <w:t xml:space="preserve">, o ID-ul </w:t>
      </w:r>
      <w:proofErr w:type="spellStart"/>
      <w:r w:rsidRPr="00563B50">
        <w:rPr>
          <w:rFonts w:cs="Times New Roman"/>
          <w:szCs w:val="24"/>
          <w:lang w:eastAsia="ro-RO"/>
        </w:rPr>
        <w:t>utilizatorului</w:t>
      </w:r>
      <w:proofErr w:type="spellEnd"/>
      <w:r w:rsidRPr="00563B50">
        <w:rPr>
          <w:rFonts w:cs="Times New Roman"/>
          <w:szCs w:val="24"/>
          <w:lang w:eastAsia="ro-RO"/>
        </w:rPr>
        <w:t>,</w:t>
      </w:r>
    </w:p>
    <w:p w14:paraId="3FD4BA9E" w14:textId="77777777" w:rsidR="00EE7ED3" w:rsidRPr="00563B50" w:rsidRDefault="00000000">
      <w:pPr>
        <w:numPr>
          <w:ilvl w:val="0"/>
          <w:numId w:val="18"/>
        </w:numPr>
        <w:spacing w:before="120" w:after="120" w:line="240" w:lineRule="auto"/>
        <w:ind w:left="850" w:hanging="425"/>
        <w:jc w:val="both"/>
        <w:rPr>
          <w:rFonts w:cs="Times New Roman"/>
          <w:szCs w:val="24"/>
          <w:lang w:eastAsia="ru-RU"/>
        </w:rPr>
      </w:pPr>
      <w:proofErr w:type="spellStart"/>
      <w:r w:rsidRPr="00563B50">
        <w:rPr>
          <w:rFonts w:cs="Times New Roman"/>
          <w:szCs w:val="24"/>
          <w:lang w:eastAsia="ro-RO"/>
        </w:rPr>
        <w:t>specificaţiile</w:t>
      </w:r>
      <w:proofErr w:type="spellEnd"/>
      <w:r w:rsidRPr="00563B50">
        <w:rPr>
          <w:rFonts w:cs="Times New Roman"/>
          <w:szCs w:val="24"/>
          <w:lang w:eastAsia="ro-RO"/>
        </w:rPr>
        <w:t xml:space="preserve"> </w:t>
      </w:r>
      <w:proofErr w:type="spellStart"/>
      <w:r w:rsidRPr="00563B50">
        <w:rPr>
          <w:rFonts w:cs="Times New Roman"/>
          <w:szCs w:val="24"/>
          <w:lang w:eastAsia="ro-RO"/>
        </w:rPr>
        <w:t>resursei</w:t>
      </w:r>
      <w:proofErr w:type="spellEnd"/>
      <w:r w:rsidRPr="00563B50">
        <w:rPr>
          <w:rFonts w:cs="Times New Roman"/>
          <w:szCs w:val="24"/>
          <w:lang w:eastAsia="ro-RO"/>
        </w:rPr>
        <w:t xml:space="preserve"> </w:t>
      </w:r>
      <w:proofErr w:type="spellStart"/>
      <w:r w:rsidRPr="00563B50">
        <w:rPr>
          <w:rFonts w:cs="Times New Roman"/>
          <w:szCs w:val="24"/>
          <w:lang w:eastAsia="ro-RO"/>
        </w:rPr>
        <w:t>protejate</w:t>
      </w:r>
      <w:proofErr w:type="spellEnd"/>
      <w:r w:rsidRPr="00563B50">
        <w:rPr>
          <w:rFonts w:cs="Times New Roman"/>
          <w:szCs w:val="24"/>
          <w:lang w:eastAsia="ro-RO"/>
        </w:rPr>
        <w:t xml:space="preserve"> (</w:t>
      </w:r>
      <w:proofErr w:type="spellStart"/>
      <w:r w:rsidRPr="00563B50">
        <w:rPr>
          <w:rFonts w:cs="Times New Roman"/>
          <w:szCs w:val="24"/>
          <w:lang w:eastAsia="ro-RO"/>
        </w:rPr>
        <w:t>identificator</w:t>
      </w:r>
      <w:proofErr w:type="spellEnd"/>
      <w:r w:rsidRPr="00563B50">
        <w:rPr>
          <w:rFonts w:cs="Times New Roman"/>
          <w:szCs w:val="24"/>
          <w:lang w:eastAsia="ro-RO"/>
        </w:rPr>
        <w:t xml:space="preserve">, </w:t>
      </w:r>
      <w:proofErr w:type="spellStart"/>
      <w:r w:rsidRPr="00563B50">
        <w:rPr>
          <w:rFonts w:cs="Times New Roman"/>
          <w:szCs w:val="24"/>
          <w:lang w:eastAsia="ro-RO"/>
        </w:rPr>
        <w:t>nume</w:t>
      </w:r>
      <w:proofErr w:type="spellEnd"/>
      <w:r w:rsidRPr="00563B50">
        <w:rPr>
          <w:rFonts w:cs="Times New Roman"/>
          <w:szCs w:val="24"/>
          <w:lang w:eastAsia="ro-RO"/>
        </w:rPr>
        <w:t xml:space="preserve"> logic, </w:t>
      </w:r>
      <w:proofErr w:type="spellStart"/>
      <w:r w:rsidRPr="00563B50">
        <w:rPr>
          <w:rFonts w:cs="Times New Roman"/>
          <w:szCs w:val="24"/>
          <w:lang w:eastAsia="ro-RO"/>
        </w:rPr>
        <w:t>nume</w:t>
      </w:r>
      <w:proofErr w:type="spellEnd"/>
      <w:r w:rsidRPr="00563B50">
        <w:rPr>
          <w:rFonts w:cs="Times New Roman"/>
          <w:szCs w:val="24"/>
          <w:lang w:eastAsia="ro-RO"/>
        </w:rPr>
        <w:t xml:space="preserve"> </w:t>
      </w:r>
      <w:proofErr w:type="spellStart"/>
      <w:r w:rsidRPr="00563B50">
        <w:rPr>
          <w:rFonts w:cs="Times New Roman"/>
          <w:szCs w:val="24"/>
          <w:lang w:eastAsia="ro-RO"/>
        </w:rPr>
        <w:t>fişier</w:t>
      </w:r>
      <w:proofErr w:type="spellEnd"/>
      <w:r w:rsidRPr="00563B50">
        <w:rPr>
          <w:rFonts w:cs="Times New Roman"/>
          <w:szCs w:val="24"/>
          <w:lang w:eastAsia="ro-RO"/>
        </w:rPr>
        <w:t xml:space="preserve">, </w:t>
      </w:r>
      <w:proofErr w:type="spellStart"/>
      <w:r w:rsidRPr="00563B50">
        <w:rPr>
          <w:rFonts w:cs="Times New Roman"/>
          <w:szCs w:val="24"/>
          <w:lang w:eastAsia="ro-RO"/>
        </w:rPr>
        <w:t>număr</w:t>
      </w:r>
      <w:proofErr w:type="spellEnd"/>
      <w:r w:rsidRPr="00563B50">
        <w:rPr>
          <w:rFonts w:cs="Times New Roman"/>
          <w:szCs w:val="24"/>
          <w:lang w:eastAsia="ro-RO"/>
        </w:rPr>
        <w:t xml:space="preserve"> etc.),</w:t>
      </w:r>
    </w:p>
    <w:p w14:paraId="5F080E85" w14:textId="77777777" w:rsidR="00EE7ED3" w:rsidRPr="00563B50" w:rsidRDefault="00000000">
      <w:pPr>
        <w:numPr>
          <w:ilvl w:val="0"/>
          <w:numId w:val="18"/>
        </w:numPr>
        <w:spacing w:before="120" w:after="120" w:line="240" w:lineRule="auto"/>
        <w:ind w:left="850" w:hanging="425"/>
        <w:jc w:val="both"/>
        <w:rPr>
          <w:rFonts w:cs="Times New Roman"/>
          <w:szCs w:val="24"/>
          <w:lang w:eastAsia="ru-RU"/>
        </w:rPr>
      </w:pPr>
      <w:proofErr w:type="spellStart"/>
      <w:r w:rsidRPr="00563B50">
        <w:rPr>
          <w:rFonts w:cs="Times New Roman"/>
          <w:szCs w:val="24"/>
          <w:lang w:eastAsia="ro-RO"/>
        </w:rPr>
        <w:t>tipul</w:t>
      </w:r>
      <w:proofErr w:type="spellEnd"/>
      <w:r w:rsidRPr="00563B50">
        <w:rPr>
          <w:rFonts w:cs="Times New Roman"/>
          <w:szCs w:val="24"/>
          <w:lang w:eastAsia="ro-RO"/>
        </w:rPr>
        <w:t xml:space="preserve"> </w:t>
      </w:r>
      <w:proofErr w:type="spellStart"/>
      <w:r w:rsidRPr="00563B50">
        <w:rPr>
          <w:rFonts w:cs="Times New Roman"/>
          <w:szCs w:val="24"/>
          <w:lang w:eastAsia="ro-RO"/>
        </w:rPr>
        <w:t>operaţiunii</w:t>
      </w:r>
      <w:proofErr w:type="spellEnd"/>
      <w:r w:rsidRPr="00563B50">
        <w:rPr>
          <w:rFonts w:cs="Times New Roman"/>
          <w:szCs w:val="24"/>
          <w:lang w:eastAsia="ro-RO"/>
        </w:rPr>
        <w:t xml:space="preserve"> solicitate (</w:t>
      </w:r>
      <w:proofErr w:type="spellStart"/>
      <w:r w:rsidRPr="00563B50">
        <w:rPr>
          <w:rFonts w:cs="Times New Roman"/>
          <w:szCs w:val="24"/>
          <w:lang w:eastAsia="ro-RO"/>
        </w:rPr>
        <w:t>citire</w:t>
      </w:r>
      <w:proofErr w:type="spellEnd"/>
      <w:r w:rsidRPr="00563B50">
        <w:rPr>
          <w:rFonts w:cs="Times New Roman"/>
          <w:szCs w:val="24"/>
          <w:lang w:eastAsia="ro-RO"/>
        </w:rPr>
        <w:t xml:space="preserve">, </w:t>
      </w:r>
      <w:proofErr w:type="spellStart"/>
      <w:r w:rsidRPr="00563B50">
        <w:rPr>
          <w:rFonts w:cs="Times New Roman"/>
          <w:szCs w:val="24"/>
          <w:lang w:eastAsia="ro-RO"/>
        </w:rPr>
        <w:t>înregistrare</w:t>
      </w:r>
      <w:proofErr w:type="spellEnd"/>
      <w:r w:rsidRPr="00563B50">
        <w:rPr>
          <w:rFonts w:cs="Times New Roman"/>
          <w:szCs w:val="24"/>
          <w:lang w:eastAsia="ro-RO"/>
        </w:rPr>
        <w:t xml:space="preserve">, </w:t>
      </w:r>
      <w:proofErr w:type="spellStart"/>
      <w:r w:rsidRPr="00563B50">
        <w:rPr>
          <w:rFonts w:cs="Times New Roman"/>
          <w:szCs w:val="24"/>
          <w:lang w:eastAsia="ro-RO"/>
        </w:rPr>
        <w:t>ştergere</w:t>
      </w:r>
      <w:proofErr w:type="spellEnd"/>
      <w:r w:rsidRPr="00563B50">
        <w:rPr>
          <w:rFonts w:cs="Times New Roman"/>
          <w:szCs w:val="24"/>
          <w:lang w:eastAsia="ro-RO"/>
        </w:rPr>
        <w:t xml:space="preserve"> etc.),</w:t>
      </w:r>
    </w:p>
    <w:p w14:paraId="5321FD53" w14:textId="77777777" w:rsidR="00EE7ED3" w:rsidRPr="00563B50" w:rsidRDefault="00000000">
      <w:pPr>
        <w:numPr>
          <w:ilvl w:val="0"/>
          <w:numId w:val="18"/>
        </w:numPr>
        <w:spacing w:before="120" w:after="120" w:line="240" w:lineRule="auto"/>
        <w:ind w:left="850" w:hanging="425"/>
        <w:jc w:val="both"/>
        <w:rPr>
          <w:rFonts w:cs="Times New Roman"/>
          <w:szCs w:val="24"/>
          <w:lang w:eastAsia="ru-RU"/>
        </w:rPr>
      </w:pPr>
      <w:proofErr w:type="spellStart"/>
      <w:r w:rsidRPr="00563B50">
        <w:rPr>
          <w:rFonts w:cs="Times New Roman"/>
          <w:szCs w:val="24"/>
          <w:lang w:eastAsia="ro-RO"/>
        </w:rPr>
        <w:t>rezultatul</w:t>
      </w:r>
      <w:proofErr w:type="spellEnd"/>
      <w:r w:rsidRPr="00563B50">
        <w:rPr>
          <w:rFonts w:cs="Times New Roman"/>
          <w:szCs w:val="24"/>
          <w:lang w:eastAsia="ro-RO"/>
        </w:rPr>
        <w:t xml:space="preserve"> </w:t>
      </w:r>
      <w:proofErr w:type="spellStart"/>
      <w:r w:rsidRPr="00563B50">
        <w:rPr>
          <w:rFonts w:cs="Times New Roman"/>
          <w:szCs w:val="24"/>
          <w:lang w:eastAsia="ro-RO"/>
        </w:rPr>
        <w:t>tentativei</w:t>
      </w:r>
      <w:proofErr w:type="spellEnd"/>
      <w:r w:rsidRPr="00563B50">
        <w:rPr>
          <w:rFonts w:cs="Times New Roman"/>
          <w:szCs w:val="24"/>
          <w:lang w:eastAsia="ro-RO"/>
        </w:rPr>
        <w:t xml:space="preserve"> de </w:t>
      </w:r>
      <w:proofErr w:type="spellStart"/>
      <w:r w:rsidRPr="00563B50">
        <w:rPr>
          <w:rFonts w:cs="Times New Roman"/>
          <w:szCs w:val="24"/>
          <w:lang w:eastAsia="ro-RO"/>
        </w:rPr>
        <w:t>obţinere</w:t>
      </w:r>
      <w:proofErr w:type="spellEnd"/>
      <w:r w:rsidRPr="00563B50">
        <w:rPr>
          <w:rFonts w:cs="Times New Roman"/>
          <w:szCs w:val="24"/>
          <w:lang w:eastAsia="ro-RO"/>
        </w:rPr>
        <w:t xml:space="preserve"> a </w:t>
      </w:r>
      <w:proofErr w:type="spellStart"/>
      <w:r w:rsidRPr="00563B50">
        <w:rPr>
          <w:rFonts w:cs="Times New Roman"/>
          <w:szCs w:val="24"/>
          <w:lang w:eastAsia="ro-RO"/>
        </w:rPr>
        <w:t>accesului</w:t>
      </w:r>
      <w:proofErr w:type="spellEnd"/>
      <w:r w:rsidRPr="00563B50">
        <w:rPr>
          <w:rFonts w:cs="Times New Roman"/>
          <w:szCs w:val="24"/>
          <w:lang w:eastAsia="ro-RO"/>
        </w:rPr>
        <w:t xml:space="preserve"> (</w:t>
      </w:r>
      <w:proofErr w:type="spellStart"/>
      <w:r w:rsidRPr="00563B50">
        <w:rPr>
          <w:rFonts w:cs="Times New Roman"/>
          <w:szCs w:val="24"/>
          <w:lang w:eastAsia="ro-RO"/>
        </w:rPr>
        <w:t>executare</w:t>
      </w:r>
      <w:proofErr w:type="spellEnd"/>
      <w:r w:rsidRPr="00563B50">
        <w:rPr>
          <w:rFonts w:cs="Times New Roman"/>
          <w:szCs w:val="24"/>
          <w:lang w:eastAsia="ro-RO"/>
        </w:rPr>
        <w:t xml:space="preserve"> a </w:t>
      </w:r>
      <w:proofErr w:type="spellStart"/>
      <w:r w:rsidRPr="00563B50">
        <w:rPr>
          <w:rFonts w:cs="Times New Roman"/>
          <w:szCs w:val="24"/>
          <w:lang w:eastAsia="ro-RO"/>
        </w:rPr>
        <w:t>operaţiunii</w:t>
      </w:r>
      <w:proofErr w:type="spellEnd"/>
      <w:r w:rsidRPr="00563B50">
        <w:rPr>
          <w:rFonts w:cs="Times New Roman"/>
          <w:szCs w:val="24"/>
          <w:lang w:eastAsia="ro-RO"/>
        </w:rPr>
        <w:t xml:space="preserve">) — </w:t>
      </w:r>
      <w:proofErr w:type="spellStart"/>
      <w:r w:rsidRPr="00563B50">
        <w:rPr>
          <w:rFonts w:cs="Times New Roman"/>
          <w:szCs w:val="24"/>
          <w:lang w:eastAsia="ro-RO"/>
        </w:rPr>
        <w:t>pozitivă</w:t>
      </w:r>
      <w:proofErr w:type="spellEnd"/>
      <w:r w:rsidRPr="00563B50">
        <w:rPr>
          <w:rFonts w:cs="Times New Roman"/>
          <w:szCs w:val="24"/>
          <w:lang w:eastAsia="ro-RO"/>
        </w:rPr>
        <w:t xml:space="preserve"> </w:t>
      </w:r>
      <w:proofErr w:type="spellStart"/>
      <w:r w:rsidRPr="00563B50">
        <w:rPr>
          <w:rFonts w:cs="Times New Roman"/>
          <w:szCs w:val="24"/>
          <w:lang w:eastAsia="ro-RO"/>
        </w:rPr>
        <w:t>sau</w:t>
      </w:r>
      <w:proofErr w:type="spellEnd"/>
      <w:r w:rsidRPr="00563B50">
        <w:rPr>
          <w:rFonts w:cs="Times New Roman"/>
          <w:szCs w:val="24"/>
          <w:lang w:eastAsia="ro-RO"/>
        </w:rPr>
        <w:t xml:space="preserve"> </w:t>
      </w:r>
      <w:proofErr w:type="spellStart"/>
      <w:r w:rsidRPr="00563B50">
        <w:rPr>
          <w:rFonts w:cs="Times New Roman"/>
          <w:szCs w:val="24"/>
          <w:lang w:eastAsia="ro-RO"/>
        </w:rPr>
        <w:t>negativă</w:t>
      </w:r>
      <w:proofErr w:type="spellEnd"/>
      <w:r w:rsidRPr="00563B50">
        <w:rPr>
          <w:rFonts w:cs="Times New Roman"/>
          <w:szCs w:val="24"/>
          <w:lang w:eastAsia="ro-RO"/>
        </w:rPr>
        <w:t>.</w:t>
      </w:r>
    </w:p>
    <w:p w14:paraId="5A004067" w14:textId="77777777" w:rsidR="00EE7ED3" w:rsidRPr="00563B50" w:rsidRDefault="00000000">
      <w:pPr>
        <w:numPr>
          <w:ilvl w:val="0"/>
          <w:numId w:val="13"/>
        </w:numPr>
        <w:spacing w:before="120" w:after="120" w:line="240" w:lineRule="auto"/>
        <w:ind w:left="425" w:hanging="425"/>
        <w:jc w:val="both"/>
        <w:rPr>
          <w:rFonts w:cs="Times New Roman"/>
          <w:szCs w:val="24"/>
          <w:lang w:eastAsia="ro-RO"/>
        </w:rPr>
      </w:pPr>
      <w:r w:rsidRPr="00563B50">
        <w:rPr>
          <w:rFonts w:cs="Times New Roman"/>
          <w:szCs w:val="24"/>
          <w:lang w:eastAsia="ro-RO"/>
        </w:rPr>
        <w:t xml:space="preserve">Este </w:t>
      </w:r>
      <w:proofErr w:type="spellStart"/>
      <w:r w:rsidRPr="00563B50">
        <w:rPr>
          <w:rFonts w:cs="Times New Roman"/>
          <w:szCs w:val="24"/>
          <w:lang w:eastAsia="ro-RO"/>
        </w:rPr>
        <w:t>efectuată</w:t>
      </w:r>
      <w:proofErr w:type="spellEnd"/>
      <w:r w:rsidRPr="00563B50">
        <w:rPr>
          <w:rFonts w:cs="Times New Roman"/>
          <w:szCs w:val="24"/>
          <w:lang w:eastAsia="ro-RO"/>
        </w:rPr>
        <w:t xml:space="preserve"> </w:t>
      </w:r>
      <w:proofErr w:type="spellStart"/>
      <w:r w:rsidRPr="00563B50">
        <w:rPr>
          <w:rFonts w:cs="Times New Roman"/>
          <w:szCs w:val="24"/>
          <w:lang w:eastAsia="ro-RO"/>
        </w:rPr>
        <w:t>înregistrarea</w:t>
      </w:r>
      <w:proofErr w:type="spellEnd"/>
      <w:r w:rsidRPr="00563B50">
        <w:rPr>
          <w:rFonts w:cs="Times New Roman"/>
          <w:szCs w:val="24"/>
          <w:lang w:eastAsia="ro-RO"/>
        </w:rPr>
        <w:t xml:space="preserve"> </w:t>
      </w:r>
      <w:proofErr w:type="spellStart"/>
      <w:r w:rsidRPr="00563B50">
        <w:rPr>
          <w:rFonts w:cs="Times New Roman"/>
          <w:szCs w:val="24"/>
          <w:lang w:eastAsia="ro-RO"/>
        </w:rPr>
        <w:t>modificărilor</w:t>
      </w:r>
      <w:proofErr w:type="spellEnd"/>
      <w:r w:rsidRPr="00563B50">
        <w:rPr>
          <w:rFonts w:cs="Times New Roman"/>
          <w:szCs w:val="24"/>
          <w:lang w:eastAsia="ro-RO"/>
        </w:rPr>
        <w:t xml:space="preserve"> </w:t>
      </w:r>
      <w:proofErr w:type="spellStart"/>
      <w:r w:rsidRPr="00563B50">
        <w:rPr>
          <w:rFonts w:cs="Times New Roman"/>
          <w:szCs w:val="24"/>
          <w:lang w:eastAsia="ro-RO"/>
        </w:rPr>
        <w:t>drepturilor</w:t>
      </w:r>
      <w:proofErr w:type="spellEnd"/>
      <w:r w:rsidRPr="00563B50">
        <w:rPr>
          <w:rFonts w:cs="Times New Roman"/>
          <w:szCs w:val="24"/>
          <w:lang w:eastAsia="ro-RO"/>
        </w:rPr>
        <w:t xml:space="preserve"> de </w:t>
      </w:r>
      <w:proofErr w:type="spellStart"/>
      <w:r w:rsidRPr="00563B50">
        <w:rPr>
          <w:rFonts w:cs="Times New Roman"/>
          <w:szCs w:val="24"/>
          <w:lang w:eastAsia="ro-RO"/>
        </w:rPr>
        <w:t>acces</w:t>
      </w:r>
      <w:proofErr w:type="spellEnd"/>
      <w:r w:rsidRPr="00563B50">
        <w:rPr>
          <w:rFonts w:cs="Times New Roman"/>
          <w:szCs w:val="24"/>
          <w:lang w:eastAsia="ro-RO"/>
        </w:rPr>
        <w:t xml:space="preserve"> (</w:t>
      </w:r>
      <w:proofErr w:type="spellStart"/>
      <w:r w:rsidRPr="00563B50">
        <w:rPr>
          <w:rFonts w:cs="Times New Roman"/>
          <w:szCs w:val="24"/>
          <w:lang w:eastAsia="ro-RO"/>
        </w:rPr>
        <w:t>competenţelor</w:t>
      </w:r>
      <w:proofErr w:type="spellEnd"/>
      <w:r w:rsidRPr="00563B50">
        <w:rPr>
          <w:rFonts w:cs="Times New Roman"/>
          <w:szCs w:val="24"/>
          <w:lang w:eastAsia="ro-RO"/>
        </w:rPr>
        <w:t xml:space="preserve">) </w:t>
      </w:r>
      <w:proofErr w:type="spellStart"/>
      <w:r w:rsidRPr="00563B50">
        <w:rPr>
          <w:rFonts w:cs="Times New Roman"/>
          <w:szCs w:val="24"/>
          <w:lang w:eastAsia="ro-RO"/>
        </w:rPr>
        <w:t>utilizatorului</w:t>
      </w:r>
      <w:proofErr w:type="spellEnd"/>
      <w:r w:rsidRPr="00563B50">
        <w:rPr>
          <w:rFonts w:cs="Times New Roman"/>
          <w:szCs w:val="24"/>
          <w:lang w:eastAsia="ro-RO"/>
        </w:rPr>
        <w:t xml:space="preserve"> </w:t>
      </w:r>
      <w:proofErr w:type="spellStart"/>
      <w:r w:rsidRPr="00563B50">
        <w:rPr>
          <w:rFonts w:cs="Times New Roman"/>
          <w:szCs w:val="24"/>
          <w:lang w:eastAsia="ro-RO"/>
        </w:rPr>
        <w:t>şi</w:t>
      </w:r>
      <w:proofErr w:type="spellEnd"/>
      <w:r w:rsidRPr="00563B50">
        <w:rPr>
          <w:rFonts w:cs="Times New Roman"/>
          <w:szCs w:val="24"/>
          <w:lang w:eastAsia="ro-RO"/>
        </w:rPr>
        <w:t xml:space="preserve"> </w:t>
      </w:r>
      <w:proofErr w:type="spellStart"/>
      <w:r w:rsidRPr="00563B50">
        <w:rPr>
          <w:rFonts w:cs="Times New Roman"/>
          <w:szCs w:val="24"/>
          <w:lang w:eastAsia="ro-RO"/>
        </w:rPr>
        <w:t>statutului</w:t>
      </w:r>
      <w:proofErr w:type="spellEnd"/>
      <w:r w:rsidRPr="00563B50">
        <w:rPr>
          <w:rFonts w:cs="Times New Roman"/>
          <w:szCs w:val="24"/>
          <w:lang w:eastAsia="ro-RO"/>
        </w:rPr>
        <w:t xml:space="preserve"> </w:t>
      </w:r>
      <w:proofErr w:type="spellStart"/>
      <w:r w:rsidRPr="00563B50">
        <w:rPr>
          <w:rFonts w:cs="Times New Roman"/>
          <w:szCs w:val="24"/>
          <w:lang w:eastAsia="ro-RO"/>
        </w:rPr>
        <w:t>obiectelor</w:t>
      </w:r>
      <w:proofErr w:type="spellEnd"/>
      <w:r w:rsidRPr="00563B50">
        <w:rPr>
          <w:rFonts w:cs="Times New Roman"/>
          <w:szCs w:val="24"/>
          <w:lang w:eastAsia="ro-RO"/>
        </w:rPr>
        <w:t xml:space="preserve"> de </w:t>
      </w:r>
      <w:proofErr w:type="spellStart"/>
      <w:r w:rsidRPr="00563B50">
        <w:rPr>
          <w:rFonts w:cs="Times New Roman"/>
          <w:szCs w:val="24"/>
          <w:lang w:eastAsia="ro-RO"/>
        </w:rPr>
        <w:t>acces</w:t>
      </w:r>
      <w:proofErr w:type="spellEnd"/>
      <w:r w:rsidRPr="00563B50">
        <w:rPr>
          <w:rFonts w:cs="Times New Roman"/>
          <w:szCs w:val="24"/>
          <w:lang w:eastAsia="ro-RO"/>
        </w:rPr>
        <w:t xml:space="preserve">, conform </w:t>
      </w:r>
      <w:proofErr w:type="spellStart"/>
      <w:r w:rsidRPr="00563B50">
        <w:rPr>
          <w:rFonts w:cs="Times New Roman"/>
          <w:szCs w:val="24"/>
          <w:lang w:eastAsia="ro-RO"/>
        </w:rPr>
        <w:t>următorilor</w:t>
      </w:r>
      <w:proofErr w:type="spellEnd"/>
      <w:r w:rsidRPr="00563B50">
        <w:rPr>
          <w:rFonts w:cs="Times New Roman"/>
          <w:szCs w:val="24"/>
          <w:lang w:eastAsia="ro-RO"/>
        </w:rPr>
        <w:t xml:space="preserve"> </w:t>
      </w:r>
      <w:proofErr w:type="spellStart"/>
      <w:r w:rsidRPr="00563B50">
        <w:rPr>
          <w:rFonts w:cs="Times New Roman"/>
          <w:szCs w:val="24"/>
          <w:lang w:eastAsia="ro-RO"/>
        </w:rPr>
        <w:t>parametri</w:t>
      </w:r>
      <w:proofErr w:type="spellEnd"/>
      <w:r w:rsidRPr="00563B50">
        <w:rPr>
          <w:rFonts w:cs="Times New Roman"/>
          <w:szCs w:val="24"/>
          <w:lang w:eastAsia="ro-RO"/>
        </w:rPr>
        <w:t>:</w:t>
      </w:r>
    </w:p>
    <w:p w14:paraId="56B394CB" w14:textId="77777777" w:rsidR="00EE7ED3" w:rsidRPr="00563B50" w:rsidRDefault="00000000">
      <w:pPr>
        <w:numPr>
          <w:ilvl w:val="0"/>
          <w:numId w:val="18"/>
        </w:numPr>
        <w:spacing w:before="120" w:after="120" w:line="240" w:lineRule="auto"/>
        <w:ind w:left="850" w:hanging="425"/>
        <w:jc w:val="both"/>
        <w:rPr>
          <w:rFonts w:cs="Times New Roman"/>
          <w:szCs w:val="24"/>
          <w:lang w:eastAsia="ro-RO"/>
        </w:rPr>
      </w:pPr>
      <w:r w:rsidRPr="00563B50">
        <w:rPr>
          <w:rFonts w:cs="Times New Roman"/>
          <w:szCs w:val="24"/>
          <w:lang w:eastAsia="ro-RO"/>
        </w:rPr>
        <w:t xml:space="preserve">data </w:t>
      </w:r>
      <w:proofErr w:type="spellStart"/>
      <w:r w:rsidRPr="00563B50">
        <w:rPr>
          <w:rFonts w:cs="Times New Roman"/>
          <w:szCs w:val="24"/>
          <w:lang w:eastAsia="ro-RO"/>
        </w:rPr>
        <w:t>şi</w:t>
      </w:r>
      <w:proofErr w:type="spellEnd"/>
      <w:r w:rsidRPr="00563B50">
        <w:rPr>
          <w:rFonts w:cs="Times New Roman"/>
          <w:szCs w:val="24"/>
          <w:lang w:eastAsia="ro-RO"/>
        </w:rPr>
        <w:t xml:space="preserve"> </w:t>
      </w:r>
      <w:proofErr w:type="spellStart"/>
      <w:r w:rsidRPr="00563B50">
        <w:rPr>
          <w:rFonts w:cs="Times New Roman"/>
          <w:szCs w:val="24"/>
          <w:lang w:eastAsia="ro-RO"/>
        </w:rPr>
        <w:t>timpul</w:t>
      </w:r>
      <w:proofErr w:type="spellEnd"/>
      <w:r w:rsidRPr="00563B50">
        <w:rPr>
          <w:rFonts w:cs="Times New Roman"/>
          <w:szCs w:val="24"/>
          <w:lang w:eastAsia="ro-RO"/>
        </w:rPr>
        <w:t xml:space="preserve"> </w:t>
      </w:r>
      <w:proofErr w:type="spellStart"/>
      <w:r w:rsidRPr="00563B50">
        <w:rPr>
          <w:rFonts w:cs="Times New Roman"/>
          <w:szCs w:val="24"/>
          <w:lang w:eastAsia="ro-RO"/>
        </w:rPr>
        <w:t>modificării</w:t>
      </w:r>
      <w:proofErr w:type="spellEnd"/>
      <w:r w:rsidRPr="00563B50">
        <w:rPr>
          <w:rFonts w:cs="Times New Roman"/>
          <w:szCs w:val="24"/>
          <w:lang w:eastAsia="ro-RO"/>
        </w:rPr>
        <w:t xml:space="preserve"> </w:t>
      </w:r>
      <w:proofErr w:type="spellStart"/>
      <w:r w:rsidRPr="00563B50">
        <w:rPr>
          <w:rFonts w:cs="Times New Roman"/>
          <w:szCs w:val="24"/>
          <w:lang w:eastAsia="ro-RO"/>
        </w:rPr>
        <w:t>competențelor</w:t>
      </w:r>
      <w:proofErr w:type="spellEnd"/>
      <w:r w:rsidRPr="00563B50">
        <w:rPr>
          <w:rFonts w:cs="Times New Roman"/>
          <w:szCs w:val="24"/>
          <w:lang w:eastAsia="ro-RO"/>
        </w:rPr>
        <w:t>,</w:t>
      </w:r>
    </w:p>
    <w:p w14:paraId="426026BB" w14:textId="77777777" w:rsidR="00EE7ED3" w:rsidRPr="00563B50" w:rsidRDefault="00000000">
      <w:pPr>
        <w:numPr>
          <w:ilvl w:val="0"/>
          <w:numId w:val="18"/>
        </w:numPr>
        <w:spacing w:before="120" w:after="120" w:line="240" w:lineRule="auto"/>
        <w:ind w:left="850" w:hanging="425"/>
        <w:jc w:val="both"/>
        <w:rPr>
          <w:rFonts w:cs="Times New Roman"/>
          <w:szCs w:val="24"/>
          <w:lang w:eastAsia="ro-RO"/>
        </w:rPr>
      </w:pPr>
      <w:r w:rsidRPr="00563B50">
        <w:rPr>
          <w:rFonts w:cs="Times New Roman"/>
          <w:szCs w:val="24"/>
          <w:lang w:eastAsia="ro-RO"/>
        </w:rPr>
        <w:t xml:space="preserve">ID-ul </w:t>
      </w:r>
      <w:proofErr w:type="spellStart"/>
      <w:r w:rsidRPr="00563B50">
        <w:rPr>
          <w:rFonts w:cs="Times New Roman"/>
          <w:szCs w:val="24"/>
          <w:lang w:eastAsia="ro-RO"/>
        </w:rPr>
        <w:t>administratorului</w:t>
      </w:r>
      <w:proofErr w:type="spellEnd"/>
      <w:r w:rsidRPr="00563B50">
        <w:rPr>
          <w:rFonts w:cs="Times New Roman"/>
          <w:szCs w:val="24"/>
          <w:lang w:eastAsia="ro-RO"/>
        </w:rPr>
        <w:t xml:space="preserve"> care a </w:t>
      </w:r>
      <w:proofErr w:type="spellStart"/>
      <w:r w:rsidRPr="00563B50">
        <w:rPr>
          <w:rFonts w:cs="Times New Roman"/>
          <w:szCs w:val="24"/>
          <w:lang w:eastAsia="ro-RO"/>
        </w:rPr>
        <w:t>efectuat</w:t>
      </w:r>
      <w:proofErr w:type="spellEnd"/>
      <w:r w:rsidRPr="00563B50">
        <w:rPr>
          <w:rFonts w:cs="Times New Roman"/>
          <w:szCs w:val="24"/>
          <w:lang w:eastAsia="ro-RO"/>
        </w:rPr>
        <w:t xml:space="preserve"> </w:t>
      </w:r>
      <w:proofErr w:type="spellStart"/>
      <w:r w:rsidRPr="00563B50">
        <w:rPr>
          <w:rFonts w:cs="Times New Roman"/>
          <w:szCs w:val="24"/>
          <w:lang w:eastAsia="ro-RO"/>
        </w:rPr>
        <w:t>modificările</w:t>
      </w:r>
      <w:proofErr w:type="spellEnd"/>
      <w:r w:rsidRPr="00563B50">
        <w:rPr>
          <w:rFonts w:cs="Times New Roman"/>
          <w:szCs w:val="24"/>
          <w:lang w:eastAsia="ro-RO"/>
        </w:rPr>
        <w:t>,</w:t>
      </w:r>
    </w:p>
    <w:p w14:paraId="7DBABEDA" w14:textId="77777777" w:rsidR="00EE7ED3" w:rsidRPr="00563B50" w:rsidRDefault="00000000">
      <w:pPr>
        <w:numPr>
          <w:ilvl w:val="0"/>
          <w:numId w:val="18"/>
        </w:numPr>
        <w:spacing w:before="120" w:after="120" w:line="240" w:lineRule="auto"/>
        <w:ind w:left="850" w:hanging="425"/>
        <w:jc w:val="both"/>
        <w:rPr>
          <w:rFonts w:cs="Times New Roman"/>
          <w:szCs w:val="24"/>
          <w:lang w:eastAsia="ro-RO"/>
        </w:rPr>
      </w:pPr>
      <w:r w:rsidRPr="00563B50">
        <w:rPr>
          <w:rFonts w:cs="Times New Roman"/>
          <w:szCs w:val="24"/>
          <w:lang w:eastAsia="ro-RO"/>
        </w:rPr>
        <w:t xml:space="preserve">ID-ul </w:t>
      </w:r>
      <w:proofErr w:type="spellStart"/>
      <w:r w:rsidRPr="00563B50">
        <w:rPr>
          <w:rFonts w:cs="Times New Roman"/>
          <w:szCs w:val="24"/>
          <w:lang w:eastAsia="ro-RO"/>
        </w:rPr>
        <w:t>utilizatorului</w:t>
      </w:r>
      <w:proofErr w:type="spellEnd"/>
      <w:r w:rsidRPr="00563B50">
        <w:rPr>
          <w:rFonts w:cs="Times New Roman"/>
          <w:szCs w:val="24"/>
          <w:lang w:eastAsia="ro-RO"/>
        </w:rPr>
        <w:t xml:space="preserve"> </w:t>
      </w:r>
      <w:proofErr w:type="spellStart"/>
      <w:r w:rsidRPr="00563B50">
        <w:rPr>
          <w:rFonts w:cs="Times New Roman"/>
          <w:szCs w:val="24"/>
          <w:lang w:eastAsia="ro-RO"/>
        </w:rPr>
        <w:t>şi</w:t>
      </w:r>
      <w:proofErr w:type="spellEnd"/>
      <w:r w:rsidRPr="00563B50">
        <w:rPr>
          <w:rFonts w:cs="Times New Roman"/>
          <w:szCs w:val="24"/>
          <w:lang w:eastAsia="ro-RO"/>
        </w:rPr>
        <w:t xml:space="preserve"> </w:t>
      </w:r>
      <w:proofErr w:type="spellStart"/>
      <w:r w:rsidRPr="00563B50">
        <w:rPr>
          <w:rFonts w:cs="Times New Roman"/>
          <w:szCs w:val="24"/>
          <w:lang w:eastAsia="ro-RO"/>
        </w:rPr>
        <w:t>competențele</w:t>
      </w:r>
      <w:proofErr w:type="spellEnd"/>
      <w:r w:rsidRPr="00563B50">
        <w:rPr>
          <w:rFonts w:cs="Times New Roman"/>
          <w:szCs w:val="24"/>
          <w:lang w:eastAsia="ro-RO"/>
        </w:rPr>
        <w:t xml:space="preserve"> </w:t>
      </w:r>
      <w:proofErr w:type="spellStart"/>
      <w:r w:rsidRPr="00563B50">
        <w:rPr>
          <w:rFonts w:cs="Times New Roman"/>
          <w:szCs w:val="24"/>
          <w:lang w:eastAsia="ro-RO"/>
        </w:rPr>
        <w:t>acestuia</w:t>
      </w:r>
      <w:proofErr w:type="spellEnd"/>
      <w:r w:rsidRPr="00563B50">
        <w:rPr>
          <w:rFonts w:cs="Times New Roman"/>
          <w:szCs w:val="24"/>
          <w:lang w:eastAsia="ro-RO"/>
        </w:rPr>
        <w:t xml:space="preserve"> </w:t>
      </w:r>
      <w:proofErr w:type="spellStart"/>
      <w:r w:rsidRPr="00563B50">
        <w:rPr>
          <w:rFonts w:cs="Times New Roman"/>
          <w:szCs w:val="24"/>
          <w:lang w:eastAsia="ro-RO"/>
        </w:rPr>
        <w:t>sau</w:t>
      </w:r>
      <w:proofErr w:type="spellEnd"/>
      <w:r w:rsidRPr="00563B50">
        <w:rPr>
          <w:rFonts w:cs="Times New Roman"/>
          <w:szCs w:val="24"/>
          <w:lang w:eastAsia="ro-RO"/>
        </w:rPr>
        <w:t xml:space="preserve"> </w:t>
      </w:r>
      <w:proofErr w:type="spellStart"/>
      <w:r w:rsidRPr="00563B50">
        <w:rPr>
          <w:rFonts w:cs="Times New Roman"/>
          <w:szCs w:val="24"/>
          <w:lang w:eastAsia="ro-RO"/>
        </w:rPr>
        <w:t>specificarea</w:t>
      </w:r>
      <w:proofErr w:type="spellEnd"/>
      <w:r w:rsidRPr="00563B50">
        <w:rPr>
          <w:rFonts w:cs="Times New Roman"/>
          <w:szCs w:val="24"/>
          <w:lang w:eastAsia="ro-RO"/>
        </w:rPr>
        <w:t xml:space="preserve"> </w:t>
      </w:r>
      <w:proofErr w:type="spellStart"/>
      <w:r w:rsidRPr="00563B50">
        <w:rPr>
          <w:rFonts w:cs="Times New Roman"/>
          <w:szCs w:val="24"/>
          <w:lang w:eastAsia="ro-RO"/>
        </w:rPr>
        <w:t>obiectelor</w:t>
      </w:r>
      <w:proofErr w:type="spellEnd"/>
      <w:r w:rsidRPr="00563B50">
        <w:rPr>
          <w:rFonts w:cs="Times New Roman"/>
          <w:szCs w:val="24"/>
          <w:lang w:eastAsia="ro-RO"/>
        </w:rPr>
        <w:t xml:space="preserve"> de </w:t>
      </w:r>
      <w:proofErr w:type="spellStart"/>
      <w:r w:rsidRPr="00563B50">
        <w:rPr>
          <w:rFonts w:cs="Times New Roman"/>
          <w:szCs w:val="24"/>
          <w:lang w:eastAsia="ro-RO"/>
        </w:rPr>
        <w:t>acces</w:t>
      </w:r>
      <w:proofErr w:type="spellEnd"/>
      <w:r w:rsidRPr="00563B50">
        <w:rPr>
          <w:rFonts w:cs="Times New Roman"/>
          <w:szCs w:val="24"/>
          <w:lang w:eastAsia="ro-RO"/>
        </w:rPr>
        <w:t xml:space="preserve"> </w:t>
      </w:r>
      <w:proofErr w:type="spellStart"/>
      <w:r w:rsidRPr="00563B50">
        <w:rPr>
          <w:rFonts w:cs="Times New Roman"/>
          <w:szCs w:val="24"/>
          <w:lang w:eastAsia="ro-RO"/>
        </w:rPr>
        <w:t>şi</w:t>
      </w:r>
      <w:proofErr w:type="spellEnd"/>
      <w:r w:rsidRPr="00563B50">
        <w:rPr>
          <w:rFonts w:cs="Times New Roman"/>
          <w:szCs w:val="24"/>
          <w:lang w:eastAsia="ro-RO"/>
        </w:rPr>
        <w:t xml:space="preserve"> </w:t>
      </w:r>
      <w:proofErr w:type="spellStart"/>
      <w:r w:rsidRPr="00563B50">
        <w:rPr>
          <w:rFonts w:cs="Times New Roman"/>
          <w:szCs w:val="24"/>
          <w:lang w:eastAsia="ro-RO"/>
        </w:rPr>
        <w:t>statutul</w:t>
      </w:r>
      <w:proofErr w:type="spellEnd"/>
      <w:r w:rsidRPr="00563B50">
        <w:rPr>
          <w:rFonts w:cs="Times New Roman"/>
          <w:szCs w:val="24"/>
          <w:lang w:eastAsia="ro-RO"/>
        </w:rPr>
        <w:t xml:space="preserve"> nou al </w:t>
      </w:r>
      <w:proofErr w:type="spellStart"/>
      <w:r w:rsidRPr="00563B50">
        <w:rPr>
          <w:rFonts w:cs="Times New Roman"/>
          <w:szCs w:val="24"/>
          <w:lang w:eastAsia="ro-RO"/>
        </w:rPr>
        <w:t>acestora</w:t>
      </w:r>
      <w:proofErr w:type="spellEnd"/>
      <w:r w:rsidRPr="00563B50">
        <w:rPr>
          <w:rFonts w:cs="Times New Roman"/>
          <w:szCs w:val="24"/>
          <w:lang w:eastAsia="ro-RO"/>
        </w:rPr>
        <w:t>.</w:t>
      </w:r>
    </w:p>
    <w:p w14:paraId="0038B91F" w14:textId="77777777" w:rsidR="00EE7ED3" w:rsidRPr="00563B50" w:rsidRDefault="00000000">
      <w:pPr>
        <w:numPr>
          <w:ilvl w:val="0"/>
          <w:numId w:val="13"/>
        </w:numPr>
        <w:spacing w:before="120" w:after="120" w:line="240" w:lineRule="auto"/>
        <w:ind w:left="425" w:hanging="425"/>
        <w:jc w:val="both"/>
        <w:rPr>
          <w:rFonts w:cs="Times New Roman"/>
          <w:szCs w:val="24"/>
          <w:lang w:eastAsia="ro-RO"/>
        </w:rPr>
      </w:pPr>
      <w:r w:rsidRPr="00563B50">
        <w:rPr>
          <w:rFonts w:cs="Times New Roman"/>
          <w:szCs w:val="24"/>
          <w:lang w:eastAsia="ro-RO"/>
        </w:rPr>
        <w:t xml:space="preserve">Se </w:t>
      </w:r>
      <w:proofErr w:type="spellStart"/>
      <w:r w:rsidRPr="00563B50">
        <w:rPr>
          <w:rFonts w:cs="Times New Roman"/>
          <w:szCs w:val="24"/>
          <w:lang w:eastAsia="ro-RO"/>
        </w:rPr>
        <w:t>efectuează</w:t>
      </w:r>
      <w:proofErr w:type="spellEnd"/>
      <w:r w:rsidRPr="00563B50">
        <w:rPr>
          <w:rFonts w:cs="Times New Roman"/>
          <w:szCs w:val="24"/>
          <w:lang w:eastAsia="ro-RO"/>
        </w:rPr>
        <w:t xml:space="preserve"> </w:t>
      </w:r>
      <w:proofErr w:type="spellStart"/>
      <w:r w:rsidRPr="00563B50">
        <w:rPr>
          <w:rFonts w:cs="Times New Roman"/>
          <w:szCs w:val="24"/>
          <w:lang w:eastAsia="ro-RO"/>
        </w:rPr>
        <w:t>înregistrarea</w:t>
      </w:r>
      <w:proofErr w:type="spellEnd"/>
      <w:r w:rsidRPr="00563B50">
        <w:rPr>
          <w:rFonts w:cs="Times New Roman"/>
          <w:szCs w:val="24"/>
          <w:lang w:eastAsia="ro-RO"/>
        </w:rPr>
        <w:t xml:space="preserve"> </w:t>
      </w:r>
      <w:proofErr w:type="spellStart"/>
      <w:r w:rsidRPr="00563B50">
        <w:rPr>
          <w:rFonts w:cs="Times New Roman"/>
          <w:szCs w:val="24"/>
          <w:lang w:eastAsia="ro-RO"/>
        </w:rPr>
        <w:t>ieşirii</w:t>
      </w:r>
      <w:proofErr w:type="spellEnd"/>
      <w:r w:rsidRPr="00563B50">
        <w:rPr>
          <w:rFonts w:cs="Times New Roman"/>
          <w:szCs w:val="24"/>
          <w:lang w:eastAsia="ro-RO"/>
        </w:rPr>
        <w:t xml:space="preserve"> din </w:t>
      </w:r>
      <w:proofErr w:type="spellStart"/>
      <w:r w:rsidRPr="00563B50">
        <w:rPr>
          <w:rFonts w:cs="Times New Roman"/>
          <w:szCs w:val="24"/>
          <w:lang w:eastAsia="ro-RO"/>
        </w:rPr>
        <w:t>sistem</w:t>
      </w:r>
      <w:proofErr w:type="spellEnd"/>
      <w:r w:rsidRPr="00563B50">
        <w:rPr>
          <w:rFonts w:cs="Times New Roman"/>
          <w:szCs w:val="24"/>
          <w:lang w:eastAsia="ro-RO"/>
        </w:rPr>
        <w:t xml:space="preserve"> a </w:t>
      </w:r>
      <w:proofErr w:type="spellStart"/>
      <w:r w:rsidRPr="00563B50">
        <w:rPr>
          <w:rFonts w:cs="Times New Roman"/>
          <w:szCs w:val="24"/>
          <w:lang w:eastAsia="ro-RO"/>
        </w:rPr>
        <w:t>informaţiei</w:t>
      </w:r>
      <w:proofErr w:type="spellEnd"/>
      <w:r w:rsidRPr="00563B50">
        <w:rPr>
          <w:rFonts w:cs="Times New Roman"/>
          <w:szCs w:val="24"/>
          <w:lang w:eastAsia="ro-RO"/>
        </w:rPr>
        <w:t xml:space="preserve"> care </w:t>
      </w:r>
      <w:proofErr w:type="spellStart"/>
      <w:r w:rsidRPr="00563B50">
        <w:rPr>
          <w:rFonts w:cs="Times New Roman"/>
          <w:szCs w:val="24"/>
          <w:lang w:eastAsia="ro-RO"/>
        </w:rPr>
        <w:t>conţine</w:t>
      </w:r>
      <w:proofErr w:type="spellEnd"/>
      <w:r w:rsidRPr="00563B50">
        <w:rPr>
          <w:rFonts w:cs="Times New Roman"/>
          <w:szCs w:val="24"/>
          <w:lang w:eastAsia="ro-RO"/>
        </w:rPr>
        <w:t xml:space="preserve"> date cu </w:t>
      </w:r>
      <w:proofErr w:type="spellStart"/>
      <w:r w:rsidRPr="00563B50">
        <w:rPr>
          <w:rFonts w:cs="Times New Roman"/>
          <w:szCs w:val="24"/>
          <w:lang w:eastAsia="ro-RO"/>
        </w:rPr>
        <w:t>caracter</w:t>
      </w:r>
      <w:proofErr w:type="spellEnd"/>
      <w:r w:rsidRPr="00563B50">
        <w:rPr>
          <w:rFonts w:cs="Times New Roman"/>
          <w:szCs w:val="24"/>
          <w:lang w:eastAsia="ro-RO"/>
        </w:rPr>
        <w:t xml:space="preserve"> personal (</w:t>
      </w:r>
      <w:proofErr w:type="spellStart"/>
      <w:r w:rsidRPr="00563B50">
        <w:rPr>
          <w:rFonts w:cs="Times New Roman"/>
          <w:szCs w:val="24"/>
          <w:lang w:eastAsia="ro-RO"/>
        </w:rPr>
        <w:t>documente</w:t>
      </w:r>
      <w:proofErr w:type="spellEnd"/>
      <w:r w:rsidRPr="00563B50">
        <w:rPr>
          <w:rFonts w:cs="Times New Roman"/>
          <w:szCs w:val="24"/>
          <w:lang w:eastAsia="ro-RO"/>
        </w:rPr>
        <w:t xml:space="preserve"> </w:t>
      </w:r>
      <w:proofErr w:type="spellStart"/>
      <w:r w:rsidRPr="00563B50">
        <w:rPr>
          <w:rFonts w:cs="Times New Roman"/>
          <w:szCs w:val="24"/>
          <w:lang w:eastAsia="ro-RO"/>
        </w:rPr>
        <w:t>electronice</w:t>
      </w:r>
      <w:proofErr w:type="spellEnd"/>
      <w:r w:rsidRPr="00563B50">
        <w:rPr>
          <w:rFonts w:cs="Times New Roman"/>
          <w:szCs w:val="24"/>
          <w:lang w:eastAsia="ro-RO"/>
        </w:rPr>
        <w:t xml:space="preserve">, date etc.), </w:t>
      </w:r>
      <w:proofErr w:type="spellStart"/>
      <w:r w:rsidRPr="00563B50">
        <w:rPr>
          <w:rFonts w:cs="Times New Roman"/>
          <w:szCs w:val="24"/>
          <w:lang w:eastAsia="ro-RO"/>
        </w:rPr>
        <w:t>înregistrarea</w:t>
      </w:r>
      <w:proofErr w:type="spellEnd"/>
      <w:r w:rsidRPr="00563B50">
        <w:rPr>
          <w:rFonts w:cs="Times New Roman"/>
          <w:szCs w:val="24"/>
          <w:lang w:eastAsia="ro-RO"/>
        </w:rPr>
        <w:t xml:space="preserve"> </w:t>
      </w:r>
      <w:proofErr w:type="spellStart"/>
      <w:r w:rsidRPr="00563B50">
        <w:rPr>
          <w:rFonts w:cs="Times New Roman"/>
          <w:szCs w:val="24"/>
          <w:lang w:eastAsia="ro-RO"/>
        </w:rPr>
        <w:t>modificărilor</w:t>
      </w:r>
      <w:proofErr w:type="spellEnd"/>
      <w:r w:rsidRPr="00563B50">
        <w:rPr>
          <w:rFonts w:cs="Times New Roman"/>
          <w:szCs w:val="24"/>
          <w:lang w:eastAsia="ro-RO"/>
        </w:rPr>
        <w:t xml:space="preserve"> </w:t>
      </w:r>
      <w:proofErr w:type="spellStart"/>
      <w:r w:rsidRPr="00563B50">
        <w:rPr>
          <w:rFonts w:cs="Times New Roman"/>
          <w:szCs w:val="24"/>
          <w:lang w:eastAsia="ro-RO"/>
        </w:rPr>
        <w:t>drepturilor</w:t>
      </w:r>
      <w:proofErr w:type="spellEnd"/>
      <w:r w:rsidRPr="00563B50">
        <w:rPr>
          <w:rFonts w:cs="Times New Roman"/>
          <w:szCs w:val="24"/>
          <w:lang w:eastAsia="ro-RO"/>
        </w:rPr>
        <w:t xml:space="preserve"> de </w:t>
      </w:r>
      <w:proofErr w:type="spellStart"/>
      <w:r w:rsidRPr="00563B50">
        <w:rPr>
          <w:rFonts w:cs="Times New Roman"/>
          <w:szCs w:val="24"/>
          <w:lang w:eastAsia="ro-RO"/>
        </w:rPr>
        <w:t>acces</w:t>
      </w:r>
      <w:proofErr w:type="spellEnd"/>
      <w:r w:rsidRPr="00563B50">
        <w:rPr>
          <w:rFonts w:cs="Times New Roman"/>
          <w:szCs w:val="24"/>
          <w:lang w:eastAsia="ro-RO"/>
        </w:rPr>
        <w:t xml:space="preserve"> ale </w:t>
      </w:r>
      <w:proofErr w:type="spellStart"/>
      <w:r w:rsidRPr="00563B50">
        <w:rPr>
          <w:rFonts w:cs="Times New Roman"/>
          <w:szCs w:val="24"/>
          <w:lang w:eastAsia="ro-RO"/>
        </w:rPr>
        <w:t>subiecților</w:t>
      </w:r>
      <w:proofErr w:type="spellEnd"/>
      <w:r w:rsidRPr="00563B50">
        <w:rPr>
          <w:rFonts w:cs="Times New Roman"/>
          <w:szCs w:val="24"/>
          <w:lang w:eastAsia="ro-RO"/>
        </w:rPr>
        <w:t xml:space="preserve"> </w:t>
      </w:r>
      <w:proofErr w:type="spellStart"/>
      <w:r w:rsidRPr="00563B50">
        <w:rPr>
          <w:rFonts w:cs="Times New Roman"/>
          <w:szCs w:val="24"/>
          <w:lang w:eastAsia="ro-RO"/>
        </w:rPr>
        <w:t>şi</w:t>
      </w:r>
      <w:proofErr w:type="spellEnd"/>
      <w:r w:rsidRPr="00563B50">
        <w:rPr>
          <w:rFonts w:cs="Times New Roman"/>
          <w:szCs w:val="24"/>
          <w:lang w:eastAsia="ro-RO"/>
        </w:rPr>
        <w:t xml:space="preserve"> </w:t>
      </w:r>
      <w:proofErr w:type="spellStart"/>
      <w:r w:rsidRPr="00563B50">
        <w:rPr>
          <w:rFonts w:cs="Times New Roman"/>
          <w:szCs w:val="24"/>
          <w:lang w:eastAsia="ro-RO"/>
        </w:rPr>
        <w:t>statutul</w:t>
      </w:r>
      <w:proofErr w:type="spellEnd"/>
      <w:r w:rsidRPr="00563B50">
        <w:rPr>
          <w:rFonts w:cs="Times New Roman"/>
          <w:szCs w:val="24"/>
          <w:lang w:eastAsia="ro-RO"/>
        </w:rPr>
        <w:t xml:space="preserve"> </w:t>
      </w:r>
      <w:proofErr w:type="spellStart"/>
      <w:r w:rsidRPr="00563B50">
        <w:rPr>
          <w:rFonts w:cs="Times New Roman"/>
          <w:szCs w:val="24"/>
          <w:lang w:eastAsia="ro-RO"/>
        </w:rPr>
        <w:t>obiectelor</w:t>
      </w:r>
      <w:proofErr w:type="spellEnd"/>
      <w:r w:rsidRPr="00563B50">
        <w:rPr>
          <w:rFonts w:cs="Times New Roman"/>
          <w:szCs w:val="24"/>
          <w:lang w:eastAsia="ro-RO"/>
        </w:rPr>
        <w:t xml:space="preserve"> de </w:t>
      </w:r>
      <w:proofErr w:type="spellStart"/>
      <w:r w:rsidRPr="00563B50">
        <w:rPr>
          <w:rFonts w:cs="Times New Roman"/>
          <w:szCs w:val="24"/>
          <w:lang w:eastAsia="ro-RO"/>
        </w:rPr>
        <w:t>acces</w:t>
      </w:r>
      <w:proofErr w:type="spellEnd"/>
      <w:r w:rsidRPr="00563B50">
        <w:rPr>
          <w:rFonts w:cs="Times New Roman"/>
          <w:szCs w:val="24"/>
          <w:lang w:eastAsia="ro-RO"/>
        </w:rPr>
        <w:t xml:space="preserve">, conform </w:t>
      </w:r>
      <w:proofErr w:type="spellStart"/>
      <w:r w:rsidRPr="00563B50">
        <w:rPr>
          <w:rFonts w:cs="Times New Roman"/>
          <w:szCs w:val="24"/>
          <w:lang w:eastAsia="ro-RO"/>
        </w:rPr>
        <w:t>următorilor</w:t>
      </w:r>
      <w:proofErr w:type="spellEnd"/>
      <w:r w:rsidRPr="00563B50">
        <w:rPr>
          <w:rFonts w:cs="Times New Roman"/>
          <w:szCs w:val="24"/>
          <w:lang w:eastAsia="ro-RO"/>
        </w:rPr>
        <w:t xml:space="preserve"> </w:t>
      </w:r>
      <w:proofErr w:type="spellStart"/>
      <w:r w:rsidRPr="00563B50">
        <w:rPr>
          <w:rFonts w:cs="Times New Roman"/>
          <w:szCs w:val="24"/>
          <w:lang w:eastAsia="ro-RO"/>
        </w:rPr>
        <w:t>parametri</w:t>
      </w:r>
      <w:proofErr w:type="spellEnd"/>
      <w:r w:rsidRPr="00563B50">
        <w:rPr>
          <w:rFonts w:cs="Times New Roman"/>
          <w:szCs w:val="24"/>
          <w:lang w:eastAsia="ro-RO"/>
        </w:rPr>
        <w:t>:</w:t>
      </w:r>
    </w:p>
    <w:p w14:paraId="1B227A8F" w14:textId="77777777" w:rsidR="00EE7ED3" w:rsidRPr="00563B50" w:rsidRDefault="00000000">
      <w:pPr>
        <w:numPr>
          <w:ilvl w:val="0"/>
          <w:numId w:val="18"/>
        </w:numPr>
        <w:spacing w:before="120" w:after="120" w:line="240" w:lineRule="auto"/>
        <w:ind w:left="850" w:hanging="425"/>
        <w:jc w:val="both"/>
        <w:rPr>
          <w:rFonts w:cs="Times New Roman"/>
          <w:szCs w:val="24"/>
          <w:lang w:eastAsia="ro-RO"/>
        </w:rPr>
      </w:pPr>
      <w:r w:rsidRPr="00563B50">
        <w:rPr>
          <w:rFonts w:cs="Times New Roman"/>
          <w:szCs w:val="24"/>
          <w:lang w:eastAsia="ro-RO"/>
        </w:rPr>
        <w:t xml:space="preserve">data </w:t>
      </w:r>
      <w:proofErr w:type="spellStart"/>
      <w:r w:rsidRPr="00563B50">
        <w:rPr>
          <w:rFonts w:cs="Times New Roman"/>
          <w:szCs w:val="24"/>
          <w:lang w:eastAsia="ro-RO"/>
        </w:rPr>
        <w:t>şi</w:t>
      </w:r>
      <w:proofErr w:type="spellEnd"/>
      <w:r w:rsidRPr="00563B50">
        <w:rPr>
          <w:rFonts w:cs="Times New Roman"/>
          <w:szCs w:val="24"/>
          <w:lang w:eastAsia="ro-RO"/>
        </w:rPr>
        <w:t xml:space="preserve"> </w:t>
      </w:r>
      <w:proofErr w:type="spellStart"/>
      <w:r w:rsidRPr="00563B50">
        <w:rPr>
          <w:rFonts w:cs="Times New Roman"/>
          <w:szCs w:val="24"/>
          <w:lang w:eastAsia="ro-RO"/>
        </w:rPr>
        <w:t>timpul</w:t>
      </w:r>
      <w:proofErr w:type="spellEnd"/>
      <w:r w:rsidRPr="00563B50">
        <w:rPr>
          <w:rFonts w:cs="Times New Roman"/>
          <w:szCs w:val="24"/>
          <w:lang w:eastAsia="ro-RO"/>
        </w:rPr>
        <w:t xml:space="preserve"> </w:t>
      </w:r>
      <w:proofErr w:type="spellStart"/>
      <w:r w:rsidRPr="00563B50">
        <w:rPr>
          <w:rFonts w:cs="Times New Roman"/>
          <w:szCs w:val="24"/>
          <w:lang w:eastAsia="ro-RO"/>
        </w:rPr>
        <w:t>eliberării</w:t>
      </w:r>
      <w:proofErr w:type="spellEnd"/>
      <w:r w:rsidRPr="00563B50">
        <w:rPr>
          <w:rFonts w:cs="Times New Roman"/>
          <w:szCs w:val="24"/>
          <w:lang w:eastAsia="ro-RO"/>
        </w:rPr>
        <w:t>,</w:t>
      </w:r>
    </w:p>
    <w:p w14:paraId="14C47E72" w14:textId="77777777" w:rsidR="00EE7ED3" w:rsidRPr="00563B50" w:rsidRDefault="00000000">
      <w:pPr>
        <w:numPr>
          <w:ilvl w:val="0"/>
          <w:numId w:val="18"/>
        </w:numPr>
        <w:spacing w:before="120" w:after="120" w:line="240" w:lineRule="auto"/>
        <w:ind w:left="850" w:hanging="425"/>
        <w:jc w:val="both"/>
        <w:rPr>
          <w:rFonts w:cs="Times New Roman"/>
          <w:szCs w:val="24"/>
          <w:lang w:eastAsia="ro-RO"/>
        </w:rPr>
      </w:pPr>
      <w:proofErr w:type="spellStart"/>
      <w:r w:rsidRPr="00563B50">
        <w:rPr>
          <w:rFonts w:cs="Times New Roman"/>
          <w:szCs w:val="24"/>
          <w:lang w:eastAsia="ro-RO"/>
        </w:rPr>
        <w:t>denumirea</w:t>
      </w:r>
      <w:proofErr w:type="spellEnd"/>
      <w:r w:rsidRPr="00563B50">
        <w:rPr>
          <w:rFonts w:cs="Times New Roman"/>
          <w:szCs w:val="24"/>
          <w:lang w:eastAsia="ro-RO"/>
        </w:rPr>
        <w:t xml:space="preserve"> </w:t>
      </w:r>
      <w:proofErr w:type="spellStart"/>
      <w:r w:rsidRPr="00563B50">
        <w:rPr>
          <w:rFonts w:cs="Times New Roman"/>
          <w:szCs w:val="24"/>
          <w:lang w:eastAsia="ro-RO"/>
        </w:rPr>
        <w:t>informației</w:t>
      </w:r>
      <w:proofErr w:type="spellEnd"/>
      <w:r w:rsidRPr="00563B50">
        <w:rPr>
          <w:rFonts w:cs="Times New Roman"/>
          <w:szCs w:val="24"/>
          <w:lang w:eastAsia="ro-RO"/>
        </w:rPr>
        <w:t xml:space="preserve"> </w:t>
      </w:r>
      <w:proofErr w:type="spellStart"/>
      <w:r w:rsidRPr="00563B50">
        <w:rPr>
          <w:rFonts w:cs="Times New Roman"/>
          <w:szCs w:val="24"/>
          <w:lang w:eastAsia="ro-RO"/>
        </w:rPr>
        <w:t>şi</w:t>
      </w:r>
      <w:proofErr w:type="spellEnd"/>
      <w:r w:rsidRPr="00563B50">
        <w:rPr>
          <w:rFonts w:cs="Times New Roman"/>
          <w:szCs w:val="24"/>
          <w:lang w:eastAsia="ro-RO"/>
        </w:rPr>
        <w:t xml:space="preserve"> </w:t>
      </w:r>
      <w:proofErr w:type="spellStart"/>
      <w:r w:rsidRPr="00563B50">
        <w:rPr>
          <w:rFonts w:cs="Times New Roman"/>
          <w:szCs w:val="24"/>
          <w:lang w:eastAsia="ro-RO"/>
        </w:rPr>
        <w:t>căile</w:t>
      </w:r>
      <w:proofErr w:type="spellEnd"/>
      <w:r w:rsidRPr="00563B50">
        <w:rPr>
          <w:rFonts w:cs="Times New Roman"/>
          <w:szCs w:val="24"/>
          <w:lang w:eastAsia="ro-RO"/>
        </w:rPr>
        <w:t xml:space="preserve"> de </w:t>
      </w:r>
      <w:proofErr w:type="spellStart"/>
      <w:r w:rsidRPr="00563B50">
        <w:rPr>
          <w:rFonts w:cs="Times New Roman"/>
          <w:szCs w:val="24"/>
          <w:lang w:eastAsia="ro-RO"/>
        </w:rPr>
        <w:t>acces</w:t>
      </w:r>
      <w:proofErr w:type="spellEnd"/>
      <w:r w:rsidRPr="00563B50">
        <w:rPr>
          <w:rFonts w:cs="Times New Roman"/>
          <w:szCs w:val="24"/>
          <w:lang w:eastAsia="ro-RO"/>
        </w:rPr>
        <w:t xml:space="preserve"> la </w:t>
      </w:r>
      <w:proofErr w:type="spellStart"/>
      <w:r w:rsidRPr="00563B50">
        <w:rPr>
          <w:rFonts w:cs="Times New Roman"/>
          <w:szCs w:val="24"/>
          <w:lang w:eastAsia="ro-RO"/>
        </w:rPr>
        <w:t>aceasta</w:t>
      </w:r>
      <w:proofErr w:type="spellEnd"/>
      <w:r w:rsidRPr="00563B50">
        <w:rPr>
          <w:rFonts w:cs="Times New Roman"/>
          <w:szCs w:val="24"/>
          <w:lang w:eastAsia="ro-RO"/>
        </w:rPr>
        <w:t>,</w:t>
      </w:r>
    </w:p>
    <w:p w14:paraId="513389A5" w14:textId="77777777" w:rsidR="00EE7ED3" w:rsidRPr="00563B50" w:rsidRDefault="00000000">
      <w:pPr>
        <w:numPr>
          <w:ilvl w:val="0"/>
          <w:numId w:val="18"/>
        </w:numPr>
        <w:spacing w:before="120" w:after="120" w:line="240" w:lineRule="auto"/>
        <w:ind w:left="850" w:hanging="425"/>
        <w:jc w:val="both"/>
        <w:rPr>
          <w:rFonts w:cs="Times New Roman"/>
          <w:szCs w:val="24"/>
          <w:lang w:eastAsia="ro-RO"/>
        </w:rPr>
      </w:pPr>
      <w:proofErr w:type="spellStart"/>
      <w:r w:rsidRPr="00563B50">
        <w:rPr>
          <w:rFonts w:cs="Times New Roman"/>
          <w:szCs w:val="24"/>
          <w:lang w:eastAsia="ro-RO"/>
        </w:rPr>
        <w:t>specificarea</w:t>
      </w:r>
      <w:proofErr w:type="spellEnd"/>
      <w:r w:rsidRPr="00563B50">
        <w:rPr>
          <w:rFonts w:cs="Times New Roman"/>
          <w:szCs w:val="24"/>
          <w:lang w:eastAsia="ro-RO"/>
        </w:rPr>
        <w:t xml:space="preserve"> </w:t>
      </w:r>
      <w:proofErr w:type="spellStart"/>
      <w:r w:rsidRPr="00563B50">
        <w:rPr>
          <w:rFonts w:cs="Times New Roman"/>
          <w:szCs w:val="24"/>
          <w:lang w:eastAsia="ro-RO"/>
        </w:rPr>
        <w:t>echipamentului</w:t>
      </w:r>
      <w:proofErr w:type="spellEnd"/>
      <w:r w:rsidRPr="00563B50">
        <w:rPr>
          <w:rFonts w:cs="Times New Roman"/>
          <w:szCs w:val="24"/>
          <w:lang w:eastAsia="ro-RO"/>
        </w:rPr>
        <w:t xml:space="preserve"> (</w:t>
      </w:r>
      <w:proofErr w:type="spellStart"/>
      <w:r w:rsidRPr="00563B50">
        <w:rPr>
          <w:rFonts w:cs="Times New Roman"/>
          <w:szCs w:val="24"/>
          <w:lang w:eastAsia="ro-RO"/>
        </w:rPr>
        <w:t>dispozitivului</w:t>
      </w:r>
      <w:proofErr w:type="spellEnd"/>
      <w:r w:rsidRPr="00563B50">
        <w:rPr>
          <w:rFonts w:cs="Times New Roman"/>
          <w:szCs w:val="24"/>
          <w:lang w:eastAsia="ro-RO"/>
        </w:rPr>
        <w:t xml:space="preserve">) care a </w:t>
      </w:r>
      <w:proofErr w:type="spellStart"/>
      <w:r w:rsidRPr="00563B50">
        <w:rPr>
          <w:rFonts w:cs="Times New Roman"/>
          <w:szCs w:val="24"/>
          <w:lang w:eastAsia="ro-RO"/>
        </w:rPr>
        <w:t>eliberat</w:t>
      </w:r>
      <w:proofErr w:type="spellEnd"/>
      <w:r w:rsidRPr="00563B50">
        <w:rPr>
          <w:rFonts w:cs="Times New Roman"/>
          <w:szCs w:val="24"/>
          <w:lang w:eastAsia="ro-RO"/>
        </w:rPr>
        <w:t xml:space="preserve"> </w:t>
      </w:r>
      <w:proofErr w:type="spellStart"/>
      <w:r w:rsidRPr="00563B50">
        <w:rPr>
          <w:rFonts w:cs="Times New Roman"/>
          <w:szCs w:val="24"/>
          <w:lang w:eastAsia="ro-RO"/>
        </w:rPr>
        <w:t>informația</w:t>
      </w:r>
      <w:proofErr w:type="spellEnd"/>
      <w:r w:rsidRPr="00563B50">
        <w:rPr>
          <w:rFonts w:cs="Times New Roman"/>
          <w:szCs w:val="24"/>
          <w:lang w:eastAsia="ro-RO"/>
        </w:rPr>
        <w:t xml:space="preserve"> (</w:t>
      </w:r>
      <w:proofErr w:type="spellStart"/>
      <w:r w:rsidRPr="00563B50">
        <w:rPr>
          <w:rFonts w:cs="Times New Roman"/>
          <w:szCs w:val="24"/>
          <w:lang w:eastAsia="ro-RO"/>
        </w:rPr>
        <w:t>numele</w:t>
      </w:r>
      <w:proofErr w:type="spellEnd"/>
      <w:r w:rsidRPr="00563B50">
        <w:rPr>
          <w:rFonts w:cs="Times New Roman"/>
          <w:szCs w:val="24"/>
          <w:lang w:eastAsia="ro-RO"/>
        </w:rPr>
        <w:t xml:space="preserve"> logic),</w:t>
      </w:r>
    </w:p>
    <w:p w14:paraId="41345B8E" w14:textId="77777777" w:rsidR="00EE7ED3" w:rsidRPr="00563B50" w:rsidRDefault="00000000">
      <w:pPr>
        <w:numPr>
          <w:ilvl w:val="0"/>
          <w:numId w:val="18"/>
        </w:numPr>
        <w:spacing w:before="120" w:after="120" w:line="240" w:lineRule="auto"/>
        <w:ind w:left="850" w:hanging="425"/>
        <w:jc w:val="both"/>
        <w:rPr>
          <w:rFonts w:cs="Times New Roman"/>
          <w:szCs w:val="24"/>
          <w:lang w:eastAsia="ro-RO"/>
        </w:rPr>
      </w:pPr>
      <w:r w:rsidRPr="00563B50">
        <w:rPr>
          <w:rFonts w:cs="Times New Roman"/>
          <w:szCs w:val="24"/>
          <w:lang w:eastAsia="ro-RO"/>
        </w:rPr>
        <w:t xml:space="preserve">ID-ul </w:t>
      </w:r>
      <w:proofErr w:type="spellStart"/>
      <w:r w:rsidRPr="00563B50">
        <w:rPr>
          <w:rFonts w:cs="Times New Roman"/>
          <w:szCs w:val="24"/>
          <w:lang w:eastAsia="ro-RO"/>
        </w:rPr>
        <w:t>utilizatorului</w:t>
      </w:r>
      <w:proofErr w:type="spellEnd"/>
      <w:r w:rsidRPr="00563B50">
        <w:rPr>
          <w:rFonts w:cs="Times New Roman"/>
          <w:szCs w:val="24"/>
          <w:lang w:eastAsia="ro-RO"/>
        </w:rPr>
        <w:t xml:space="preserve">, care a </w:t>
      </w:r>
      <w:proofErr w:type="spellStart"/>
      <w:r w:rsidRPr="00563B50">
        <w:rPr>
          <w:rFonts w:cs="Times New Roman"/>
          <w:szCs w:val="24"/>
          <w:lang w:eastAsia="ro-RO"/>
        </w:rPr>
        <w:t>solicitat</w:t>
      </w:r>
      <w:proofErr w:type="spellEnd"/>
      <w:r w:rsidRPr="00563B50">
        <w:rPr>
          <w:rFonts w:cs="Times New Roman"/>
          <w:szCs w:val="24"/>
          <w:lang w:eastAsia="ro-RO"/>
        </w:rPr>
        <w:t xml:space="preserve"> </w:t>
      </w:r>
      <w:proofErr w:type="spellStart"/>
      <w:r w:rsidRPr="00563B50">
        <w:rPr>
          <w:rFonts w:cs="Times New Roman"/>
          <w:szCs w:val="24"/>
          <w:lang w:eastAsia="ro-RO"/>
        </w:rPr>
        <w:t>informația</w:t>
      </w:r>
      <w:proofErr w:type="spellEnd"/>
      <w:r w:rsidRPr="00563B50">
        <w:rPr>
          <w:rFonts w:cs="Times New Roman"/>
          <w:szCs w:val="24"/>
          <w:lang w:eastAsia="ro-RO"/>
        </w:rPr>
        <w:t>.</w:t>
      </w:r>
    </w:p>
    <w:p w14:paraId="10A91D8C" w14:textId="77777777" w:rsidR="00EE7ED3" w:rsidRPr="00563B50" w:rsidRDefault="00000000">
      <w:pPr>
        <w:numPr>
          <w:ilvl w:val="0"/>
          <w:numId w:val="31"/>
        </w:numPr>
        <w:spacing w:before="120" w:after="120" w:line="240" w:lineRule="auto"/>
        <w:ind w:left="425" w:hanging="425"/>
        <w:jc w:val="center"/>
        <w:rPr>
          <w:rFonts w:cs="Times New Roman"/>
          <w:b/>
          <w:bCs/>
          <w:szCs w:val="24"/>
          <w:lang w:eastAsia="ro-RO"/>
        </w:rPr>
      </w:pPr>
      <w:r w:rsidRPr="00563B50">
        <w:rPr>
          <w:rFonts w:cs="Times New Roman"/>
          <w:b/>
          <w:bCs/>
          <w:szCs w:val="24"/>
          <w:lang w:eastAsia="ro-RO"/>
        </w:rPr>
        <w:t>ASIGURAREA PROTECŢIEI CONTRA PROGRAMELOR DĂUNĂTOARE (VIRUŞILOR)</w:t>
      </w:r>
    </w:p>
    <w:p w14:paraId="42DF37DC" w14:textId="77777777" w:rsidR="00EE7ED3" w:rsidRPr="00563B50" w:rsidRDefault="00000000" w:rsidP="00EA4171">
      <w:pPr>
        <w:spacing w:before="120" w:after="120" w:line="240" w:lineRule="auto"/>
        <w:jc w:val="both"/>
        <w:rPr>
          <w:rFonts w:cs="Times New Roman"/>
          <w:szCs w:val="24"/>
          <w:lang w:eastAsia="ru-RU"/>
        </w:rPr>
      </w:pPr>
      <w:r w:rsidRPr="00563B50">
        <w:rPr>
          <w:rFonts w:cs="Times New Roman"/>
          <w:szCs w:val="24"/>
          <w:lang w:eastAsia="ro-RO"/>
        </w:rPr>
        <w:lastRenderedPageBreak/>
        <w:t xml:space="preserve">Este </w:t>
      </w:r>
      <w:proofErr w:type="spellStart"/>
      <w:r w:rsidRPr="00563B50">
        <w:rPr>
          <w:rFonts w:cs="Times New Roman"/>
          <w:szCs w:val="24"/>
          <w:lang w:eastAsia="ro-RO"/>
        </w:rPr>
        <w:t>asigurată</w:t>
      </w:r>
      <w:proofErr w:type="spellEnd"/>
      <w:r w:rsidRPr="00563B50">
        <w:rPr>
          <w:rFonts w:cs="Times New Roman"/>
          <w:szCs w:val="24"/>
          <w:lang w:eastAsia="ro-RO"/>
        </w:rPr>
        <w:t xml:space="preserve"> </w:t>
      </w:r>
      <w:proofErr w:type="spellStart"/>
      <w:r w:rsidRPr="00563B50">
        <w:rPr>
          <w:rFonts w:cs="Times New Roman"/>
          <w:szCs w:val="24"/>
          <w:lang w:eastAsia="ro-RO"/>
        </w:rPr>
        <w:t>protecția</w:t>
      </w:r>
      <w:proofErr w:type="spellEnd"/>
      <w:r w:rsidRPr="00563B50">
        <w:rPr>
          <w:rFonts w:cs="Times New Roman"/>
          <w:szCs w:val="24"/>
          <w:lang w:eastAsia="ro-RO"/>
        </w:rPr>
        <w:t xml:space="preserve"> contra </w:t>
      </w:r>
      <w:proofErr w:type="spellStart"/>
      <w:r w:rsidRPr="00563B50">
        <w:rPr>
          <w:rFonts w:cs="Times New Roman"/>
          <w:szCs w:val="24"/>
          <w:lang w:eastAsia="ro-RO"/>
        </w:rPr>
        <w:t>infiltrării</w:t>
      </w:r>
      <w:proofErr w:type="spellEnd"/>
      <w:r w:rsidRPr="00563B50">
        <w:rPr>
          <w:rFonts w:cs="Times New Roman"/>
          <w:szCs w:val="24"/>
          <w:lang w:eastAsia="ro-RO"/>
        </w:rPr>
        <w:t xml:space="preserve"> </w:t>
      </w:r>
      <w:proofErr w:type="spellStart"/>
      <w:r w:rsidRPr="00563B50">
        <w:rPr>
          <w:rFonts w:cs="Times New Roman"/>
          <w:szCs w:val="24"/>
          <w:lang w:eastAsia="ro-RO"/>
        </w:rPr>
        <w:t>programelor</w:t>
      </w:r>
      <w:proofErr w:type="spellEnd"/>
      <w:r w:rsidRPr="00563B50">
        <w:rPr>
          <w:rFonts w:cs="Times New Roman"/>
          <w:szCs w:val="24"/>
          <w:lang w:eastAsia="ro-RO"/>
        </w:rPr>
        <w:t xml:space="preserve"> </w:t>
      </w:r>
      <w:proofErr w:type="spellStart"/>
      <w:r w:rsidRPr="00563B50">
        <w:rPr>
          <w:rFonts w:cs="Times New Roman"/>
          <w:szCs w:val="24"/>
          <w:lang w:eastAsia="ro-RO"/>
        </w:rPr>
        <w:t>dăunătoare</w:t>
      </w:r>
      <w:proofErr w:type="spellEnd"/>
      <w:r w:rsidRPr="00563B50">
        <w:rPr>
          <w:rFonts w:cs="Times New Roman"/>
          <w:szCs w:val="24"/>
          <w:lang w:eastAsia="ro-RO"/>
        </w:rPr>
        <w:t xml:space="preserve"> </w:t>
      </w:r>
      <w:proofErr w:type="spellStart"/>
      <w:r w:rsidRPr="00563B50">
        <w:rPr>
          <w:rFonts w:cs="Times New Roman"/>
          <w:szCs w:val="24"/>
          <w:lang w:eastAsia="ro-RO"/>
        </w:rPr>
        <w:t>în</w:t>
      </w:r>
      <w:proofErr w:type="spellEnd"/>
      <w:r w:rsidRPr="00563B50">
        <w:rPr>
          <w:rFonts w:cs="Times New Roman"/>
          <w:szCs w:val="24"/>
          <w:lang w:eastAsia="ro-RO"/>
        </w:rPr>
        <w:t xml:space="preserve"> soft-urile destinate </w:t>
      </w:r>
      <w:proofErr w:type="spellStart"/>
      <w:r w:rsidRPr="00563B50">
        <w:rPr>
          <w:rFonts w:cs="Times New Roman"/>
          <w:szCs w:val="24"/>
          <w:lang w:eastAsia="ro-RO"/>
        </w:rPr>
        <w:t>prelucrării</w:t>
      </w:r>
      <w:proofErr w:type="spellEnd"/>
      <w:r w:rsidRPr="00563B50">
        <w:rPr>
          <w:rFonts w:cs="Times New Roman"/>
          <w:szCs w:val="24"/>
          <w:lang w:eastAsia="ro-RO"/>
        </w:rPr>
        <w:t xml:space="preserve"> </w:t>
      </w:r>
      <w:proofErr w:type="spellStart"/>
      <w:r w:rsidRPr="00563B50">
        <w:rPr>
          <w:rFonts w:cs="Times New Roman"/>
          <w:szCs w:val="24"/>
          <w:lang w:eastAsia="ro-RO"/>
        </w:rPr>
        <w:t>datelor</w:t>
      </w:r>
      <w:proofErr w:type="spellEnd"/>
      <w:r w:rsidRPr="00563B50">
        <w:rPr>
          <w:rFonts w:cs="Times New Roman"/>
          <w:szCs w:val="24"/>
          <w:lang w:eastAsia="ro-RO"/>
        </w:rPr>
        <w:t xml:space="preserve"> cu </w:t>
      </w:r>
      <w:proofErr w:type="spellStart"/>
      <w:r w:rsidRPr="00563B50">
        <w:rPr>
          <w:rFonts w:cs="Times New Roman"/>
          <w:szCs w:val="24"/>
          <w:lang w:eastAsia="ro-RO"/>
        </w:rPr>
        <w:t>caracter</w:t>
      </w:r>
      <w:proofErr w:type="spellEnd"/>
      <w:r w:rsidRPr="00563B50">
        <w:rPr>
          <w:rFonts w:cs="Times New Roman"/>
          <w:szCs w:val="24"/>
          <w:lang w:eastAsia="ro-RO"/>
        </w:rPr>
        <w:t xml:space="preserve"> personal, </w:t>
      </w:r>
      <w:proofErr w:type="spellStart"/>
      <w:r w:rsidRPr="00563B50">
        <w:rPr>
          <w:rFonts w:cs="Times New Roman"/>
          <w:szCs w:val="24"/>
          <w:lang w:eastAsia="ro-RO"/>
        </w:rPr>
        <w:t>prin</w:t>
      </w:r>
      <w:proofErr w:type="spellEnd"/>
      <w:r w:rsidRPr="00563B50">
        <w:rPr>
          <w:rFonts w:cs="Times New Roman"/>
          <w:szCs w:val="24"/>
          <w:lang w:eastAsia="ro-RO"/>
        </w:rPr>
        <w:t xml:space="preserve"> </w:t>
      </w:r>
      <w:proofErr w:type="spellStart"/>
      <w:r w:rsidRPr="00563B50">
        <w:rPr>
          <w:rFonts w:cs="Times New Roman"/>
          <w:szCs w:val="24"/>
          <w:lang w:eastAsia="ro-RO"/>
        </w:rPr>
        <w:t>existența</w:t>
      </w:r>
      <w:proofErr w:type="spellEnd"/>
      <w:r w:rsidRPr="00563B50">
        <w:rPr>
          <w:rFonts w:cs="Times New Roman"/>
          <w:szCs w:val="24"/>
          <w:lang w:eastAsia="ro-RO"/>
        </w:rPr>
        <w:t xml:space="preserve"> </w:t>
      </w:r>
      <w:proofErr w:type="spellStart"/>
      <w:r w:rsidRPr="00563B50">
        <w:rPr>
          <w:rFonts w:cs="Times New Roman"/>
          <w:szCs w:val="24"/>
          <w:lang w:eastAsia="ro-RO"/>
        </w:rPr>
        <w:t>programelor</w:t>
      </w:r>
      <w:proofErr w:type="spellEnd"/>
      <w:r w:rsidRPr="00563B50">
        <w:rPr>
          <w:rFonts w:cs="Times New Roman"/>
          <w:szCs w:val="24"/>
          <w:lang w:eastAsia="ro-RO"/>
        </w:rPr>
        <w:t xml:space="preserve"> </w:t>
      </w:r>
      <w:proofErr w:type="spellStart"/>
      <w:r w:rsidRPr="00563B50">
        <w:rPr>
          <w:rFonts w:cs="Times New Roman"/>
          <w:szCs w:val="24"/>
          <w:lang w:eastAsia="ro-RO"/>
        </w:rPr>
        <w:t>licențiate</w:t>
      </w:r>
      <w:proofErr w:type="spellEnd"/>
      <w:r w:rsidRPr="00563B50">
        <w:rPr>
          <w:rFonts w:cs="Times New Roman"/>
          <w:szCs w:val="24"/>
          <w:lang w:eastAsia="ro-RO"/>
        </w:rPr>
        <w:t xml:space="preserve"> anti-virus.</w:t>
      </w:r>
    </w:p>
    <w:p w14:paraId="086ECF03" w14:textId="77777777" w:rsidR="00EE7ED3" w:rsidRPr="00563B50" w:rsidRDefault="00000000">
      <w:pPr>
        <w:numPr>
          <w:ilvl w:val="0"/>
          <w:numId w:val="31"/>
        </w:numPr>
        <w:spacing w:before="120" w:after="120" w:line="240" w:lineRule="auto"/>
        <w:ind w:left="425" w:hanging="425"/>
        <w:jc w:val="center"/>
        <w:rPr>
          <w:rFonts w:cs="Times New Roman"/>
          <w:b/>
          <w:bCs/>
          <w:szCs w:val="24"/>
          <w:lang w:eastAsia="ro-RO"/>
        </w:rPr>
      </w:pPr>
      <w:r w:rsidRPr="00563B50">
        <w:rPr>
          <w:rFonts w:cs="Times New Roman"/>
          <w:b/>
          <w:bCs/>
          <w:szCs w:val="24"/>
          <w:lang w:eastAsia="ro-RO"/>
        </w:rPr>
        <w:t>TESTAREA POSIBILITĂŢILOR FUNCŢIONALE DE ASIGURARE A SECURITĂŢII SISTEMELOR INFORMAŢIONALE DE DATE CU CARACTER PERSONAL</w:t>
      </w:r>
    </w:p>
    <w:p w14:paraId="1E0862A2" w14:textId="77777777" w:rsidR="00EE7ED3" w:rsidRPr="00563B50" w:rsidRDefault="00000000" w:rsidP="00EA4171">
      <w:pPr>
        <w:spacing w:before="120" w:after="120" w:line="240" w:lineRule="auto"/>
        <w:jc w:val="both"/>
        <w:rPr>
          <w:rFonts w:cs="Times New Roman"/>
          <w:szCs w:val="24"/>
          <w:lang w:eastAsia="ro-RO"/>
        </w:rPr>
      </w:pPr>
      <w:proofErr w:type="spellStart"/>
      <w:r w:rsidRPr="00563B50">
        <w:rPr>
          <w:rFonts w:cs="Times New Roman"/>
          <w:b/>
          <w:bCs/>
          <w:szCs w:val="24"/>
        </w:rPr>
        <w:t>Administratorul</w:t>
      </w:r>
      <w:proofErr w:type="spellEnd"/>
      <w:r w:rsidRPr="00563B50">
        <w:rPr>
          <w:rFonts w:cs="Times New Roman"/>
          <w:b/>
          <w:bCs/>
          <w:szCs w:val="24"/>
        </w:rPr>
        <w:t xml:space="preserve"> IT </w:t>
      </w:r>
      <w:proofErr w:type="spellStart"/>
      <w:r w:rsidRPr="00563B50">
        <w:rPr>
          <w:rFonts w:cs="Times New Roman"/>
          <w:b/>
          <w:bCs/>
          <w:szCs w:val="24"/>
        </w:rPr>
        <w:t>efectuiază</w:t>
      </w:r>
      <w:proofErr w:type="spellEnd"/>
      <w:r w:rsidRPr="00563B50">
        <w:rPr>
          <w:rFonts w:cs="Times New Roman"/>
          <w:b/>
          <w:bCs/>
          <w:szCs w:val="24"/>
        </w:rPr>
        <w:t xml:space="preserve"> teste </w:t>
      </w:r>
      <w:proofErr w:type="spellStart"/>
      <w:r w:rsidRPr="00563B50">
        <w:rPr>
          <w:rFonts w:cs="Times New Roman"/>
          <w:b/>
          <w:bCs/>
          <w:szCs w:val="24"/>
        </w:rPr>
        <w:t>semestriale</w:t>
      </w:r>
      <w:proofErr w:type="spellEnd"/>
      <w:r w:rsidRPr="00563B50">
        <w:rPr>
          <w:rFonts w:cs="Times New Roman"/>
          <w:b/>
          <w:bCs/>
          <w:szCs w:val="24"/>
        </w:rPr>
        <w:t xml:space="preserve"> de </w:t>
      </w:r>
      <w:proofErr w:type="spellStart"/>
      <w:r w:rsidRPr="00563B50">
        <w:rPr>
          <w:rFonts w:cs="Times New Roman"/>
          <w:b/>
          <w:bCs/>
          <w:szCs w:val="24"/>
        </w:rPr>
        <w:t>penetrare</w:t>
      </w:r>
      <w:proofErr w:type="spellEnd"/>
      <w:r w:rsidRPr="00563B50">
        <w:rPr>
          <w:rFonts w:cs="Times New Roman"/>
          <w:b/>
          <w:bCs/>
          <w:szCs w:val="24"/>
        </w:rPr>
        <w:t>/</w:t>
      </w:r>
      <w:proofErr w:type="spellStart"/>
      <w:r w:rsidRPr="00563B50">
        <w:rPr>
          <w:rFonts w:cs="Times New Roman"/>
          <w:b/>
          <w:bCs/>
          <w:szCs w:val="24"/>
        </w:rPr>
        <w:t>vulnerabilitate</w:t>
      </w:r>
      <w:proofErr w:type="spellEnd"/>
      <w:r w:rsidRPr="00563B50">
        <w:rPr>
          <w:rFonts w:cs="Times New Roman"/>
          <w:szCs w:val="24"/>
        </w:rPr>
        <w:t xml:space="preserve"> </w:t>
      </w:r>
      <w:proofErr w:type="spellStart"/>
      <w:r w:rsidRPr="00563B50">
        <w:rPr>
          <w:rFonts w:cs="Times New Roman"/>
          <w:szCs w:val="24"/>
        </w:rPr>
        <w:t>și</w:t>
      </w:r>
      <w:proofErr w:type="spellEnd"/>
      <w:r w:rsidRPr="00563B50">
        <w:rPr>
          <w:rFonts w:cs="Times New Roman"/>
          <w:szCs w:val="24"/>
        </w:rPr>
        <w:t xml:space="preserve"> </w:t>
      </w:r>
      <w:proofErr w:type="spellStart"/>
      <w:r w:rsidRPr="00563B50">
        <w:rPr>
          <w:rFonts w:cs="Times New Roman"/>
          <w:szCs w:val="24"/>
        </w:rPr>
        <w:t>rulează</w:t>
      </w:r>
      <w:proofErr w:type="spellEnd"/>
      <w:r w:rsidRPr="00563B50">
        <w:rPr>
          <w:rFonts w:cs="Times New Roman"/>
          <w:szCs w:val="24"/>
        </w:rPr>
        <w:t xml:space="preserve"> backup-</w:t>
      </w:r>
      <w:proofErr w:type="spellStart"/>
      <w:r w:rsidRPr="00563B50">
        <w:rPr>
          <w:rFonts w:cs="Times New Roman"/>
          <w:szCs w:val="24"/>
        </w:rPr>
        <w:t>uri</w:t>
      </w:r>
      <w:proofErr w:type="spellEnd"/>
      <w:r w:rsidRPr="00563B50">
        <w:rPr>
          <w:rFonts w:cs="Times New Roman"/>
          <w:szCs w:val="24"/>
        </w:rPr>
        <w:t xml:space="preserve"> automate (</w:t>
      </w:r>
      <w:proofErr w:type="spellStart"/>
      <w:r w:rsidRPr="00563B50">
        <w:rPr>
          <w:rFonts w:cs="Times New Roman"/>
          <w:szCs w:val="24"/>
        </w:rPr>
        <w:t>copii</w:t>
      </w:r>
      <w:proofErr w:type="spellEnd"/>
      <w:r w:rsidRPr="00563B50">
        <w:rPr>
          <w:rFonts w:cs="Times New Roman"/>
          <w:szCs w:val="24"/>
        </w:rPr>
        <w:t xml:space="preserve"> de </w:t>
      </w:r>
      <w:proofErr w:type="spellStart"/>
      <w:r w:rsidRPr="00563B50">
        <w:rPr>
          <w:rFonts w:cs="Times New Roman"/>
          <w:szCs w:val="24"/>
        </w:rPr>
        <w:t>siguranță</w:t>
      </w:r>
      <w:proofErr w:type="spellEnd"/>
      <w:r w:rsidRPr="00563B50">
        <w:rPr>
          <w:rFonts w:cs="Times New Roman"/>
          <w:szCs w:val="24"/>
        </w:rPr>
        <w:t xml:space="preserve">) </w:t>
      </w:r>
      <w:proofErr w:type="spellStart"/>
      <w:r w:rsidRPr="00563B50">
        <w:rPr>
          <w:rFonts w:cs="Times New Roman"/>
          <w:szCs w:val="24"/>
        </w:rPr>
        <w:t>zilnice</w:t>
      </w:r>
      <w:proofErr w:type="spellEnd"/>
      <w:r w:rsidRPr="00563B50">
        <w:rPr>
          <w:rFonts w:cs="Times New Roman"/>
          <w:szCs w:val="24"/>
        </w:rPr>
        <w:t>/</w:t>
      </w:r>
      <w:proofErr w:type="spellStart"/>
      <w:r w:rsidRPr="00563B50">
        <w:rPr>
          <w:rFonts w:cs="Times New Roman"/>
          <w:szCs w:val="24"/>
        </w:rPr>
        <w:t>săptămânale</w:t>
      </w:r>
      <w:proofErr w:type="spellEnd"/>
      <w:r w:rsidRPr="00563B50">
        <w:rPr>
          <w:rFonts w:cs="Times New Roman"/>
          <w:szCs w:val="24"/>
        </w:rPr>
        <w:t xml:space="preserve">, nu </w:t>
      </w:r>
      <w:proofErr w:type="spellStart"/>
      <w:r w:rsidRPr="00563B50">
        <w:rPr>
          <w:rFonts w:cs="Times New Roman"/>
          <w:szCs w:val="24"/>
        </w:rPr>
        <w:t>doar</w:t>
      </w:r>
      <w:proofErr w:type="spellEnd"/>
      <w:r w:rsidRPr="00563B50">
        <w:rPr>
          <w:rFonts w:cs="Times New Roman"/>
          <w:szCs w:val="24"/>
        </w:rPr>
        <w:t xml:space="preserve"> „</w:t>
      </w:r>
      <w:proofErr w:type="spellStart"/>
      <w:r w:rsidRPr="00563B50">
        <w:rPr>
          <w:rFonts w:cs="Times New Roman"/>
          <w:szCs w:val="24"/>
        </w:rPr>
        <w:t>lunare</w:t>
      </w:r>
      <w:proofErr w:type="spellEnd"/>
      <w:r w:rsidRPr="00563B50">
        <w:rPr>
          <w:rFonts w:cs="Times New Roman"/>
          <w:szCs w:val="24"/>
        </w:rPr>
        <w:t xml:space="preserve"> la </w:t>
      </w:r>
      <w:proofErr w:type="spellStart"/>
      <w:r w:rsidRPr="00563B50">
        <w:rPr>
          <w:rFonts w:cs="Times New Roman"/>
          <w:szCs w:val="24"/>
        </w:rPr>
        <w:t>solicitare</w:t>
      </w:r>
      <w:proofErr w:type="spellEnd"/>
      <w:r w:rsidRPr="00563B50">
        <w:rPr>
          <w:rFonts w:cs="Times New Roman"/>
          <w:szCs w:val="24"/>
        </w:rPr>
        <w:t>”.</w:t>
      </w:r>
    </w:p>
    <w:p w14:paraId="42BCB1B3" w14:textId="77777777" w:rsidR="00EE7ED3" w:rsidRPr="00563B50" w:rsidRDefault="00EE7ED3" w:rsidP="00EA4171">
      <w:pPr>
        <w:spacing w:before="120" w:after="120" w:line="240" w:lineRule="auto"/>
        <w:jc w:val="both"/>
        <w:rPr>
          <w:rFonts w:cs="Times New Roman"/>
          <w:szCs w:val="24"/>
          <w:lang w:eastAsia="ro-RO"/>
        </w:rPr>
      </w:pPr>
    </w:p>
    <w:p w14:paraId="5BF9F97E" w14:textId="77777777" w:rsidR="00EE7ED3" w:rsidRPr="00563B50" w:rsidRDefault="00000000">
      <w:pPr>
        <w:numPr>
          <w:ilvl w:val="0"/>
          <w:numId w:val="31"/>
        </w:numPr>
        <w:spacing w:before="120" w:after="120" w:line="240" w:lineRule="auto"/>
        <w:ind w:left="425" w:hanging="425"/>
        <w:jc w:val="center"/>
        <w:rPr>
          <w:rFonts w:cs="Times New Roman"/>
          <w:szCs w:val="24"/>
          <w:lang w:eastAsia="ro-RO"/>
        </w:rPr>
      </w:pPr>
      <w:r w:rsidRPr="00563B50">
        <w:rPr>
          <w:rFonts w:cs="Times New Roman"/>
          <w:b/>
          <w:szCs w:val="24"/>
          <w:lang w:eastAsia="ro-RO"/>
        </w:rPr>
        <w:t>GESTIONAREA INCIDENTELOR DE SECURITATE</w:t>
      </w:r>
    </w:p>
    <w:p w14:paraId="1FE52BF8" w14:textId="77777777" w:rsidR="00EE7ED3" w:rsidRPr="00563B50" w:rsidRDefault="00000000">
      <w:pPr>
        <w:numPr>
          <w:ilvl w:val="0"/>
          <w:numId w:val="14"/>
        </w:numPr>
        <w:spacing w:before="120" w:after="120" w:line="240" w:lineRule="auto"/>
        <w:ind w:left="425" w:hanging="425"/>
        <w:jc w:val="both"/>
        <w:rPr>
          <w:rFonts w:cs="Times New Roman"/>
          <w:b/>
          <w:szCs w:val="24"/>
          <w:lang w:eastAsia="ru-RU"/>
        </w:rPr>
      </w:pPr>
      <w:r w:rsidRPr="00563B50">
        <w:rPr>
          <w:rFonts w:cs="Times New Roman"/>
          <w:color w:val="000000"/>
          <w:szCs w:val="24"/>
          <w:lang w:eastAsia="ro-RO"/>
        </w:rPr>
        <w:t xml:space="preserve">Orice </w:t>
      </w:r>
      <w:proofErr w:type="spellStart"/>
      <w:r w:rsidRPr="00563B50">
        <w:rPr>
          <w:rFonts w:cs="Times New Roman"/>
          <w:color w:val="000000"/>
          <w:szCs w:val="24"/>
          <w:lang w:eastAsia="ro-RO"/>
        </w:rPr>
        <w:t>angajat</w:t>
      </w:r>
      <w:proofErr w:type="spellEnd"/>
      <w:r w:rsidRPr="00563B50">
        <w:rPr>
          <w:rFonts w:cs="Times New Roman"/>
          <w:color w:val="000000"/>
          <w:szCs w:val="24"/>
          <w:lang w:eastAsia="ro-RO"/>
        </w:rPr>
        <w:t>/</w:t>
      </w:r>
      <w:proofErr w:type="spellStart"/>
      <w:r w:rsidRPr="00563B50">
        <w:rPr>
          <w:rFonts w:cs="Times New Roman"/>
          <w:color w:val="000000"/>
          <w:szCs w:val="24"/>
          <w:lang w:eastAsia="ro-RO"/>
        </w:rPr>
        <w:t>prestator</w:t>
      </w:r>
      <w:proofErr w:type="spellEnd"/>
      <w:r w:rsidRPr="00563B50">
        <w:rPr>
          <w:rFonts w:cs="Times New Roman"/>
          <w:color w:val="000000"/>
          <w:szCs w:val="24"/>
          <w:lang w:eastAsia="ro-RO"/>
        </w:rPr>
        <w:t xml:space="preserve"> de </w:t>
      </w:r>
      <w:proofErr w:type="spellStart"/>
      <w:r w:rsidRPr="00563B50">
        <w:rPr>
          <w:rFonts w:cs="Times New Roman"/>
          <w:color w:val="000000"/>
          <w:szCs w:val="24"/>
          <w:lang w:eastAsia="ro-RO"/>
        </w:rPr>
        <w:t>servicii</w:t>
      </w:r>
      <w:proofErr w:type="spellEnd"/>
      <w:r w:rsidRPr="00563B50">
        <w:rPr>
          <w:rFonts w:cs="Times New Roman"/>
          <w:color w:val="000000"/>
          <w:szCs w:val="24"/>
          <w:lang w:eastAsia="ro-RO"/>
        </w:rPr>
        <w:t xml:space="preserve"> care are </w:t>
      </w:r>
      <w:proofErr w:type="spellStart"/>
      <w:r w:rsidRPr="00563B50">
        <w:rPr>
          <w:rFonts w:cs="Times New Roman"/>
          <w:color w:val="000000"/>
          <w:szCs w:val="24"/>
          <w:lang w:eastAsia="ro-RO"/>
        </w:rPr>
        <w:t>cunoștință</w:t>
      </w:r>
      <w:proofErr w:type="spellEnd"/>
      <w:r w:rsidRPr="00563B50">
        <w:rPr>
          <w:rFonts w:cs="Times New Roman"/>
          <w:color w:val="000000"/>
          <w:szCs w:val="24"/>
          <w:lang w:eastAsia="ro-RO"/>
        </w:rPr>
        <w:t xml:space="preserve"> </w:t>
      </w:r>
      <w:proofErr w:type="spellStart"/>
      <w:r w:rsidRPr="00563B50">
        <w:rPr>
          <w:rFonts w:cs="Times New Roman"/>
          <w:color w:val="000000"/>
          <w:szCs w:val="24"/>
          <w:lang w:eastAsia="ro-RO"/>
        </w:rPr>
        <w:t>despre</w:t>
      </w:r>
      <w:proofErr w:type="spellEnd"/>
      <w:r w:rsidRPr="00563B50">
        <w:rPr>
          <w:rFonts w:cs="Times New Roman"/>
          <w:color w:val="000000"/>
          <w:szCs w:val="24"/>
          <w:lang w:eastAsia="ro-RO"/>
        </w:rPr>
        <w:t xml:space="preserve">, </w:t>
      </w:r>
      <w:proofErr w:type="spellStart"/>
      <w:r w:rsidRPr="00563B50">
        <w:rPr>
          <w:rFonts w:cs="Times New Roman"/>
          <w:color w:val="000000"/>
          <w:szCs w:val="24"/>
          <w:lang w:eastAsia="ro-RO"/>
        </w:rPr>
        <w:t>sau</w:t>
      </w:r>
      <w:proofErr w:type="spellEnd"/>
      <w:r w:rsidRPr="00563B50">
        <w:rPr>
          <w:rFonts w:cs="Times New Roman"/>
          <w:color w:val="000000"/>
          <w:szCs w:val="24"/>
          <w:lang w:eastAsia="ro-RO"/>
        </w:rPr>
        <w:t xml:space="preserve"> </w:t>
      </w:r>
      <w:proofErr w:type="spellStart"/>
      <w:r w:rsidRPr="00563B50">
        <w:rPr>
          <w:rFonts w:cs="Times New Roman"/>
          <w:color w:val="000000"/>
          <w:szCs w:val="24"/>
          <w:lang w:eastAsia="ro-RO"/>
        </w:rPr>
        <w:t>suspectează</w:t>
      </w:r>
      <w:proofErr w:type="spellEnd"/>
      <w:r w:rsidRPr="00563B50">
        <w:rPr>
          <w:rFonts w:cs="Times New Roman"/>
          <w:color w:val="000000"/>
          <w:szCs w:val="24"/>
          <w:lang w:eastAsia="ro-RO"/>
        </w:rPr>
        <w:t xml:space="preserve"> </w:t>
      </w:r>
      <w:proofErr w:type="spellStart"/>
      <w:r w:rsidRPr="00563B50">
        <w:rPr>
          <w:rFonts w:cs="Times New Roman"/>
          <w:color w:val="000000"/>
          <w:szCs w:val="24"/>
          <w:lang w:eastAsia="ro-RO"/>
        </w:rPr>
        <w:t>producerea</w:t>
      </w:r>
      <w:proofErr w:type="spellEnd"/>
      <w:r w:rsidRPr="00563B50">
        <w:rPr>
          <w:rFonts w:cs="Times New Roman"/>
          <w:color w:val="000000"/>
          <w:szCs w:val="24"/>
          <w:lang w:eastAsia="ro-RO"/>
        </w:rPr>
        <w:t xml:space="preserve"> </w:t>
      </w:r>
      <w:proofErr w:type="spellStart"/>
      <w:r w:rsidRPr="00563B50">
        <w:rPr>
          <w:rFonts w:cs="Times New Roman"/>
          <w:color w:val="000000"/>
          <w:szCs w:val="24"/>
          <w:lang w:eastAsia="ro-RO"/>
        </w:rPr>
        <w:t>unui</w:t>
      </w:r>
      <w:proofErr w:type="spellEnd"/>
      <w:r w:rsidRPr="00563B50">
        <w:rPr>
          <w:rFonts w:cs="Times New Roman"/>
          <w:color w:val="000000"/>
          <w:szCs w:val="24"/>
          <w:lang w:eastAsia="ro-RO"/>
        </w:rPr>
        <w:t xml:space="preserve"> incident de </w:t>
      </w:r>
      <w:proofErr w:type="spellStart"/>
      <w:r w:rsidRPr="00563B50">
        <w:rPr>
          <w:rFonts w:cs="Times New Roman"/>
          <w:color w:val="000000"/>
          <w:szCs w:val="24"/>
          <w:lang w:eastAsia="ro-RO"/>
        </w:rPr>
        <w:t>încălcare</w:t>
      </w:r>
      <w:proofErr w:type="spellEnd"/>
      <w:r w:rsidRPr="00563B50">
        <w:rPr>
          <w:rFonts w:cs="Times New Roman"/>
          <w:color w:val="000000"/>
          <w:szCs w:val="24"/>
          <w:lang w:eastAsia="ro-RO"/>
        </w:rPr>
        <w:t xml:space="preserve"> a </w:t>
      </w:r>
      <w:proofErr w:type="spellStart"/>
      <w:r w:rsidRPr="00563B50">
        <w:rPr>
          <w:rFonts w:cs="Times New Roman"/>
          <w:color w:val="000000"/>
          <w:szCs w:val="24"/>
          <w:lang w:eastAsia="ro-RO"/>
        </w:rPr>
        <w:t>securității</w:t>
      </w:r>
      <w:proofErr w:type="spellEnd"/>
      <w:r w:rsidRPr="00563B50">
        <w:rPr>
          <w:rFonts w:cs="Times New Roman"/>
          <w:color w:val="000000"/>
          <w:szCs w:val="24"/>
          <w:lang w:eastAsia="ro-RO"/>
        </w:rPr>
        <w:t xml:space="preserve"> </w:t>
      </w:r>
      <w:proofErr w:type="spellStart"/>
      <w:r w:rsidRPr="00563B50">
        <w:rPr>
          <w:rFonts w:cs="Times New Roman"/>
          <w:color w:val="000000"/>
          <w:szCs w:val="24"/>
          <w:lang w:eastAsia="ro-RO"/>
        </w:rPr>
        <w:t>datelor</w:t>
      </w:r>
      <w:proofErr w:type="spellEnd"/>
      <w:r w:rsidRPr="00563B50">
        <w:rPr>
          <w:rFonts w:cs="Times New Roman"/>
          <w:color w:val="000000"/>
          <w:szCs w:val="24"/>
          <w:lang w:eastAsia="ro-RO"/>
        </w:rPr>
        <w:t xml:space="preserve"> cu </w:t>
      </w:r>
      <w:proofErr w:type="spellStart"/>
      <w:r w:rsidRPr="00563B50">
        <w:rPr>
          <w:rFonts w:cs="Times New Roman"/>
          <w:color w:val="000000"/>
          <w:szCs w:val="24"/>
          <w:lang w:eastAsia="ro-RO"/>
        </w:rPr>
        <w:t>caracter</w:t>
      </w:r>
      <w:proofErr w:type="spellEnd"/>
      <w:r w:rsidRPr="00563B50">
        <w:rPr>
          <w:rFonts w:cs="Times New Roman"/>
          <w:color w:val="000000"/>
          <w:szCs w:val="24"/>
          <w:lang w:eastAsia="ro-RO"/>
        </w:rPr>
        <w:t xml:space="preserve"> personal, are </w:t>
      </w:r>
      <w:proofErr w:type="spellStart"/>
      <w:r w:rsidRPr="00563B50">
        <w:rPr>
          <w:rFonts w:cs="Times New Roman"/>
          <w:color w:val="000000"/>
          <w:szCs w:val="24"/>
          <w:lang w:eastAsia="ro-RO"/>
        </w:rPr>
        <w:t>obligația</w:t>
      </w:r>
      <w:proofErr w:type="spellEnd"/>
      <w:r w:rsidRPr="00563B50">
        <w:rPr>
          <w:rFonts w:cs="Times New Roman"/>
          <w:color w:val="000000"/>
          <w:szCs w:val="24"/>
          <w:lang w:eastAsia="ro-RO"/>
        </w:rPr>
        <w:t xml:space="preserve"> de a </w:t>
      </w:r>
      <w:proofErr w:type="spellStart"/>
      <w:r w:rsidRPr="00563B50">
        <w:rPr>
          <w:rFonts w:cs="Times New Roman"/>
          <w:color w:val="000000"/>
          <w:szCs w:val="24"/>
          <w:lang w:eastAsia="ro-RO"/>
        </w:rPr>
        <w:t>raporta</w:t>
      </w:r>
      <w:proofErr w:type="spellEnd"/>
      <w:r w:rsidRPr="00563B50">
        <w:rPr>
          <w:rFonts w:cs="Times New Roman"/>
          <w:color w:val="000000"/>
          <w:szCs w:val="24"/>
          <w:lang w:eastAsia="ro-RO"/>
        </w:rPr>
        <w:t xml:space="preserve"> un </w:t>
      </w:r>
      <w:proofErr w:type="spellStart"/>
      <w:r w:rsidRPr="00563B50">
        <w:rPr>
          <w:rFonts w:cs="Times New Roman"/>
          <w:color w:val="000000"/>
          <w:szCs w:val="24"/>
          <w:lang w:eastAsia="ro-RO"/>
        </w:rPr>
        <w:t>asemenea</w:t>
      </w:r>
      <w:proofErr w:type="spellEnd"/>
      <w:r w:rsidRPr="00563B50">
        <w:rPr>
          <w:rFonts w:cs="Times New Roman"/>
          <w:color w:val="000000"/>
          <w:szCs w:val="24"/>
          <w:lang w:eastAsia="ro-RO"/>
        </w:rPr>
        <w:t xml:space="preserve"> incident </w:t>
      </w:r>
      <w:proofErr w:type="spellStart"/>
      <w:r w:rsidRPr="00563B50">
        <w:rPr>
          <w:rFonts w:cs="Times New Roman"/>
          <w:color w:val="000000"/>
          <w:szCs w:val="24"/>
          <w:lang w:eastAsia="ro-RO"/>
        </w:rPr>
        <w:t>în</w:t>
      </w:r>
      <w:proofErr w:type="spellEnd"/>
      <w:r w:rsidRPr="00563B50">
        <w:rPr>
          <w:rFonts w:cs="Times New Roman"/>
          <w:color w:val="000000"/>
          <w:szCs w:val="24"/>
          <w:lang w:eastAsia="ro-RO"/>
        </w:rPr>
        <w:t xml:space="preserve"> cel </w:t>
      </w:r>
      <w:proofErr w:type="spellStart"/>
      <w:r w:rsidRPr="00563B50">
        <w:rPr>
          <w:rFonts w:cs="Times New Roman"/>
          <w:color w:val="000000"/>
          <w:szCs w:val="24"/>
          <w:lang w:eastAsia="ro-RO"/>
        </w:rPr>
        <w:t>mai</w:t>
      </w:r>
      <w:proofErr w:type="spellEnd"/>
      <w:r w:rsidRPr="00563B50">
        <w:rPr>
          <w:rFonts w:cs="Times New Roman"/>
          <w:color w:val="000000"/>
          <w:szCs w:val="24"/>
          <w:lang w:eastAsia="ro-RO"/>
        </w:rPr>
        <w:t xml:space="preserve"> </w:t>
      </w:r>
      <w:proofErr w:type="spellStart"/>
      <w:r w:rsidRPr="00563B50">
        <w:rPr>
          <w:rFonts w:cs="Times New Roman"/>
          <w:color w:val="000000"/>
          <w:szCs w:val="24"/>
          <w:lang w:eastAsia="ro-RO"/>
        </w:rPr>
        <w:t>scurt</w:t>
      </w:r>
      <w:proofErr w:type="spellEnd"/>
      <w:r w:rsidRPr="00563B50">
        <w:rPr>
          <w:rFonts w:cs="Times New Roman"/>
          <w:color w:val="000000"/>
          <w:szCs w:val="24"/>
          <w:lang w:eastAsia="ro-RO"/>
        </w:rPr>
        <w:t xml:space="preserve"> </w:t>
      </w:r>
      <w:proofErr w:type="spellStart"/>
      <w:r w:rsidRPr="00563B50">
        <w:rPr>
          <w:rFonts w:cs="Times New Roman"/>
          <w:color w:val="000000"/>
          <w:szCs w:val="24"/>
          <w:lang w:eastAsia="ro-RO"/>
        </w:rPr>
        <w:t>timp</w:t>
      </w:r>
      <w:proofErr w:type="spellEnd"/>
      <w:r w:rsidRPr="00563B50">
        <w:rPr>
          <w:rFonts w:cs="Times New Roman"/>
          <w:color w:val="000000"/>
          <w:szCs w:val="24"/>
          <w:lang w:eastAsia="ro-RO"/>
        </w:rPr>
        <w:t xml:space="preserve"> </w:t>
      </w:r>
      <w:proofErr w:type="spellStart"/>
      <w:r w:rsidRPr="00563B50">
        <w:rPr>
          <w:rFonts w:cs="Times New Roman"/>
          <w:color w:val="000000"/>
          <w:szCs w:val="24"/>
          <w:lang w:eastAsia="ro-RO"/>
        </w:rPr>
        <w:t>posibil</w:t>
      </w:r>
      <w:proofErr w:type="spellEnd"/>
      <w:r w:rsidRPr="00563B50">
        <w:rPr>
          <w:rFonts w:cs="Times New Roman"/>
          <w:color w:val="000000"/>
          <w:szCs w:val="24"/>
          <w:lang w:eastAsia="ro-RO"/>
        </w:rPr>
        <w:t xml:space="preserve"> </w:t>
      </w:r>
      <w:proofErr w:type="spellStart"/>
      <w:r w:rsidRPr="00563B50">
        <w:rPr>
          <w:rFonts w:cs="Times New Roman"/>
          <w:color w:val="000000"/>
          <w:szCs w:val="24"/>
          <w:lang w:eastAsia="ro-RO"/>
        </w:rPr>
        <w:t>către</w:t>
      </w:r>
      <w:proofErr w:type="spellEnd"/>
      <w:r w:rsidRPr="00563B50">
        <w:rPr>
          <w:rFonts w:cs="Times New Roman"/>
          <w:color w:val="000000"/>
          <w:szCs w:val="24"/>
          <w:lang w:eastAsia="ro-RO"/>
        </w:rPr>
        <w:t xml:space="preserve"> </w:t>
      </w:r>
      <w:proofErr w:type="spellStart"/>
      <w:r w:rsidRPr="00563B50">
        <w:rPr>
          <w:rFonts w:cs="Times New Roman"/>
          <w:color w:val="000000"/>
          <w:szCs w:val="24"/>
          <w:lang w:eastAsia="ro-RO"/>
        </w:rPr>
        <w:t>conducerea</w:t>
      </w:r>
      <w:proofErr w:type="spellEnd"/>
      <w:r w:rsidRPr="00563B50">
        <w:rPr>
          <w:rFonts w:cs="Times New Roman"/>
          <w:color w:val="000000"/>
          <w:szCs w:val="24"/>
          <w:lang w:eastAsia="ro-RO"/>
        </w:rPr>
        <w:t xml:space="preserve"> </w:t>
      </w:r>
      <w:r w:rsidRPr="00563B50">
        <w:rPr>
          <w:rFonts w:cs="Times New Roman"/>
          <w:b/>
          <w:szCs w:val="24"/>
          <w:lang w:eastAsia="ru-RU"/>
        </w:rPr>
        <w:t xml:space="preserve">PRIMĂRIEI </w:t>
      </w:r>
      <w:r w:rsidRPr="00563B50">
        <w:rPr>
          <w:rFonts w:cs="Times New Roman"/>
          <w:b/>
          <w:bCs/>
          <w:szCs w:val="24"/>
          <w:lang w:val="ro-RO"/>
        </w:rPr>
        <w:t>SATULUI MERENI</w:t>
      </w:r>
      <w:r w:rsidRPr="00563B50">
        <w:rPr>
          <w:rFonts w:cs="Times New Roman"/>
          <w:szCs w:val="24"/>
          <w:lang w:eastAsia="ro-RO"/>
        </w:rPr>
        <w:t>.</w:t>
      </w:r>
    </w:p>
    <w:p w14:paraId="35D490BA" w14:textId="77777777" w:rsidR="00EE7ED3" w:rsidRPr="00563B50" w:rsidRDefault="00000000">
      <w:pPr>
        <w:numPr>
          <w:ilvl w:val="0"/>
          <w:numId w:val="14"/>
        </w:numPr>
        <w:spacing w:before="120" w:after="120" w:line="240" w:lineRule="auto"/>
        <w:ind w:left="425" w:hanging="425"/>
        <w:jc w:val="both"/>
        <w:rPr>
          <w:rFonts w:cs="Times New Roman"/>
          <w:b/>
          <w:szCs w:val="24"/>
          <w:lang w:eastAsia="ru-RU"/>
        </w:rPr>
      </w:pPr>
      <w:proofErr w:type="spellStart"/>
      <w:r w:rsidRPr="00563B50">
        <w:rPr>
          <w:rFonts w:cs="Times New Roman"/>
          <w:szCs w:val="24"/>
          <w:lang w:eastAsia="ro-RO"/>
        </w:rPr>
        <w:t>Prelucrarea</w:t>
      </w:r>
      <w:proofErr w:type="spellEnd"/>
      <w:r w:rsidRPr="00563B50">
        <w:rPr>
          <w:rFonts w:cs="Times New Roman"/>
          <w:szCs w:val="24"/>
          <w:lang w:eastAsia="ro-RO"/>
        </w:rPr>
        <w:t xml:space="preserve"> </w:t>
      </w:r>
      <w:proofErr w:type="spellStart"/>
      <w:r w:rsidRPr="00563B50">
        <w:rPr>
          <w:rFonts w:cs="Times New Roman"/>
          <w:szCs w:val="24"/>
          <w:lang w:eastAsia="ro-RO"/>
        </w:rPr>
        <w:t>incidentelor</w:t>
      </w:r>
      <w:proofErr w:type="spellEnd"/>
      <w:r w:rsidRPr="00563B50">
        <w:rPr>
          <w:rFonts w:cs="Times New Roman"/>
          <w:szCs w:val="24"/>
          <w:lang w:eastAsia="ro-RO"/>
        </w:rPr>
        <w:t xml:space="preserve"> include </w:t>
      </w:r>
      <w:proofErr w:type="spellStart"/>
      <w:r w:rsidRPr="00563B50">
        <w:rPr>
          <w:rFonts w:cs="Times New Roman"/>
          <w:szCs w:val="24"/>
          <w:lang w:eastAsia="ro-RO"/>
        </w:rPr>
        <w:t>depistarea</w:t>
      </w:r>
      <w:proofErr w:type="spellEnd"/>
      <w:r w:rsidRPr="00563B50">
        <w:rPr>
          <w:rFonts w:cs="Times New Roman"/>
          <w:szCs w:val="24"/>
          <w:lang w:eastAsia="ro-RO"/>
        </w:rPr>
        <w:t xml:space="preserve">, </w:t>
      </w:r>
      <w:proofErr w:type="spellStart"/>
      <w:r w:rsidRPr="00563B50">
        <w:rPr>
          <w:rFonts w:cs="Times New Roman"/>
          <w:szCs w:val="24"/>
          <w:lang w:eastAsia="ro-RO"/>
        </w:rPr>
        <w:t>analiza</w:t>
      </w:r>
      <w:proofErr w:type="spellEnd"/>
      <w:r w:rsidRPr="00563B50">
        <w:rPr>
          <w:rFonts w:cs="Times New Roman"/>
          <w:szCs w:val="24"/>
          <w:lang w:eastAsia="ro-RO"/>
        </w:rPr>
        <w:t xml:space="preserve">, </w:t>
      </w:r>
      <w:proofErr w:type="spellStart"/>
      <w:r w:rsidRPr="00563B50">
        <w:rPr>
          <w:rFonts w:cs="Times New Roman"/>
          <w:szCs w:val="24"/>
          <w:lang w:eastAsia="ro-RO"/>
        </w:rPr>
        <w:t>preîntâmpinarea</w:t>
      </w:r>
      <w:proofErr w:type="spellEnd"/>
      <w:r w:rsidRPr="00563B50">
        <w:rPr>
          <w:rFonts w:cs="Times New Roman"/>
          <w:szCs w:val="24"/>
          <w:lang w:eastAsia="ro-RO"/>
        </w:rPr>
        <w:t xml:space="preserve"> </w:t>
      </w:r>
      <w:proofErr w:type="spellStart"/>
      <w:r w:rsidRPr="00563B50">
        <w:rPr>
          <w:rFonts w:cs="Times New Roman"/>
          <w:szCs w:val="24"/>
          <w:lang w:eastAsia="ro-RO"/>
        </w:rPr>
        <w:t>dezvoltării</w:t>
      </w:r>
      <w:proofErr w:type="spellEnd"/>
      <w:r w:rsidRPr="00563B50">
        <w:rPr>
          <w:rFonts w:cs="Times New Roman"/>
          <w:szCs w:val="24"/>
          <w:lang w:eastAsia="ro-RO"/>
        </w:rPr>
        <w:t xml:space="preserve">, </w:t>
      </w:r>
      <w:proofErr w:type="spellStart"/>
      <w:r w:rsidRPr="00563B50">
        <w:rPr>
          <w:rFonts w:cs="Times New Roman"/>
          <w:szCs w:val="24"/>
          <w:lang w:eastAsia="ro-RO"/>
        </w:rPr>
        <w:t>înlăturarea</w:t>
      </w:r>
      <w:proofErr w:type="spellEnd"/>
      <w:r w:rsidRPr="00563B50">
        <w:rPr>
          <w:rFonts w:cs="Times New Roman"/>
          <w:szCs w:val="24"/>
          <w:lang w:eastAsia="ro-RO"/>
        </w:rPr>
        <w:t xml:space="preserve"> lor </w:t>
      </w:r>
      <w:proofErr w:type="spellStart"/>
      <w:r w:rsidRPr="00563B50">
        <w:rPr>
          <w:rFonts w:cs="Times New Roman"/>
          <w:szCs w:val="24"/>
          <w:lang w:eastAsia="ro-RO"/>
        </w:rPr>
        <w:t>şi</w:t>
      </w:r>
      <w:proofErr w:type="spellEnd"/>
      <w:r w:rsidRPr="00563B50">
        <w:rPr>
          <w:rFonts w:cs="Times New Roman"/>
          <w:szCs w:val="24"/>
          <w:lang w:eastAsia="ro-RO"/>
        </w:rPr>
        <w:t xml:space="preserve"> </w:t>
      </w:r>
      <w:proofErr w:type="spellStart"/>
      <w:r w:rsidRPr="00563B50">
        <w:rPr>
          <w:rFonts w:cs="Times New Roman"/>
          <w:szCs w:val="24"/>
          <w:lang w:eastAsia="ro-RO"/>
        </w:rPr>
        <w:t>restabilirea</w:t>
      </w:r>
      <w:proofErr w:type="spellEnd"/>
      <w:r w:rsidRPr="00563B50">
        <w:rPr>
          <w:rFonts w:cs="Times New Roman"/>
          <w:szCs w:val="24"/>
          <w:lang w:eastAsia="ro-RO"/>
        </w:rPr>
        <w:t xml:space="preserve"> </w:t>
      </w:r>
      <w:proofErr w:type="spellStart"/>
      <w:r w:rsidRPr="00563B50">
        <w:rPr>
          <w:rFonts w:cs="Times New Roman"/>
          <w:szCs w:val="24"/>
          <w:lang w:eastAsia="ro-RO"/>
        </w:rPr>
        <w:t>securității</w:t>
      </w:r>
      <w:proofErr w:type="spellEnd"/>
      <w:r w:rsidRPr="00563B50">
        <w:rPr>
          <w:rFonts w:cs="Times New Roman"/>
          <w:szCs w:val="24"/>
          <w:lang w:eastAsia="ro-RO"/>
        </w:rPr>
        <w:t>.</w:t>
      </w:r>
    </w:p>
    <w:p w14:paraId="36C0FBEC" w14:textId="77777777" w:rsidR="00EE7ED3" w:rsidRPr="00563B50" w:rsidRDefault="00000000">
      <w:pPr>
        <w:numPr>
          <w:ilvl w:val="0"/>
          <w:numId w:val="14"/>
        </w:numPr>
        <w:spacing w:before="120" w:after="120" w:line="240" w:lineRule="auto"/>
        <w:ind w:left="425" w:hanging="425"/>
        <w:jc w:val="both"/>
        <w:rPr>
          <w:rFonts w:cs="Times New Roman"/>
          <w:b/>
          <w:szCs w:val="24"/>
          <w:lang w:eastAsia="ru-RU"/>
        </w:rPr>
      </w:pPr>
      <w:r w:rsidRPr="00563B50">
        <w:rPr>
          <w:rFonts w:cs="Times New Roman"/>
          <w:iCs/>
          <w:szCs w:val="24"/>
          <w:lang w:eastAsia="ru-RU"/>
        </w:rPr>
        <w:t>”</w:t>
      </w:r>
      <w:proofErr w:type="spellStart"/>
      <w:r w:rsidRPr="00563B50">
        <w:rPr>
          <w:rFonts w:cs="Times New Roman"/>
          <w:iCs/>
          <w:szCs w:val="24"/>
          <w:lang w:eastAsia="ru-RU"/>
        </w:rPr>
        <w:t>În</w:t>
      </w:r>
      <w:proofErr w:type="spellEnd"/>
      <w:r w:rsidRPr="00563B50">
        <w:rPr>
          <w:rFonts w:cs="Times New Roman"/>
          <w:iCs/>
          <w:szCs w:val="24"/>
          <w:lang w:eastAsia="ru-RU"/>
        </w:rPr>
        <w:t xml:space="preserve"> </w:t>
      </w:r>
      <w:proofErr w:type="spellStart"/>
      <w:r w:rsidRPr="00563B50">
        <w:rPr>
          <w:rFonts w:cs="Times New Roman"/>
          <w:iCs/>
          <w:szCs w:val="24"/>
          <w:lang w:eastAsia="ru-RU"/>
        </w:rPr>
        <w:t>cazul</w:t>
      </w:r>
      <w:proofErr w:type="spellEnd"/>
      <w:r w:rsidRPr="00563B50">
        <w:rPr>
          <w:rFonts w:cs="Times New Roman"/>
          <w:iCs/>
          <w:szCs w:val="24"/>
          <w:lang w:eastAsia="ru-RU"/>
        </w:rPr>
        <w:t xml:space="preserve"> </w:t>
      </w:r>
      <w:proofErr w:type="spellStart"/>
      <w:r w:rsidRPr="00563B50">
        <w:rPr>
          <w:rFonts w:cs="Times New Roman"/>
          <w:iCs/>
          <w:szCs w:val="24"/>
          <w:lang w:eastAsia="ru-RU"/>
        </w:rPr>
        <w:t>producerii</w:t>
      </w:r>
      <w:proofErr w:type="spellEnd"/>
      <w:r w:rsidRPr="00563B50">
        <w:rPr>
          <w:rFonts w:cs="Times New Roman"/>
          <w:iCs/>
          <w:szCs w:val="24"/>
          <w:lang w:eastAsia="ru-RU"/>
        </w:rPr>
        <w:t xml:space="preserve"> </w:t>
      </w:r>
      <w:proofErr w:type="spellStart"/>
      <w:r w:rsidRPr="00563B50">
        <w:rPr>
          <w:rFonts w:cs="Times New Roman"/>
          <w:iCs/>
          <w:szCs w:val="24"/>
          <w:lang w:eastAsia="ru-RU"/>
        </w:rPr>
        <w:t>incidentelor</w:t>
      </w:r>
      <w:proofErr w:type="spellEnd"/>
      <w:r w:rsidRPr="00563B50">
        <w:rPr>
          <w:rFonts w:cs="Times New Roman"/>
          <w:iCs/>
          <w:szCs w:val="24"/>
          <w:lang w:eastAsia="ru-RU"/>
        </w:rPr>
        <w:t xml:space="preserve"> de </w:t>
      </w:r>
      <w:proofErr w:type="spellStart"/>
      <w:r w:rsidRPr="00563B50">
        <w:rPr>
          <w:rFonts w:cs="Times New Roman"/>
          <w:iCs/>
          <w:szCs w:val="24"/>
          <w:lang w:eastAsia="ru-RU"/>
        </w:rPr>
        <w:t>securitate</w:t>
      </w:r>
      <w:proofErr w:type="spellEnd"/>
      <w:r w:rsidRPr="00563B50">
        <w:rPr>
          <w:rFonts w:cs="Times New Roman"/>
          <w:iCs/>
          <w:szCs w:val="24"/>
          <w:lang w:eastAsia="ru-RU"/>
        </w:rPr>
        <w:t xml:space="preserve"> </w:t>
      </w:r>
      <w:proofErr w:type="spellStart"/>
      <w:r w:rsidRPr="00563B50">
        <w:rPr>
          <w:rFonts w:cs="Times New Roman"/>
          <w:iCs/>
          <w:szCs w:val="24"/>
          <w:lang w:eastAsia="ru-RU"/>
        </w:rPr>
        <w:t>în</w:t>
      </w:r>
      <w:proofErr w:type="spellEnd"/>
      <w:r w:rsidRPr="00563B50">
        <w:rPr>
          <w:rFonts w:cs="Times New Roman"/>
          <w:iCs/>
          <w:szCs w:val="24"/>
          <w:lang w:eastAsia="ru-RU"/>
        </w:rPr>
        <w:t xml:space="preserve"> </w:t>
      </w:r>
      <w:proofErr w:type="spellStart"/>
      <w:r w:rsidRPr="00563B50">
        <w:rPr>
          <w:rFonts w:cs="Times New Roman"/>
          <w:iCs/>
          <w:szCs w:val="24"/>
          <w:lang w:eastAsia="ru-RU"/>
        </w:rPr>
        <w:t>cadrul</w:t>
      </w:r>
      <w:proofErr w:type="spellEnd"/>
      <w:r w:rsidRPr="00563B50">
        <w:rPr>
          <w:rFonts w:cs="Times New Roman"/>
          <w:iCs/>
          <w:szCs w:val="24"/>
          <w:lang w:eastAsia="ru-RU"/>
        </w:rPr>
        <w:t xml:space="preserve"> </w:t>
      </w:r>
      <w:r w:rsidRPr="00563B50">
        <w:rPr>
          <w:rFonts w:cs="Times New Roman"/>
          <w:b/>
          <w:szCs w:val="24"/>
          <w:lang w:eastAsia="ru-RU"/>
        </w:rPr>
        <w:t xml:space="preserve">PRIMĂRIEI </w:t>
      </w:r>
      <w:r w:rsidRPr="00563B50">
        <w:rPr>
          <w:rFonts w:cs="Times New Roman"/>
          <w:b/>
          <w:bCs/>
          <w:szCs w:val="24"/>
          <w:lang w:val="ro-RO"/>
        </w:rPr>
        <w:t>SATULUI MERENI</w:t>
      </w:r>
      <w:r w:rsidRPr="00563B50">
        <w:rPr>
          <w:rFonts w:cs="Times New Roman"/>
          <w:szCs w:val="24"/>
          <w:lang w:eastAsia="ro-RO"/>
        </w:rPr>
        <w:t>.</w:t>
      </w:r>
    </w:p>
    <w:p w14:paraId="248D6A19" w14:textId="77777777" w:rsidR="00EE7ED3" w:rsidRPr="00563B50" w:rsidRDefault="00000000">
      <w:pPr>
        <w:numPr>
          <w:ilvl w:val="0"/>
          <w:numId w:val="14"/>
        </w:numPr>
        <w:spacing w:after="0" w:line="240" w:lineRule="auto"/>
        <w:ind w:left="425" w:hanging="425"/>
        <w:jc w:val="both"/>
        <w:rPr>
          <w:rFonts w:cs="Times New Roman"/>
          <w:szCs w:val="24"/>
          <w:lang w:eastAsia="ru-RU"/>
        </w:rPr>
      </w:pPr>
      <w:r w:rsidRPr="00563B50">
        <w:rPr>
          <w:rFonts w:cs="Times New Roman"/>
          <w:iCs/>
          <w:szCs w:val="24"/>
          <w:lang w:eastAsia="ru-RU"/>
        </w:rPr>
        <w:t xml:space="preserve"> </w:t>
      </w:r>
      <w:proofErr w:type="spellStart"/>
      <w:r w:rsidRPr="00563B50">
        <w:rPr>
          <w:rFonts w:cs="Times New Roman"/>
          <w:iCs/>
          <w:szCs w:val="24"/>
          <w:lang w:eastAsia="ru-RU"/>
        </w:rPr>
        <w:t>persoana</w:t>
      </w:r>
      <w:proofErr w:type="spellEnd"/>
      <w:r w:rsidRPr="00563B50">
        <w:rPr>
          <w:rFonts w:cs="Times New Roman"/>
          <w:iCs/>
          <w:szCs w:val="24"/>
          <w:lang w:eastAsia="ru-RU"/>
        </w:rPr>
        <w:t xml:space="preserve"> </w:t>
      </w:r>
      <w:proofErr w:type="spellStart"/>
      <w:r w:rsidRPr="00563B50">
        <w:rPr>
          <w:rFonts w:cs="Times New Roman"/>
          <w:iCs/>
          <w:szCs w:val="24"/>
          <w:lang w:eastAsia="ru-RU"/>
        </w:rPr>
        <w:t>responsabilă</w:t>
      </w:r>
      <w:proofErr w:type="spellEnd"/>
      <w:r w:rsidRPr="00563B50">
        <w:rPr>
          <w:rFonts w:cs="Times New Roman"/>
          <w:iCs/>
          <w:szCs w:val="24"/>
          <w:lang w:eastAsia="ru-RU"/>
        </w:rPr>
        <w:t xml:space="preserve"> </w:t>
      </w:r>
      <w:proofErr w:type="spellStart"/>
      <w:r w:rsidRPr="00563B50">
        <w:rPr>
          <w:rFonts w:cs="Times New Roman"/>
          <w:iCs/>
          <w:szCs w:val="24"/>
          <w:lang w:eastAsia="ru-RU"/>
        </w:rPr>
        <w:t>va</w:t>
      </w:r>
      <w:proofErr w:type="spellEnd"/>
      <w:r w:rsidRPr="00563B50">
        <w:rPr>
          <w:rFonts w:cs="Times New Roman"/>
          <w:iCs/>
          <w:szCs w:val="24"/>
          <w:lang w:eastAsia="ru-RU"/>
        </w:rPr>
        <w:t xml:space="preserve"> </w:t>
      </w:r>
      <w:proofErr w:type="spellStart"/>
      <w:r w:rsidRPr="00563B50">
        <w:rPr>
          <w:rFonts w:cs="Times New Roman"/>
          <w:iCs/>
          <w:szCs w:val="24"/>
          <w:lang w:eastAsia="ru-RU"/>
        </w:rPr>
        <w:t>întreprinde</w:t>
      </w:r>
      <w:proofErr w:type="spellEnd"/>
      <w:r w:rsidRPr="00563B50">
        <w:rPr>
          <w:rFonts w:cs="Times New Roman"/>
          <w:iCs/>
          <w:szCs w:val="24"/>
          <w:lang w:eastAsia="ru-RU"/>
        </w:rPr>
        <w:t xml:space="preserve"> </w:t>
      </w:r>
      <w:proofErr w:type="spellStart"/>
      <w:r w:rsidRPr="00563B50">
        <w:rPr>
          <w:rFonts w:cs="Times New Roman"/>
          <w:iCs/>
          <w:szCs w:val="24"/>
          <w:lang w:eastAsia="ru-RU"/>
        </w:rPr>
        <w:t>măsurile</w:t>
      </w:r>
      <w:proofErr w:type="spellEnd"/>
      <w:r w:rsidRPr="00563B50">
        <w:rPr>
          <w:rFonts w:cs="Times New Roman"/>
          <w:iCs/>
          <w:szCs w:val="24"/>
          <w:lang w:eastAsia="ru-RU"/>
        </w:rPr>
        <w:t xml:space="preserve"> </w:t>
      </w:r>
      <w:proofErr w:type="spellStart"/>
      <w:r w:rsidRPr="00563B50">
        <w:rPr>
          <w:rFonts w:cs="Times New Roman"/>
          <w:iCs/>
          <w:szCs w:val="24"/>
          <w:lang w:eastAsia="ru-RU"/>
        </w:rPr>
        <w:t>necesare</w:t>
      </w:r>
      <w:proofErr w:type="spellEnd"/>
      <w:r w:rsidRPr="00563B50">
        <w:rPr>
          <w:rFonts w:cs="Times New Roman"/>
          <w:iCs/>
          <w:szCs w:val="24"/>
          <w:lang w:eastAsia="ru-RU"/>
        </w:rPr>
        <w:t xml:space="preserve"> </w:t>
      </w:r>
      <w:proofErr w:type="spellStart"/>
      <w:r w:rsidRPr="00563B50">
        <w:rPr>
          <w:rFonts w:cs="Times New Roman"/>
          <w:iCs/>
          <w:szCs w:val="24"/>
          <w:lang w:eastAsia="ru-RU"/>
        </w:rPr>
        <w:t>pentru</w:t>
      </w:r>
      <w:proofErr w:type="spellEnd"/>
      <w:r w:rsidRPr="00563B50">
        <w:rPr>
          <w:rFonts w:cs="Times New Roman"/>
          <w:iCs/>
          <w:szCs w:val="24"/>
          <w:lang w:eastAsia="ru-RU"/>
        </w:rPr>
        <w:t xml:space="preserve"> </w:t>
      </w:r>
      <w:proofErr w:type="spellStart"/>
      <w:r w:rsidRPr="00563B50">
        <w:rPr>
          <w:rFonts w:cs="Times New Roman"/>
          <w:iCs/>
          <w:szCs w:val="24"/>
          <w:lang w:eastAsia="ru-RU"/>
        </w:rPr>
        <w:t>depistarea</w:t>
      </w:r>
      <w:proofErr w:type="spellEnd"/>
      <w:r w:rsidRPr="00563B50">
        <w:rPr>
          <w:rFonts w:cs="Times New Roman"/>
          <w:iCs/>
          <w:szCs w:val="24"/>
          <w:lang w:eastAsia="ru-RU"/>
        </w:rPr>
        <w:t xml:space="preserve"> </w:t>
      </w:r>
      <w:proofErr w:type="spellStart"/>
      <w:r w:rsidRPr="00563B50">
        <w:rPr>
          <w:rFonts w:cs="Times New Roman"/>
          <w:iCs/>
          <w:szCs w:val="24"/>
          <w:lang w:eastAsia="ru-RU"/>
        </w:rPr>
        <w:t>sursei</w:t>
      </w:r>
      <w:proofErr w:type="spellEnd"/>
      <w:r w:rsidRPr="00563B50">
        <w:rPr>
          <w:rFonts w:cs="Times New Roman"/>
          <w:iCs/>
          <w:szCs w:val="24"/>
          <w:lang w:eastAsia="ru-RU"/>
        </w:rPr>
        <w:t xml:space="preserve"> de </w:t>
      </w:r>
      <w:proofErr w:type="spellStart"/>
      <w:r w:rsidRPr="00563B50">
        <w:rPr>
          <w:rFonts w:cs="Times New Roman"/>
          <w:iCs/>
          <w:szCs w:val="24"/>
          <w:lang w:eastAsia="ru-RU"/>
        </w:rPr>
        <w:t>producere</w:t>
      </w:r>
      <w:proofErr w:type="spellEnd"/>
      <w:r w:rsidRPr="00563B50">
        <w:rPr>
          <w:rFonts w:cs="Times New Roman"/>
          <w:iCs/>
          <w:szCs w:val="24"/>
          <w:lang w:eastAsia="ru-RU"/>
        </w:rPr>
        <w:t xml:space="preserve"> a </w:t>
      </w:r>
      <w:proofErr w:type="spellStart"/>
      <w:r w:rsidRPr="00563B50">
        <w:rPr>
          <w:rFonts w:cs="Times New Roman"/>
          <w:iCs/>
          <w:szCs w:val="24"/>
          <w:lang w:eastAsia="ru-RU"/>
        </w:rPr>
        <w:t>incidentului</w:t>
      </w:r>
      <w:proofErr w:type="spellEnd"/>
      <w:r w:rsidRPr="00563B50">
        <w:rPr>
          <w:rFonts w:cs="Times New Roman"/>
          <w:iCs/>
          <w:szCs w:val="24"/>
          <w:lang w:eastAsia="ru-RU"/>
        </w:rPr>
        <w:t xml:space="preserve">, </w:t>
      </w:r>
      <w:proofErr w:type="spellStart"/>
      <w:r w:rsidRPr="00563B50">
        <w:rPr>
          <w:rFonts w:cs="Times New Roman"/>
          <w:iCs/>
          <w:szCs w:val="24"/>
          <w:lang w:eastAsia="ru-RU"/>
        </w:rPr>
        <w:t>va</w:t>
      </w:r>
      <w:proofErr w:type="spellEnd"/>
      <w:r w:rsidRPr="00563B50">
        <w:rPr>
          <w:rFonts w:cs="Times New Roman"/>
          <w:iCs/>
          <w:szCs w:val="24"/>
          <w:lang w:eastAsia="ru-RU"/>
        </w:rPr>
        <w:t xml:space="preserve"> </w:t>
      </w:r>
      <w:proofErr w:type="spellStart"/>
      <w:r w:rsidRPr="00563B50">
        <w:rPr>
          <w:rFonts w:cs="Times New Roman"/>
          <w:iCs/>
          <w:szCs w:val="24"/>
          <w:lang w:eastAsia="ru-RU"/>
        </w:rPr>
        <w:t>efectua</w:t>
      </w:r>
      <w:proofErr w:type="spellEnd"/>
      <w:r w:rsidRPr="00563B50">
        <w:rPr>
          <w:rFonts w:cs="Times New Roman"/>
          <w:iCs/>
          <w:szCs w:val="24"/>
          <w:lang w:eastAsia="ru-RU"/>
        </w:rPr>
        <w:t xml:space="preserve"> </w:t>
      </w:r>
      <w:proofErr w:type="spellStart"/>
      <w:r w:rsidRPr="00563B50">
        <w:rPr>
          <w:rFonts w:cs="Times New Roman"/>
          <w:iCs/>
          <w:szCs w:val="24"/>
          <w:lang w:eastAsia="ru-RU"/>
        </w:rPr>
        <w:t>analiza</w:t>
      </w:r>
      <w:proofErr w:type="spellEnd"/>
      <w:r w:rsidRPr="00563B50">
        <w:rPr>
          <w:rFonts w:cs="Times New Roman"/>
          <w:iCs/>
          <w:szCs w:val="24"/>
          <w:lang w:eastAsia="ru-RU"/>
        </w:rPr>
        <w:t xml:space="preserve"> </w:t>
      </w:r>
      <w:proofErr w:type="spellStart"/>
      <w:r w:rsidRPr="00563B50">
        <w:rPr>
          <w:rFonts w:cs="Times New Roman"/>
          <w:iCs/>
          <w:szCs w:val="24"/>
          <w:lang w:eastAsia="ru-RU"/>
        </w:rPr>
        <w:t>acestuia</w:t>
      </w:r>
      <w:proofErr w:type="spellEnd"/>
      <w:r w:rsidRPr="00563B50">
        <w:rPr>
          <w:rFonts w:cs="Times New Roman"/>
          <w:iCs/>
          <w:szCs w:val="24"/>
          <w:lang w:eastAsia="ru-RU"/>
        </w:rPr>
        <w:t xml:space="preserve"> </w:t>
      </w:r>
      <w:proofErr w:type="spellStart"/>
      <w:r w:rsidRPr="00563B50">
        <w:rPr>
          <w:rFonts w:cs="Times New Roman"/>
          <w:iCs/>
          <w:szCs w:val="24"/>
          <w:lang w:eastAsia="ru-RU"/>
        </w:rPr>
        <w:t>și</w:t>
      </w:r>
      <w:proofErr w:type="spellEnd"/>
      <w:r w:rsidRPr="00563B50">
        <w:rPr>
          <w:rFonts w:cs="Times New Roman"/>
          <w:iCs/>
          <w:szCs w:val="24"/>
          <w:lang w:eastAsia="ru-RU"/>
        </w:rPr>
        <w:t xml:space="preserve"> </w:t>
      </w:r>
      <w:proofErr w:type="spellStart"/>
      <w:r w:rsidRPr="00563B50">
        <w:rPr>
          <w:rFonts w:cs="Times New Roman"/>
          <w:iCs/>
          <w:szCs w:val="24"/>
          <w:lang w:eastAsia="ru-RU"/>
        </w:rPr>
        <w:t>va</w:t>
      </w:r>
      <w:proofErr w:type="spellEnd"/>
      <w:r w:rsidRPr="00563B50">
        <w:rPr>
          <w:rFonts w:cs="Times New Roman"/>
          <w:iCs/>
          <w:szCs w:val="24"/>
          <w:lang w:eastAsia="ru-RU"/>
        </w:rPr>
        <w:t xml:space="preserve"> </w:t>
      </w:r>
      <w:proofErr w:type="spellStart"/>
      <w:r w:rsidRPr="00563B50">
        <w:rPr>
          <w:rFonts w:cs="Times New Roman"/>
          <w:iCs/>
          <w:szCs w:val="24"/>
          <w:lang w:eastAsia="ru-RU"/>
        </w:rPr>
        <w:t>înlătura</w:t>
      </w:r>
      <w:proofErr w:type="spellEnd"/>
      <w:r w:rsidRPr="00563B50">
        <w:rPr>
          <w:rFonts w:cs="Times New Roman"/>
          <w:iCs/>
          <w:szCs w:val="24"/>
          <w:lang w:eastAsia="ru-RU"/>
        </w:rPr>
        <w:t xml:space="preserve"> </w:t>
      </w:r>
      <w:proofErr w:type="spellStart"/>
      <w:r w:rsidRPr="00563B50">
        <w:rPr>
          <w:rFonts w:cs="Times New Roman"/>
          <w:iCs/>
          <w:szCs w:val="24"/>
          <w:lang w:eastAsia="ru-RU"/>
        </w:rPr>
        <w:t>cauzele</w:t>
      </w:r>
      <w:proofErr w:type="spellEnd"/>
      <w:r w:rsidRPr="00563B50">
        <w:rPr>
          <w:rFonts w:cs="Times New Roman"/>
          <w:iCs/>
          <w:szCs w:val="24"/>
          <w:lang w:eastAsia="ru-RU"/>
        </w:rPr>
        <w:t xml:space="preserve"> </w:t>
      </w:r>
      <w:proofErr w:type="spellStart"/>
      <w:r w:rsidRPr="00563B50">
        <w:rPr>
          <w:rFonts w:cs="Times New Roman"/>
          <w:iCs/>
          <w:szCs w:val="24"/>
          <w:lang w:eastAsia="ru-RU"/>
        </w:rPr>
        <w:t>incidentului</w:t>
      </w:r>
      <w:proofErr w:type="spellEnd"/>
      <w:r w:rsidRPr="00563B50">
        <w:rPr>
          <w:rFonts w:cs="Times New Roman"/>
          <w:iCs/>
          <w:szCs w:val="24"/>
          <w:lang w:eastAsia="ru-RU"/>
        </w:rPr>
        <w:t xml:space="preserve"> de </w:t>
      </w:r>
      <w:proofErr w:type="spellStart"/>
      <w:r w:rsidRPr="00563B50">
        <w:rPr>
          <w:rFonts w:cs="Times New Roman"/>
          <w:iCs/>
          <w:szCs w:val="24"/>
          <w:lang w:eastAsia="ru-RU"/>
        </w:rPr>
        <w:t>securitate</w:t>
      </w:r>
      <w:proofErr w:type="spellEnd"/>
      <w:r w:rsidRPr="00563B50">
        <w:rPr>
          <w:rFonts w:cs="Times New Roman"/>
          <w:iCs/>
          <w:szCs w:val="24"/>
          <w:lang w:eastAsia="ru-RU"/>
        </w:rPr>
        <w:t xml:space="preserve"> cu </w:t>
      </w:r>
      <w:proofErr w:type="spellStart"/>
      <w:r w:rsidRPr="00563B50">
        <w:rPr>
          <w:rFonts w:cs="Times New Roman"/>
          <w:iCs/>
          <w:szCs w:val="24"/>
          <w:lang w:eastAsia="ru-RU"/>
        </w:rPr>
        <w:t>informarea</w:t>
      </w:r>
      <w:proofErr w:type="spellEnd"/>
      <w:r w:rsidRPr="00563B50">
        <w:rPr>
          <w:rFonts w:cs="Times New Roman"/>
          <w:iCs/>
          <w:szCs w:val="24"/>
          <w:lang w:eastAsia="ru-RU"/>
        </w:rPr>
        <w:t xml:space="preserve">, </w:t>
      </w:r>
      <w:proofErr w:type="spellStart"/>
      <w:r w:rsidRPr="00563B50">
        <w:rPr>
          <w:rFonts w:cs="Times New Roman"/>
          <w:iCs/>
          <w:szCs w:val="24"/>
          <w:lang w:eastAsia="ru-RU"/>
        </w:rPr>
        <w:t>în</w:t>
      </w:r>
      <w:proofErr w:type="spellEnd"/>
      <w:r w:rsidRPr="00563B50">
        <w:rPr>
          <w:rFonts w:cs="Times New Roman"/>
          <w:iCs/>
          <w:szCs w:val="24"/>
          <w:lang w:eastAsia="ru-RU"/>
        </w:rPr>
        <w:t xml:space="preserve"> termen de 72 ore </w:t>
      </w:r>
      <w:r w:rsidRPr="00563B50">
        <w:rPr>
          <w:rFonts w:cs="Times New Roman"/>
          <w:b/>
          <w:bCs/>
          <w:szCs w:val="24"/>
        </w:rPr>
        <w:t xml:space="preserve">de la </w:t>
      </w:r>
      <w:proofErr w:type="spellStart"/>
      <w:r w:rsidRPr="00563B50">
        <w:rPr>
          <w:rFonts w:cs="Times New Roman"/>
          <w:b/>
          <w:bCs/>
          <w:szCs w:val="24"/>
        </w:rPr>
        <w:t>momentul</w:t>
      </w:r>
      <w:proofErr w:type="spellEnd"/>
      <w:r w:rsidRPr="00563B50">
        <w:rPr>
          <w:rFonts w:cs="Times New Roman"/>
          <w:b/>
          <w:bCs/>
          <w:szCs w:val="24"/>
        </w:rPr>
        <w:t xml:space="preserve"> </w:t>
      </w:r>
      <w:proofErr w:type="spellStart"/>
      <w:r w:rsidRPr="00563B50">
        <w:rPr>
          <w:rFonts w:cs="Times New Roman"/>
          <w:b/>
          <w:bCs/>
          <w:szCs w:val="24"/>
        </w:rPr>
        <w:t>constatării</w:t>
      </w:r>
      <w:proofErr w:type="spellEnd"/>
      <w:r w:rsidRPr="00563B50">
        <w:rPr>
          <w:rFonts w:cs="Times New Roman"/>
          <w:b/>
          <w:bCs/>
          <w:szCs w:val="24"/>
        </w:rPr>
        <w:t>/</w:t>
      </w:r>
      <w:proofErr w:type="spellStart"/>
      <w:r w:rsidRPr="00563B50">
        <w:rPr>
          <w:rFonts w:cs="Times New Roman"/>
          <w:b/>
          <w:bCs/>
          <w:szCs w:val="24"/>
        </w:rPr>
        <w:t>luării</w:t>
      </w:r>
      <w:proofErr w:type="spellEnd"/>
      <w:r w:rsidRPr="00563B50">
        <w:rPr>
          <w:rFonts w:cs="Times New Roman"/>
          <w:b/>
          <w:bCs/>
          <w:szCs w:val="24"/>
        </w:rPr>
        <w:t xml:space="preserve"> la </w:t>
      </w:r>
      <w:proofErr w:type="spellStart"/>
      <w:r w:rsidRPr="00563B50">
        <w:rPr>
          <w:rFonts w:cs="Times New Roman"/>
          <w:b/>
          <w:bCs/>
          <w:szCs w:val="24"/>
        </w:rPr>
        <w:t>cunoștință</w:t>
      </w:r>
      <w:proofErr w:type="spellEnd"/>
      <w:r w:rsidRPr="00563B50">
        <w:rPr>
          <w:rFonts w:cs="Times New Roman"/>
          <w:iCs/>
          <w:szCs w:val="24"/>
          <w:lang w:eastAsia="ru-RU"/>
        </w:rPr>
        <w:t xml:space="preserve">, a </w:t>
      </w:r>
      <w:proofErr w:type="spellStart"/>
      <w:r w:rsidRPr="00563B50">
        <w:rPr>
          <w:rFonts w:cs="Times New Roman"/>
          <w:iCs/>
          <w:szCs w:val="24"/>
          <w:lang w:eastAsia="ru-RU"/>
        </w:rPr>
        <w:t>Centrului</w:t>
      </w:r>
      <w:proofErr w:type="spellEnd"/>
      <w:r w:rsidRPr="00563B50">
        <w:rPr>
          <w:rFonts w:cs="Times New Roman"/>
          <w:iCs/>
          <w:szCs w:val="24"/>
          <w:lang w:eastAsia="ru-RU"/>
        </w:rPr>
        <w:t xml:space="preserve"> </w:t>
      </w:r>
      <w:proofErr w:type="spellStart"/>
      <w:r w:rsidRPr="00563B50">
        <w:rPr>
          <w:rFonts w:cs="Times New Roman"/>
          <w:iCs/>
          <w:szCs w:val="24"/>
          <w:lang w:eastAsia="ru-RU"/>
        </w:rPr>
        <w:t>Național</w:t>
      </w:r>
      <w:proofErr w:type="spellEnd"/>
      <w:r w:rsidRPr="00563B50">
        <w:rPr>
          <w:rFonts w:cs="Times New Roman"/>
          <w:iCs/>
          <w:szCs w:val="24"/>
          <w:lang w:eastAsia="ru-RU"/>
        </w:rPr>
        <w:t xml:space="preserve"> </w:t>
      </w:r>
      <w:proofErr w:type="spellStart"/>
      <w:r w:rsidRPr="00563B50">
        <w:rPr>
          <w:rFonts w:cs="Times New Roman"/>
          <w:iCs/>
          <w:szCs w:val="24"/>
          <w:lang w:eastAsia="ru-RU"/>
        </w:rPr>
        <w:t>pentru</w:t>
      </w:r>
      <w:proofErr w:type="spellEnd"/>
      <w:r w:rsidRPr="00563B50">
        <w:rPr>
          <w:rFonts w:cs="Times New Roman"/>
          <w:iCs/>
          <w:szCs w:val="24"/>
          <w:lang w:eastAsia="ru-RU"/>
        </w:rPr>
        <w:t xml:space="preserve"> </w:t>
      </w:r>
      <w:proofErr w:type="spellStart"/>
      <w:r w:rsidRPr="00563B50">
        <w:rPr>
          <w:rFonts w:cs="Times New Roman"/>
          <w:iCs/>
          <w:szCs w:val="24"/>
          <w:lang w:eastAsia="ru-RU"/>
        </w:rPr>
        <w:t>Protecția</w:t>
      </w:r>
      <w:proofErr w:type="spellEnd"/>
      <w:r w:rsidRPr="00563B50">
        <w:rPr>
          <w:rFonts w:cs="Times New Roman"/>
          <w:iCs/>
          <w:szCs w:val="24"/>
          <w:lang w:eastAsia="ru-RU"/>
        </w:rPr>
        <w:t xml:space="preserve"> </w:t>
      </w:r>
      <w:proofErr w:type="spellStart"/>
      <w:r w:rsidRPr="00563B50">
        <w:rPr>
          <w:rFonts w:cs="Times New Roman"/>
          <w:iCs/>
          <w:szCs w:val="24"/>
          <w:lang w:eastAsia="ru-RU"/>
        </w:rPr>
        <w:t>Datelor</w:t>
      </w:r>
      <w:proofErr w:type="spellEnd"/>
      <w:r w:rsidRPr="00563B50">
        <w:rPr>
          <w:rFonts w:cs="Times New Roman"/>
          <w:iCs/>
          <w:szCs w:val="24"/>
          <w:lang w:eastAsia="ru-RU"/>
        </w:rPr>
        <w:t xml:space="preserve"> cu Caracter Personal al </w:t>
      </w:r>
      <w:proofErr w:type="spellStart"/>
      <w:r w:rsidRPr="00563B50">
        <w:rPr>
          <w:rFonts w:cs="Times New Roman"/>
          <w:iCs/>
          <w:szCs w:val="24"/>
          <w:lang w:eastAsia="ru-RU"/>
        </w:rPr>
        <w:t>Republicii</w:t>
      </w:r>
      <w:proofErr w:type="spellEnd"/>
      <w:r w:rsidRPr="00563B50">
        <w:rPr>
          <w:rFonts w:cs="Times New Roman"/>
          <w:iCs/>
          <w:szCs w:val="24"/>
          <w:lang w:eastAsia="ru-RU"/>
        </w:rPr>
        <w:t xml:space="preserve"> Moldova.</w:t>
      </w:r>
    </w:p>
    <w:p w14:paraId="602C00FF" w14:textId="77777777" w:rsidR="00EE7ED3" w:rsidRPr="00563B50" w:rsidRDefault="00000000">
      <w:pPr>
        <w:numPr>
          <w:ilvl w:val="0"/>
          <w:numId w:val="15"/>
        </w:numPr>
        <w:spacing w:before="120" w:after="120" w:line="240" w:lineRule="auto"/>
        <w:ind w:left="425" w:hanging="425"/>
        <w:jc w:val="both"/>
        <w:rPr>
          <w:rFonts w:cs="Times New Roman"/>
          <w:b/>
          <w:szCs w:val="24"/>
          <w:lang w:eastAsia="ru-RU"/>
        </w:rPr>
      </w:pPr>
      <w:proofErr w:type="spellStart"/>
      <w:r w:rsidRPr="00563B50">
        <w:rPr>
          <w:rFonts w:cs="Times New Roman"/>
          <w:iCs/>
          <w:szCs w:val="24"/>
          <w:lang w:eastAsia="ru-RU"/>
        </w:rPr>
        <w:t>În</w:t>
      </w:r>
      <w:proofErr w:type="spellEnd"/>
      <w:r w:rsidRPr="00563B50">
        <w:rPr>
          <w:rFonts w:cs="Times New Roman"/>
          <w:iCs/>
          <w:szCs w:val="24"/>
          <w:lang w:eastAsia="ru-RU"/>
        </w:rPr>
        <w:t xml:space="preserve"> </w:t>
      </w:r>
      <w:proofErr w:type="spellStart"/>
      <w:r w:rsidRPr="00563B50">
        <w:rPr>
          <w:rFonts w:cs="Times New Roman"/>
          <w:iCs/>
          <w:szCs w:val="24"/>
          <w:lang w:eastAsia="ru-RU"/>
        </w:rPr>
        <w:t>cadrul</w:t>
      </w:r>
      <w:proofErr w:type="spellEnd"/>
      <w:r w:rsidRPr="00563B50">
        <w:rPr>
          <w:rFonts w:cs="Times New Roman"/>
          <w:iCs/>
          <w:szCs w:val="24"/>
          <w:lang w:eastAsia="ru-RU"/>
        </w:rPr>
        <w:t xml:space="preserve"> </w:t>
      </w:r>
      <w:proofErr w:type="spellStart"/>
      <w:r w:rsidRPr="00563B50">
        <w:rPr>
          <w:rFonts w:cs="Times New Roman"/>
          <w:iCs/>
          <w:szCs w:val="24"/>
          <w:lang w:eastAsia="ru-RU"/>
        </w:rPr>
        <w:t>controalelor</w:t>
      </w:r>
      <w:proofErr w:type="spellEnd"/>
      <w:r w:rsidRPr="00563B50">
        <w:rPr>
          <w:rFonts w:cs="Times New Roman"/>
          <w:iCs/>
          <w:szCs w:val="24"/>
          <w:lang w:eastAsia="ru-RU"/>
        </w:rPr>
        <w:t xml:space="preserve"> </w:t>
      </w:r>
      <w:proofErr w:type="spellStart"/>
      <w:r w:rsidRPr="00563B50">
        <w:rPr>
          <w:rFonts w:cs="Times New Roman"/>
          <w:iCs/>
          <w:szCs w:val="24"/>
          <w:lang w:eastAsia="ru-RU"/>
        </w:rPr>
        <w:t>efectuate</w:t>
      </w:r>
      <w:proofErr w:type="spellEnd"/>
      <w:r w:rsidRPr="00563B50">
        <w:rPr>
          <w:rFonts w:cs="Times New Roman"/>
          <w:iCs/>
          <w:szCs w:val="24"/>
          <w:lang w:eastAsia="ru-RU"/>
        </w:rPr>
        <w:t xml:space="preserve"> de </w:t>
      </w:r>
      <w:proofErr w:type="spellStart"/>
      <w:r w:rsidRPr="00563B50">
        <w:rPr>
          <w:rFonts w:cs="Times New Roman"/>
          <w:iCs/>
          <w:szCs w:val="24"/>
          <w:lang w:eastAsia="ru-RU"/>
        </w:rPr>
        <w:t>Centrul</w:t>
      </w:r>
      <w:proofErr w:type="spellEnd"/>
      <w:r w:rsidRPr="00563B50">
        <w:rPr>
          <w:rFonts w:cs="Times New Roman"/>
          <w:iCs/>
          <w:szCs w:val="24"/>
          <w:lang w:eastAsia="ru-RU"/>
        </w:rPr>
        <w:t xml:space="preserve"> </w:t>
      </w:r>
      <w:proofErr w:type="spellStart"/>
      <w:r w:rsidRPr="00563B50">
        <w:rPr>
          <w:rFonts w:cs="Times New Roman"/>
          <w:iCs/>
          <w:szCs w:val="24"/>
          <w:lang w:eastAsia="ru-RU"/>
        </w:rPr>
        <w:t>Național</w:t>
      </w:r>
      <w:proofErr w:type="spellEnd"/>
      <w:r w:rsidRPr="00563B50">
        <w:rPr>
          <w:rFonts w:cs="Times New Roman"/>
          <w:iCs/>
          <w:szCs w:val="24"/>
          <w:lang w:eastAsia="ru-RU"/>
        </w:rPr>
        <w:t xml:space="preserve"> </w:t>
      </w:r>
      <w:proofErr w:type="spellStart"/>
      <w:r w:rsidRPr="00563B50">
        <w:rPr>
          <w:rFonts w:cs="Times New Roman"/>
          <w:iCs/>
          <w:szCs w:val="24"/>
          <w:lang w:eastAsia="ru-RU"/>
        </w:rPr>
        <w:t>pentru</w:t>
      </w:r>
      <w:proofErr w:type="spellEnd"/>
      <w:r w:rsidRPr="00563B50">
        <w:rPr>
          <w:rFonts w:cs="Times New Roman"/>
          <w:iCs/>
          <w:szCs w:val="24"/>
          <w:lang w:eastAsia="ru-RU"/>
        </w:rPr>
        <w:t xml:space="preserve"> </w:t>
      </w:r>
      <w:proofErr w:type="spellStart"/>
      <w:r w:rsidRPr="00563B50">
        <w:rPr>
          <w:rFonts w:cs="Times New Roman"/>
          <w:iCs/>
          <w:szCs w:val="24"/>
          <w:lang w:eastAsia="ru-RU"/>
        </w:rPr>
        <w:t>Protecția</w:t>
      </w:r>
      <w:proofErr w:type="spellEnd"/>
      <w:r w:rsidRPr="00563B50">
        <w:rPr>
          <w:rFonts w:cs="Times New Roman"/>
          <w:iCs/>
          <w:szCs w:val="24"/>
          <w:lang w:eastAsia="ru-RU"/>
        </w:rPr>
        <w:t xml:space="preserve"> </w:t>
      </w:r>
      <w:proofErr w:type="spellStart"/>
      <w:r w:rsidRPr="00563B50">
        <w:rPr>
          <w:rFonts w:cs="Times New Roman"/>
          <w:iCs/>
          <w:szCs w:val="24"/>
          <w:lang w:eastAsia="ru-RU"/>
        </w:rPr>
        <w:t>Datelor</w:t>
      </w:r>
      <w:proofErr w:type="spellEnd"/>
      <w:r w:rsidRPr="00563B50">
        <w:rPr>
          <w:rFonts w:cs="Times New Roman"/>
          <w:iCs/>
          <w:szCs w:val="24"/>
          <w:lang w:eastAsia="ru-RU"/>
        </w:rPr>
        <w:t xml:space="preserve"> cu Caracter Personal al </w:t>
      </w:r>
      <w:proofErr w:type="spellStart"/>
      <w:r w:rsidRPr="00563B50">
        <w:rPr>
          <w:rFonts w:cs="Times New Roman"/>
          <w:iCs/>
          <w:szCs w:val="24"/>
          <w:lang w:eastAsia="ru-RU"/>
        </w:rPr>
        <w:t>Republicii</w:t>
      </w:r>
      <w:proofErr w:type="spellEnd"/>
      <w:r w:rsidRPr="00563B50">
        <w:rPr>
          <w:rFonts w:cs="Times New Roman"/>
          <w:iCs/>
          <w:szCs w:val="24"/>
          <w:lang w:eastAsia="ru-RU"/>
        </w:rPr>
        <w:t xml:space="preserve"> Moldova </w:t>
      </w:r>
      <w:proofErr w:type="spellStart"/>
      <w:r w:rsidRPr="00563B50">
        <w:rPr>
          <w:rFonts w:cs="Times New Roman"/>
          <w:iCs/>
          <w:szCs w:val="24"/>
          <w:lang w:eastAsia="ru-RU"/>
        </w:rPr>
        <w:t>i</w:t>
      </w:r>
      <w:proofErr w:type="spellEnd"/>
      <w:r w:rsidRPr="00563B50">
        <w:rPr>
          <w:rFonts w:cs="Times New Roman"/>
          <w:iCs/>
          <w:szCs w:val="24"/>
          <w:lang w:eastAsia="ru-RU"/>
        </w:rPr>
        <w:t xml:space="preserve"> se </w:t>
      </w:r>
      <w:proofErr w:type="spellStart"/>
      <w:r w:rsidRPr="00563B50">
        <w:rPr>
          <w:rFonts w:cs="Times New Roman"/>
          <w:iCs/>
          <w:szCs w:val="24"/>
          <w:lang w:eastAsia="ru-RU"/>
        </w:rPr>
        <w:t>va</w:t>
      </w:r>
      <w:proofErr w:type="spellEnd"/>
      <w:r w:rsidRPr="00563B50">
        <w:rPr>
          <w:rFonts w:cs="Times New Roman"/>
          <w:iCs/>
          <w:szCs w:val="24"/>
          <w:lang w:eastAsia="ru-RU"/>
        </w:rPr>
        <w:t xml:space="preserve"> </w:t>
      </w:r>
      <w:proofErr w:type="spellStart"/>
      <w:r w:rsidRPr="00563B50">
        <w:rPr>
          <w:rFonts w:cs="Times New Roman"/>
          <w:iCs/>
          <w:szCs w:val="24"/>
          <w:lang w:eastAsia="ru-RU"/>
        </w:rPr>
        <w:t>oferi</w:t>
      </w:r>
      <w:proofErr w:type="spellEnd"/>
      <w:r w:rsidRPr="00563B50">
        <w:rPr>
          <w:rFonts w:cs="Times New Roman"/>
          <w:iCs/>
          <w:szCs w:val="24"/>
          <w:lang w:eastAsia="ru-RU"/>
        </w:rPr>
        <w:t xml:space="preserve"> </w:t>
      </w:r>
      <w:proofErr w:type="spellStart"/>
      <w:r w:rsidRPr="00563B50">
        <w:rPr>
          <w:rFonts w:cs="Times New Roman"/>
          <w:iCs/>
          <w:szCs w:val="24"/>
          <w:lang w:eastAsia="ru-RU"/>
        </w:rPr>
        <w:t>suportul</w:t>
      </w:r>
      <w:proofErr w:type="spellEnd"/>
      <w:r w:rsidRPr="00563B50">
        <w:rPr>
          <w:rFonts w:cs="Times New Roman"/>
          <w:iCs/>
          <w:szCs w:val="24"/>
          <w:lang w:eastAsia="ru-RU"/>
        </w:rPr>
        <w:t xml:space="preserve"> </w:t>
      </w:r>
      <w:proofErr w:type="spellStart"/>
      <w:r w:rsidRPr="00563B50">
        <w:rPr>
          <w:rFonts w:cs="Times New Roman"/>
          <w:iCs/>
          <w:szCs w:val="24"/>
          <w:lang w:eastAsia="ru-RU"/>
        </w:rPr>
        <w:t>necesar</w:t>
      </w:r>
      <w:proofErr w:type="spellEnd"/>
      <w:r w:rsidRPr="00563B50">
        <w:rPr>
          <w:rFonts w:cs="Times New Roman"/>
          <w:iCs/>
          <w:szCs w:val="24"/>
          <w:lang w:eastAsia="ru-RU"/>
        </w:rPr>
        <w:t xml:space="preserve"> </w:t>
      </w:r>
      <w:proofErr w:type="spellStart"/>
      <w:r w:rsidRPr="00563B50">
        <w:rPr>
          <w:rFonts w:cs="Times New Roman"/>
          <w:iCs/>
          <w:szCs w:val="24"/>
          <w:lang w:eastAsia="ru-RU"/>
        </w:rPr>
        <w:t>și</w:t>
      </w:r>
      <w:proofErr w:type="spellEnd"/>
      <w:r w:rsidRPr="00563B50">
        <w:rPr>
          <w:rFonts w:cs="Times New Roman"/>
          <w:iCs/>
          <w:szCs w:val="24"/>
          <w:lang w:eastAsia="ru-RU"/>
        </w:rPr>
        <w:t xml:space="preserve"> </w:t>
      </w:r>
      <w:proofErr w:type="spellStart"/>
      <w:r w:rsidRPr="00563B50">
        <w:rPr>
          <w:rFonts w:cs="Times New Roman"/>
          <w:iCs/>
          <w:szCs w:val="24"/>
          <w:lang w:eastAsia="ru-RU"/>
        </w:rPr>
        <w:t>asigurat</w:t>
      </w:r>
      <w:proofErr w:type="spellEnd"/>
      <w:r w:rsidRPr="00563B50">
        <w:rPr>
          <w:rFonts w:cs="Times New Roman"/>
          <w:iCs/>
          <w:szCs w:val="24"/>
          <w:lang w:eastAsia="ru-RU"/>
        </w:rPr>
        <w:t xml:space="preserve"> </w:t>
      </w:r>
      <w:proofErr w:type="spellStart"/>
      <w:r w:rsidRPr="00563B50">
        <w:rPr>
          <w:rFonts w:cs="Times New Roman"/>
          <w:iCs/>
          <w:szCs w:val="24"/>
          <w:lang w:eastAsia="ru-RU"/>
        </w:rPr>
        <w:t>accesul</w:t>
      </w:r>
      <w:proofErr w:type="spellEnd"/>
      <w:r w:rsidRPr="00563B50">
        <w:rPr>
          <w:rFonts w:cs="Times New Roman"/>
          <w:iCs/>
          <w:szCs w:val="24"/>
          <w:lang w:eastAsia="ru-RU"/>
        </w:rPr>
        <w:t xml:space="preserve"> la </w:t>
      </w:r>
      <w:proofErr w:type="spellStart"/>
      <w:r w:rsidRPr="00563B50">
        <w:rPr>
          <w:rFonts w:cs="Times New Roman"/>
          <w:iCs/>
          <w:szCs w:val="24"/>
          <w:lang w:eastAsia="ru-RU"/>
        </w:rPr>
        <w:t>informațiile</w:t>
      </w:r>
      <w:proofErr w:type="spellEnd"/>
      <w:r w:rsidRPr="00563B50">
        <w:rPr>
          <w:rFonts w:cs="Times New Roman"/>
          <w:iCs/>
          <w:szCs w:val="24"/>
          <w:lang w:eastAsia="ru-RU"/>
        </w:rPr>
        <w:t xml:space="preserve"> </w:t>
      </w:r>
      <w:proofErr w:type="spellStart"/>
      <w:r w:rsidRPr="00563B50">
        <w:rPr>
          <w:rFonts w:cs="Times New Roman"/>
          <w:iCs/>
          <w:szCs w:val="24"/>
          <w:lang w:eastAsia="ru-RU"/>
        </w:rPr>
        <w:t>necesare</w:t>
      </w:r>
      <w:proofErr w:type="spellEnd"/>
      <w:r w:rsidRPr="00563B50">
        <w:rPr>
          <w:rFonts w:cs="Times New Roman"/>
          <w:iCs/>
          <w:szCs w:val="24"/>
          <w:lang w:eastAsia="ru-RU"/>
        </w:rPr>
        <w:t xml:space="preserve"> </w:t>
      </w:r>
      <w:proofErr w:type="spellStart"/>
      <w:r w:rsidRPr="00563B50">
        <w:rPr>
          <w:rFonts w:cs="Times New Roman"/>
          <w:iCs/>
          <w:szCs w:val="24"/>
          <w:lang w:eastAsia="ru-RU"/>
        </w:rPr>
        <w:t>relevante</w:t>
      </w:r>
      <w:proofErr w:type="spellEnd"/>
      <w:r w:rsidRPr="00563B50">
        <w:rPr>
          <w:rFonts w:cs="Times New Roman"/>
          <w:iCs/>
          <w:szCs w:val="24"/>
          <w:lang w:eastAsia="ru-RU"/>
        </w:rPr>
        <w:t xml:space="preserve"> </w:t>
      </w:r>
      <w:proofErr w:type="spellStart"/>
      <w:r w:rsidRPr="00563B50">
        <w:rPr>
          <w:rFonts w:cs="Times New Roman"/>
          <w:iCs/>
          <w:szCs w:val="24"/>
          <w:lang w:eastAsia="ru-RU"/>
        </w:rPr>
        <w:t>obiectului</w:t>
      </w:r>
      <w:proofErr w:type="spellEnd"/>
      <w:r w:rsidRPr="00563B50">
        <w:rPr>
          <w:rFonts w:cs="Times New Roman"/>
          <w:iCs/>
          <w:szCs w:val="24"/>
          <w:lang w:eastAsia="ru-RU"/>
        </w:rPr>
        <w:t xml:space="preserve"> </w:t>
      </w:r>
      <w:proofErr w:type="spellStart"/>
      <w:r w:rsidRPr="00563B50">
        <w:rPr>
          <w:rFonts w:cs="Times New Roman"/>
          <w:iCs/>
          <w:szCs w:val="24"/>
          <w:lang w:eastAsia="ru-RU"/>
        </w:rPr>
        <w:t>controlului</w:t>
      </w:r>
      <w:proofErr w:type="spellEnd"/>
      <w:r w:rsidRPr="00563B50">
        <w:rPr>
          <w:rFonts w:cs="Times New Roman"/>
          <w:iCs/>
          <w:szCs w:val="24"/>
          <w:lang w:eastAsia="ru-RU"/>
        </w:rPr>
        <w:t>.”</w:t>
      </w:r>
    </w:p>
    <w:p w14:paraId="132F0E28" w14:textId="77777777" w:rsidR="00EE7ED3" w:rsidRPr="00563B50" w:rsidRDefault="00000000">
      <w:pPr>
        <w:numPr>
          <w:ilvl w:val="0"/>
          <w:numId w:val="31"/>
        </w:numPr>
        <w:spacing w:before="120" w:after="120" w:line="240" w:lineRule="auto"/>
        <w:ind w:left="425" w:hanging="425"/>
        <w:jc w:val="center"/>
        <w:rPr>
          <w:rFonts w:cs="Times New Roman"/>
          <w:b/>
          <w:szCs w:val="24"/>
          <w:lang w:eastAsia="ru-RU"/>
        </w:rPr>
      </w:pPr>
      <w:r w:rsidRPr="00563B50">
        <w:rPr>
          <w:rFonts w:cs="Times New Roman"/>
          <w:b/>
          <w:szCs w:val="24"/>
          <w:lang w:eastAsia="ru-RU"/>
        </w:rPr>
        <w:t>MARCAREA DOCUMENTELOR</w:t>
      </w:r>
    </w:p>
    <w:p w14:paraId="0F3ECE01" w14:textId="77777777" w:rsidR="00EE7ED3" w:rsidRPr="00563B50" w:rsidRDefault="00000000" w:rsidP="00EA4171">
      <w:pPr>
        <w:spacing w:before="120" w:after="120" w:line="240" w:lineRule="auto"/>
        <w:jc w:val="both"/>
        <w:rPr>
          <w:rFonts w:cs="Times New Roman"/>
          <w:szCs w:val="24"/>
          <w:lang w:eastAsia="ru-RU"/>
        </w:rPr>
      </w:pPr>
      <w:proofErr w:type="spellStart"/>
      <w:r w:rsidRPr="00563B50">
        <w:rPr>
          <w:rFonts w:cs="Times New Roman"/>
          <w:szCs w:val="24"/>
          <w:lang w:eastAsia="ru-RU"/>
        </w:rPr>
        <w:t>Toată</w:t>
      </w:r>
      <w:proofErr w:type="spellEnd"/>
      <w:r w:rsidRPr="00563B50">
        <w:rPr>
          <w:rFonts w:cs="Times New Roman"/>
          <w:szCs w:val="24"/>
          <w:lang w:eastAsia="ru-RU"/>
        </w:rPr>
        <w:t xml:space="preserve"> </w:t>
      </w:r>
      <w:proofErr w:type="spellStart"/>
      <w:r w:rsidRPr="00563B50">
        <w:rPr>
          <w:rFonts w:cs="Times New Roman"/>
          <w:szCs w:val="24"/>
          <w:lang w:eastAsia="ru-RU"/>
        </w:rPr>
        <w:t>informația</w:t>
      </w:r>
      <w:proofErr w:type="spellEnd"/>
      <w:r w:rsidRPr="00563B50">
        <w:rPr>
          <w:rFonts w:cs="Times New Roman"/>
          <w:szCs w:val="24"/>
          <w:lang w:eastAsia="ru-RU"/>
        </w:rPr>
        <w:t xml:space="preserve"> care se </w:t>
      </w:r>
      <w:proofErr w:type="spellStart"/>
      <w:r w:rsidRPr="00563B50">
        <w:rPr>
          <w:rFonts w:cs="Times New Roman"/>
          <w:szCs w:val="24"/>
          <w:lang w:eastAsia="ru-RU"/>
        </w:rPr>
        <w:t>intenționează</w:t>
      </w:r>
      <w:proofErr w:type="spellEnd"/>
      <w:r w:rsidRPr="00563B50">
        <w:rPr>
          <w:rFonts w:cs="Times New Roman"/>
          <w:szCs w:val="24"/>
          <w:lang w:eastAsia="ru-RU"/>
        </w:rPr>
        <w:t xml:space="preserve"> a fi </w:t>
      </w:r>
      <w:proofErr w:type="spellStart"/>
      <w:r w:rsidRPr="00563B50">
        <w:rPr>
          <w:rFonts w:cs="Times New Roman"/>
          <w:szCs w:val="24"/>
          <w:lang w:eastAsia="ru-RU"/>
        </w:rPr>
        <w:t>dezvăluită</w:t>
      </w:r>
      <w:proofErr w:type="spellEnd"/>
      <w:r w:rsidRPr="00563B50">
        <w:rPr>
          <w:rFonts w:cs="Times New Roman"/>
          <w:szCs w:val="24"/>
          <w:lang w:eastAsia="ru-RU"/>
        </w:rPr>
        <w:t xml:space="preserve">, </w:t>
      </w:r>
      <w:proofErr w:type="spellStart"/>
      <w:r w:rsidRPr="00563B50">
        <w:rPr>
          <w:rFonts w:cs="Times New Roman"/>
          <w:szCs w:val="24"/>
          <w:lang w:eastAsia="ru-RU"/>
        </w:rPr>
        <w:t>și</w:t>
      </w:r>
      <w:proofErr w:type="spellEnd"/>
      <w:r w:rsidRPr="00563B50">
        <w:rPr>
          <w:rFonts w:cs="Times New Roman"/>
          <w:szCs w:val="24"/>
          <w:lang w:eastAsia="ru-RU"/>
        </w:rPr>
        <w:t xml:space="preserve"> care </w:t>
      </w:r>
      <w:proofErr w:type="spellStart"/>
      <w:r w:rsidRPr="00563B50">
        <w:rPr>
          <w:rFonts w:cs="Times New Roman"/>
          <w:szCs w:val="24"/>
          <w:lang w:eastAsia="ru-RU"/>
        </w:rPr>
        <w:t>conține</w:t>
      </w:r>
      <w:proofErr w:type="spellEnd"/>
      <w:r w:rsidRPr="00563B50">
        <w:rPr>
          <w:rFonts w:cs="Times New Roman"/>
          <w:szCs w:val="24"/>
          <w:lang w:eastAsia="ru-RU"/>
        </w:rPr>
        <w:t xml:space="preserve"> date cu </w:t>
      </w:r>
      <w:proofErr w:type="spellStart"/>
      <w:r w:rsidRPr="00563B50">
        <w:rPr>
          <w:rFonts w:cs="Times New Roman"/>
          <w:szCs w:val="24"/>
          <w:lang w:eastAsia="ru-RU"/>
        </w:rPr>
        <w:t>caracter</w:t>
      </w:r>
      <w:proofErr w:type="spellEnd"/>
      <w:r w:rsidRPr="00563B50">
        <w:rPr>
          <w:rFonts w:cs="Times New Roman"/>
          <w:szCs w:val="24"/>
          <w:lang w:eastAsia="ru-RU"/>
        </w:rPr>
        <w:t xml:space="preserve"> personal, </w:t>
      </w:r>
      <w:proofErr w:type="spellStart"/>
      <w:r w:rsidRPr="00563B50">
        <w:rPr>
          <w:rFonts w:cs="Times New Roman"/>
          <w:szCs w:val="24"/>
          <w:lang w:eastAsia="ru-RU"/>
        </w:rPr>
        <w:t>urmează</w:t>
      </w:r>
      <w:proofErr w:type="spellEnd"/>
      <w:r w:rsidRPr="00563B50">
        <w:rPr>
          <w:rFonts w:cs="Times New Roman"/>
          <w:szCs w:val="24"/>
          <w:lang w:eastAsia="ru-RU"/>
        </w:rPr>
        <w:t xml:space="preserve"> a fi </w:t>
      </w:r>
      <w:proofErr w:type="spellStart"/>
      <w:r w:rsidRPr="00563B50">
        <w:rPr>
          <w:rFonts w:cs="Times New Roman"/>
          <w:szCs w:val="24"/>
          <w:lang w:eastAsia="ru-RU"/>
        </w:rPr>
        <w:t>marcată</w:t>
      </w:r>
      <w:proofErr w:type="spellEnd"/>
      <w:r w:rsidRPr="00563B50">
        <w:rPr>
          <w:rFonts w:cs="Times New Roman"/>
          <w:szCs w:val="24"/>
          <w:lang w:eastAsia="ru-RU"/>
        </w:rPr>
        <w:t xml:space="preserve"> </w:t>
      </w:r>
      <w:proofErr w:type="spellStart"/>
      <w:r w:rsidRPr="00563B50">
        <w:rPr>
          <w:rFonts w:cs="Times New Roman"/>
          <w:szCs w:val="24"/>
          <w:lang w:eastAsia="ru-RU"/>
        </w:rPr>
        <w:t>prin</w:t>
      </w:r>
      <w:proofErr w:type="spellEnd"/>
      <w:r w:rsidRPr="00563B50">
        <w:rPr>
          <w:rFonts w:cs="Times New Roman"/>
          <w:szCs w:val="24"/>
          <w:lang w:eastAsia="ru-RU"/>
        </w:rPr>
        <w:t>:</w:t>
      </w:r>
    </w:p>
    <w:p w14:paraId="7771BC0D" w14:textId="77777777" w:rsidR="00EE7ED3" w:rsidRPr="00563B50" w:rsidRDefault="00000000" w:rsidP="00EA4171">
      <w:pPr>
        <w:jc w:val="both"/>
        <w:rPr>
          <w:rFonts w:cs="Times New Roman"/>
          <w:i/>
          <w:lang w:val="ro-RO" w:eastAsia="ru-MD"/>
        </w:rPr>
      </w:pPr>
      <w:r w:rsidRPr="00563B50">
        <w:rPr>
          <w:rFonts w:cs="Times New Roman"/>
          <w:i/>
          <w:lang w:val="ro-RO"/>
        </w:rPr>
        <w:t xml:space="preserve">Model - Atenție! Documentul conține date cu caracter personal. Prelucrarea ulterioară a acestor date poate fi efectuată numai în condițiile prevăzute de Legea </w:t>
      </w:r>
      <w:r w:rsidRPr="00563B50">
        <w:rPr>
          <w:rFonts w:cs="Times New Roman"/>
          <w:i/>
          <w:lang w:val="ro-RO" w:eastAsia="ru-MD"/>
        </w:rPr>
        <w:t xml:space="preserve"> </w:t>
      </w:r>
      <w:r w:rsidRPr="00563B50">
        <w:rPr>
          <w:rFonts w:cs="Times New Roman"/>
          <w:i/>
          <w:lang w:val="ro-RO"/>
        </w:rPr>
        <w:t>privind protecția datelor cu caracter personal nr.195 din 25.07.2024</w:t>
      </w:r>
      <w:r w:rsidRPr="00563B50">
        <w:rPr>
          <w:rFonts w:cs="Times New Roman"/>
          <w:i/>
          <w:lang w:val="ro-RO" w:eastAsia="ru-MD"/>
        </w:rPr>
        <w:t>.</w:t>
      </w:r>
    </w:p>
    <w:p w14:paraId="614827B2" w14:textId="77777777" w:rsidR="00EE7ED3" w:rsidRPr="00563B50" w:rsidRDefault="00EE7ED3" w:rsidP="00EA4171">
      <w:pPr>
        <w:autoSpaceDE w:val="0"/>
        <w:autoSpaceDN w:val="0"/>
        <w:adjustRightInd w:val="0"/>
        <w:spacing w:after="0" w:line="240" w:lineRule="auto"/>
        <w:jc w:val="both"/>
        <w:rPr>
          <w:rFonts w:cs="Times New Roman"/>
          <w:b/>
          <w:bCs/>
          <w:szCs w:val="24"/>
          <w:lang w:eastAsia="ru-RU"/>
        </w:rPr>
      </w:pPr>
    </w:p>
    <w:p w14:paraId="2827C3F0" w14:textId="77777777" w:rsidR="00EE7ED3" w:rsidRPr="00563B50" w:rsidRDefault="00000000">
      <w:pPr>
        <w:numPr>
          <w:ilvl w:val="0"/>
          <w:numId w:val="31"/>
        </w:numPr>
        <w:autoSpaceDE w:val="0"/>
        <w:autoSpaceDN w:val="0"/>
        <w:adjustRightInd w:val="0"/>
        <w:spacing w:after="0" w:line="240" w:lineRule="auto"/>
        <w:jc w:val="center"/>
        <w:rPr>
          <w:rFonts w:cs="Times New Roman"/>
          <w:b/>
          <w:bCs/>
          <w:color w:val="000000"/>
          <w:szCs w:val="24"/>
          <w:lang w:eastAsia="ru-MD"/>
        </w:rPr>
      </w:pPr>
      <w:r w:rsidRPr="00563B50">
        <w:rPr>
          <w:rFonts w:cs="Times New Roman"/>
          <w:b/>
          <w:bCs/>
          <w:szCs w:val="24"/>
          <w:lang w:eastAsia="ru-RU"/>
        </w:rPr>
        <w:t>RESPONSABILITATEA PENTRU ASIGURAREA SECURITĂȚII DATELOR CU CARACTER PERSONAL PRECUM ȘI A INFORMAȚIILOR CU ACCESIBILITATE LIMITATĂ.</w:t>
      </w:r>
    </w:p>
    <w:p w14:paraId="189493B9" w14:textId="77777777" w:rsidR="00EE7ED3" w:rsidRPr="00563B50" w:rsidRDefault="00000000" w:rsidP="00EA4171">
      <w:pPr>
        <w:spacing w:before="120" w:after="120" w:line="240" w:lineRule="auto"/>
        <w:jc w:val="both"/>
        <w:rPr>
          <w:rFonts w:cs="Times New Roman"/>
          <w:szCs w:val="24"/>
          <w:lang w:eastAsia="ru-RU"/>
        </w:rPr>
      </w:pPr>
      <w:proofErr w:type="spellStart"/>
      <w:r w:rsidRPr="00563B50">
        <w:rPr>
          <w:rFonts w:cs="Times New Roman"/>
          <w:szCs w:val="24"/>
          <w:lang w:eastAsia="ru-RU"/>
        </w:rPr>
        <w:t>Operatorul</w:t>
      </w:r>
      <w:proofErr w:type="spellEnd"/>
      <w:r w:rsidRPr="00563B50">
        <w:rPr>
          <w:rFonts w:cs="Times New Roman"/>
          <w:szCs w:val="24"/>
          <w:lang w:eastAsia="ru-RU"/>
        </w:rPr>
        <w:t xml:space="preserve"> de date cu </w:t>
      </w:r>
      <w:proofErr w:type="spellStart"/>
      <w:r w:rsidRPr="00563B50">
        <w:rPr>
          <w:rFonts w:cs="Times New Roman"/>
          <w:szCs w:val="24"/>
          <w:lang w:eastAsia="ru-RU"/>
        </w:rPr>
        <w:t>caracter</w:t>
      </w:r>
      <w:proofErr w:type="spellEnd"/>
      <w:r w:rsidRPr="00563B50">
        <w:rPr>
          <w:rFonts w:cs="Times New Roman"/>
          <w:szCs w:val="24"/>
          <w:lang w:eastAsia="ru-RU"/>
        </w:rPr>
        <w:t xml:space="preserve"> personal, </w:t>
      </w:r>
      <w:proofErr w:type="spellStart"/>
      <w:r w:rsidRPr="00563B50">
        <w:rPr>
          <w:rFonts w:cs="Times New Roman"/>
          <w:szCs w:val="24"/>
          <w:lang w:eastAsia="ru-RU"/>
        </w:rPr>
        <w:t>persoana</w:t>
      </w:r>
      <w:proofErr w:type="spellEnd"/>
      <w:r w:rsidRPr="00563B50">
        <w:rPr>
          <w:rFonts w:cs="Times New Roman"/>
          <w:szCs w:val="24"/>
          <w:lang w:eastAsia="ru-RU"/>
        </w:rPr>
        <w:t xml:space="preserve"> </w:t>
      </w:r>
      <w:proofErr w:type="spellStart"/>
      <w:r w:rsidRPr="00563B50">
        <w:rPr>
          <w:rFonts w:cs="Times New Roman"/>
          <w:szCs w:val="24"/>
          <w:lang w:eastAsia="ru-RU"/>
        </w:rPr>
        <w:t>împuternicită</w:t>
      </w:r>
      <w:proofErr w:type="spellEnd"/>
      <w:r w:rsidRPr="00563B50">
        <w:rPr>
          <w:rFonts w:cs="Times New Roman"/>
          <w:szCs w:val="24"/>
          <w:lang w:eastAsia="ru-RU"/>
        </w:rPr>
        <w:t xml:space="preserve"> de </w:t>
      </w:r>
      <w:proofErr w:type="spellStart"/>
      <w:r w:rsidRPr="00563B50">
        <w:rPr>
          <w:rFonts w:cs="Times New Roman"/>
          <w:szCs w:val="24"/>
          <w:lang w:eastAsia="ru-RU"/>
        </w:rPr>
        <w:t>către</w:t>
      </w:r>
      <w:proofErr w:type="spellEnd"/>
      <w:r w:rsidRPr="00563B50">
        <w:rPr>
          <w:rFonts w:cs="Times New Roman"/>
          <w:szCs w:val="24"/>
          <w:lang w:eastAsia="ru-RU"/>
        </w:rPr>
        <w:t xml:space="preserve"> operator, </w:t>
      </w:r>
      <w:proofErr w:type="spellStart"/>
      <w:r w:rsidRPr="00563B50">
        <w:rPr>
          <w:rFonts w:cs="Times New Roman"/>
          <w:szCs w:val="24"/>
          <w:lang w:eastAsia="ru-RU"/>
        </w:rPr>
        <w:t>persoanele</w:t>
      </w:r>
      <w:proofErr w:type="spellEnd"/>
      <w:r w:rsidRPr="00563B50">
        <w:rPr>
          <w:rFonts w:cs="Times New Roman"/>
          <w:szCs w:val="24"/>
          <w:lang w:eastAsia="ru-RU"/>
        </w:rPr>
        <w:t xml:space="preserve"> </w:t>
      </w:r>
      <w:proofErr w:type="spellStart"/>
      <w:r w:rsidRPr="00563B50">
        <w:rPr>
          <w:rFonts w:cs="Times New Roman"/>
          <w:szCs w:val="24"/>
          <w:lang w:eastAsia="ru-RU"/>
        </w:rPr>
        <w:t>terțe</w:t>
      </w:r>
      <w:proofErr w:type="spellEnd"/>
      <w:r w:rsidRPr="00563B50">
        <w:rPr>
          <w:rFonts w:cs="Times New Roman"/>
          <w:szCs w:val="24"/>
          <w:lang w:eastAsia="ru-RU"/>
        </w:rPr>
        <w:t xml:space="preserve"> </w:t>
      </w:r>
      <w:proofErr w:type="spellStart"/>
      <w:r w:rsidRPr="00563B50">
        <w:rPr>
          <w:rFonts w:cs="Times New Roman"/>
          <w:szCs w:val="24"/>
          <w:lang w:eastAsia="ru-RU"/>
        </w:rPr>
        <w:t>după</w:t>
      </w:r>
      <w:proofErr w:type="spellEnd"/>
      <w:r w:rsidRPr="00563B50">
        <w:rPr>
          <w:rFonts w:cs="Times New Roman"/>
          <w:szCs w:val="24"/>
          <w:lang w:eastAsia="ru-RU"/>
        </w:rPr>
        <w:t xml:space="preserve"> </w:t>
      </w:r>
      <w:proofErr w:type="spellStart"/>
      <w:r w:rsidRPr="00563B50">
        <w:rPr>
          <w:rFonts w:cs="Times New Roman"/>
          <w:szCs w:val="24"/>
          <w:lang w:eastAsia="ru-RU"/>
        </w:rPr>
        <w:t>caz</w:t>
      </w:r>
      <w:proofErr w:type="spellEnd"/>
      <w:r w:rsidRPr="00563B50">
        <w:rPr>
          <w:rFonts w:cs="Times New Roman"/>
          <w:szCs w:val="24"/>
          <w:lang w:eastAsia="ru-RU"/>
        </w:rPr>
        <w:t xml:space="preserve">, </w:t>
      </w:r>
      <w:proofErr w:type="spellStart"/>
      <w:r w:rsidRPr="00563B50">
        <w:rPr>
          <w:rFonts w:cs="Times New Roman"/>
          <w:szCs w:val="24"/>
          <w:lang w:eastAsia="ru-RU"/>
        </w:rPr>
        <w:t>pentru</w:t>
      </w:r>
      <w:proofErr w:type="spellEnd"/>
      <w:r w:rsidRPr="00563B50">
        <w:rPr>
          <w:rFonts w:cs="Times New Roman"/>
          <w:szCs w:val="24"/>
          <w:lang w:eastAsia="ru-RU"/>
        </w:rPr>
        <w:t xml:space="preserve"> </w:t>
      </w:r>
      <w:proofErr w:type="spellStart"/>
      <w:r w:rsidRPr="00563B50">
        <w:rPr>
          <w:rFonts w:cs="Times New Roman"/>
          <w:szCs w:val="24"/>
          <w:lang w:eastAsia="ru-RU"/>
        </w:rPr>
        <w:t>nerespectarea</w:t>
      </w:r>
      <w:proofErr w:type="spellEnd"/>
      <w:r w:rsidRPr="00563B50">
        <w:rPr>
          <w:rFonts w:cs="Times New Roman"/>
          <w:szCs w:val="24"/>
          <w:lang w:eastAsia="ru-RU"/>
        </w:rPr>
        <w:t xml:space="preserve"> </w:t>
      </w:r>
      <w:proofErr w:type="spellStart"/>
      <w:r w:rsidRPr="00563B50">
        <w:rPr>
          <w:rFonts w:cs="Times New Roman"/>
          <w:szCs w:val="24"/>
          <w:lang w:eastAsia="ru-RU"/>
        </w:rPr>
        <w:t>dispozițiilor</w:t>
      </w:r>
      <w:proofErr w:type="spellEnd"/>
      <w:r w:rsidRPr="00563B50">
        <w:rPr>
          <w:rFonts w:cs="Times New Roman"/>
          <w:szCs w:val="24"/>
          <w:lang w:eastAsia="ru-RU"/>
        </w:rPr>
        <w:t xml:space="preserve"> </w:t>
      </w:r>
      <w:r>
        <w:rPr>
          <w:rFonts w:cs="Times New Roman"/>
          <w:szCs w:val="24"/>
          <w:lang w:val="ro-RO" w:eastAsia="ru-RU"/>
        </w:rPr>
        <w:t xml:space="preserve">Regulamentului </w:t>
      </w:r>
      <w:r w:rsidRPr="00563B50">
        <w:rPr>
          <w:rFonts w:cs="Times New Roman"/>
          <w:szCs w:val="24"/>
          <w:lang w:eastAsia="ru-RU"/>
        </w:rPr>
        <w:t xml:space="preserve">- </w:t>
      </w:r>
      <w:proofErr w:type="spellStart"/>
      <w:r w:rsidRPr="00563B50">
        <w:rPr>
          <w:rFonts w:cs="Times New Roman"/>
          <w:szCs w:val="24"/>
          <w:lang w:eastAsia="ru-RU"/>
        </w:rPr>
        <w:t>poartă</w:t>
      </w:r>
      <w:proofErr w:type="spellEnd"/>
      <w:r w:rsidRPr="00563B50">
        <w:rPr>
          <w:rFonts w:cs="Times New Roman"/>
          <w:szCs w:val="24"/>
          <w:lang w:eastAsia="ru-RU"/>
        </w:rPr>
        <w:t xml:space="preserve"> </w:t>
      </w:r>
      <w:proofErr w:type="spellStart"/>
      <w:r w:rsidRPr="00563B50">
        <w:rPr>
          <w:rFonts w:cs="Times New Roman"/>
          <w:szCs w:val="24"/>
          <w:lang w:eastAsia="ru-RU"/>
        </w:rPr>
        <w:t>răspundere</w:t>
      </w:r>
      <w:proofErr w:type="spellEnd"/>
      <w:r w:rsidRPr="00563B50">
        <w:rPr>
          <w:rFonts w:cs="Times New Roman"/>
          <w:szCs w:val="24"/>
          <w:lang w:eastAsia="ru-RU"/>
        </w:rPr>
        <w:t xml:space="preserve"> </w:t>
      </w:r>
      <w:proofErr w:type="spellStart"/>
      <w:r w:rsidRPr="00563B50">
        <w:rPr>
          <w:rFonts w:cs="Times New Roman"/>
          <w:szCs w:val="24"/>
          <w:lang w:eastAsia="ru-RU"/>
        </w:rPr>
        <w:t>civilă</w:t>
      </w:r>
      <w:proofErr w:type="spellEnd"/>
      <w:r w:rsidRPr="00563B50">
        <w:rPr>
          <w:rFonts w:cs="Times New Roman"/>
          <w:szCs w:val="24"/>
          <w:lang w:eastAsia="ru-RU"/>
        </w:rPr>
        <w:t xml:space="preserve"> (</w:t>
      </w:r>
      <w:proofErr w:type="spellStart"/>
      <w:r w:rsidRPr="00563B50">
        <w:rPr>
          <w:rFonts w:cs="Times New Roman"/>
          <w:szCs w:val="24"/>
          <w:lang w:eastAsia="ru-RU"/>
        </w:rPr>
        <w:t>Codul</w:t>
      </w:r>
      <w:proofErr w:type="spellEnd"/>
      <w:r w:rsidRPr="00563B50">
        <w:rPr>
          <w:rFonts w:cs="Times New Roman"/>
          <w:szCs w:val="24"/>
          <w:lang w:eastAsia="ru-RU"/>
        </w:rPr>
        <w:t xml:space="preserve"> civil), </w:t>
      </w:r>
      <w:proofErr w:type="spellStart"/>
      <w:r w:rsidRPr="00563B50">
        <w:rPr>
          <w:rFonts w:cs="Times New Roman"/>
          <w:szCs w:val="24"/>
          <w:lang w:eastAsia="ru-RU"/>
        </w:rPr>
        <w:t>contravențională</w:t>
      </w:r>
      <w:proofErr w:type="spellEnd"/>
      <w:r w:rsidRPr="00563B50">
        <w:rPr>
          <w:rFonts w:cs="Times New Roman"/>
          <w:szCs w:val="24"/>
          <w:lang w:eastAsia="ru-RU"/>
        </w:rPr>
        <w:t xml:space="preserve"> (art. 74</w:t>
      </w:r>
      <w:r w:rsidRPr="00563B50">
        <w:rPr>
          <w:rFonts w:cs="Times New Roman"/>
          <w:szCs w:val="24"/>
          <w:vertAlign w:val="superscript"/>
          <w:lang w:eastAsia="ru-RU"/>
        </w:rPr>
        <w:t xml:space="preserve">1 </w:t>
      </w:r>
      <w:r w:rsidRPr="00563B50">
        <w:rPr>
          <w:rFonts w:cs="Times New Roman"/>
          <w:szCs w:val="24"/>
          <w:lang w:eastAsia="ru-RU"/>
        </w:rPr>
        <w:t xml:space="preserve">Cod </w:t>
      </w:r>
      <w:proofErr w:type="spellStart"/>
      <w:r w:rsidRPr="00563B50">
        <w:rPr>
          <w:rFonts w:cs="Times New Roman"/>
          <w:szCs w:val="24"/>
          <w:lang w:eastAsia="ru-RU"/>
        </w:rPr>
        <w:t>contravențional</w:t>
      </w:r>
      <w:proofErr w:type="spellEnd"/>
      <w:r w:rsidRPr="00563B50">
        <w:rPr>
          <w:rFonts w:cs="Times New Roman"/>
          <w:szCs w:val="24"/>
          <w:lang w:eastAsia="ru-RU"/>
        </w:rPr>
        <w:t xml:space="preserve">) </w:t>
      </w:r>
      <w:proofErr w:type="spellStart"/>
      <w:r w:rsidRPr="00563B50">
        <w:rPr>
          <w:rFonts w:cs="Times New Roman"/>
          <w:szCs w:val="24"/>
          <w:lang w:eastAsia="ru-RU"/>
        </w:rPr>
        <w:t>și</w:t>
      </w:r>
      <w:proofErr w:type="spellEnd"/>
      <w:r w:rsidRPr="00563B50">
        <w:rPr>
          <w:rFonts w:cs="Times New Roman"/>
          <w:szCs w:val="24"/>
          <w:lang w:eastAsia="ru-RU"/>
        </w:rPr>
        <w:t xml:space="preserve"> </w:t>
      </w:r>
      <w:proofErr w:type="spellStart"/>
      <w:r w:rsidRPr="00563B50">
        <w:rPr>
          <w:rFonts w:cs="Times New Roman"/>
          <w:szCs w:val="24"/>
          <w:lang w:eastAsia="ru-RU"/>
        </w:rPr>
        <w:t>penală</w:t>
      </w:r>
      <w:proofErr w:type="spellEnd"/>
      <w:r w:rsidRPr="00563B50">
        <w:rPr>
          <w:rFonts w:cs="Times New Roman"/>
          <w:szCs w:val="24"/>
          <w:lang w:eastAsia="ru-RU"/>
        </w:rPr>
        <w:t xml:space="preserve"> (art. art. 177, 178, 180 Cod penal)</w:t>
      </w:r>
    </w:p>
    <w:p w14:paraId="16F3E944" w14:textId="77777777" w:rsidR="00EE7ED3" w:rsidRDefault="00EE7ED3" w:rsidP="00563B50">
      <w:pPr>
        <w:spacing w:before="120" w:after="120"/>
        <w:jc w:val="center"/>
        <w:rPr>
          <w:rFonts w:cs="Times New Roman"/>
          <w:b/>
          <w:szCs w:val="24"/>
          <w:lang w:val="ro-RO"/>
        </w:rPr>
      </w:pPr>
    </w:p>
    <w:p w14:paraId="26488D01" w14:textId="77777777" w:rsidR="00EE7ED3" w:rsidRDefault="00EE7ED3" w:rsidP="00563B50">
      <w:pPr>
        <w:spacing w:before="120" w:after="120"/>
        <w:jc w:val="center"/>
        <w:rPr>
          <w:rFonts w:cs="Times New Roman"/>
          <w:b/>
          <w:szCs w:val="24"/>
          <w:lang w:val="ro-RO"/>
        </w:rPr>
      </w:pPr>
    </w:p>
    <w:p w14:paraId="485614C9" w14:textId="77777777" w:rsidR="00EE7ED3" w:rsidRDefault="00EE7ED3" w:rsidP="00563B50">
      <w:pPr>
        <w:spacing w:before="120" w:after="120"/>
        <w:jc w:val="center"/>
        <w:rPr>
          <w:rFonts w:cs="Times New Roman"/>
          <w:b/>
          <w:szCs w:val="24"/>
          <w:lang w:val="ro-RO"/>
        </w:rPr>
      </w:pPr>
    </w:p>
    <w:p w14:paraId="2968506B" w14:textId="77777777" w:rsidR="00EE7ED3" w:rsidRDefault="00EE7ED3" w:rsidP="00563B50">
      <w:pPr>
        <w:spacing w:before="120" w:after="120"/>
        <w:jc w:val="center"/>
        <w:rPr>
          <w:rFonts w:cs="Times New Roman"/>
          <w:b/>
          <w:szCs w:val="24"/>
          <w:lang w:val="ro-RO"/>
        </w:rPr>
      </w:pPr>
    </w:p>
    <w:p w14:paraId="21E1D3D8" w14:textId="77777777" w:rsidR="00EE7ED3" w:rsidRDefault="00EE7ED3" w:rsidP="00563B50">
      <w:pPr>
        <w:spacing w:before="120" w:after="120"/>
        <w:jc w:val="center"/>
        <w:rPr>
          <w:rFonts w:cs="Times New Roman"/>
          <w:b/>
          <w:szCs w:val="24"/>
          <w:lang w:val="ro-RO"/>
        </w:rPr>
      </w:pPr>
    </w:p>
    <w:p w14:paraId="6F88B712" w14:textId="77777777" w:rsidR="00EE7ED3" w:rsidRPr="00563B50" w:rsidRDefault="00000000" w:rsidP="00563B50">
      <w:pPr>
        <w:spacing w:before="120" w:after="120"/>
        <w:jc w:val="center"/>
        <w:rPr>
          <w:rFonts w:cs="Times New Roman"/>
          <w:b/>
          <w:szCs w:val="24"/>
          <w:lang w:eastAsia="ru-RU"/>
        </w:rPr>
      </w:pPr>
      <w:r w:rsidRPr="00563B50">
        <w:rPr>
          <w:rFonts w:cs="Times New Roman"/>
          <w:b/>
          <w:szCs w:val="24"/>
        </w:rPr>
        <w:lastRenderedPageBreak/>
        <w:t xml:space="preserve">LISTA ANGAJAȚILOR FAMILIARIZAȚI CU PREVEDERILE  </w:t>
      </w:r>
      <w:r>
        <w:rPr>
          <w:rFonts w:cs="Times New Roman"/>
          <w:b/>
          <w:szCs w:val="24"/>
          <w:lang w:val="ro-RO" w:eastAsia="ro-RO"/>
        </w:rPr>
        <w:t>REGULAMENTULUI GENERAL</w:t>
      </w:r>
      <w:r w:rsidRPr="00563B50">
        <w:rPr>
          <w:rFonts w:cs="Times New Roman"/>
          <w:b/>
          <w:szCs w:val="24"/>
          <w:lang w:eastAsia="ro-RO"/>
        </w:rPr>
        <w:t xml:space="preserve"> </w:t>
      </w:r>
      <w:r w:rsidRPr="00563B50">
        <w:rPr>
          <w:rFonts w:cs="Times New Roman"/>
          <w:b/>
          <w:szCs w:val="24"/>
          <w:lang w:eastAsia="ru-RU"/>
        </w:rPr>
        <w:t xml:space="preserve">PRIVIND PROTECȚIA DATELOR CU CARACTER PERSONAL ÎN CADRUL  PRIMĂRIEI </w:t>
      </w:r>
      <w:r w:rsidRPr="00563B50">
        <w:rPr>
          <w:rFonts w:cs="Times New Roman"/>
          <w:b/>
          <w:bCs/>
          <w:szCs w:val="24"/>
          <w:lang w:val="ro-RO"/>
        </w:rPr>
        <w:t>SATULUI MERENI</w:t>
      </w:r>
      <w:r w:rsidRPr="00563B50">
        <w:rPr>
          <w:rFonts w:cs="Times New Roman"/>
          <w:szCs w:val="24"/>
          <w:lang w:eastAsia="ro-RO"/>
        </w:rPr>
        <w:t>.</w:t>
      </w:r>
    </w:p>
    <w:p w14:paraId="6AE410D1" w14:textId="77777777" w:rsidR="00EE7ED3" w:rsidRPr="00563B50" w:rsidRDefault="00EE7ED3" w:rsidP="00EA4171">
      <w:pPr>
        <w:spacing w:before="120" w:after="120"/>
        <w:jc w:val="center"/>
        <w:rPr>
          <w:rFonts w:cs="Times New Roman"/>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82"/>
        <w:gridCol w:w="2666"/>
        <w:gridCol w:w="2340"/>
        <w:gridCol w:w="1980"/>
        <w:gridCol w:w="1677"/>
      </w:tblGrid>
      <w:tr w:rsidR="00EA4171" w:rsidRPr="00563B50" w14:paraId="6B9DD6BC" w14:textId="77777777" w:rsidTr="00002159">
        <w:tc>
          <w:tcPr>
            <w:tcW w:w="682" w:type="dxa"/>
          </w:tcPr>
          <w:p w14:paraId="4A6615B1" w14:textId="77777777" w:rsidR="00EE7ED3" w:rsidRPr="00563B50" w:rsidRDefault="00000000" w:rsidP="00002159">
            <w:pPr>
              <w:spacing w:after="0" w:line="240" w:lineRule="auto"/>
              <w:jc w:val="center"/>
              <w:rPr>
                <w:rFonts w:cs="Times New Roman"/>
                <w:b/>
                <w:szCs w:val="24"/>
              </w:rPr>
            </w:pPr>
            <w:r w:rsidRPr="00563B50">
              <w:rPr>
                <w:rFonts w:cs="Times New Roman"/>
                <w:b/>
                <w:szCs w:val="24"/>
              </w:rPr>
              <w:t>Nr.</w:t>
            </w:r>
          </w:p>
        </w:tc>
        <w:tc>
          <w:tcPr>
            <w:tcW w:w="2666" w:type="dxa"/>
          </w:tcPr>
          <w:p w14:paraId="495AF334" w14:textId="77777777" w:rsidR="00EE7ED3" w:rsidRPr="00563B50" w:rsidRDefault="00000000" w:rsidP="00002159">
            <w:pPr>
              <w:spacing w:after="0" w:line="240" w:lineRule="auto"/>
              <w:jc w:val="center"/>
              <w:rPr>
                <w:rFonts w:cs="Times New Roman"/>
                <w:b/>
                <w:szCs w:val="24"/>
              </w:rPr>
            </w:pPr>
            <w:proofErr w:type="spellStart"/>
            <w:r w:rsidRPr="00563B50">
              <w:rPr>
                <w:rFonts w:cs="Times New Roman"/>
                <w:b/>
                <w:szCs w:val="24"/>
              </w:rPr>
              <w:t>Numele</w:t>
            </w:r>
            <w:proofErr w:type="spellEnd"/>
            <w:r w:rsidRPr="00563B50">
              <w:rPr>
                <w:rFonts w:cs="Times New Roman"/>
                <w:b/>
                <w:szCs w:val="24"/>
              </w:rPr>
              <w:t xml:space="preserve">, </w:t>
            </w:r>
            <w:proofErr w:type="spellStart"/>
            <w:r w:rsidRPr="00563B50">
              <w:rPr>
                <w:rFonts w:cs="Times New Roman"/>
                <w:b/>
                <w:szCs w:val="24"/>
              </w:rPr>
              <w:t>prenumele</w:t>
            </w:r>
            <w:proofErr w:type="spellEnd"/>
          </w:p>
        </w:tc>
        <w:tc>
          <w:tcPr>
            <w:tcW w:w="2340" w:type="dxa"/>
          </w:tcPr>
          <w:p w14:paraId="4130EBCE" w14:textId="77777777" w:rsidR="00EE7ED3" w:rsidRPr="00563B50" w:rsidRDefault="00000000" w:rsidP="00002159">
            <w:pPr>
              <w:spacing w:after="0" w:line="240" w:lineRule="auto"/>
              <w:jc w:val="center"/>
              <w:rPr>
                <w:rFonts w:cs="Times New Roman"/>
                <w:b/>
                <w:szCs w:val="24"/>
              </w:rPr>
            </w:pPr>
            <w:proofErr w:type="spellStart"/>
            <w:r w:rsidRPr="00563B50">
              <w:rPr>
                <w:rFonts w:cs="Times New Roman"/>
                <w:b/>
                <w:szCs w:val="24"/>
              </w:rPr>
              <w:t>Funcția</w:t>
            </w:r>
            <w:proofErr w:type="spellEnd"/>
          </w:p>
        </w:tc>
        <w:tc>
          <w:tcPr>
            <w:tcW w:w="1980" w:type="dxa"/>
          </w:tcPr>
          <w:p w14:paraId="0CD3167B" w14:textId="77777777" w:rsidR="00EE7ED3" w:rsidRPr="00563B50" w:rsidRDefault="00000000" w:rsidP="00002159">
            <w:pPr>
              <w:spacing w:after="0" w:line="240" w:lineRule="auto"/>
              <w:jc w:val="center"/>
              <w:rPr>
                <w:rFonts w:cs="Times New Roman"/>
                <w:b/>
                <w:szCs w:val="24"/>
              </w:rPr>
            </w:pPr>
            <w:r w:rsidRPr="00563B50">
              <w:rPr>
                <w:rFonts w:cs="Times New Roman"/>
                <w:b/>
                <w:szCs w:val="24"/>
              </w:rPr>
              <w:t xml:space="preserve">Am </w:t>
            </w:r>
            <w:proofErr w:type="spellStart"/>
            <w:r w:rsidRPr="00563B50">
              <w:rPr>
                <w:rFonts w:cs="Times New Roman"/>
                <w:b/>
                <w:szCs w:val="24"/>
              </w:rPr>
              <w:t>luat</w:t>
            </w:r>
            <w:proofErr w:type="spellEnd"/>
            <w:r w:rsidRPr="00563B50">
              <w:rPr>
                <w:rFonts w:cs="Times New Roman"/>
                <w:b/>
                <w:szCs w:val="24"/>
              </w:rPr>
              <w:t xml:space="preserve"> </w:t>
            </w:r>
            <w:proofErr w:type="spellStart"/>
            <w:r w:rsidRPr="00563B50">
              <w:rPr>
                <w:rFonts w:cs="Times New Roman"/>
                <w:b/>
                <w:szCs w:val="24"/>
              </w:rPr>
              <w:t>cunoștință</w:t>
            </w:r>
            <w:proofErr w:type="spellEnd"/>
          </w:p>
          <w:p w14:paraId="19121B97" w14:textId="77777777" w:rsidR="00EE7ED3" w:rsidRPr="00563B50" w:rsidRDefault="00000000" w:rsidP="00002159">
            <w:pPr>
              <w:spacing w:after="0" w:line="240" w:lineRule="auto"/>
              <w:jc w:val="center"/>
              <w:rPr>
                <w:rFonts w:cs="Times New Roman"/>
                <w:b/>
                <w:szCs w:val="24"/>
              </w:rPr>
            </w:pPr>
            <w:r w:rsidRPr="00563B50">
              <w:rPr>
                <w:rFonts w:cs="Times New Roman"/>
                <w:b/>
                <w:szCs w:val="24"/>
              </w:rPr>
              <w:t>(</w:t>
            </w:r>
            <w:proofErr w:type="spellStart"/>
            <w:r w:rsidRPr="00563B50">
              <w:rPr>
                <w:rFonts w:cs="Times New Roman"/>
                <w:b/>
                <w:szCs w:val="24"/>
              </w:rPr>
              <w:t>semnătura</w:t>
            </w:r>
            <w:proofErr w:type="spellEnd"/>
            <w:r w:rsidRPr="00563B50">
              <w:rPr>
                <w:rFonts w:cs="Times New Roman"/>
                <w:b/>
                <w:szCs w:val="24"/>
              </w:rPr>
              <w:t>)</w:t>
            </w:r>
          </w:p>
        </w:tc>
        <w:tc>
          <w:tcPr>
            <w:tcW w:w="1677" w:type="dxa"/>
          </w:tcPr>
          <w:p w14:paraId="66B93E74" w14:textId="77777777" w:rsidR="00EE7ED3" w:rsidRPr="00563B50" w:rsidRDefault="00000000" w:rsidP="00002159">
            <w:pPr>
              <w:spacing w:after="0" w:line="240" w:lineRule="auto"/>
              <w:jc w:val="center"/>
              <w:rPr>
                <w:rFonts w:cs="Times New Roman"/>
                <w:b/>
                <w:szCs w:val="24"/>
              </w:rPr>
            </w:pPr>
            <w:r w:rsidRPr="00563B50">
              <w:rPr>
                <w:rFonts w:cs="Times New Roman"/>
                <w:b/>
                <w:szCs w:val="24"/>
              </w:rPr>
              <w:t>Data</w:t>
            </w:r>
          </w:p>
        </w:tc>
      </w:tr>
      <w:tr w:rsidR="00EA4171" w:rsidRPr="00563B50" w14:paraId="5B52ABE9" w14:textId="77777777" w:rsidTr="00002159">
        <w:tc>
          <w:tcPr>
            <w:tcW w:w="682" w:type="dxa"/>
          </w:tcPr>
          <w:p w14:paraId="2143C809" w14:textId="77777777" w:rsidR="00EE7ED3" w:rsidRPr="00563B50" w:rsidRDefault="00000000" w:rsidP="00002159">
            <w:pPr>
              <w:spacing w:after="0" w:line="240" w:lineRule="auto"/>
              <w:rPr>
                <w:rFonts w:cs="Times New Roman"/>
                <w:b/>
                <w:szCs w:val="24"/>
              </w:rPr>
            </w:pPr>
            <w:r w:rsidRPr="00563B50">
              <w:rPr>
                <w:rFonts w:cs="Times New Roman"/>
                <w:b/>
                <w:szCs w:val="24"/>
              </w:rPr>
              <w:t>1</w:t>
            </w:r>
          </w:p>
        </w:tc>
        <w:tc>
          <w:tcPr>
            <w:tcW w:w="2666" w:type="dxa"/>
          </w:tcPr>
          <w:p w14:paraId="405DBDBD" w14:textId="77777777" w:rsidR="00EE7ED3" w:rsidRPr="00563B50" w:rsidRDefault="00EE7ED3" w:rsidP="00002159">
            <w:pPr>
              <w:spacing w:after="0" w:line="240" w:lineRule="auto"/>
              <w:rPr>
                <w:rFonts w:cs="Times New Roman"/>
                <w:b/>
                <w:szCs w:val="24"/>
              </w:rPr>
            </w:pPr>
          </w:p>
        </w:tc>
        <w:tc>
          <w:tcPr>
            <w:tcW w:w="2340" w:type="dxa"/>
          </w:tcPr>
          <w:p w14:paraId="6744C58A" w14:textId="77777777" w:rsidR="00EE7ED3" w:rsidRPr="00563B50" w:rsidRDefault="00EE7ED3" w:rsidP="00002159">
            <w:pPr>
              <w:spacing w:after="0" w:line="240" w:lineRule="auto"/>
              <w:rPr>
                <w:rFonts w:cs="Times New Roman"/>
                <w:b/>
                <w:szCs w:val="24"/>
              </w:rPr>
            </w:pPr>
          </w:p>
        </w:tc>
        <w:tc>
          <w:tcPr>
            <w:tcW w:w="1980" w:type="dxa"/>
          </w:tcPr>
          <w:p w14:paraId="545B1CB8" w14:textId="77777777" w:rsidR="00EE7ED3" w:rsidRPr="00563B50" w:rsidRDefault="00EE7ED3" w:rsidP="00002159">
            <w:pPr>
              <w:spacing w:after="0" w:line="240" w:lineRule="auto"/>
              <w:rPr>
                <w:rFonts w:cs="Times New Roman"/>
                <w:b/>
                <w:szCs w:val="24"/>
              </w:rPr>
            </w:pPr>
          </w:p>
        </w:tc>
        <w:tc>
          <w:tcPr>
            <w:tcW w:w="1677" w:type="dxa"/>
          </w:tcPr>
          <w:p w14:paraId="466993AA" w14:textId="77777777" w:rsidR="00EE7ED3" w:rsidRPr="00563B50" w:rsidRDefault="00EE7ED3" w:rsidP="00002159">
            <w:pPr>
              <w:spacing w:after="0" w:line="240" w:lineRule="auto"/>
              <w:rPr>
                <w:rFonts w:cs="Times New Roman"/>
                <w:b/>
                <w:szCs w:val="24"/>
              </w:rPr>
            </w:pPr>
          </w:p>
        </w:tc>
      </w:tr>
      <w:tr w:rsidR="00EA4171" w:rsidRPr="00563B50" w14:paraId="701D72E9" w14:textId="77777777" w:rsidTr="00002159">
        <w:tc>
          <w:tcPr>
            <w:tcW w:w="682" w:type="dxa"/>
          </w:tcPr>
          <w:p w14:paraId="0D99EA9B" w14:textId="77777777" w:rsidR="00EE7ED3" w:rsidRPr="00563B50" w:rsidRDefault="00000000" w:rsidP="00002159">
            <w:pPr>
              <w:spacing w:after="0" w:line="240" w:lineRule="auto"/>
              <w:rPr>
                <w:rFonts w:cs="Times New Roman"/>
                <w:b/>
                <w:szCs w:val="24"/>
              </w:rPr>
            </w:pPr>
            <w:r w:rsidRPr="00563B50">
              <w:rPr>
                <w:rFonts w:cs="Times New Roman"/>
                <w:b/>
                <w:szCs w:val="24"/>
              </w:rPr>
              <w:t>2</w:t>
            </w:r>
          </w:p>
        </w:tc>
        <w:tc>
          <w:tcPr>
            <w:tcW w:w="2666" w:type="dxa"/>
          </w:tcPr>
          <w:p w14:paraId="64C9F16E" w14:textId="77777777" w:rsidR="00EE7ED3" w:rsidRPr="00563B50" w:rsidRDefault="00EE7ED3" w:rsidP="00002159">
            <w:pPr>
              <w:spacing w:after="0" w:line="240" w:lineRule="auto"/>
              <w:rPr>
                <w:rFonts w:cs="Times New Roman"/>
                <w:b/>
                <w:szCs w:val="24"/>
              </w:rPr>
            </w:pPr>
          </w:p>
        </w:tc>
        <w:tc>
          <w:tcPr>
            <w:tcW w:w="2340" w:type="dxa"/>
          </w:tcPr>
          <w:p w14:paraId="324000D9" w14:textId="77777777" w:rsidR="00EE7ED3" w:rsidRPr="00563B50" w:rsidRDefault="00EE7ED3" w:rsidP="00002159">
            <w:pPr>
              <w:spacing w:after="0" w:line="240" w:lineRule="auto"/>
              <w:rPr>
                <w:rFonts w:cs="Times New Roman"/>
                <w:b/>
                <w:szCs w:val="24"/>
              </w:rPr>
            </w:pPr>
          </w:p>
        </w:tc>
        <w:tc>
          <w:tcPr>
            <w:tcW w:w="1980" w:type="dxa"/>
          </w:tcPr>
          <w:p w14:paraId="5C6D5049" w14:textId="77777777" w:rsidR="00EE7ED3" w:rsidRPr="00563B50" w:rsidRDefault="00EE7ED3" w:rsidP="00002159">
            <w:pPr>
              <w:spacing w:after="0" w:line="240" w:lineRule="auto"/>
              <w:rPr>
                <w:rFonts w:cs="Times New Roman"/>
                <w:b/>
                <w:szCs w:val="24"/>
              </w:rPr>
            </w:pPr>
          </w:p>
        </w:tc>
        <w:tc>
          <w:tcPr>
            <w:tcW w:w="1677" w:type="dxa"/>
          </w:tcPr>
          <w:p w14:paraId="68ADD6FC" w14:textId="77777777" w:rsidR="00EE7ED3" w:rsidRPr="00563B50" w:rsidRDefault="00EE7ED3" w:rsidP="00002159">
            <w:pPr>
              <w:spacing w:after="0" w:line="240" w:lineRule="auto"/>
              <w:rPr>
                <w:rFonts w:cs="Times New Roman"/>
                <w:b/>
                <w:szCs w:val="24"/>
              </w:rPr>
            </w:pPr>
          </w:p>
        </w:tc>
      </w:tr>
      <w:tr w:rsidR="00EA4171" w:rsidRPr="00563B50" w14:paraId="4ED6F55C" w14:textId="77777777" w:rsidTr="00002159">
        <w:tc>
          <w:tcPr>
            <w:tcW w:w="682" w:type="dxa"/>
          </w:tcPr>
          <w:p w14:paraId="34CE4E08" w14:textId="77777777" w:rsidR="00EE7ED3" w:rsidRPr="00563B50" w:rsidRDefault="00000000" w:rsidP="00002159">
            <w:pPr>
              <w:spacing w:after="0" w:line="240" w:lineRule="auto"/>
              <w:rPr>
                <w:rFonts w:cs="Times New Roman"/>
                <w:b/>
                <w:szCs w:val="24"/>
              </w:rPr>
            </w:pPr>
            <w:r w:rsidRPr="00563B50">
              <w:rPr>
                <w:rFonts w:cs="Times New Roman"/>
                <w:b/>
                <w:szCs w:val="24"/>
              </w:rPr>
              <w:t>3</w:t>
            </w:r>
          </w:p>
        </w:tc>
        <w:tc>
          <w:tcPr>
            <w:tcW w:w="2666" w:type="dxa"/>
          </w:tcPr>
          <w:p w14:paraId="69944645" w14:textId="77777777" w:rsidR="00EE7ED3" w:rsidRPr="00563B50" w:rsidRDefault="00EE7ED3" w:rsidP="00002159">
            <w:pPr>
              <w:spacing w:after="0" w:line="240" w:lineRule="auto"/>
              <w:rPr>
                <w:rFonts w:cs="Times New Roman"/>
                <w:b/>
                <w:szCs w:val="24"/>
              </w:rPr>
            </w:pPr>
          </w:p>
        </w:tc>
        <w:tc>
          <w:tcPr>
            <w:tcW w:w="2340" w:type="dxa"/>
          </w:tcPr>
          <w:p w14:paraId="7858BC33" w14:textId="77777777" w:rsidR="00EE7ED3" w:rsidRPr="00563B50" w:rsidRDefault="00EE7ED3" w:rsidP="00002159">
            <w:pPr>
              <w:spacing w:after="0" w:line="240" w:lineRule="auto"/>
              <w:rPr>
                <w:rFonts w:cs="Times New Roman"/>
                <w:b/>
                <w:szCs w:val="24"/>
              </w:rPr>
            </w:pPr>
          </w:p>
        </w:tc>
        <w:tc>
          <w:tcPr>
            <w:tcW w:w="1980" w:type="dxa"/>
          </w:tcPr>
          <w:p w14:paraId="7F38E962" w14:textId="77777777" w:rsidR="00EE7ED3" w:rsidRPr="00563B50" w:rsidRDefault="00EE7ED3" w:rsidP="00002159">
            <w:pPr>
              <w:spacing w:after="0" w:line="240" w:lineRule="auto"/>
              <w:rPr>
                <w:rFonts w:cs="Times New Roman"/>
                <w:b/>
                <w:szCs w:val="24"/>
              </w:rPr>
            </w:pPr>
          </w:p>
        </w:tc>
        <w:tc>
          <w:tcPr>
            <w:tcW w:w="1677" w:type="dxa"/>
          </w:tcPr>
          <w:p w14:paraId="455E545B" w14:textId="77777777" w:rsidR="00EE7ED3" w:rsidRPr="00563B50" w:rsidRDefault="00EE7ED3" w:rsidP="00002159">
            <w:pPr>
              <w:spacing w:after="0" w:line="240" w:lineRule="auto"/>
              <w:rPr>
                <w:rFonts w:cs="Times New Roman"/>
                <w:b/>
                <w:szCs w:val="24"/>
              </w:rPr>
            </w:pPr>
          </w:p>
        </w:tc>
      </w:tr>
      <w:tr w:rsidR="00EA4171" w:rsidRPr="00563B50" w14:paraId="448F66EC" w14:textId="77777777" w:rsidTr="00002159">
        <w:tc>
          <w:tcPr>
            <w:tcW w:w="682" w:type="dxa"/>
          </w:tcPr>
          <w:p w14:paraId="278F9D25" w14:textId="77777777" w:rsidR="00EE7ED3" w:rsidRPr="00563B50" w:rsidRDefault="00000000" w:rsidP="00002159">
            <w:pPr>
              <w:spacing w:after="0" w:line="240" w:lineRule="auto"/>
              <w:rPr>
                <w:rFonts w:cs="Times New Roman"/>
                <w:b/>
                <w:szCs w:val="24"/>
              </w:rPr>
            </w:pPr>
            <w:r w:rsidRPr="00563B50">
              <w:rPr>
                <w:rFonts w:cs="Times New Roman"/>
                <w:b/>
                <w:szCs w:val="24"/>
              </w:rPr>
              <w:t>4</w:t>
            </w:r>
          </w:p>
        </w:tc>
        <w:tc>
          <w:tcPr>
            <w:tcW w:w="2666" w:type="dxa"/>
          </w:tcPr>
          <w:p w14:paraId="4B8C5C4C" w14:textId="77777777" w:rsidR="00EE7ED3" w:rsidRPr="00563B50" w:rsidRDefault="00EE7ED3" w:rsidP="00002159">
            <w:pPr>
              <w:spacing w:after="0" w:line="240" w:lineRule="auto"/>
              <w:rPr>
                <w:rFonts w:cs="Times New Roman"/>
                <w:b/>
                <w:szCs w:val="24"/>
              </w:rPr>
            </w:pPr>
          </w:p>
        </w:tc>
        <w:tc>
          <w:tcPr>
            <w:tcW w:w="2340" w:type="dxa"/>
          </w:tcPr>
          <w:p w14:paraId="62BDB0DD" w14:textId="77777777" w:rsidR="00EE7ED3" w:rsidRPr="00563B50" w:rsidRDefault="00EE7ED3" w:rsidP="00002159">
            <w:pPr>
              <w:spacing w:after="0" w:line="240" w:lineRule="auto"/>
              <w:rPr>
                <w:rFonts w:cs="Times New Roman"/>
                <w:b/>
                <w:szCs w:val="24"/>
              </w:rPr>
            </w:pPr>
          </w:p>
        </w:tc>
        <w:tc>
          <w:tcPr>
            <w:tcW w:w="1980" w:type="dxa"/>
          </w:tcPr>
          <w:p w14:paraId="223705A6" w14:textId="77777777" w:rsidR="00EE7ED3" w:rsidRPr="00563B50" w:rsidRDefault="00EE7ED3" w:rsidP="00002159">
            <w:pPr>
              <w:spacing w:after="0" w:line="240" w:lineRule="auto"/>
              <w:rPr>
                <w:rFonts w:cs="Times New Roman"/>
                <w:b/>
                <w:szCs w:val="24"/>
              </w:rPr>
            </w:pPr>
          </w:p>
        </w:tc>
        <w:tc>
          <w:tcPr>
            <w:tcW w:w="1677" w:type="dxa"/>
          </w:tcPr>
          <w:p w14:paraId="33E07258" w14:textId="77777777" w:rsidR="00EE7ED3" w:rsidRPr="00563B50" w:rsidRDefault="00EE7ED3" w:rsidP="00002159">
            <w:pPr>
              <w:spacing w:after="0" w:line="240" w:lineRule="auto"/>
              <w:rPr>
                <w:rFonts w:cs="Times New Roman"/>
                <w:b/>
                <w:szCs w:val="24"/>
              </w:rPr>
            </w:pPr>
          </w:p>
        </w:tc>
      </w:tr>
      <w:tr w:rsidR="00EA4171" w:rsidRPr="00563B50" w14:paraId="58876CE5" w14:textId="77777777" w:rsidTr="00002159">
        <w:tc>
          <w:tcPr>
            <w:tcW w:w="682" w:type="dxa"/>
          </w:tcPr>
          <w:p w14:paraId="4C6C341D" w14:textId="77777777" w:rsidR="00EE7ED3" w:rsidRPr="00563B50" w:rsidRDefault="00000000" w:rsidP="00002159">
            <w:pPr>
              <w:spacing w:after="0" w:line="240" w:lineRule="auto"/>
              <w:rPr>
                <w:rFonts w:cs="Times New Roman"/>
                <w:b/>
                <w:szCs w:val="24"/>
              </w:rPr>
            </w:pPr>
            <w:r w:rsidRPr="00563B50">
              <w:rPr>
                <w:rFonts w:cs="Times New Roman"/>
                <w:b/>
                <w:szCs w:val="24"/>
              </w:rPr>
              <w:t>5</w:t>
            </w:r>
          </w:p>
        </w:tc>
        <w:tc>
          <w:tcPr>
            <w:tcW w:w="2666" w:type="dxa"/>
          </w:tcPr>
          <w:p w14:paraId="6E182834" w14:textId="77777777" w:rsidR="00EE7ED3" w:rsidRPr="00563B50" w:rsidRDefault="00EE7ED3" w:rsidP="00002159">
            <w:pPr>
              <w:spacing w:after="0" w:line="240" w:lineRule="auto"/>
              <w:rPr>
                <w:rFonts w:cs="Times New Roman"/>
                <w:b/>
                <w:szCs w:val="24"/>
              </w:rPr>
            </w:pPr>
          </w:p>
        </w:tc>
        <w:tc>
          <w:tcPr>
            <w:tcW w:w="2340" w:type="dxa"/>
          </w:tcPr>
          <w:p w14:paraId="2FCB53C5" w14:textId="77777777" w:rsidR="00EE7ED3" w:rsidRPr="00563B50" w:rsidRDefault="00EE7ED3" w:rsidP="00002159">
            <w:pPr>
              <w:spacing w:after="0" w:line="240" w:lineRule="auto"/>
              <w:rPr>
                <w:rFonts w:cs="Times New Roman"/>
                <w:b/>
                <w:szCs w:val="24"/>
              </w:rPr>
            </w:pPr>
          </w:p>
        </w:tc>
        <w:tc>
          <w:tcPr>
            <w:tcW w:w="1980" w:type="dxa"/>
          </w:tcPr>
          <w:p w14:paraId="2659703B" w14:textId="77777777" w:rsidR="00EE7ED3" w:rsidRPr="00563B50" w:rsidRDefault="00EE7ED3" w:rsidP="00002159">
            <w:pPr>
              <w:spacing w:after="0" w:line="240" w:lineRule="auto"/>
              <w:rPr>
                <w:rFonts w:cs="Times New Roman"/>
                <w:b/>
                <w:szCs w:val="24"/>
              </w:rPr>
            </w:pPr>
          </w:p>
        </w:tc>
        <w:tc>
          <w:tcPr>
            <w:tcW w:w="1677" w:type="dxa"/>
          </w:tcPr>
          <w:p w14:paraId="50333BBC" w14:textId="77777777" w:rsidR="00EE7ED3" w:rsidRPr="00563B50" w:rsidRDefault="00EE7ED3" w:rsidP="00002159">
            <w:pPr>
              <w:spacing w:after="0" w:line="240" w:lineRule="auto"/>
              <w:rPr>
                <w:rFonts w:cs="Times New Roman"/>
                <w:b/>
                <w:szCs w:val="24"/>
              </w:rPr>
            </w:pPr>
          </w:p>
        </w:tc>
      </w:tr>
      <w:tr w:rsidR="00EA4171" w:rsidRPr="00563B50" w14:paraId="3C7E57AC" w14:textId="77777777" w:rsidTr="00002159">
        <w:tc>
          <w:tcPr>
            <w:tcW w:w="682" w:type="dxa"/>
          </w:tcPr>
          <w:p w14:paraId="5E695F9C" w14:textId="77777777" w:rsidR="00EE7ED3" w:rsidRPr="00563B50" w:rsidRDefault="00000000" w:rsidP="00002159">
            <w:pPr>
              <w:spacing w:after="0" w:line="240" w:lineRule="auto"/>
              <w:rPr>
                <w:rFonts w:cs="Times New Roman"/>
                <w:b/>
                <w:szCs w:val="24"/>
              </w:rPr>
            </w:pPr>
            <w:r w:rsidRPr="00563B50">
              <w:rPr>
                <w:rFonts w:cs="Times New Roman"/>
                <w:b/>
                <w:szCs w:val="24"/>
              </w:rPr>
              <w:t>6</w:t>
            </w:r>
          </w:p>
        </w:tc>
        <w:tc>
          <w:tcPr>
            <w:tcW w:w="2666" w:type="dxa"/>
          </w:tcPr>
          <w:p w14:paraId="0B85DC63" w14:textId="77777777" w:rsidR="00EE7ED3" w:rsidRPr="00563B50" w:rsidRDefault="00EE7ED3" w:rsidP="00002159">
            <w:pPr>
              <w:spacing w:after="0" w:line="240" w:lineRule="auto"/>
              <w:rPr>
                <w:rFonts w:cs="Times New Roman"/>
                <w:b/>
                <w:szCs w:val="24"/>
              </w:rPr>
            </w:pPr>
          </w:p>
        </w:tc>
        <w:tc>
          <w:tcPr>
            <w:tcW w:w="2340" w:type="dxa"/>
          </w:tcPr>
          <w:p w14:paraId="296466FB" w14:textId="77777777" w:rsidR="00EE7ED3" w:rsidRPr="00563B50" w:rsidRDefault="00EE7ED3" w:rsidP="00002159">
            <w:pPr>
              <w:spacing w:after="0" w:line="240" w:lineRule="auto"/>
              <w:rPr>
                <w:rFonts w:cs="Times New Roman"/>
                <w:b/>
                <w:szCs w:val="24"/>
              </w:rPr>
            </w:pPr>
          </w:p>
        </w:tc>
        <w:tc>
          <w:tcPr>
            <w:tcW w:w="1980" w:type="dxa"/>
          </w:tcPr>
          <w:p w14:paraId="0BCF7AB0" w14:textId="77777777" w:rsidR="00EE7ED3" w:rsidRPr="00563B50" w:rsidRDefault="00EE7ED3" w:rsidP="00002159">
            <w:pPr>
              <w:spacing w:after="0" w:line="240" w:lineRule="auto"/>
              <w:rPr>
                <w:rFonts w:cs="Times New Roman"/>
                <w:b/>
                <w:szCs w:val="24"/>
              </w:rPr>
            </w:pPr>
          </w:p>
        </w:tc>
        <w:tc>
          <w:tcPr>
            <w:tcW w:w="1677" w:type="dxa"/>
          </w:tcPr>
          <w:p w14:paraId="31A25AB3" w14:textId="77777777" w:rsidR="00EE7ED3" w:rsidRPr="00563B50" w:rsidRDefault="00EE7ED3" w:rsidP="00002159">
            <w:pPr>
              <w:spacing w:after="0" w:line="240" w:lineRule="auto"/>
              <w:rPr>
                <w:rFonts w:cs="Times New Roman"/>
                <w:b/>
                <w:szCs w:val="24"/>
              </w:rPr>
            </w:pPr>
          </w:p>
        </w:tc>
      </w:tr>
      <w:tr w:rsidR="00EA4171" w:rsidRPr="00563B50" w14:paraId="4ACC9D3F" w14:textId="77777777" w:rsidTr="00002159">
        <w:tc>
          <w:tcPr>
            <w:tcW w:w="682" w:type="dxa"/>
          </w:tcPr>
          <w:p w14:paraId="55F648BC" w14:textId="77777777" w:rsidR="00EE7ED3" w:rsidRPr="00563B50" w:rsidRDefault="00000000" w:rsidP="00002159">
            <w:pPr>
              <w:spacing w:after="0" w:line="240" w:lineRule="auto"/>
              <w:rPr>
                <w:rFonts w:cs="Times New Roman"/>
                <w:b/>
                <w:szCs w:val="24"/>
              </w:rPr>
            </w:pPr>
            <w:r w:rsidRPr="00563B50">
              <w:rPr>
                <w:rFonts w:cs="Times New Roman"/>
                <w:b/>
                <w:szCs w:val="24"/>
              </w:rPr>
              <w:t>7</w:t>
            </w:r>
          </w:p>
        </w:tc>
        <w:tc>
          <w:tcPr>
            <w:tcW w:w="2666" w:type="dxa"/>
          </w:tcPr>
          <w:p w14:paraId="645139AC" w14:textId="77777777" w:rsidR="00EE7ED3" w:rsidRPr="00563B50" w:rsidRDefault="00EE7ED3" w:rsidP="00002159">
            <w:pPr>
              <w:spacing w:after="0" w:line="240" w:lineRule="auto"/>
              <w:rPr>
                <w:rFonts w:cs="Times New Roman"/>
                <w:b/>
                <w:szCs w:val="24"/>
              </w:rPr>
            </w:pPr>
          </w:p>
        </w:tc>
        <w:tc>
          <w:tcPr>
            <w:tcW w:w="2340" w:type="dxa"/>
          </w:tcPr>
          <w:p w14:paraId="1B1E7279" w14:textId="77777777" w:rsidR="00EE7ED3" w:rsidRPr="00563B50" w:rsidRDefault="00EE7ED3" w:rsidP="00002159">
            <w:pPr>
              <w:spacing w:after="0" w:line="240" w:lineRule="auto"/>
              <w:rPr>
                <w:rFonts w:cs="Times New Roman"/>
                <w:b/>
                <w:szCs w:val="24"/>
              </w:rPr>
            </w:pPr>
          </w:p>
        </w:tc>
        <w:tc>
          <w:tcPr>
            <w:tcW w:w="1980" w:type="dxa"/>
          </w:tcPr>
          <w:p w14:paraId="7A1A5083" w14:textId="77777777" w:rsidR="00EE7ED3" w:rsidRPr="00563B50" w:rsidRDefault="00EE7ED3" w:rsidP="00002159">
            <w:pPr>
              <w:spacing w:after="0" w:line="240" w:lineRule="auto"/>
              <w:rPr>
                <w:rFonts w:cs="Times New Roman"/>
                <w:b/>
                <w:szCs w:val="24"/>
              </w:rPr>
            </w:pPr>
          </w:p>
        </w:tc>
        <w:tc>
          <w:tcPr>
            <w:tcW w:w="1677" w:type="dxa"/>
          </w:tcPr>
          <w:p w14:paraId="5E8FB982" w14:textId="77777777" w:rsidR="00EE7ED3" w:rsidRPr="00563B50" w:rsidRDefault="00EE7ED3" w:rsidP="00002159">
            <w:pPr>
              <w:spacing w:after="0" w:line="240" w:lineRule="auto"/>
              <w:rPr>
                <w:rFonts w:cs="Times New Roman"/>
                <w:b/>
                <w:szCs w:val="24"/>
              </w:rPr>
            </w:pPr>
          </w:p>
        </w:tc>
      </w:tr>
      <w:tr w:rsidR="00EA4171" w:rsidRPr="00563B50" w14:paraId="05925B53" w14:textId="77777777" w:rsidTr="00002159">
        <w:tc>
          <w:tcPr>
            <w:tcW w:w="682" w:type="dxa"/>
          </w:tcPr>
          <w:p w14:paraId="26B95EBE" w14:textId="77777777" w:rsidR="00EE7ED3" w:rsidRPr="00563B50" w:rsidRDefault="00000000" w:rsidP="00002159">
            <w:pPr>
              <w:spacing w:after="0" w:line="240" w:lineRule="auto"/>
              <w:rPr>
                <w:rFonts w:cs="Times New Roman"/>
                <w:b/>
                <w:szCs w:val="24"/>
              </w:rPr>
            </w:pPr>
            <w:r w:rsidRPr="00563B50">
              <w:rPr>
                <w:rFonts w:cs="Times New Roman"/>
                <w:b/>
                <w:szCs w:val="24"/>
              </w:rPr>
              <w:t>8</w:t>
            </w:r>
          </w:p>
        </w:tc>
        <w:tc>
          <w:tcPr>
            <w:tcW w:w="2666" w:type="dxa"/>
          </w:tcPr>
          <w:p w14:paraId="3074653C" w14:textId="77777777" w:rsidR="00EE7ED3" w:rsidRPr="00563B50" w:rsidRDefault="00EE7ED3" w:rsidP="00002159">
            <w:pPr>
              <w:spacing w:after="0" w:line="240" w:lineRule="auto"/>
              <w:rPr>
                <w:rFonts w:cs="Times New Roman"/>
                <w:b/>
                <w:szCs w:val="24"/>
              </w:rPr>
            </w:pPr>
          </w:p>
        </w:tc>
        <w:tc>
          <w:tcPr>
            <w:tcW w:w="2340" w:type="dxa"/>
          </w:tcPr>
          <w:p w14:paraId="7C5C69D6" w14:textId="77777777" w:rsidR="00EE7ED3" w:rsidRPr="00563B50" w:rsidRDefault="00EE7ED3" w:rsidP="00002159">
            <w:pPr>
              <w:spacing w:after="0" w:line="240" w:lineRule="auto"/>
              <w:rPr>
                <w:rFonts w:cs="Times New Roman"/>
                <w:b/>
                <w:szCs w:val="24"/>
              </w:rPr>
            </w:pPr>
          </w:p>
        </w:tc>
        <w:tc>
          <w:tcPr>
            <w:tcW w:w="1980" w:type="dxa"/>
          </w:tcPr>
          <w:p w14:paraId="00553C0B" w14:textId="77777777" w:rsidR="00EE7ED3" w:rsidRPr="00563B50" w:rsidRDefault="00EE7ED3" w:rsidP="00002159">
            <w:pPr>
              <w:spacing w:after="0" w:line="240" w:lineRule="auto"/>
              <w:rPr>
                <w:rFonts w:cs="Times New Roman"/>
                <w:b/>
                <w:szCs w:val="24"/>
              </w:rPr>
            </w:pPr>
          </w:p>
        </w:tc>
        <w:tc>
          <w:tcPr>
            <w:tcW w:w="1677" w:type="dxa"/>
          </w:tcPr>
          <w:p w14:paraId="60ED2ADD" w14:textId="77777777" w:rsidR="00EE7ED3" w:rsidRPr="00563B50" w:rsidRDefault="00EE7ED3" w:rsidP="00002159">
            <w:pPr>
              <w:spacing w:after="0" w:line="240" w:lineRule="auto"/>
              <w:rPr>
                <w:rFonts w:cs="Times New Roman"/>
                <w:b/>
                <w:szCs w:val="24"/>
              </w:rPr>
            </w:pPr>
          </w:p>
        </w:tc>
      </w:tr>
      <w:tr w:rsidR="00EA4171" w:rsidRPr="00563B50" w14:paraId="70D5E8B9" w14:textId="77777777" w:rsidTr="00002159">
        <w:tc>
          <w:tcPr>
            <w:tcW w:w="682" w:type="dxa"/>
          </w:tcPr>
          <w:p w14:paraId="5AC62464" w14:textId="77777777" w:rsidR="00EE7ED3" w:rsidRPr="00563B50" w:rsidRDefault="00000000" w:rsidP="00002159">
            <w:pPr>
              <w:spacing w:after="0" w:line="240" w:lineRule="auto"/>
              <w:rPr>
                <w:rFonts w:cs="Times New Roman"/>
                <w:b/>
                <w:szCs w:val="24"/>
              </w:rPr>
            </w:pPr>
            <w:r w:rsidRPr="00563B50">
              <w:rPr>
                <w:rFonts w:cs="Times New Roman"/>
                <w:b/>
                <w:szCs w:val="24"/>
              </w:rPr>
              <w:t>9</w:t>
            </w:r>
          </w:p>
        </w:tc>
        <w:tc>
          <w:tcPr>
            <w:tcW w:w="2666" w:type="dxa"/>
          </w:tcPr>
          <w:p w14:paraId="7E6EF4BB" w14:textId="77777777" w:rsidR="00EE7ED3" w:rsidRPr="00563B50" w:rsidRDefault="00EE7ED3" w:rsidP="00002159">
            <w:pPr>
              <w:spacing w:after="0" w:line="240" w:lineRule="auto"/>
              <w:rPr>
                <w:rFonts w:cs="Times New Roman"/>
                <w:b/>
                <w:szCs w:val="24"/>
              </w:rPr>
            </w:pPr>
          </w:p>
        </w:tc>
        <w:tc>
          <w:tcPr>
            <w:tcW w:w="2340" w:type="dxa"/>
          </w:tcPr>
          <w:p w14:paraId="01AF9310" w14:textId="77777777" w:rsidR="00EE7ED3" w:rsidRPr="00563B50" w:rsidRDefault="00EE7ED3" w:rsidP="00002159">
            <w:pPr>
              <w:spacing w:after="0" w:line="240" w:lineRule="auto"/>
              <w:rPr>
                <w:rFonts w:cs="Times New Roman"/>
                <w:b/>
                <w:szCs w:val="24"/>
              </w:rPr>
            </w:pPr>
          </w:p>
        </w:tc>
        <w:tc>
          <w:tcPr>
            <w:tcW w:w="1980" w:type="dxa"/>
          </w:tcPr>
          <w:p w14:paraId="47A97A4B" w14:textId="77777777" w:rsidR="00EE7ED3" w:rsidRPr="00563B50" w:rsidRDefault="00EE7ED3" w:rsidP="00002159">
            <w:pPr>
              <w:spacing w:after="0" w:line="240" w:lineRule="auto"/>
              <w:rPr>
                <w:rFonts w:cs="Times New Roman"/>
                <w:b/>
                <w:szCs w:val="24"/>
              </w:rPr>
            </w:pPr>
          </w:p>
        </w:tc>
        <w:tc>
          <w:tcPr>
            <w:tcW w:w="1677" w:type="dxa"/>
          </w:tcPr>
          <w:p w14:paraId="4BC572E7" w14:textId="77777777" w:rsidR="00EE7ED3" w:rsidRPr="00563B50" w:rsidRDefault="00EE7ED3" w:rsidP="00002159">
            <w:pPr>
              <w:spacing w:after="0" w:line="240" w:lineRule="auto"/>
              <w:rPr>
                <w:rFonts w:cs="Times New Roman"/>
                <w:b/>
                <w:szCs w:val="24"/>
              </w:rPr>
            </w:pPr>
          </w:p>
        </w:tc>
      </w:tr>
      <w:tr w:rsidR="00EA4171" w:rsidRPr="00563B50" w14:paraId="17186850" w14:textId="77777777" w:rsidTr="00002159">
        <w:tc>
          <w:tcPr>
            <w:tcW w:w="682" w:type="dxa"/>
          </w:tcPr>
          <w:p w14:paraId="594DF51F" w14:textId="77777777" w:rsidR="00EE7ED3" w:rsidRPr="00563B50" w:rsidRDefault="00000000" w:rsidP="00002159">
            <w:pPr>
              <w:spacing w:after="0" w:line="240" w:lineRule="auto"/>
              <w:rPr>
                <w:rFonts w:cs="Times New Roman"/>
                <w:b/>
                <w:szCs w:val="24"/>
              </w:rPr>
            </w:pPr>
            <w:r w:rsidRPr="00563B50">
              <w:rPr>
                <w:rFonts w:cs="Times New Roman"/>
                <w:b/>
                <w:szCs w:val="24"/>
              </w:rPr>
              <w:t>10</w:t>
            </w:r>
          </w:p>
        </w:tc>
        <w:tc>
          <w:tcPr>
            <w:tcW w:w="2666" w:type="dxa"/>
          </w:tcPr>
          <w:p w14:paraId="1EC1801A" w14:textId="77777777" w:rsidR="00EE7ED3" w:rsidRPr="00563B50" w:rsidRDefault="00EE7ED3" w:rsidP="00002159">
            <w:pPr>
              <w:spacing w:after="0" w:line="240" w:lineRule="auto"/>
              <w:rPr>
                <w:rFonts w:cs="Times New Roman"/>
                <w:b/>
                <w:szCs w:val="24"/>
              </w:rPr>
            </w:pPr>
          </w:p>
        </w:tc>
        <w:tc>
          <w:tcPr>
            <w:tcW w:w="2340" w:type="dxa"/>
          </w:tcPr>
          <w:p w14:paraId="005C371F" w14:textId="77777777" w:rsidR="00EE7ED3" w:rsidRPr="00563B50" w:rsidRDefault="00EE7ED3" w:rsidP="00002159">
            <w:pPr>
              <w:spacing w:after="0" w:line="240" w:lineRule="auto"/>
              <w:rPr>
                <w:rFonts w:cs="Times New Roman"/>
                <w:b/>
                <w:szCs w:val="24"/>
              </w:rPr>
            </w:pPr>
          </w:p>
        </w:tc>
        <w:tc>
          <w:tcPr>
            <w:tcW w:w="1980" w:type="dxa"/>
          </w:tcPr>
          <w:p w14:paraId="6CBB5349" w14:textId="77777777" w:rsidR="00EE7ED3" w:rsidRPr="00563B50" w:rsidRDefault="00EE7ED3" w:rsidP="00002159">
            <w:pPr>
              <w:spacing w:after="0" w:line="240" w:lineRule="auto"/>
              <w:rPr>
                <w:rFonts w:cs="Times New Roman"/>
                <w:b/>
                <w:szCs w:val="24"/>
              </w:rPr>
            </w:pPr>
          </w:p>
        </w:tc>
        <w:tc>
          <w:tcPr>
            <w:tcW w:w="1677" w:type="dxa"/>
          </w:tcPr>
          <w:p w14:paraId="69770C1B" w14:textId="77777777" w:rsidR="00EE7ED3" w:rsidRPr="00563B50" w:rsidRDefault="00EE7ED3" w:rsidP="00002159">
            <w:pPr>
              <w:spacing w:after="0" w:line="240" w:lineRule="auto"/>
              <w:rPr>
                <w:rFonts w:cs="Times New Roman"/>
                <w:b/>
                <w:szCs w:val="24"/>
              </w:rPr>
            </w:pPr>
          </w:p>
        </w:tc>
      </w:tr>
      <w:tr w:rsidR="00EA4171" w:rsidRPr="00563B50" w14:paraId="1B99A129" w14:textId="77777777" w:rsidTr="00002159">
        <w:tc>
          <w:tcPr>
            <w:tcW w:w="682" w:type="dxa"/>
          </w:tcPr>
          <w:p w14:paraId="1E668C3F" w14:textId="77777777" w:rsidR="00EE7ED3" w:rsidRPr="00563B50" w:rsidRDefault="00000000" w:rsidP="00002159">
            <w:pPr>
              <w:spacing w:after="0" w:line="240" w:lineRule="auto"/>
              <w:rPr>
                <w:rFonts w:cs="Times New Roman"/>
                <w:b/>
                <w:szCs w:val="24"/>
              </w:rPr>
            </w:pPr>
            <w:r w:rsidRPr="00563B50">
              <w:rPr>
                <w:rFonts w:cs="Times New Roman"/>
                <w:b/>
                <w:szCs w:val="24"/>
              </w:rPr>
              <w:t>11</w:t>
            </w:r>
          </w:p>
        </w:tc>
        <w:tc>
          <w:tcPr>
            <w:tcW w:w="2666" w:type="dxa"/>
          </w:tcPr>
          <w:p w14:paraId="5F1F15CA" w14:textId="77777777" w:rsidR="00EE7ED3" w:rsidRPr="00563B50" w:rsidRDefault="00EE7ED3" w:rsidP="00002159">
            <w:pPr>
              <w:spacing w:after="0" w:line="240" w:lineRule="auto"/>
              <w:rPr>
                <w:rFonts w:cs="Times New Roman"/>
                <w:b/>
                <w:szCs w:val="24"/>
              </w:rPr>
            </w:pPr>
          </w:p>
        </w:tc>
        <w:tc>
          <w:tcPr>
            <w:tcW w:w="2340" w:type="dxa"/>
          </w:tcPr>
          <w:p w14:paraId="4693DC78" w14:textId="77777777" w:rsidR="00EE7ED3" w:rsidRPr="00563B50" w:rsidRDefault="00EE7ED3" w:rsidP="00002159">
            <w:pPr>
              <w:spacing w:after="0" w:line="240" w:lineRule="auto"/>
              <w:rPr>
                <w:rFonts w:cs="Times New Roman"/>
                <w:b/>
                <w:szCs w:val="24"/>
              </w:rPr>
            </w:pPr>
          </w:p>
        </w:tc>
        <w:tc>
          <w:tcPr>
            <w:tcW w:w="1980" w:type="dxa"/>
          </w:tcPr>
          <w:p w14:paraId="317DCBA0" w14:textId="77777777" w:rsidR="00EE7ED3" w:rsidRPr="00563B50" w:rsidRDefault="00EE7ED3" w:rsidP="00002159">
            <w:pPr>
              <w:spacing w:after="0" w:line="240" w:lineRule="auto"/>
              <w:rPr>
                <w:rFonts w:cs="Times New Roman"/>
                <w:b/>
                <w:szCs w:val="24"/>
              </w:rPr>
            </w:pPr>
          </w:p>
        </w:tc>
        <w:tc>
          <w:tcPr>
            <w:tcW w:w="1677" w:type="dxa"/>
          </w:tcPr>
          <w:p w14:paraId="41F97F68" w14:textId="77777777" w:rsidR="00EE7ED3" w:rsidRPr="00563B50" w:rsidRDefault="00EE7ED3" w:rsidP="00002159">
            <w:pPr>
              <w:spacing w:after="0" w:line="240" w:lineRule="auto"/>
              <w:rPr>
                <w:rFonts w:cs="Times New Roman"/>
                <w:b/>
                <w:szCs w:val="24"/>
              </w:rPr>
            </w:pPr>
          </w:p>
        </w:tc>
      </w:tr>
      <w:tr w:rsidR="00EA4171" w:rsidRPr="00563B50" w14:paraId="3CDAE1D5" w14:textId="77777777" w:rsidTr="00002159">
        <w:tc>
          <w:tcPr>
            <w:tcW w:w="682" w:type="dxa"/>
          </w:tcPr>
          <w:p w14:paraId="6FC85657" w14:textId="77777777" w:rsidR="00EE7ED3" w:rsidRPr="00563B50" w:rsidRDefault="00000000" w:rsidP="00002159">
            <w:pPr>
              <w:spacing w:after="0" w:line="240" w:lineRule="auto"/>
              <w:rPr>
                <w:rFonts w:cs="Times New Roman"/>
                <w:b/>
                <w:szCs w:val="24"/>
              </w:rPr>
            </w:pPr>
            <w:r w:rsidRPr="00563B50">
              <w:rPr>
                <w:rFonts w:cs="Times New Roman"/>
                <w:b/>
                <w:szCs w:val="24"/>
              </w:rPr>
              <w:t>12</w:t>
            </w:r>
          </w:p>
        </w:tc>
        <w:tc>
          <w:tcPr>
            <w:tcW w:w="2666" w:type="dxa"/>
          </w:tcPr>
          <w:p w14:paraId="73A54D80" w14:textId="77777777" w:rsidR="00EE7ED3" w:rsidRPr="00563B50" w:rsidRDefault="00EE7ED3" w:rsidP="00002159">
            <w:pPr>
              <w:spacing w:after="0" w:line="240" w:lineRule="auto"/>
              <w:rPr>
                <w:rFonts w:cs="Times New Roman"/>
                <w:b/>
                <w:szCs w:val="24"/>
              </w:rPr>
            </w:pPr>
          </w:p>
        </w:tc>
        <w:tc>
          <w:tcPr>
            <w:tcW w:w="2340" w:type="dxa"/>
          </w:tcPr>
          <w:p w14:paraId="279B181E" w14:textId="77777777" w:rsidR="00EE7ED3" w:rsidRPr="00563B50" w:rsidRDefault="00EE7ED3" w:rsidP="00002159">
            <w:pPr>
              <w:spacing w:after="0" w:line="240" w:lineRule="auto"/>
              <w:rPr>
                <w:rFonts w:cs="Times New Roman"/>
                <w:b/>
                <w:szCs w:val="24"/>
              </w:rPr>
            </w:pPr>
          </w:p>
        </w:tc>
        <w:tc>
          <w:tcPr>
            <w:tcW w:w="1980" w:type="dxa"/>
          </w:tcPr>
          <w:p w14:paraId="03F9110B" w14:textId="77777777" w:rsidR="00EE7ED3" w:rsidRPr="00563B50" w:rsidRDefault="00EE7ED3" w:rsidP="00002159">
            <w:pPr>
              <w:spacing w:after="0" w:line="240" w:lineRule="auto"/>
              <w:rPr>
                <w:rFonts w:cs="Times New Roman"/>
                <w:b/>
                <w:szCs w:val="24"/>
              </w:rPr>
            </w:pPr>
          </w:p>
        </w:tc>
        <w:tc>
          <w:tcPr>
            <w:tcW w:w="1677" w:type="dxa"/>
          </w:tcPr>
          <w:p w14:paraId="050F73D2" w14:textId="77777777" w:rsidR="00EE7ED3" w:rsidRPr="00563B50" w:rsidRDefault="00EE7ED3" w:rsidP="00002159">
            <w:pPr>
              <w:spacing w:after="0" w:line="240" w:lineRule="auto"/>
              <w:rPr>
                <w:rFonts w:cs="Times New Roman"/>
                <w:b/>
                <w:szCs w:val="24"/>
              </w:rPr>
            </w:pPr>
          </w:p>
        </w:tc>
      </w:tr>
      <w:tr w:rsidR="00EA4171" w:rsidRPr="00563B50" w14:paraId="29F93A5A" w14:textId="77777777" w:rsidTr="00002159">
        <w:tc>
          <w:tcPr>
            <w:tcW w:w="682" w:type="dxa"/>
          </w:tcPr>
          <w:p w14:paraId="3416781B" w14:textId="77777777" w:rsidR="00EE7ED3" w:rsidRPr="00563B50" w:rsidRDefault="00000000" w:rsidP="00002159">
            <w:pPr>
              <w:spacing w:after="0" w:line="240" w:lineRule="auto"/>
              <w:rPr>
                <w:rFonts w:cs="Times New Roman"/>
                <w:b/>
                <w:szCs w:val="24"/>
              </w:rPr>
            </w:pPr>
            <w:r w:rsidRPr="00563B50">
              <w:rPr>
                <w:rFonts w:cs="Times New Roman"/>
                <w:b/>
                <w:szCs w:val="24"/>
              </w:rPr>
              <w:t>13</w:t>
            </w:r>
          </w:p>
        </w:tc>
        <w:tc>
          <w:tcPr>
            <w:tcW w:w="2666" w:type="dxa"/>
          </w:tcPr>
          <w:p w14:paraId="5D0A6179" w14:textId="77777777" w:rsidR="00EE7ED3" w:rsidRPr="00563B50" w:rsidRDefault="00EE7ED3" w:rsidP="00002159">
            <w:pPr>
              <w:spacing w:after="0" w:line="240" w:lineRule="auto"/>
              <w:rPr>
                <w:rFonts w:cs="Times New Roman"/>
                <w:b/>
                <w:szCs w:val="24"/>
              </w:rPr>
            </w:pPr>
          </w:p>
        </w:tc>
        <w:tc>
          <w:tcPr>
            <w:tcW w:w="2340" w:type="dxa"/>
          </w:tcPr>
          <w:p w14:paraId="724A4B9A" w14:textId="77777777" w:rsidR="00EE7ED3" w:rsidRPr="00563B50" w:rsidRDefault="00EE7ED3" w:rsidP="00002159">
            <w:pPr>
              <w:spacing w:after="0" w:line="240" w:lineRule="auto"/>
              <w:rPr>
                <w:rFonts w:cs="Times New Roman"/>
                <w:b/>
                <w:szCs w:val="24"/>
              </w:rPr>
            </w:pPr>
          </w:p>
        </w:tc>
        <w:tc>
          <w:tcPr>
            <w:tcW w:w="1980" w:type="dxa"/>
          </w:tcPr>
          <w:p w14:paraId="27433B52" w14:textId="77777777" w:rsidR="00EE7ED3" w:rsidRPr="00563B50" w:rsidRDefault="00EE7ED3" w:rsidP="00002159">
            <w:pPr>
              <w:spacing w:after="0" w:line="240" w:lineRule="auto"/>
              <w:rPr>
                <w:rFonts w:cs="Times New Roman"/>
                <w:b/>
                <w:szCs w:val="24"/>
              </w:rPr>
            </w:pPr>
          </w:p>
        </w:tc>
        <w:tc>
          <w:tcPr>
            <w:tcW w:w="1677" w:type="dxa"/>
          </w:tcPr>
          <w:p w14:paraId="594793AD" w14:textId="77777777" w:rsidR="00EE7ED3" w:rsidRPr="00563B50" w:rsidRDefault="00EE7ED3" w:rsidP="00002159">
            <w:pPr>
              <w:spacing w:after="0" w:line="240" w:lineRule="auto"/>
              <w:rPr>
                <w:rFonts w:cs="Times New Roman"/>
                <w:b/>
                <w:szCs w:val="24"/>
              </w:rPr>
            </w:pPr>
          </w:p>
        </w:tc>
      </w:tr>
      <w:tr w:rsidR="00EA4171" w:rsidRPr="00563B50" w14:paraId="776A5889" w14:textId="77777777" w:rsidTr="00002159">
        <w:tc>
          <w:tcPr>
            <w:tcW w:w="682" w:type="dxa"/>
          </w:tcPr>
          <w:p w14:paraId="594054C1" w14:textId="77777777" w:rsidR="00EE7ED3" w:rsidRPr="00563B50" w:rsidRDefault="00000000" w:rsidP="00002159">
            <w:pPr>
              <w:spacing w:after="0" w:line="240" w:lineRule="auto"/>
              <w:rPr>
                <w:rFonts w:cs="Times New Roman"/>
                <w:b/>
                <w:szCs w:val="24"/>
              </w:rPr>
            </w:pPr>
            <w:r w:rsidRPr="00563B50">
              <w:rPr>
                <w:rFonts w:cs="Times New Roman"/>
                <w:b/>
                <w:szCs w:val="24"/>
              </w:rPr>
              <w:t>14</w:t>
            </w:r>
          </w:p>
        </w:tc>
        <w:tc>
          <w:tcPr>
            <w:tcW w:w="2666" w:type="dxa"/>
          </w:tcPr>
          <w:p w14:paraId="14004396" w14:textId="77777777" w:rsidR="00EE7ED3" w:rsidRPr="00563B50" w:rsidRDefault="00EE7ED3" w:rsidP="00002159">
            <w:pPr>
              <w:spacing w:after="0" w:line="240" w:lineRule="auto"/>
              <w:rPr>
                <w:rFonts w:cs="Times New Roman"/>
                <w:b/>
                <w:szCs w:val="24"/>
              </w:rPr>
            </w:pPr>
          </w:p>
        </w:tc>
        <w:tc>
          <w:tcPr>
            <w:tcW w:w="2340" w:type="dxa"/>
          </w:tcPr>
          <w:p w14:paraId="692D924E" w14:textId="77777777" w:rsidR="00EE7ED3" w:rsidRPr="00563B50" w:rsidRDefault="00EE7ED3" w:rsidP="00002159">
            <w:pPr>
              <w:spacing w:after="0" w:line="240" w:lineRule="auto"/>
              <w:rPr>
                <w:rFonts w:cs="Times New Roman"/>
                <w:b/>
                <w:szCs w:val="24"/>
              </w:rPr>
            </w:pPr>
          </w:p>
        </w:tc>
        <w:tc>
          <w:tcPr>
            <w:tcW w:w="1980" w:type="dxa"/>
          </w:tcPr>
          <w:p w14:paraId="145298C0" w14:textId="77777777" w:rsidR="00EE7ED3" w:rsidRPr="00563B50" w:rsidRDefault="00EE7ED3" w:rsidP="00002159">
            <w:pPr>
              <w:spacing w:after="0" w:line="240" w:lineRule="auto"/>
              <w:rPr>
                <w:rFonts w:cs="Times New Roman"/>
                <w:b/>
                <w:szCs w:val="24"/>
              </w:rPr>
            </w:pPr>
          </w:p>
        </w:tc>
        <w:tc>
          <w:tcPr>
            <w:tcW w:w="1677" w:type="dxa"/>
          </w:tcPr>
          <w:p w14:paraId="3FBAAC22" w14:textId="77777777" w:rsidR="00EE7ED3" w:rsidRPr="00563B50" w:rsidRDefault="00EE7ED3" w:rsidP="00002159">
            <w:pPr>
              <w:spacing w:after="0" w:line="240" w:lineRule="auto"/>
              <w:rPr>
                <w:rFonts w:cs="Times New Roman"/>
                <w:b/>
                <w:szCs w:val="24"/>
              </w:rPr>
            </w:pPr>
          </w:p>
        </w:tc>
      </w:tr>
      <w:tr w:rsidR="00EA4171" w:rsidRPr="00563B50" w14:paraId="2E6885C3" w14:textId="77777777" w:rsidTr="00002159">
        <w:tc>
          <w:tcPr>
            <w:tcW w:w="682" w:type="dxa"/>
          </w:tcPr>
          <w:p w14:paraId="45D364D9" w14:textId="77777777" w:rsidR="00EE7ED3" w:rsidRPr="00563B50" w:rsidRDefault="00000000" w:rsidP="00002159">
            <w:pPr>
              <w:spacing w:after="0" w:line="240" w:lineRule="auto"/>
              <w:rPr>
                <w:rFonts w:cs="Times New Roman"/>
                <w:b/>
                <w:szCs w:val="24"/>
              </w:rPr>
            </w:pPr>
            <w:r w:rsidRPr="00563B50">
              <w:rPr>
                <w:rFonts w:cs="Times New Roman"/>
                <w:b/>
                <w:szCs w:val="24"/>
              </w:rPr>
              <w:t>15</w:t>
            </w:r>
          </w:p>
        </w:tc>
        <w:tc>
          <w:tcPr>
            <w:tcW w:w="2666" w:type="dxa"/>
          </w:tcPr>
          <w:p w14:paraId="59D0B405" w14:textId="77777777" w:rsidR="00EE7ED3" w:rsidRPr="00563B50" w:rsidRDefault="00EE7ED3" w:rsidP="00002159">
            <w:pPr>
              <w:spacing w:after="0" w:line="240" w:lineRule="auto"/>
              <w:rPr>
                <w:rFonts w:cs="Times New Roman"/>
                <w:b/>
                <w:szCs w:val="24"/>
              </w:rPr>
            </w:pPr>
          </w:p>
        </w:tc>
        <w:tc>
          <w:tcPr>
            <w:tcW w:w="2340" w:type="dxa"/>
          </w:tcPr>
          <w:p w14:paraId="3696FFD4" w14:textId="77777777" w:rsidR="00EE7ED3" w:rsidRPr="00563B50" w:rsidRDefault="00EE7ED3" w:rsidP="00002159">
            <w:pPr>
              <w:spacing w:after="0" w:line="240" w:lineRule="auto"/>
              <w:rPr>
                <w:rFonts w:cs="Times New Roman"/>
                <w:b/>
                <w:szCs w:val="24"/>
              </w:rPr>
            </w:pPr>
          </w:p>
        </w:tc>
        <w:tc>
          <w:tcPr>
            <w:tcW w:w="1980" w:type="dxa"/>
          </w:tcPr>
          <w:p w14:paraId="59E143F4" w14:textId="77777777" w:rsidR="00EE7ED3" w:rsidRPr="00563B50" w:rsidRDefault="00EE7ED3" w:rsidP="00002159">
            <w:pPr>
              <w:spacing w:after="0" w:line="240" w:lineRule="auto"/>
              <w:rPr>
                <w:rFonts w:cs="Times New Roman"/>
                <w:b/>
                <w:szCs w:val="24"/>
              </w:rPr>
            </w:pPr>
          </w:p>
        </w:tc>
        <w:tc>
          <w:tcPr>
            <w:tcW w:w="1677" w:type="dxa"/>
          </w:tcPr>
          <w:p w14:paraId="31F8BC9C" w14:textId="77777777" w:rsidR="00EE7ED3" w:rsidRPr="00563B50" w:rsidRDefault="00EE7ED3" w:rsidP="00002159">
            <w:pPr>
              <w:spacing w:after="0" w:line="240" w:lineRule="auto"/>
              <w:rPr>
                <w:rFonts w:cs="Times New Roman"/>
                <w:b/>
                <w:szCs w:val="24"/>
              </w:rPr>
            </w:pPr>
          </w:p>
        </w:tc>
      </w:tr>
      <w:tr w:rsidR="00EA4171" w:rsidRPr="00563B50" w14:paraId="1BDE69B3" w14:textId="77777777" w:rsidTr="00002159">
        <w:tc>
          <w:tcPr>
            <w:tcW w:w="682" w:type="dxa"/>
          </w:tcPr>
          <w:p w14:paraId="7AE0628D" w14:textId="77777777" w:rsidR="00EE7ED3" w:rsidRPr="00563B50" w:rsidRDefault="00000000" w:rsidP="00002159">
            <w:pPr>
              <w:spacing w:after="0" w:line="240" w:lineRule="auto"/>
              <w:rPr>
                <w:rFonts w:cs="Times New Roman"/>
                <w:b/>
                <w:szCs w:val="24"/>
              </w:rPr>
            </w:pPr>
            <w:r w:rsidRPr="00563B50">
              <w:rPr>
                <w:rFonts w:cs="Times New Roman"/>
                <w:b/>
                <w:szCs w:val="24"/>
              </w:rPr>
              <w:t>16</w:t>
            </w:r>
          </w:p>
        </w:tc>
        <w:tc>
          <w:tcPr>
            <w:tcW w:w="2666" w:type="dxa"/>
          </w:tcPr>
          <w:p w14:paraId="0D31BDD3" w14:textId="77777777" w:rsidR="00EE7ED3" w:rsidRPr="00563B50" w:rsidRDefault="00EE7ED3" w:rsidP="00002159">
            <w:pPr>
              <w:spacing w:after="0" w:line="240" w:lineRule="auto"/>
              <w:rPr>
                <w:rFonts w:cs="Times New Roman"/>
                <w:b/>
                <w:szCs w:val="24"/>
              </w:rPr>
            </w:pPr>
          </w:p>
        </w:tc>
        <w:tc>
          <w:tcPr>
            <w:tcW w:w="2340" w:type="dxa"/>
          </w:tcPr>
          <w:p w14:paraId="484C1235" w14:textId="77777777" w:rsidR="00EE7ED3" w:rsidRPr="00563B50" w:rsidRDefault="00EE7ED3" w:rsidP="00002159">
            <w:pPr>
              <w:spacing w:after="0" w:line="240" w:lineRule="auto"/>
              <w:rPr>
                <w:rFonts w:cs="Times New Roman"/>
                <w:b/>
                <w:szCs w:val="24"/>
              </w:rPr>
            </w:pPr>
          </w:p>
        </w:tc>
        <w:tc>
          <w:tcPr>
            <w:tcW w:w="1980" w:type="dxa"/>
          </w:tcPr>
          <w:p w14:paraId="29634AD4" w14:textId="77777777" w:rsidR="00EE7ED3" w:rsidRPr="00563B50" w:rsidRDefault="00EE7ED3" w:rsidP="00002159">
            <w:pPr>
              <w:spacing w:after="0" w:line="240" w:lineRule="auto"/>
              <w:rPr>
                <w:rFonts w:cs="Times New Roman"/>
                <w:b/>
                <w:szCs w:val="24"/>
              </w:rPr>
            </w:pPr>
          </w:p>
        </w:tc>
        <w:tc>
          <w:tcPr>
            <w:tcW w:w="1677" w:type="dxa"/>
          </w:tcPr>
          <w:p w14:paraId="613A7D1B" w14:textId="77777777" w:rsidR="00EE7ED3" w:rsidRPr="00563B50" w:rsidRDefault="00EE7ED3" w:rsidP="00002159">
            <w:pPr>
              <w:spacing w:after="0" w:line="240" w:lineRule="auto"/>
              <w:rPr>
                <w:rFonts w:cs="Times New Roman"/>
                <w:b/>
                <w:szCs w:val="24"/>
              </w:rPr>
            </w:pPr>
          </w:p>
        </w:tc>
      </w:tr>
      <w:tr w:rsidR="00EA4171" w:rsidRPr="00563B50" w14:paraId="38F08E37" w14:textId="77777777" w:rsidTr="00002159">
        <w:tc>
          <w:tcPr>
            <w:tcW w:w="682" w:type="dxa"/>
          </w:tcPr>
          <w:p w14:paraId="3E89B94A" w14:textId="77777777" w:rsidR="00EE7ED3" w:rsidRPr="00563B50" w:rsidRDefault="00000000" w:rsidP="00002159">
            <w:pPr>
              <w:spacing w:after="0" w:line="240" w:lineRule="auto"/>
              <w:rPr>
                <w:rFonts w:cs="Times New Roman"/>
                <w:b/>
                <w:szCs w:val="24"/>
              </w:rPr>
            </w:pPr>
            <w:r w:rsidRPr="00563B50">
              <w:rPr>
                <w:rFonts w:cs="Times New Roman"/>
                <w:b/>
                <w:szCs w:val="24"/>
              </w:rPr>
              <w:t>17</w:t>
            </w:r>
          </w:p>
        </w:tc>
        <w:tc>
          <w:tcPr>
            <w:tcW w:w="2666" w:type="dxa"/>
          </w:tcPr>
          <w:p w14:paraId="44962DBD" w14:textId="77777777" w:rsidR="00EE7ED3" w:rsidRPr="00563B50" w:rsidRDefault="00EE7ED3" w:rsidP="00002159">
            <w:pPr>
              <w:spacing w:after="0" w:line="240" w:lineRule="auto"/>
              <w:rPr>
                <w:rFonts w:cs="Times New Roman"/>
                <w:b/>
                <w:szCs w:val="24"/>
              </w:rPr>
            </w:pPr>
          </w:p>
        </w:tc>
        <w:tc>
          <w:tcPr>
            <w:tcW w:w="2340" w:type="dxa"/>
          </w:tcPr>
          <w:p w14:paraId="50658E0A" w14:textId="77777777" w:rsidR="00EE7ED3" w:rsidRPr="00563B50" w:rsidRDefault="00EE7ED3" w:rsidP="00002159">
            <w:pPr>
              <w:spacing w:after="0" w:line="240" w:lineRule="auto"/>
              <w:rPr>
                <w:rFonts w:cs="Times New Roman"/>
                <w:b/>
                <w:szCs w:val="24"/>
              </w:rPr>
            </w:pPr>
          </w:p>
        </w:tc>
        <w:tc>
          <w:tcPr>
            <w:tcW w:w="1980" w:type="dxa"/>
          </w:tcPr>
          <w:p w14:paraId="6307026D" w14:textId="77777777" w:rsidR="00EE7ED3" w:rsidRPr="00563B50" w:rsidRDefault="00EE7ED3" w:rsidP="00002159">
            <w:pPr>
              <w:spacing w:after="0" w:line="240" w:lineRule="auto"/>
              <w:rPr>
                <w:rFonts w:cs="Times New Roman"/>
                <w:b/>
                <w:szCs w:val="24"/>
              </w:rPr>
            </w:pPr>
          </w:p>
        </w:tc>
        <w:tc>
          <w:tcPr>
            <w:tcW w:w="1677" w:type="dxa"/>
          </w:tcPr>
          <w:p w14:paraId="1EF505E9" w14:textId="77777777" w:rsidR="00EE7ED3" w:rsidRPr="00563B50" w:rsidRDefault="00EE7ED3" w:rsidP="00002159">
            <w:pPr>
              <w:spacing w:after="0" w:line="240" w:lineRule="auto"/>
              <w:rPr>
                <w:rFonts w:cs="Times New Roman"/>
                <w:b/>
                <w:szCs w:val="24"/>
              </w:rPr>
            </w:pPr>
          </w:p>
        </w:tc>
      </w:tr>
      <w:tr w:rsidR="00EA4171" w:rsidRPr="00563B50" w14:paraId="0B559273" w14:textId="77777777" w:rsidTr="00002159">
        <w:tc>
          <w:tcPr>
            <w:tcW w:w="682" w:type="dxa"/>
          </w:tcPr>
          <w:p w14:paraId="7F8CB443" w14:textId="77777777" w:rsidR="00EE7ED3" w:rsidRPr="00563B50" w:rsidRDefault="00000000" w:rsidP="00002159">
            <w:pPr>
              <w:spacing w:after="0" w:line="240" w:lineRule="auto"/>
              <w:rPr>
                <w:rFonts w:cs="Times New Roman"/>
                <w:b/>
                <w:szCs w:val="24"/>
              </w:rPr>
            </w:pPr>
            <w:r w:rsidRPr="00563B50">
              <w:rPr>
                <w:rFonts w:cs="Times New Roman"/>
                <w:b/>
                <w:szCs w:val="24"/>
              </w:rPr>
              <w:t>18</w:t>
            </w:r>
          </w:p>
        </w:tc>
        <w:tc>
          <w:tcPr>
            <w:tcW w:w="2666" w:type="dxa"/>
          </w:tcPr>
          <w:p w14:paraId="53EC57D7" w14:textId="77777777" w:rsidR="00EE7ED3" w:rsidRPr="00563B50" w:rsidRDefault="00EE7ED3" w:rsidP="00002159">
            <w:pPr>
              <w:spacing w:after="0" w:line="240" w:lineRule="auto"/>
              <w:rPr>
                <w:rFonts w:cs="Times New Roman"/>
                <w:b/>
                <w:szCs w:val="24"/>
              </w:rPr>
            </w:pPr>
          </w:p>
        </w:tc>
        <w:tc>
          <w:tcPr>
            <w:tcW w:w="2340" w:type="dxa"/>
          </w:tcPr>
          <w:p w14:paraId="2CF2A35B" w14:textId="77777777" w:rsidR="00EE7ED3" w:rsidRPr="00563B50" w:rsidRDefault="00EE7ED3" w:rsidP="00002159">
            <w:pPr>
              <w:spacing w:after="0" w:line="240" w:lineRule="auto"/>
              <w:rPr>
                <w:rFonts w:cs="Times New Roman"/>
                <w:b/>
                <w:szCs w:val="24"/>
              </w:rPr>
            </w:pPr>
          </w:p>
        </w:tc>
        <w:tc>
          <w:tcPr>
            <w:tcW w:w="1980" w:type="dxa"/>
          </w:tcPr>
          <w:p w14:paraId="7371A223" w14:textId="77777777" w:rsidR="00EE7ED3" w:rsidRPr="00563B50" w:rsidRDefault="00EE7ED3" w:rsidP="00002159">
            <w:pPr>
              <w:spacing w:after="0" w:line="240" w:lineRule="auto"/>
              <w:rPr>
                <w:rFonts w:cs="Times New Roman"/>
                <w:b/>
                <w:szCs w:val="24"/>
              </w:rPr>
            </w:pPr>
          </w:p>
        </w:tc>
        <w:tc>
          <w:tcPr>
            <w:tcW w:w="1677" w:type="dxa"/>
          </w:tcPr>
          <w:p w14:paraId="69660EE0" w14:textId="77777777" w:rsidR="00EE7ED3" w:rsidRPr="00563B50" w:rsidRDefault="00EE7ED3" w:rsidP="00002159">
            <w:pPr>
              <w:spacing w:after="0" w:line="240" w:lineRule="auto"/>
              <w:rPr>
                <w:rFonts w:cs="Times New Roman"/>
                <w:b/>
                <w:szCs w:val="24"/>
              </w:rPr>
            </w:pPr>
          </w:p>
        </w:tc>
      </w:tr>
      <w:tr w:rsidR="00EA4171" w:rsidRPr="00563B50" w14:paraId="4DAD4A58" w14:textId="77777777" w:rsidTr="00002159">
        <w:tc>
          <w:tcPr>
            <w:tcW w:w="682" w:type="dxa"/>
          </w:tcPr>
          <w:p w14:paraId="6CE00EE8" w14:textId="77777777" w:rsidR="00EE7ED3" w:rsidRPr="00563B50" w:rsidRDefault="00000000" w:rsidP="00002159">
            <w:pPr>
              <w:spacing w:after="0" w:line="240" w:lineRule="auto"/>
              <w:rPr>
                <w:rFonts w:cs="Times New Roman"/>
                <w:b/>
                <w:szCs w:val="24"/>
              </w:rPr>
            </w:pPr>
            <w:r w:rsidRPr="00563B50">
              <w:rPr>
                <w:rFonts w:cs="Times New Roman"/>
                <w:b/>
                <w:szCs w:val="24"/>
              </w:rPr>
              <w:t>19</w:t>
            </w:r>
          </w:p>
        </w:tc>
        <w:tc>
          <w:tcPr>
            <w:tcW w:w="2666" w:type="dxa"/>
          </w:tcPr>
          <w:p w14:paraId="6AA8BEE8" w14:textId="77777777" w:rsidR="00EE7ED3" w:rsidRPr="00563B50" w:rsidRDefault="00EE7ED3" w:rsidP="00002159">
            <w:pPr>
              <w:spacing w:after="0" w:line="240" w:lineRule="auto"/>
              <w:rPr>
                <w:rFonts w:cs="Times New Roman"/>
                <w:b/>
                <w:szCs w:val="24"/>
              </w:rPr>
            </w:pPr>
          </w:p>
        </w:tc>
        <w:tc>
          <w:tcPr>
            <w:tcW w:w="2340" w:type="dxa"/>
          </w:tcPr>
          <w:p w14:paraId="66B0C862" w14:textId="77777777" w:rsidR="00EE7ED3" w:rsidRPr="00563B50" w:rsidRDefault="00EE7ED3" w:rsidP="00002159">
            <w:pPr>
              <w:spacing w:after="0" w:line="240" w:lineRule="auto"/>
              <w:rPr>
                <w:rFonts w:cs="Times New Roman"/>
                <w:b/>
                <w:szCs w:val="24"/>
              </w:rPr>
            </w:pPr>
          </w:p>
        </w:tc>
        <w:tc>
          <w:tcPr>
            <w:tcW w:w="1980" w:type="dxa"/>
          </w:tcPr>
          <w:p w14:paraId="27044C57" w14:textId="77777777" w:rsidR="00EE7ED3" w:rsidRPr="00563B50" w:rsidRDefault="00EE7ED3" w:rsidP="00002159">
            <w:pPr>
              <w:spacing w:after="0" w:line="240" w:lineRule="auto"/>
              <w:rPr>
                <w:rFonts w:cs="Times New Roman"/>
                <w:b/>
                <w:szCs w:val="24"/>
              </w:rPr>
            </w:pPr>
          </w:p>
        </w:tc>
        <w:tc>
          <w:tcPr>
            <w:tcW w:w="1677" w:type="dxa"/>
          </w:tcPr>
          <w:p w14:paraId="6AF17F4B" w14:textId="77777777" w:rsidR="00EE7ED3" w:rsidRPr="00563B50" w:rsidRDefault="00EE7ED3" w:rsidP="00002159">
            <w:pPr>
              <w:spacing w:after="0" w:line="240" w:lineRule="auto"/>
              <w:rPr>
                <w:rFonts w:cs="Times New Roman"/>
                <w:b/>
                <w:szCs w:val="24"/>
              </w:rPr>
            </w:pPr>
          </w:p>
        </w:tc>
      </w:tr>
      <w:tr w:rsidR="00EA4171" w:rsidRPr="00563B50" w14:paraId="793ADFCC" w14:textId="77777777" w:rsidTr="00002159">
        <w:tc>
          <w:tcPr>
            <w:tcW w:w="682" w:type="dxa"/>
          </w:tcPr>
          <w:p w14:paraId="0C09F39B" w14:textId="77777777" w:rsidR="00EE7ED3" w:rsidRPr="00563B50" w:rsidRDefault="00000000" w:rsidP="00002159">
            <w:pPr>
              <w:spacing w:after="0" w:line="240" w:lineRule="auto"/>
              <w:rPr>
                <w:rFonts w:cs="Times New Roman"/>
                <w:b/>
                <w:szCs w:val="24"/>
              </w:rPr>
            </w:pPr>
            <w:r w:rsidRPr="00563B50">
              <w:rPr>
                <w:rFonts w:cs="Times New Roman"/>
                <w:b/>
                <w:szCs w:val="24"/>
              </w:rPr>
              <w:t>20</w:t>
            </w:r>
          </w:p>
        </w:tc>
        <w:tc>
          <w:tcPr>
            <w:tcW w:w="2666" w:type="dxa"/>
          </w:tcPr>
          <w:p w14:paraId="74D3286B" w14:textId="77777777" w:rsidR="00EE7ED3" w:rsidRPr="00563B50" w:rsidRDefault="00EE7ED3" w:rsidP="00002159">
            <w:pPr>
              <w:spacing w:after="0" w:line="240" w:lineRule="auto"/>
              <w:rPr>
                <w:rFonts w:cs="Times New Roman"/>
                <w:b/>
                <w:szCs w:val="24"/>
              </w:rPr>
            </w:pPr>
          </w:p>
        </w:tc>
        <w:tc>
          <w:tcPr>
            <w:tcW w:w="2340" w:type="dxa"/>
          </w:tcPr>
          <w:p w14:paraId="63C28A07" w14:textId="77777777" w:rsidR="00EE7ED3" w:rsidRPr="00563B50" w:rsidRDefault="00EE7ED3" w:rsidP="00002159">
            <w:pPr>
              <w:spacing w:after="0" w:line="240" w:lineRule="auto"/>
              <w:rPr>
                <w:rFonts w:cs="Times New Roman"/>
                <w:b/>
                <w:szCs w:val="24"/>
              </w:rPr>
            </w:pPr>
          </w:p>
        </w:tc>
        <w:tc>
          <w:tcPr>
            <w:tcW w:w="1980" w:type="dxa"/>
          </w:tcPr>
          <w:p w14:paraId="393623CE" w14:textId="77777777" w:rsidR="00EE7ED3" w:rsidRPr="00563B50" w:rsidRDefault="00EE7ED3" w:rsidP="00002159">
            <w:pPr>
              <w:spacing w:after="0" w:line="240" w:lineRule="auto"/>
              <w:rPr>
                <w:rFonts w:cs="Times New Roman"/>
                <w:b/>
                <w:szCs w:val="24"/>
              </w:rPr>
            </w:pPr>
          </w:p>
        </w:tc>
        <w:tc>
          <w:tcPr>
            <w:tcW w:w="1677" w:type="dxa"/>
          </w:tcPr>
          <w:p w14:paraId="6D0879F0" w14:textId="77777777" w:rsidR="00EE7ED3" w:rsidRPr="00563B50" w:rsidRDefault="00EE7ED3" w:rsidP="00002159">
            <w:pPr>
              <w:spacing w:after="0" w:line="240" w:lineRule="auto"/>
              <w:rPr>
                <w:rFonts w:cs="Times New Roman"/>
                <w:b/>
                <w:szCs w:val="24"/>
              </w:rPr>
            </w:pPr>
          </w:p>
        </w:tc>
      </w:tr>
      <w:tr w:rsidR="00EA4171" w:rsidRPr="00563B50" w14:paraId="488F321E" w14:textId="77777777" w:rsidTr="00002159">
        <w:tc>
          <w:tcPr>
            <w:tcW w:w="682" w:type="dxa"/>
          </w:tcPr>
          <w:p w14:paraId="62A89FCD" w14:textId="77777777" w:rsidR="00EE7ED3" w:rsidRPr="00563B50" w:rsidRDefault="00000000" w:rsidP="00002159">
            <w:pPr>
              <w:spacing w:after="0" w:line="240" w:lineRule="auto"/>
              <w:rPr>
                <w:rFonts w:cs="Times New Roman"/>
                <w:b/>
                <w:szCs w:val="24"/>
              </w:rPr>
            </w:pPr>
            <w:r w:rsidRPr="00563B50">
              <w:rPr>
                <w:rFonts w:cs="Times New Roman"/>
                <w:b/>
                <w:szCs w:val="24"/>
              </w:rPr>
              <w:t>21</w:t>
            </w:r>
          </w:p>
        </w:tc>
        <w:tc>
          <w:tcPr>
            <w:tcW w:w="2666" w:type="dxa"/>
          </w:tcPr>
          <w:p w14:paraId="7A075DB3" w14:textId="77777777" w:rsidR="00EE7ED3" w:rsidRPr="00563B50" w:rsidRDefault="00EE7ED3" w:rsidP="00002159">
            <w:pPr>
              <w:spacing w:after="0" w:line="240" w:lineRule="auto"/>
              <w:rPr>
                <w:rFonts w:cs="Times New Roman"/>
                <w:b/>
                <w:szCs w:val="24"/>
              </w:rPr>
            </w:pPr>
          </w:p>
        </w:tc>
        <w:tc>
          <w:tcPr>
            <w:tcW w:w="2340" w:type="dxa"/>
          </w:tcPr>
          <w:p w14:paraId="07A2A141" w14:textId="77777777" w:rsidR="00EE7ED3" w:rsidRPr="00563B50" w:rsidRDefault="00EE7ED3" w:rsidP="00002159">
            <w:pPr>
              <w:spacing w:after="0" w:line="240" w:lineRule="auto"/>
              <w:rPr>
                <w:rFonts w:cs="Times New Roman"/>
                <w:b/>
                <w:szCs w:val="24"/>
              </w:rPr>
            </w:pPr>
          </w:p>
        </w:tc>
        <w:tc>
          <w:tcPr>
            <w:tcW w:w="1980" w:type="dxa"/>
          </w:tcPr>
          <w:p w14:paraId="0510EC98" w14:textId="77777777" w:rsidR="00EE7ED3" w:rsidRPr="00563B50" w:rsidRDefault="00EE7ED3" w:rsidP="00002159">
            <w:pPr>
              <w:spacing w:after="0" w:line="240" w:lineRule="auto"/>
              <w:rPr>
                <w:rFonts w:cs="Times New Roman"/>
                <w:b/>
                <w:szCs w:val="24"/>
              </w:rPr>
            </w:pPr>
          </w:p>
        </w:tc>
        <w:tc>
          <w:tcPr>
            <w:tcW w:w="1677" w:type="dxa"/>
          </w:tcPr>
          <w:p w14:paraId="75513C9C" w14:textId="77777777" w:rsidR="00EE7ED3" w:rsidRPr="00563B50" w:rsidRDefault="00EE7ED3" w:rsidP="00002159">
            <w:pPr>
              <w:spacing w:after="0" w:line="240" w:lineRule="auto"/>
              <w:rPr>
                <w:rFonts w:cs="Times New Roman"/>
                <w:b/>
                <w:szCs w:val="24"/>
              </w:rPr>
            </w:pPr>
          </w:p>
        </w:tc>
      </w:tr>
      <w:tr w:rsidR="00EA4171" w:rsidRPr="00563B50" w14:paraId="56BCF794" w14:textId="77777777" w:rsidTr="00002159">
        <w:tc>
          <w:tcPr>
            <w:tcW w:w="682" w:type="dxa"/>
          </w:tcPr>
          <w:p w14:paraId="38829612" w14:textId="77777777" w:rsidR="00EE7ED3" w:rsidRPr="00563B50" w:rsidRDefault="00000000" w:rsidP="00002159">
            <w:pPr>
              <w:spacing w:after="0" w:line="240" w:lineRule="auto"/>
              <w:rPr>
                <w:rFonts w:cs="Times New Roman"/>
                <w:b/>
                <w:szCs w:val="24"/>
              </w:rPr>
            </w:pPr>
            <w:r w:rsidRPr="00563B50">
              <w:rPr>
                <w:rFonts w:cs="Times New Roman"/>
                <w:b/>
                <w:szCs w:val="24"/>
              </w:rPr>
              <w:t>22</w:t>
            </w:r>
          </w:p>
        </w:tc>
        <w:tc>
          <w:tcPr>
            <w:tcW w:w="2666" w:type="dxa"/>
          </w:tcPr>
          <w:p w14:paraId="04C3FCF8" w14:textId="77777777" w:rsidR="00EE7ED3" w:rsidRPr="00563B50" w:rsidRDefault="00EE7ED3" w:rsidP="00002159">
            <w:pPr>
              <w:spacing w:after="0" w:line="240" w:lineRule="auto"/>
              <w:rPr>
                <w:rFonts w:cs="Times New Roman"/>
                <w:b/>
                <w:szCs w:val="24"/>
              </w:rPr>
            </w:pPr>
          </w:p>
        </w:tc>
        <w:tc>
          <w:tcPr>
            <w:tcW w:w="2340" w:type="dxa"/>
          </w:tcPr>
          <w:p w14:paraId="6DCC740F" w14:textId="77777777" w:rsidR="00EE7ED3" w:rsidRPr="00563B50" w:rsidRDefault="00EE7ED3" w:rsidP="00002159">
            <w:pPr>
              <w:spacing w:after="0" w:line="240" w:lineRule="auto"/>
              <w:rPr>
                <w:rFonts w:cs="Times New Roman"/>
                <w:b/>
                <w:szCs w:val="24"/>
              </w:rPr>
            </w:pPr>
          </w:p>
        </w:tc>
        <w:tc>
          <w:tcPr>
            <w:tcW w:w="1980" w:type="dxa"/>
          </w:tcPr>
          <w:p w14:paraId="578D459B" w14:textId="77777777" w:rsidR="00EE7ED3" w:rsidRPr="00563B50" w:rsidRDefault="00EE7ED3" w:rsidP="00002159">
            <w:pPr>
              <w:spacing w:after="0" w:line="240" w:lineRule="auto"/>
              <w:rPr>
                <w:rFonts w:cs="Times New Roman"/>
                <w:b/>
                <w:szCs w:val="24"/>
              </w:rPr>
            </w:pPr>
          </w:p>
        </w:tc>
        <w:tc>
          <w:tcPr>
            <w:tcW w:w="1677" w:type="dxa"/>
          </w:tcPr>
          <w:p w14:paraId="61B42359" w14:textId="77777777" w:rsidR="00EE7ED3" w:rsidRPr="00563B50" w:rsidRDefault="00EE7ED3" w:rsidP="00002159">
            <w:pPr>
              <w:spacing w:after="0" w:line="240" w:lineRule="auto"/>
              <w:rPr>
                <w:rFonts w:cs="Times New Roman"/>
                <w:b/>
                <w:szCs w:val="24"/>
              </w:rPr>
            </w:pPr>
          </w:p>
        </w:tc>
      </w:tr>
      <w:tr w:rsidR="00EA4171" w:rsidRPr="00563B50" w14:paraId="14B5BD5F" w14:textId="77777777" w:rsidTr="00002159">
        <w:tc>
          <w:tcPr>
            <w:tcW w:w="682" w:type="dxa"/>
          </w:tcPr>
          <w:p w14:paraId="2A72D856" w14:textId="77777777" w:rsidR="00EE7ED3" w:rsidRPr="00563B50" w:rsidRDefault="00000000" w:rsidP="00002159">
            <w:pPr>
              <w:spacing w:after="0" w:line="240" w:lineRule="auto"/>
              <w:rPr>
                <w:rFonts w:cs="Times New Roman"/>
                <w:b/>
                <w:szCs w:val="24"/>
              </w:rPr>
            </w:pPr>
            <w:r w:rsidRPr="00563B50">
              <w:rPr>
                <w:rFonts w:cs="Times New Roman"/>
                <w:b/>
                <w:szCs w:val="24"/>
              </w:rPr>
              <w:t>23</w:t>
            </w:r>
          </w:p>
        </w:tc>
        <w:tc>
          <w:tcPr>
            <w:tcW w:w="2666" w:type="dxa"/>
          </w:tcPr>
          <w:p w14:paraId="12E2207B" w14:textId="77777777" w:rsidR="00EE7ED3" w:rsidRPr="00563B50" w:rsidRDefault="00EE7ED3" w:rsidP="00002159">
            <w:pPr>
              <w:spacing w:after="0" w:line="240" w:lineRule="auto"/>
              <w:rPr>
                <w:rFonts w:cs="Times New Roman"/>
                <w:b/>
                <w:szCs w:val="24"/>
              </w:rPr>
            </w:pPr>
          </w:p>
        </w:tc>
        <w:tc>
          <w:tcPr>
            <w:tcW w:w="2340" w:type="dxa"/>
          </w:tcPr>
          <w:p w14:paraId="0804BBDE" w14:textId="77777777" w:rsidR="00EE7ED3" w:rsidRPr="00563B50" w:rsidRDefault="00EE7ED3" w:rsidP="00002159">
            <w:pPr>
              <w:spacing w:after="0" w:line="240" w:lineRule="auto"/>
              <w:rPr>
                <w:rFonts w:cs="Times New Roman"/>
                <w:b/>
                <w:szCs w:val="24"/>
              </w:rPr>
            </w:pPr>
          </w:p>
        </w:tc>
        <w:tc>
          <w:tcPr>
            <w:tcW w:w="1980" w:type="dxa"/>
          </w:tcPr>
          <w:p w14:paraId="38A7FB6E" w14:textId="77777777" w:rsidR="00EE7ED3" w:rsidRPr="00563B50" w:rsidRDefault="00EE7ED3" w:rsidP="00002159">
            <w:pPr>
              <w:spacing w:after="0" w:line="240" w:lineRule="auto"/>
              <w:rPr>
                <w:rFonts w:cs="Times New Roman"/>
                <w:b/>
                <w:szCs w:val="24"/>
              </w:rPr>
            </w:pPr>
          </w:p>
        </w:tc>
        <w:tc>
          <w:tcPr>
            <w:tcW w:w="1677" w:type="dxa"/>
          </w:tcPr>
          <w:p w14:paraId="1F658540" w14:textId="77777777" w:rsidR="00EE7ED3" w:rsidRPr="00563B50" w:rsidRDefault="00EE7ED3" w:rsidP="00002159">
            <w:pPr>
              <w:spacing w:after="0" w:line="240" w:lineRule="auto"/>
              <w:rPr>
                <w:rFonts w:cs="Times New Roman"/>
                <w:b/>
                <w:szCs w:val="24"/>
              </w:rPr>
            </w:pPr>
          </w:p>
        </w:tc>
      </w:tr>
      <w:tr w:rsidR="00EA4171" w:rsidRPr="00563B50" w14:paraId="3F1D62D6" w14:textId="77777777" w:rsidTr="00002159">
        <w:tc>
          <w:tcPr>
            <w:tcW w:w="682" w:type="dxa"/>
          </w:tcPr>
          <w:p w14:paraId="1B2EA62D" w14:textId="77777777" w:rsidR="00EE7ED3" w:rsidRPr="00563B50" w:rsidRDefault="00000000" w:rsidP="00002159">
            <w:pPr>
              <w:spacing w:after="0" w:line="240" w:lineRule="auto"/>
              <w:rPr>
                <w:rFonts w:cs="Times New Roman"/>
                <w:b/>
                <w:szCs w:val="24"/>
              </w:rPr>
            </w:pPr>
            <w:r w:rsidRPr="00563B50">
              <w:rPr>
                <w:rFonts w:cs="Times New Roman"/>
                <w:b/>
                <w:szCs w:val="24"/>
              </w:rPr>
              <w:t>24</w:t>
            </w:r>
          </w:p>
        </w:tc>
        <w:tc>
          <w:tcPr>
            <w:tcW w:w="2666" w:type="dxa"/>
          </w:tcPr>
          <w:p w14:paraId="67A9DCD2" w14:textId="77777777" w:rsidR="00EE7ED3" w:rsidRPr="00563B50" w:rsidRDefault="00EE7ED3" w:rsidP="00002159">
            <w:pPr>
              <w:spacing w:after="0" w:line="240" w:lineRule="auto"/>
              <w:rPr>
                <w:rFonts w:cs="Times New Roman"/>
                <w:b/>
                <w:szCs w:val="24"/>
              </w:rPr>
            </w:pPr>
          </w:p>
        </w:tc>
        <w:tc>
          <w:tcPr>
            <w:tcW w:w="2340" w:type="dxa"/>
          </w:tcPr>
          <w:p w14:paraId="7A894146" w14:textId="77777777" w:rsidR="00EE7ED3" w:rsidRPr="00563B50" w:rsidRDefault="00EE7ED3" w:rsidP="00002159">
            <w:pPr>
              <w:spacing w:after="0" w:line="240" w:lineRule="auto"/>
              <w:rPr>
                <w:rFonts w:cs="Times New Roman"/>
                <w:b/>
                <w:szCs w:val="24"/>
              </w:rPr>
            </w:pPr>
          </w:p>
        </w:tc>
        <w:tc>
          <w:tcPr>
            <w:tcW w:w="1980" w:type="dxa"/>
          </w:tcPr>
          <w:p w14:paraId="7E9A043A" w14:textId="77777777" w:rsidR="00EE7ED3" w:rsidRPr="00563B50" w:rsidRDefault="00EE7ED3" w:rsidP="00002159">
            <w:pPr>
              <w:spacing w:after="0" w:line="240" w:lineRule="auto"/>
              <w:rPr>
                <w:rFonts w:cs="Times New Roman"/>
                <w:b/>
                <w:szCs w:val="24"/>
              </w:rPr>
            </w:pPr>
          </w:p>
        </w:tc>
        <w:tc>
          <w:tcPr>
            <w:tcW w:w="1677" w:type="dxa"/>
          </w:tcPr>
          <w:p w14:paraId="75A11130" w14:textId="77777777" w:rsidR="00EE7ED3" w:rsidRPr="00563B50" w:rsidRDefault="00EE7ED3" w:rsidP="00002159">
            <w:pPr>
              <w:spacing w:after="0" w:line="240" w:lineRule="auto"/>
              <w:rPr>
                <w:rFonts w:cs="Times New Roman"/>
                <w:b/>
                <w:szCs w:val="24"/>
              </w:rPr>
            </w:pPr>
          </w:p>
        </w:tc>
      </w:tr>
      <w:tr w:rsidR="00EA4171" w:rsidRPr="00563B50" w14:paraId="462D4A44" w14:textId="77777777" w:rsidTr="00002159">
        <w:tc>
          <w:tcPr>
            <w:tcW w:w="682" w:type="dxa"/>
          </w:tcPr>
          <w:p w14:paraId="65658415" w14:textId="77777777" w:rsidR="00EE7ED3" w:rsidRPr="00563B50" w:rsidRDefault="00000000" w:rsidP="00002159">
            <w:pPr>
              <w:spacing w:after="0" w:line="240" w:lineRule="auto"/>
              <w:rPr>
                <w:rFonts w:cs="Times New Roman"/>
                <w:b/>
                <w:szCs w:val="24"/>
              </w:rPr>
            </w:pPr>
            <w:r w:rsidRPr="00563B50">
              <w:rPr>
                <w:rFonts w:cs="Times New Roman"/>
                <w:b/>
                <w:szCs w:val="24"/>
              </w:rPr>
              <w:t>25</w:t>
            </w:r>
          </w:p>
        </w:tc>
        <w:tc>
          <w:tcPr>
            <w:tcW w:w="2666" w:type="dxa"/>
          </w:tcPr>
          <w:p w14:paraId="0288F964" w14:textId="77777777" w:rsidR="00EE7ED3" w:rsidRPr="00563B50" w:rsidRDefault="00EE7ED3" w:rsidP="00002159">
            <w:pPr>
              <w:spacing w:after="0" w:line="240" w:lineRule="auto"/>
              <w:rPr>
                <w:rFonts w:cs="Times New Roman"/>
                <w:b/>
                <w:szCs w:val="24"/>
              </w:rPr>
            </w:pPr>
          </w:p>
        </w:tc>
        <w:tc>
          <w:tcPr>
            <w:tcW w:w="2340" w:type="dxa"/>
          </w:tcPr>
          <w:p w14:paraId="5BD42A0C" w14:textId="77777777" w:rsidR="00EE7ED3" w:rsidRPr="00563B50" w:rsidRDefault="00EE7ED3" w:rsidP="00002159">
            <w:pPr>
              <w:spacing w:after="0" w:line="240" w:lineRule="auto"/>
              <w:rPr>
                <w:rFonts w:cs="Times New Roman"/>
                <w:b/>
                <w:szCs w:val="24"/>
              </w:rPr>
            </w:pPr>
          </w:p>
        </w:tc>
        <w:tc>
          <w:tcPr>
            <w:tcW w:w="1980" w:type="dxa"/>
          </w:tcPr>
          <w:p w14:paraId="755DFB74" w14:textId="77777777" w:rsidR="00EE7ED3" w:rsidRPr="00563B50" w:rsidRDefault="00EE7ED3" w:rsidP="00002159">
            <w:pPr>
              <w:spacing w:after="0" w:line="240" w:lineRule="auto"/>
              <w:rPr>
                <w:rFonts w:cs="Times New Roman"/>
                <w:b/>
                <w:szCs w:val="24"/>
              </w:rPr>
            </w:pPr>
          </w:p>
        </w:tc>
        <w:tc>
          <w:tcPr>
            <w:tcW w:w="1677" w:type="dxa"/>
          </w:tcPr>
          <w:p w14:paraId="318493F7" w14:textId="77777777" w:rsidR="00EE7ED3" w:rsidRPr="00563B50" w:rsidRDefault="00EE7ED3" w:rsidP="00002159">
            <w:pPr>
              <w:spacing w:after="0" w:line="240" w:lineRule="auto"/>
              <w:rPr>
                <w:rFonts w:cs="Times New Roman"/>
                <w:b/>
                <w:szCs w:val="24"/>
              </w:rPr>
            </w:pPr>
          </w:p>
        </w:tc>
      </w:tr>
      <w:tr w:rsidR="00EA4171" w:rsidRPr="00563B50" w14:paraId="4FF8663E" w14:textId="77777777" w:rsidTr="00002159">
        <w:tc>
          <w:tcPr>
            <w:tcW w:w="682" w:type="dxa"/>
          </w:tcPr>
          <w:p w14:paraId="5286DCE2" w14:textId="77777777" w:rsidR="00EE7ED3" w:rsidRPr="00563B50" w:rsidRDefault="00000000" w:rsidP="00002159">
            <w:pPr>
              <w:spacing w:after="0" w:line="240" w:lineRule="auto"/>
              <w:rPr>
                <w:rFonts w:cs="Times New Roman"/>
                <w:b/>
                <w:szCs w:val="24"/>
              </w:rPr>
            </w:pPr>
            <w:r w:rsidRPr="00563B50">
              <w:rPr>
                <w:rFonts w:cs="Times New Roman"/>
                <w:b/>
                <w:szCs w:val="24"/>
              </w:rPr>
              <w:t>26</w:t>
            </w:r>
          </w:p>
        </w:tc>
        <w:tc>
          <w:tcPr>
            <w:tcW w:w="2666" w:type="dxa"/>
          </w:tcPr>
          <w:p w14:paraId="1AD49D33" w14:textId="77777777" w:rsidR="00EE7ED3" w:rsidRPr="00563B50" w:rsidRDefault="00EE7ED3" w:rsidP="00002159">
            <w:pPr>
              <w:spacing w:after="0" w:line="240" w:lineRule="auto"/>
              <w:rPr>
                <w:rFonts w:cs="Times New Roman"/>
                <w:b/>
                <w:szCs w:val="24"/>
              </w:rPr>
            </w:pPr>
          </w:p>
        </w:tc>
        <w:tc>
          <w:tcPr>
            <w:tcW w:w="2340" w:type="dxa"/>
          </w:tcPr>
          <w:p w14:paraId="699F71DC" w14:textId="77777777" w:rsidR="00EE7ED3" w:rsidRPr="00563B50" w:rsidRDefault="00EE7ED3" w:rsidP="00002159">
            <w:pPr>
              <w:spacing w:after="0" w:line="240" w:lineRule="auto"/>
              <w:rPr>
                <w:rFonts w:cs="Times New Roman"/>
                <w:b/>
                <w:szCs w:val="24"/>
              </w:rPr>
            </w:pPr>
          </w:p>
        </w:tc>
        <w:tc>
          <w:tcPr>
            <w:tcW w:w="1980" w:type="dxa"/>
          </w:tcPr>
          <w:p w14:paraId="24DFF7F0" w14:textId="77777777" w:rsidR="00EE7ED3" w:rsidRPr="00563B50" w:rsidRDefault="00EE7ED3" w:rsidP="00002159">
            <w:pPr>
              <w:spacing w:after="0" w:line="240" w:lineRule="auto"/>
              <w:rPr>
                <w:rFonts w:cs="Times New Roman"/>
                <w:b/>
                <w:szCs w:val="24"/>
              </w:rPr>
            </w:pPr>
          </w:p>
        </w:tc>
        <w:tc>
          <w:tcPr>
            <w:tcW w:w="1677" w:type="dxa"/>
          </w:tcPr>
          <w:p w14:paraId="3F37850F" w14:textId="77777777" w:rsidR="00EE7ED3" w:rsidRPr="00563B50" w:rsidRDefault="00EE7ED3" w:rsidP="00002159">
            <w:pPr>
              <w:spacing w:after="0" w:line="240" w:lineRule="auto"/>
              <w:rPr>
                <w:rFonts w:cs="Times New Roman"/>
                <w:b/>
                <w:szCs w:val="24"/>
              </w:rPr>
            </w:pPr>
          </w:p>
        </w:tc>
      </w:tr>
      <w:tr w:rsidR="00EA4171" w:rsidRPr="00563B50" w14:paraId="0EF5796F" w14:textId="77777777" w:rsidTr="00002159">
        <w:tc>
          <w:tcPr>
            <w:tcW w:w="682" w:type="dxa"/>
          </w:tcPr>
          <w:p w14:paraId="0777318B" w14:textId="77777777" w:rsidR="00EE7ED3" w:rsidRPr="00563B50" w:rsidRDefault="00000000" w:rsidP="00002159">
            <w:pPr>
              <w:spacing w:after="0" w:line="240" w:lineRule="auto"/>
              <w:rPr>
                <w:rFonts w:cs="Times New Roman"/>
                <w:b/>
                <w:szCs w:val="24"/>
              </w:rPr>
            </w:pPr>
            <w:r w:rsidRPr="00563B50">
              <w:rPr>
                <w:rFonts w:cs="Times New Roman"/>
                <w:b/>
                <w:szCs w:val="24"/>
              </w:rPr>
              <w:t>27</w:t>
            </w:r>
          </w:p>
        </w:tc>
        <w:tc>
          <w:tcPr>
            <w:tcW w:w="2666" w:type="dxa"/>
          </w:tcPr>
          <w:p w14:paraId="02B44CE2" w14:textId="77777777" w:rsidR="00EE7ED3" w:rsidRPr="00563B50" w:rsidRDefault="00EE7ED3" w:rsidP="00002159">
            <w:pPr>
              <w:spacing w:after="0" w:line="240" w:lineRule="auto"/>
              <w:rPr>
                <w:rFonts w:cs="Times New Roman"/>
                <w:b/>
                <w:szCs w:val="24"/>
              </w:rPr>
            </w:pPr>
          </w:p>
        </w:tc>
        <w:tc>
          <w:tcPr>
            <w:tcW w:w="2340" w:type="dxa"/>
          </w:tcPr>
          <w:p w14:paraId="59F63418" w14:textId="77777777" w:rsidR="00EE7ED3" w:rsidRPr="00563B50" w:rsidRDefault="00EE7ED3" w:rsidP="00002159">
            <w:pPr>
              <w:spacing w:after="0" w:line="240" w:lineRule="auto"/>
              <w:rPr>
                <w:rFonts w:cs="Times New Roman"/>
                <w:b/>
                <w:szCs w:val="24"/>
              </w:rPr>
            </w:pPr>
          </w:p>
        </w:tc>
        <w:tc>
          <w:tcPr>
            <w:tcW w:w="1980" w:type="dxa"/>
          </w:tcPr>
          <w:p w14:paraId="55396D30" w14:textId="77777777" w:rsidR="00EE7ED3" w:rsidRPr="00563B50" w:rsidRDefault="00EE7ED3" w:rsidP="00002159">
            <w:pPr>
              <w:spacing w:after="0" w:line="240" w:lineRule="auto"/>
              <w:rPr>
                <w:rFonts w:cs="Times New Roman"/>
                <w:b/>
                <w:szCs w:val="24"/>
              </w:rPr>
            </w:pPr>
          </w:p>
        </w:tc>
        <w:tc>
          <w:tcPr>
            <w:tcW w:w="1677" w:type="dxa"/>
          </w:tcPr>
          <w:p w14:paraId="171EAD92" w14:textId="77777777" w:rsidR="00EE7ED3" w:rsidRPr="00563B50" w:rsidRDefault="00EE7ED3" w:rsidP="00002159">
            <w:pPr>
              <w:spacing w:after="0" w:line="240" w:lineRule="auto"/>
              <w:rPr>
                <w:rFonts w:cs="Times New Roman"/>
                <w:b/>
                <w:szCs w:val="24"/>
              </w:rPr>
            </w:pPr>
          </w:p>
        </w:tc>
      </w:tr>
      <w:tr w:rsidR="00EA4171" w:rsidRPr="00563B50" w14:paraId="123D52B3" w14:textId="77777777" w:rsidTr="00002159">
        <w:tc>
          <w:tcPr>
            <w:tcW w:w="682" w:type="dxa"/>
          </w:tcPr>
          <w:p w14:paraId="7A403E0F" w14:textId="77777777" w:rsidR="00EE7ED3" w:rsidRPr="00563B50" w:rsidRDefault="00000000" w:rsidP="00002159">
            <w:pPr>
              <w:spacing w:after="0" w:line="240" w:lineRule="auto"/>
              <w:rPr>
                <w:rFonts w:cs="Times New Roman"/>
                <w:b/>
                <w:szCs w:val="24"/>
              </w:rPr>
            </w:pPr>
            <w:r w:rsidRPr="00563B50">
              <w:rPr>
                <w:rFonts w:cs="Times New Roman"/>
                <w:b/>
                <w:szCs w:val="24"/>
              </w:rPr>
              <w:t>28</w:t>
            </w:r>
          </w:p>
        </w:tc>
        <w:tc>
          <w:tcPr>
            <w:tcW w:w="2666" w:type="dxa"/>
          </w:tcPr>
          <w:p w14:paraId="0D99C222" w14:textId="77777777" w:rsidR="00EE7ED3" w:rsidRPr="00563B50" w:rsidRDefault="00EE7ED3" w:rsidP="00002159">
            <w:pPr>
              <w:spacing w:after="0" w:line="240" w:lineRule="auto"/>
              <w:rPr>
                <w:rFonts w:cs="Times New Roman"/>
                <w:b/>
                <w:szCs w:val="24"/>
              </w:rPr>
            </w:pPr>
          </w:p>
        </w:tc>
        <w:tc>
          <w:tcPr>
            <w:tcW w:w="2340" w:type="dxa"/>
          </w:tcPr>
          <w:p w14:paraId="5EB94F6B" w14:textId="77777777" w:rsidR="00EE7ED3" w:rsidRPr="00563B50" w:rsidRDefault="00EE7ED3" w:rsidP="00002159">
            <w:pPr>
              <w:spacing w:after="0" w:line="240" w:lineRule="auto"/>
              <w:rPr>
                <w:rFonts w:cs="Times New Roman"/>
                <w:b/>
                <w:szCs w:val="24"/>
              </w:rPr>
            </w:pPr>
          </w:p>
        </w:tc>
        <w:tc>
          <w:tcPr>
            <w:tcW w:w="1980" w:type="dxa"/>
          </w:tcPr>
          <w:p w14:paraId="06289723" w14:textId="77777777" w:rsidR="00EE7ED3" w:rsidRPr="00563B50" w:rsidRDefault="00EE7ED3" w:rsidP="00002159">
            <w:pPr>
              <w:spacing w:after="0" w:line="240" w:lineRule="auto"/>
              <w:rPr>
                <w:rFonts w:cs="Times New Roman"/>
                <w:b/>
                <w:szCs w:val="24"/>
              </w:rPr>
            </w:pPr>
          </w:p>
        </w:tc>
        <w:tc>
          <w:tcPr>
            <w:tcW w:w="1677" w:type="dxa"/>
          </w:tcPr>
          <w:p w14:paraId="5E3AD655" w14:textId="77777777" w:rsidR="00EE7ED3" w:rsidRPr="00563B50" w:rsidRDefault="00EE7ED3" w:rsidP="00002159">
            <w:pPr>
              <w:spacing w:after="0" w:line="240" w:lineRule="auto"/>
              <w:rPr>
                <w:rFonts w:cs="Times New Roman"/>
                <w:b/>
                <w:szCs w:val="24"/>
              </w:rPr>
            </w:pPr>
          </w:p>
        </w:tc>
      </w:tr>
      <w:tr w:rsidR="00EA4171" w:rsidRPr="00563B50" w14:paraId="710D8A0B" w14:textId="77777777" w:rsidTr="00002159">
        <w:tc>
          <w:tcPr>
            <w:tcW w:w="682" w:type="dxa"/>
          </w:tcPr>
          <w:p w14:paraId="559A4C02" w14:textId="77777777" w:rsidR="00EE7ED3" w:rsidRPr="00563B50" w:rsidRDefault="00000000" w:rsidP="00002159">
            <w:pPr>
              <w:spacing w:after="0" w:line="240" w:lineRule="auto"/>
              <w:rPr>
                <w:rFonts w:cs="Times New Roman"/>
                <w:b/>
                <w:szCs w:val="24"/>
              </w:rPr>
            </w:pPr>
            <w:r w:rsidRPr="00563B50">
              <w:rPr>
                <w:rFonts w:cs="Times New Roman"/>
                <w:b/>
                <w:szCs w:val="24"/>
              </w:rPr>
              <w:t>29</w:t>
            </w:r>
          </w:p>
        </w:tc>
        <w:tc>
          <w:tcPr>
            <w:tcW w:w="2666" w:type="dxa"/>
          </w:tcPr>
          <w:p w14:paraId="1B62BE4C" w14:textId="77777777" w:rsidR="00EE7ED3" w:rsidRPr="00563B50" w:rsidRDefault="00EE7ED3" w:rsidP="00002159">
            <w:pPr>
              <w:spacing w:after="0" w:line="240" w:lineRule="auto"/>
              <w:rPr>
                <w:rFonts w:cs="Times New Roman"/>
                <w:b/>
                <w:szCs w:val="24"/>
              </w:rPr>
            </w:pPr>
          </w:p>
        </w:tc>
        <w:tc>
          <w:tcPr>
            <w:tcW w:w="2340" w:type="dxa"/>
          </w:tcPr>
          <w:p w14:paraId="362B2DB8" w14:textId="77777777" w:rsidR="00EE7ED3" w:rsidRPr="00563B50" w:rsidRDefault="00EE7ED3" w:rsidP="00002159">
            <w:pPr>
              <w:spacing w:after="0" w:line="240" w:lineRule="auto"/>
              <w:rPr>
                <w:rFonts w:cs="Times New Roman"/>
                <w:b/>
                <w:szCs w:val="24"/>
              </w:rPr>
            </w:pPr>
          </w:p>
        </w:tc>
        <w:tc>
          <w:tcPr>
            <w:tcW w:w="1980" w:type="dxa"/>
          </w:tcPr>
          <w:p w14:paraId="3185C9F4" w14:textId="77777777" w:rsidR="00EE7ED3" w:rsidRPr="00563B50" w:rsidRDefault="00EE7ED3" w:rsidP="00002159">
            <w:pPr>
              <w:spacing w:after="0" w:line="240" w:lineRule="auto"/>
              <w:rPr>
                <w:rFonts w:cs="Times New Roman"/>
                <w:b/>
                <w:szCs w:val="24"/>
              </w:rPr>
            </w:pPr>
          </w:p>
        </w:tc>
        <w:tc>
          <w:tcPr>
            <w:tcW w:w="1677" w:type="dxa"/>
          </w:tcPr>
          <w:p w14:paraId="74A174DF" w14:textId="77777777" w:rsidR="00EE7ED3" w:rsidRPr="00563B50" w:rsidRDefault="00EE7ED3" w:rsidP="00002159">
            <w:pPr>
              <w:spacing w:after="0" w:line="240" w:lineRule="auto"/>
              <w:rPr>
                <w:rFonts w:cs="Times New Roman"/>
                <w:b/>
                <w:szCs w:val="24"/>
              </w:rPr>
            </w:pPr>
          </w:p>
        </w:tc>
      </w:tr>
      <w:tr w:rsidR="00EA4171" w:rsidRPr="00563B50" w14:paraId="60EB4724" w14:textId="77777777" w:rsidTr="00002159">
        <w:tc>
          <w:tcPr>
            <w:tcW w:w="682" w:type="dxa"/>
          </w:tcPr>
          <w:p w14:paraId="2F75ABBA" w14:textId="77777777" w:rsidR="00EE7ED3" w:rsidRPr="00563B50" w:rsidRDefault="00000000" w:rsidP="00002159">
            <w:pPr>
              <w:spacing w:after="0" w:line="240" w:lineRule="auto"/>
              <w:rPr>
                <w:rFonts w:cs="Times New Roman"/>
                <w:b/>
                <w:szCs w:val="24"/>
              </w:rPr>
            </w:pPr>
            <w:r w:rsidRPr="00563B50">
              <w:rPr>
                <w:rFonts w:cs="Times New Roman"/>
                <w:b/>
                <w:szCs w:val="24"/>
              </w:rPr>
              <w:t>30</w:t>
            </w:r>
          </w:p>
        </w:tc>
        <w:tc>
          <w:tcPr>
            <w:tcW w:w="2666" w:type="dxa"/>
          </w:tcPr>
          <w:p w14:paraId="5049CF6B" w14:textId="77777777" w:rsidR="00EE7ED3" w:rsidRPr="00563B50" w:rsidRDefault="00EE7ED3" w:rsidP="00002159">
            <w:pPr>
              <w:spacing w:after="0" w:line="240" w:lineRule="auto"/>
              <w:rPr>
                <w:rFonts w:cs="Times New Roman"/>
                <w:b/>
                <w:szCs w:val="24"/>
              </w:rPr>
            </w:pPr>
          </w:p>
        </w:tc>
        <w:tc>
          <w:tcPr>
            <w:tcW w:w="2340" w:type="dxa"/>
          </w:tcPr>
          <w:p w14:paraId="3AA71556" w14:textId="77777777" w:rsidR="00EE7ED3" w:rsidRPr="00563B50" w:rsidRDefault="00EE7ED3" w:rsidP="00002159">
            <w:pPr>
              <w:spacing w:after="0" w:line="240" w:lineRule="auto"/>
              <w:rPr>
                <w:rFonts w:cs="Times New Roman"/>
                <w:b/>
                <w:szCs w:val="24"/>
              </w:rPr>
            </w:pPr>
          </w:p>
        </w:tc>
        <w:tc>
          <w:tcPr>
            <w:tcW w:w="1980" w:type="dxa"/>
          </w:tcPr>
          <w:p w14:paraId="36EA5970" w14:textId="77777777" w:rsidR="00EE7ED3" w:rsidRPr="00563B50" w:rsidRDefault="00EE7ED3" w:rsidP="00002159">
            <w:pPr>
              <w:spacing w:after="0" w:line="240" w:lineRule="auto"/>
              <w:rPr>
                <w:rFonts w:cs="Times New Roman"/>
                <w:b/>
                <w:szCs w:val="24"/>
              </w:rPr>
            </w:pPr>
          </w:p>
        </w:tc>
        <w:tc>
          <w:tcPr>
            <w:tcW w:w="1677" w:type="dxa"/>
          </w:tcPr>
          <w:p w14:paraId="5775E551" w14:textId="77777777" w:rsidR="00EE7ED3" w:rsidRPr="00563B50" w:rsidRDefault="00EE7ED3" w:rsidP="00002159">
            <w:pPr>
              <w:spacing w:after="0" w:line="240" w:lineRule="auto"/>
              <w:rPr>
                <w:rFonts w:cs="Times New Roman"/>
                <w:b/>
                <w:szCs w:val="24"/>
              </w:rPr>
            </w:pPr>
          </w:p>
        </w:tc>
      </w:tr>
      <w:tr w:rsidR="00EA4171" w:rsidRPr="00563B50" w14:paraId="109F002B" w14:textId="77777777" w:rsidTr="00002159">
        <w:tc>
          <w:tcPr>
            <w:tcW w:w="682" w:type="dxa"/>
          </w:tcPr>
          <w:p w14:paraId="3D150D70" w14:textId="77777777" w:rsidR="00EE7ED3" w:rsidRPr="00563B50" w:rsidRDefault="00000000" w:rsidP="00002159">
            <w:pPr>
              <w:spacing w:after="0" w:line="240" w:lineRule="auto"/>
              <w:rPr>
                <w:rFonts w:cs="Times New Roman"/>
                <w:b/>
                <w:szCs w:val="24"/>
              </w:rPr>
            </w:pPr>
            <w:r w:rsidRPr="00563B50">
              <w:rPr>
                <w:rFonts w:cs="Times New Roman"/>
                <w:b/>
                <w:szCs w:val="24"/>
              </w:rPr>
              <w:t>31</w:t>
            </w:r>
          </w:p>
        </w:tc>
        <w:tc>
          <w:tcPr>
            <w:tcW w:w="2666" w:type="dxa"/>
          </w:tcPr>
          <w:p w14:paraId="6BB167F6" w14:textId="77777777" w:rsidR="00EE7ED3" w:rsidRPr="00563B50" w:rsidRDefault="00EE7ED3" w:rsidP="00002159">
            <w:pPr>
              <w:spacing w:after="0" w:line="240" w:lineRule="auto"/>
              <w:rPr>
                <w:rFonts w:cs="Times New Roman"/>
                <w:b/>
                <w:szCs w:val="24"/>
              </w:rPr>
            </w:pPr>
          </w:p>
        </w:tc>
        <w:tc>
          <w:tcPr>
            <w:tcW w:w="2340" w:type="dxa"/>
          </w:tcPr>
          <w:p w14:paraId="0FEE4640" w14:textId="77777777" w:rsidR="00EE7ED3" w:rsidRPr="00563B50" w:rsidRDefault="00EE7ED3" w:rsidP="00002159">
            <w:pPr>
              <w:spacing w:after="0" w:line="240" w:lineRule="auto"/>
              <w:rPr>
                <w:rFonts w:cs="Times New Roman"/>
                <w:b/>
                <w:szCs w:val="24"/>
              </w:rPr>
            </w:pPr>
          </w:p>
        </w:tc>
        <w:tc>
          <w:tcPr>
            <w:tcW w:w="1980" w:type="dxa"/>
          </w:tcPr>
          <w:p w14:paraId="4309BEB8" w14:textId="77777777" w:rsidR="00EE7ED3" w:rsidRPr="00563B50" w:rsidRDefault="00EE7ED3" w:rsidP="00002159">
            <w:pPr>
              <w:spacing w:after="0" w:line="240" w:lineRule="auto"/>
              <w:rPr>
                <w:rFonts w:cs="Times New Roman"/>
                <w:b/>
                <w:szCs w:val="24"/>
              </w:rPr>
            </w:pPr>
          </w:p>
        </w:tc>
        <w:tc>
          <w:tcPr>
            <w:tcW w:w="1677" w:type="dxa"/>
          </w:tcPr>
          <w:p w14:paraId="67E67EE5" w14:textId="77777777" w:rsidR="00EE7ED3" w:rsidRPr="00563B50" w:rsidRDefault="00EE7ED3" w:rsidP="00002159">
            <w:pPr>
              <w:spacing w:after="0" w:line="240" w:lineRule="auto"/>
              <w:rPr>
                <w:rFonts w:cs="Times New Roman"/>
                <w:b/>
                <w:szCs w:val="24"/>
              </w:rPr>
            </w:pPr>
          </w:p>
        </w:tc>
      </w:tr>
      <w:tr w:rsidR="00EA4171" w:rsidRPr="00563B50" w14:paraId="26B9911A" w14:textId="77777777" w:rsidTr="00002159">
        <w:tc>
          <w:tcPr>
            <w:tcW w:w="682" w:type="dxa"/>
          </w:tcPr>
          <w:p w14:paraId="3ED63774" w14:textId="77777777" w:rsidR="00EE7ED3" w:rsidRPr="00563B50" w:rsidRDefault="00000000" w:rsidP="00002159">
            <w:pPr>
              <w:spacing w:after="0" w:line="240" w:lineRule="auto"/>
              <w:rPr>
                <w:rFonts w:cs="Times New Roman"/>
                <w:b/>
                <w:szCs w:val="24"/>
              </w:rPr>
            </w:pPr>
            <w:r w:rsidRPr="00563B50">
              <w:rPr>
                <w:rFonts w:cs="Times New Roman"/>
                <w:b/>
                <w:szCs w:val="24"/>
              </w:rPr>
              <w:t>32</w:t>
            </w:r>
          </w:p>
        </w:tc>
        <w:tc>
          <w:tcPr>
            <w:tcW w:w="2666" w:type="dxa"/>
          </w:tcPr>
          <w:p w14:paraId="3B1A4212" w14:textId="77777777" w:rsidR="00EE7ED3" w:rsidRPr="00563B50" w:rsidRDefault="00EE7ED3" w:rsidP="00002159">
            <w:pPr>
              <w:spacing w:after="0" w:line="240" w:lineRule="auto"/>
              <w:rPr>
                <w:rFonts w:cs="Times New Roman"/>
                <w:b/>
                <w:szCs w:val="24"/>
              </w:rPr>
            </w:pPr>
          </w:p>
        </w:tc>
        <w:tc>
          <w:tcPr>
            <w:tcW w:w="2340" w:type="dxa"/>
          </w:tcPr>
          <w:p w14:paraId="796579B6" w14:textId="77777777" w:rsidR="00EE7ED3" w:rsidRPr="00563B50" w:rsidRDefault="00EE7ED3" w:rsidP="00002159">
            <w:pPr>
              <w:spacing w:after="0" w:line="240" w:lineRule="auto"/>
              <w:rPr>
                <w:rFonts w:cs="Times New Roman"/>
                <w:b/>
                <w:szCs w:val="24"/>
              </w:rPr>
            </w:pPr>
          </w:p>
        </w:tc>
        <w:tc>
          <w:tcPr>
            <w:tcW w:w="1980" w:type="dxa"/>
          </w:tcPr>
          <w:p w14:paraId="44FB3EC4" w14:textId="77777777" w:rsidR="00EE7ED3" w:rsidRPr="00563B50" w:rsidRDefault="00EE7ED3" w:rsidP="00002159">
            <w:pPr>
              <w:spacing w:after="0" w:line="240" w:lineRule="auto"/>
              <w:rPr>
                <w:rFonts w:cs="Times New Roman"/>
                <w:b/>
                <w:szCs w:val="24"/>
              </w:rPr>
            </w:pPr>
          </w:p>
        </w:tc>
        <w:tc>
          <w:tcPr>
            <w:tcW w:w="1677" w:type="dxa"/>
          </w:tcPr>
          <w:p w14:paraId="75A3C495" w14:textId="77777777" w:rsidR="00EE7ED3" w:rsidRPr="00563B50" w:rsidRDefault="00EE7ED3" w:rsidP="00002159">
            <w:pPr>
              <w:spacing w:after="0" w:line="240" w:lineRule="auto"/>
              <w:rPr>
                <w:rFonts w:cs="Times New Roman"/>
                <w:b/>
                <w:szCs w:val="24"/>
              </w:rPr>
            </w:pPr>
          </w:p>
        </w:tc>
      </w:tr>
      <w:tr w:rsidR="00EA4171" w:rsidRPr="00563B50" w14:paraId="71A1A481" w14:textId="77777777" w:rsidTr="00002159">
        <w:tc>
          <w:tcPr>
            <w:tcW w:w="682" w:type="dxa"/>
          </w:tcPr>
          <w:p w14:paraId="3800476C" w14:textId="77777777" w:rsidR="00EE7ED3" w:rsidRPr="00563B50" w:rsidRDefault="00000000" w:rsidP="00002159">
            <w:pPr>
              <w:spacing w:after="0" w:line="240" w:lineRule="auto"/>
              <w:rPr>
                <w:rFonts w:cs="Times New Roman"/>
                <w:b/>
                <w:szCs w:val="24"/>
              </w:rPr>
            </w:pPr>
            <w:r w:rsidRPr="00563B50">
              <w:rPr>
                <w:rFonts w:cs="Times New Roman"/>
                <w:b/>
                <w:szCs w:val="24"/>
              </w:rPr>
              <w:t>33</w:t>
            </w:r>
          </w:p>
        </w:tc>
        <w:tc>
          <w:tcPr>
            <w:tcW w:w="2666" w:type="dxa"/>
          </w:tcPr>
          <w:p w14:paraId="7DC0BDD1" w14:textId="77777777" w:rsidR="00EE7ED3" w:rsidRPr="00563B50" w:rsidRDefault="00EE7ED3" w:rsidP="00002159">
            <w:pPr>
              <w:spacing w:after="0" w:line="240" w:lineRule="auto"/>
              <w:rPr>
                <w:rFonts w:cs="Times New Roman"/>
                <w:b/>
                <w:szCs w:val="24"/>
              </w:rPr>
            </w:pPr>
          </w:p>
        </w:tc>
        <w:tc>
          <w:tcPr>
            <w:tcW w:w="2340" w:type="dxa"/>
          </w:tcPr>
          <w:p w14:paraId="663EF4FB" w14:textId="77777777" w:rsidR="00EE7ED3" w:rsidRPr="00563B50" w:rsidRDefault="00EE7ED3" w:rsidP="00002159">
            <w:pPr>
              <w:spacing w:after="0" w:line="240" w:lineRule="auto"/>
              <w:rPr>
                <w:rFonts w:cs="Times New Roman"/>
                <w:b/>
                <w:szCs w:val="24"/>
              </w:rPr>
            </w:pPr>
          </w:p>
        </w:tc>
        <w:tc>
          <w:tcPr>
            <w:tcW w:w="1980" w:type="dxa"/>
          </w:tcPr>
          <w:p w14:paraId="18493D58" w14:textId="77777777" w:rsidR="00EE7ED3" w:rsidRPr="00563B50" w:rsidRDefault="00EE7ED3" w:rsidP="00002159">
            <w:pPr>
              <w:spacing w:after="0" w:line="240" w:lineRule="auto"/>
              <w:rPr>
                <w:rFonts w:cs="Times New Roman"/>
                <w:b/>
                <w:szCs w:val="24"/>
              </w:rPr>
            </w:pPr>
          </w:p>
        </w:tc>
        <w:tc>
          <w:tcPr>
            <w:tcW w:w="1677" w:type="dxa"/>
          </w:tcPr>
          <w:p w14:paraId="4CC30B9F" w14:textId="77777777" w:rsidR="00EE7ED3" w:rsidRPr="00563B50" w:rsidRDefault="00EE7ED3" w:rsidP="00002159">
            <w:pPr>
              <w:spacing w:after="0" w:line="240" w:lineRule="auto"/>
              <w:rPr>
                <w:rFonts w:cs="Times New Roman"/>
                <w:b/>
                <w:szCs w:val="24"/>
              </w:rPr>
            </w:pPr>
          </w:p>
        </w:tc>
      </w:tr>
      <w:tr w:rsidR="00EA4171" w:rsidRPr="00563B50" w14:paraId="255F8137" w14:textId="77777777" w:rsidTr="00002159">
        <w:tc>
          <w:tcPr>
            <w:tcW w:w="682" w:type="dxa"/>
          </w:tcPr>
          <w:p w14:paraId="6130EF95" w14:textId="77777777" w:rsidR="00EE7ED3" w:rsidRPr="00563B50" w:rsidRDefault="00000000" w:rsidP="00002159">
            <w:pPr>
              <w:spacing w:after="0" w:line="240" w:lineRule="auto"/>
              <w:rPr>
                <w:rFonts w:cs="Times New Roman"/>
                <w:b/>
                <w:szCs w:val="24"/>
              </w:rPr>
            </w:pPr>
            <w:r w:rsidRPr="00563B50">
              <w:rPr>
                <w:rFonts w:cs="Times New Roman"/>
                <w:b/>
                <w:szCs w:val="24"/>
              </w:rPr>
              <w:t>34</w:t>
            </w:r>
          </w:p>
        </w:tc>
        <w:tc>
          <w:tcPr>
            <w:tcW w:w="2666" w:type="dxa"/>
          </w:tcPr>
          <w:p w14:paraId="2D6417BF" w14:textId="77777777" w:rsidR="00EE7ED3" w:rsidRPr="00563B50" w:rsidRDefault="00EE7ED3" w:rsidP="00002159">
            <w:pPr>
              <w:spacing w:after="0" w:line="240" w:lineRule="auto"/>
              <w:rPr>
                <w:rFonts w:cs="Times New Roman"/>
                <w:b/>
                <w:szCs w:val="24"/>
              </w:rPr>
            </w:pPr>
          </w:p>
        </w:tc>
        <w:tc>
          <w:tcPr>
            <w:tcW w:w="2340" w:type="dxa"/>
          </w:tcPr>
          <w:p w14:paraId="73EFD473" w14:textId="77777777" w:rsidR="00EE7ED3" w:rsidRPr="00563B50" w:rsidRDefault="00EE7ED3" w:rsidP="00002159">
            <w:pPr>
              <w:spacing w:after="0" w:line="240" w:lineRule="auto"/>
              <w:rPr>
                <w:rFonts w:cs="Times New Roman"/>
                <w:b/>
                <w:szCs w:val="24"/>
              </w:rPr>
            </w:pPr>
          </w:p>
        </w:tc>
        <w:tc>
          <w:tcPr>
            <w:tcW w:w="1980" w:type="dxa"/>
          </w:tcPr>
          <w:p w14:paraId="52B6265A" w14:textId="77777777" w:rsidR="00EE7ED3" w:rsidRPr="00563B50" w:rsidRDefault="00EE7ED3" w:rsidP="00002159">
            <w:pPr>
              <w:spacing w:after="0" w:line="240" w:lineRule="auto"/>
              <w:rPr>
                <w:rFonts w:cs="Times New Roman"/>
                <w:b/>
                <w:szCs w:val="24"/>
              </w:rPr>
            </w:pPr>
          </w:p>
        </w:tc>
        <w:tc>
          <w:tcPr>
            <w:tcW w:w="1677" w:type="dxa"/>
          </w:tcPr>
          <w:p w14:paraId="30EA3E29" w14:textId="77777777" w:rsidR="00EE7ED3" w:rsidRPr="00563B50" w:rsidRDefault="00EE7ED3" w:rsidP="00002159">
            <w:pPr>
              <w:spacing w:after="0" w:line="240" w:lineRule="auto"/>
              <w:rPr>
                <w:rFonts w:cs="Times New Roman"/>
                <w:b/>
                <w:szCs w:val="24"/>
              </w:rPr>
            </w:pPr>
          </w:p>
        </w:tc>
      </w:tr>
      <w:tr w:rsidR="00EA4171" w:rsidRPr="00563B50" w14:paraId="1ADC776C" w14:textId="77777777" w:rsidTr="00002159">
        <w:tc>
          <w:tcPr>
            <w:tcW w:w="682" w:type="dxa"/>
          </w:tcPr>
          <w:p w14:paraId="5BECD80C" w14:textId="77777777" w:rsidR="00EE7ED3" w:rsidRPr="00563B50" w:rsidRDefault="00000000" w:rsidP="00002159">
            <w:pPr>
              <w:spacing w:after="0" w:line="240" w:lineRule="auto"/>
              <w:rPr>
                <w:rFonts w:cs="Times New Roman"/>
                <w:b/>
                <w:szCs w:val="24"/>
              </w:rPr>
            </w:pPr>
            <w:r w:rsidRPr="00563B50">
              <w:rPr>
                <w:rFonts w:cs="Times New Roman"/>
                <w:b/>
                <w:szCs w:val="24"/>
              </w:rPr>
              <w:t>35</w:t>
            </w:r>
          </w:p>
        </w:tc>
        <w:tc>
          <w:tcPr>
            <w:tcW w:w="2666" w:type="dxa"/>
          </w:tcPr>
          <w:p w14:paraId="28291FA0" w14:textId="77777777" w:rsidR="00EE7ED3" w:rsidRPr="00563B50" w:rsidRDefault="00EE7ED3" w:rsidP="00002159">
            <w:pPr>
              <w:spacing w:after="0" w:line="240" w:lineRule="auto"/>
              <w:rPr>
                <w:rFonts w:cs="Times New Roman"/>
                <w:b/>
                <w:szCs w:val="24"/>
              </w:rPr>
            </w:pPr>
          </w:p>
        </w:tc>
        <w:tc>
          <w:tcPr>
            <w:tcW w:w="2340" w:type="dxa"/>
          </w:tcPr>
          <w:p w14:paraId="4CAEF9BE" w14:textId="77777777" w:rsidR="00EE7ED3" w:rsidRPr="00563B50" w:rsidRDefault="00EE7ED3" w:rsidP="00002159">
            <w:pPr>
              <w:spacing w:after="0" w:line="240" w:lineRule="auto"/>
              <w:rPr>
                <w:rFonts w:cs="Times New Roman"/>
                <w:b/>
                <w:szCs w:val="24"/>
              </w:rPr>
            </w:pPr>
          </w:p>
        </w:tc>
        <w:tc>
          <w:tcPr>
            <w:tcW w:w="1980" w:type="dxa"/>
          </w:tcPr>
          <w:p w14:paraId="6FAFC5D6" w14:textId="77777777" w:rsidR="00EE7ED3" w:rsidRPr="00563B50" w:rsidRDefault="00EE7ED3" w:rsidP="00002159">
            <w:pPr>
              <w:spacing w:after="0" w:line="240" w:lineRule="auto"/>
              <w:rPr>
                <w:rFonts w:cs="Times New Roman"/>
                <w:b/>
                <w:szCs w:val="24"/>
              </w:rPr>
            </w:pPr>
          </w:p>
        </w:tc>
        <w:tc>
          <w:tcPr>
            <w:tcW w:w="1677" w:type="dxa"/>
          </w:tcPr>
          <w:p w14:paraId="45459E73" w14:textId="77777777" w:rsidR="00EE7ED3" w:rsidRPr="00563B50" w:rsidRDefault="00EE7ED3" w:rsidP="00002159">
            <w:pPr>
              <w:spacing w:after="0" w:line="240" w:lineRule="auto"/>
              <w:rPr>
                <w:rFonts w:cs="Times New Roman"/>
                <w:b/>
                <w:szCs w:val="24"/>
              </w:rPr>
            </w:pPr>
          </w:p>
        </w:tc>
      </w:tr>
      <w:tr w:rsidR="00EA4171" w:rsidRPr="00563B50" w14:paraId="24577207" w14:textId="77777777" w:rsidTr="00002159">
        <w:tc>
          <w:tcPr>
            <w:tcW w:w="682" w:type="dxa"/>
          </w:tcPr>
          <w:p w14:paraId="16DE3551" w14:textId="77777777" w:rsidR="00EE7ED3" w:rsidRPr="00563B50" w:rsidRDefault="00000000" w:rsidP="00002159">
            <w:pPr>
              <w:spacing w:after="0" w:line="240" w:lineRule="auto"/>
              <w:rPr>
                <w:rFonts w:cs="Times New Roman"/>
                <w:b/>
                <w:szCs w:val="24"/>
              </w:rPr>
            </w:pPr>
            <w:r w:rsidRPr="00563B50">
              <w:rPr>
                <w:rFonts w:cs="Times New Roman"/>
                <w:b/>
                <w:szCs w:val="24"/>
              </w:rPr>
              <w:t>36</w:t>
            </w:r>
          </w:p>
        </w:tc>
        <w:tc>
          <w:tcPr>
            <w:tcW w:w="2666" w:type="dxa"/>
          </w:tcPr>
          <w:p w14:paraId="65B0180D" w14:textId="77777777" w:rsidR="00EE7ED3" w:rsidRPr="00563B50" w:rsidRDefault="00EE7ED3" w:rsidP="00002159">
            <w:pPr>
              <w:spacing w:after="0" w:line="240" w:lineRule="auto"/>
              <w:rPr>
                <w:rFonts w:cs="Times New Roman"/>
                <w:b/>
                <w:szCs w:val="24"/>
              </w:rPr>
            </w:pPr>
          </w:p>
        </w:tc>
        <w:tc>
          <w:tcPr>
            <w:tcW w:w="2340" w:type="dxa"/>
          </w:tcPr>
          <w:p w14:paraId="2F978A55" w14:textId="77777777" w:rsidR="00EE7ED3" w:rsidRPr="00563B50" w:rsidRDefault="00EE7ED3" w:rsidP="00002159">
            <w:pPr>
              <w:spacing w:after="0" w:line="240" w:lineRule="auto"/>
              <w:rPr>
                <w:rFonts w:cs="Times New Roman"/>
                <w:b/>
                <w:szCs w:val="24"/>
              </w:rPr>
            </w:pPr>
          </w:p>
        </w:tc>
        <w:tc>
          <w:tcPr>
            <w:tcW w:w="1980" w:type="dxa"/>
          </w:tcPr>
          <w:p w14:paraId="63A2B006" w14:textId="77777777" w:rsidR="00EE7ED3" w:rsidRPr="00563B50" w:rsidRDefault="00EE7ED3" w:rsidP="00002159">
            <w:pPr>
              <w:spacing w:after="0" w:line="240" w:lineRule="auto"/>
              <w:rPr>
                <w:rFonts w:cs="Times New Roman"/>
                <w:b/>
                <w:szCs w:val="24"/>
              </w:rPr>
            </w:pPr>
          </w:p>
        </w:tc>
        <w:tc>
          <w:tcPr>
            <w:tcW w:w="1677" w:type="dxa"/>
          </w:tcPr>
          <w:p w14:paraId="7347CB84" w14:textId="77777777" w:rsidR="00EE7ED3" w:rsidRPr="00563B50" w:rsidRDefault="00EE7ED3" w:rsidP="00002159">
            <w:pPr>
              <w:spacing w:after="0" w:line="240" w:lineRule="auto"/>
              <w:rPr>
                <w:rFonts w:cs="Times New Roman"/>
                <w:b/>
                <w:szCs w:val="24"/>
              </w:rPr>
            </w:pPr>
          </w:p>
        </w:tc>
      </w:tr>
      <w:tr w:rsidR="00EA4171" w:rsidRPr="00563B50" w14:paraId="21881252" w14:textId="77777777" w:rsidTr="00002159">
        <w:tc>
          <w:tcPr>
            <w:tcW w:w="682" w:type="dxa"/>
          </w:tcPr>
          <w:p w14:paraId="49BE3FBF" w14:textId="77777777" w:rsidR="00EE7ED3" w:rsidRPr="00563B50" w:rsidRDefault="00000000" w:rsidP="00002159">
            <w:pPr>
              <w:spacing w:after="0" w:line="240" w:lineRule="auto"/>
              <w:rPr>
                <w:rFonts w:cs="Times New Roman"/>
                <w:b/>
                <w:szCs w:val="24"/>
              </w:rPr>
            </w:pPr>
            <w:r w:rsidRPr="00563B50">
              <w:rPr>
                <w:rFonts w:cs="Times New Roman"/>
                <w:b/>
                <w:szCs w:val="24"/>
              </w:rPr>
              <w:t>37</w:t>
            </w:r>
          </w:p>
        </w:tc>
        <w:tc>
          <w:tcPr>
            <w:tcW w:w="2666" w:type="dxa"/>
          </w:tcPr>
          <w:p w14:paraId="22A06DFC" w14:textId="77777777" w:rsidR="00EE7ED3" w:rsidRPr="00563B50" w:rsidRDefault="00EE7ED3" w:rsidP="00002159">
            <w:pPr>
              <w:spacing w:after="0" w:line="240" w:lineRule="auto"/>
              <w:rPr>
                <w:rFonts w:cs="Times New Roman"/>
                <w:b/>
                <w:szCs w:val="24"/>
              </w:rPr>
            </w:pPr>
          </w:p>
        </w:tc>
        <w:tc>
          <w:tcPr>
            <w:tcW w:w="2340" w:type="dxa"/>
          </w:tcPr>
          <w:p w14:paraId="7FA83017" w14:textId="77777777" w:rsidR="00EE7ED3" w:rsidRPr="00563B50" w:rsidRDefault="00EE7ED3" w:rsidP="00002159">
            <w:pPr>
              <w:spacing w:after="0" w:line="240" w:lineRule="auto"/>
              <w:rPr>
                <w:rFonts w:cs="Times New Roman"/>
                <w:b/>
                <w:szCs w:val="24"/>
              </w:rPr>
            </w:pPr>
          </w:p>
        </w:tc>
        <w:tc>
          <w:tcPr>
            <w:tcW w:w="1980" w:type="dxa"/>
          </w:tcPr>
          <w:p w14:paraId="7249D07F" w14:textId="77777777" w:rsidR="00EE7ED3" w:rsidRPr="00563B50" w:rsidRDefault="00EE7ED3" w:rsidP="00002159">
            <w:pPr>
              <w:spacing w:after="0" w:line="240" w:lineRule="auto"/>
              <w:rPr>
                <w:rFonts w:cs="Times New Roman"/>
                <w:b/>
                <w:szCs w:val="24"/>
              </w:rPr>
            </w:pPr>
          </w:p>
        </w:tc>
        <w:tc>
          <w:tcPr>
            <w:tcW w:w="1677" w:type="dxa"/>
          </w:tcPr>
          <w:p w14:paraId="14D098F1" w14:textId="77777777" w:rsidR="00EE7ED3" w:rsidRPr="00563B50" w:rsidRDefault="00EE7ED3" w:rsidP="00002159">
            <w:pPr>
              <w:spacing w:after="0" w:line="240" w:lineRule="auto"/>
              <w:rPr>
                <w:rFonts w:cs="Times New Roman"/>
                <w:b/>
                <w:szCs w:val="24"/>
              </w:rPr>
            </w:pPr>
          </w:p>
        </w:tc>
      </w:tr>
      <w:tr w:rsidR="00EA4171" w:rsidRPr="00563B50" w14:paraId="5F6DFD48" w14:textId="77777777" w:rsidTr="00002159">
        <w:tc>
          <w:tcPr>
            <w:tcW w:w="682" w:type="dxa"/>
          </w:tcPr>
          <w:p w14:paraId="7C33932D" w14:textId="77777777" w:rsidR="00EE7ED3" w:rsidRPr="00563B50" w:rsidRDefault="00000000" w:rsidP="00002159">
            <w:pPr>
              <w:spacing w:after="0" w:line="240" w:lineRule="auto"/>
              <w:rPr>
                <w:rFonts w:cs="Times New Roman"/>
                <w:b/>
                <w:szCs w:val="24"/>
              </w:rPr>
            </w:pPr>
            <w:r w:rsidRPr="00563B50">
              <w:rPr>
                <w:rFonts w:cs="Times New Roman"/>
                <w:b/>
                <w:szCs w:val="24"/>
              </w:rPr>
              <w:t>38</w:t>
            </w:r>
          </w:p>
        </w:tc>
        <w:tc>
          <w:tcPr>
            <w:tcW w:w="2666" w:type="dxa"/>
          </w:tcPr>
          <w:p w14:paraId="61A218CF" w14:textId="77777777" w:rsidR="00EE7ED3" w:rsidRPr="00563B50" w:rsidRDefault="00EE7ED3" w:rsidP="00002159">
            <w:pPr>
              <w:spacing w:after="0" w:line="240" w:lineRule="auto"/>
              <w:rPr>
                <w:rFonts w:cs="Times New Roman"/>
                <w:b/>
                <w:szCs w:val="24"/>
              </w:rPr>
            </w:pPr>
          </w:p>
        </w:tc>
        <w:tc>
          <w:tcPr>
            <w:tcW w:w="2340" w:type="dxa"/>
          </w:tcPr>
          <w:p w14:paraId="229EB9F5" w14:textId="77777777" w:rsidR="00EE7ED3" w:rsidRPr="00563B50" w:rsidRDefault="00EE7ED3" w:rsidP="00002159">
            <w:pPr>
              <w:spacing w:after="0" w:line="240" w:lineRule="auto"/>
              <w:rPr>
                <w:rFonts w:cs="Times New Roman"/>
                <w:b/>
                <w:szCs w:val="24"/>
              </w:rPr>
            </w:pPr>
          </w:p>
        </w:tc>
        <w:tc>
          <w:tcPr>
            <w:tcW w:w="1980" w:type="dxa"/>
          </w:tcPr>
          <w:p w14:paraId="3E50B00A" w14:textId="77777777" w:rsidR="00EE7ED3" w:rsidRPr="00563B50" w:rsidRDefault="00EE7ED3" w:rsidP="00002159">
            <w:pPr>
              <w:spacing w:after="0" w:line="240" w:lineRule="auto"/>
              <w:rPr>
                <w:rFonts w:cs="Times New Roman"/>
                <w:b/>
                <w:szCs w:val="24"/>
              </w:rPr>
            </w:pPr>
          </w:p>
        </w:tc>
        <w:tc>
          <w:tcPr>
            <w:tcW w:w="1677" w:type="dxa"/>
          </w:tcPr>
          <w:p w14:paraId="387E46C6" w14:textId="77777777" w:rsidR="00EE7ED3" w:rsidRPr="00563B50" w:rsidRDefault="00EE7ED3" w:rsidP="00002159">
            <w:pPr>
              <w:spacing w:after="0" w:line="240" w:lineRule="auto"/>
              <w:rPr>
                <w:rFonts w:cs="Times New Roman"/>
                <w:b/>
                <w:szCs w:val="24"/>
              </w:rPr>
            </w:pPr>
          </w:p>
        </w:tc>
      </w:tr>
      <w:tr w:rsidR="00EA4171" w:rsidRPr="00563B50" w14:paraId="04443A1B" w14:textId="77777777" w:rsidTr="00002159">
        <w:tc>
          <w:tcPr>
            <w:tcW w:w="682" w:type="dxa"/>
          </w:tcPr>
          <w:p w14:paraId="199AADD1" w14:textId="77777777" w:rsidR="00EE7ED3" w:rsidRPr="00563B50" w:rsidRDefault="00000000" w:rsidP="00002159">
            <w:pPr>
              <w:spacing w:after="0" w:line="240" w:lineRule="auto"/>
              <w:rPr>
                <w:rFonts w:cs="Times New Roman"/>
                <w:b/>
                <w:szCs w:val="24"/>
              </w:rPr>
            </w:pPr>
            <w:r w:rsidRPr="00563B50">
              <w:rPr>
                <w:rFonts w:cs="Times New Roman"/>
                <w:b/>
                <w:szCs w:val="24"/>
              </w:rPr>
              <w:t>39</w:t>
            </w:r>
          </w:p>
        </w:tc>
        <w:tc>
          <w:tcPr>
            <w:tcW w:w="2666" w:type="dxa"/>
          </w:tcPr>
          <w:p w14:paraId="5E0AEBAA" w14:textId="77777777" w:rsidR="00EE7ED3" w:rsidRPr="00563B50" w:rsidRDefault="00EE7ED3" w:rsidP="00002159">
            <w:pPr>
              <w:spacing w:after="0" w:line="240" w:lineRule="auto"/>
              <w:rPr>
                <w:rFonts w:cs="Times New Roman"/>
                <w:b/>
                <w:szCs w:val="24"/>
              </w:rPr>
            </w:pPr>
          </w:p>
        </w:tc>
        <w:tc>
          <w:tcPr>
            <w:tcW w:w="2340" w:type="dxa"/>
          </w:tcPr>
          <w:p w14:paraId="63FFB032" w14:textId="77777777" w:rsidR="00EE7ED3" w:rsidRPr="00563B50" w:rsidRDefault="00EE7ED3" w:rsidP="00002159">
            <w:pPr>
              <w:spacing w:after="0" w:line="240" w:lineRule="auto"/>
              <w:rPr>
                <w:rFonts w:cs="Times New Roman"/>
                <w:b/>
                <w:szCs w:val="24"/>
              </w:rPr>
            </w:pPr>
          </w:p>
        </w:tc>
        <w:tc>
          <w:tcPr>
            <w:tcW w:w="1980" w:type="dxa"/>
          </w:tcPr>
          <w:p w14:paraId="63176D64" w14:textId="77777777" w:rsidR="00EE7ED3" w:rsidRPr="00563B50" w:rsidRDefault="00EE7ED3" w:rsidP="00002159">
            <w:pPr>
              <w:spacing w:after="0" w:line="240" w:lineRule="auto"/>
              <w:rPr>
                <w:rFonts w:cs="Times New Roman"/>
                <w:b/>
                <w:szCs w:val="24"/>
              </w:rPr>
            </w:pPr>
          </w:p>
        </w:tc>
        <w:tc>
          <w:tcPr>
            <w:tcW w:w="1677" w:type="dxa"/>
          </w:tcPr>
          <w:p w14:paraId="14CC7F81" w14:textId="77777777" w:rsidR="00EE7ED3" w:rsidRPr="00563B50" w:rsidRDefault="00EE7ED3" w:rsidP="00002159">
            <w:pPr>
              <w:spacing w:after="0" w:line="240" w:lineRule="auto"/>
              <w:rPr>
                <w:rFonts w:cs="Times New Roman"/>
                <w:b/>
                <w:szCs w:val="24"/>
              </w:rPr>
            </w:pPr>
          </w:p>
        </w:tc>
      </w:tr>
      <w:tr w:rsidR="00EA4171" w:rsidRPr="00563B50" w14:paraId="08DCD22C" w14:textId="77777777" w:rsidTr="00002159">
        <w:tc>
          <w:tcPr>
            <w:tcW w:w="682" w:type="dxa"/>
          </w:tcPr>
          <w:p w14:paraId="4875C0CD" w14:textId="77777777" w:rsidR="00EE7ED3" w:rsidRPr="00563B50" w:rsidRDefault="00000000" w:rsidP="00002159">
            <w:pPr>
              <w:spacing w:after="0" w:line="240" w:lineRule="auto"/>
              <w:rPr>
                <w:rFonts w:cs="Times New Roman"/>
                <w:b/>
                <w:szCs w:val="24"/>
              </w:rPr>
            </w:pPr>
            <w:r w:rsidRPr="00563B50">
              <w:rPr>
                <w:rFonts w:cs="Times New Roman"/>
                <w:b/>
                <w:szCs w:val="24"/>
              </w:rPr>
              <w:t>40</w:t>
            </w:r>
          </w:p>
        </w:tc>
        <w:tc>
          <w:tcPr>
            <w:tcW w:w="2666" w:type="dxa"/>
          </w:tcPr>
          <w:p w14:paraId="68724BA4" w14:textId="77777777" w:rsidR="00EE7ED3" w:rsidRPr="00563B50" w:rsidRDefault="00EE7ED3" w:rsidP="00002159">
            <w:pPr>
              <w:spacing w:after="0" w:line="240" w:lineRule="auto"/>
              <w:rPr>
                <w:rFonts w:cs="Times New Roman"/>
                <w:b/>
                <w:szCs w:val="24"/>
              </w:rPr>
            </w:pPr>
          </w:p>
        </w:tc>
        <w:tc>
          <w:tcPr>
            <w:tcW w:w="2340" w:type="dxa"/>
          </w:tcPr>
          <w:p w14:paraId="03CCC440" w14:textId="77777777" w:rsidR="00EE7ED3" w:rsidRPr="00563B50" w:rsidRDefault="00EE7ED3" w:rsidP="00002159">
            <w:pPr>
              <w:spacing w:after="0" w:line="240" w:lineRule="auto"/>
              <w:rPr>
                <w:rFonts w:cs="Times New Roman"/>
                <w:b/>
                <w:szCs w:val="24"/>
              </w:rPr>
            </w:pPr>
          </w:p>
        </w:tc>
        <w:tc>
          <w:tcPr>
            <w:tcW w:w="1980" w:type="dxa"/>
          </w:tcPr>
          <w:p w14:paraId="61916D6A" w14:textId="77777777" w:rsidR="00EE7ED3" w:rsidRPr="00563B50" w:rsidRDefault="00EE7ED3" w:rsidP="00002159">
            <w:pPr>
              <w:spacing w:after="0" w:line="240" w:lineRule="auto"/>
              <w:rPr>
                <w:rFonts w:cs="Times New Roman"/>
                <w:b/>
                <w:szCs w:val="24"/>
              </w:rPr>
            </w:pPr>
          </w:p>
        </w:tc>
        <w:tc>
          <w:tcPr>
            <w:tcW w:w="1677" w:type="dxa"/>
          </w:tcPr>
          <w:p w14:paraId="231F751E" w14:textId="77777777" w:rsidR="00EE7ED3" w:rsidRPr="00563B50" w:rsidRDefault="00EE7ED3" w:rsidP="00002159">
            <w:pPr>
              <w:spacing w:after="0" w:line="240" w:lineRule="auto"/>
              <w:rPr>
                <w:rFonts w:cs="Times New Roman"/>
                <w:b/>
                <w:szCs w:val="24"/>
              </w:rPr>
            </w:pPr>
          </w:p>
        </w:tc>
      </w:tr>
    </w:tbl>
    <w:p w14:paraId="1A77A666" w14:textId="77777777" w:rsidR="00EE7ED3" w:rsidRPr="00563B50" w:rsidRDefault="00EE7ED3" w:rsidP="00EA4171">
      <w:pPr>
        <w:keepNext/>
        <w:keepLines/>
        <w:spacing w:line="240" w:lineRule="auto"/>
        <w:ind w:right="-2"/>
        <w:rPr>
          <w:rFonts w:cs="Times New Roman"/>
          <w:szCs w:val="24"/>
          <w:lang w:val="ro-RO"/>
        </w:rPr>
      </w:pPr>
    </w:p>
    <w:p w14:paraId="7B37444F" w14:textId="77777777" w:rsidR="00EE7ED3" w:rsidRPr="00563B50" w:rsidRDefault="00EE7ED3" w:rsidP="00EA4171">
      <w:pPr>
        <w:rPr>
          <w:rFonts w:cs="Times New Roman"/>
          <w:szCs w:val="24"/>
          <w:lang w:val="ro-RO"/>
        </w:rPr>
      </w:pPr>
    </w:p>
    <w:p w14:paraId="12447FD1" w14:textId="77777777" w:rsidR="006D4E92" w:rsidRDefault="00000000">
      <w:r>
        <w:br w:type="page"/>
      </w:r>
    </w:p>
    <w:p w14:paraId="68E824CE" w14:textId="77777777" w:rsidR="006D4E92" w:rsidRDefault="00000000">
      <w:pPr>
        <w:jc w:val="right"/>
      </w:pPr>
      <w:r>
        <w:rPr>
          <w:b/>
          <w:sz w:val="20"/>
        </w:rPr>
        <w:lastRenderedPageBreak/>
        <w:t>Anexa nr. 5</w:t>
      </w:r>
      <w:r>
        <w:rPr>
          <w:b/>
          <w:sz w:val="20"/>
        </w:rPr>
        <w:br/>
        <w:t>la Decizia Consiliului local Mereni</w:t>
      </w:r>
      <w:r>
        <w:rPr>
          <w:b/>
          <w:sz w:val="20"/>
        </w:rPr>
        <w:br/>
        <w:t>nr. ____/____ din ______________ 2026</w:t>
      </w:r>
    </w:p>
    <w:p w14:paraId="2CD8CF4D" w14:textId="77777777" w:rsidR="00EE7ED3" w:rsidRPr="00563B50" w:rsidRDefault="00000000" w:rsidP="003C0B6A">
      <w:pPr>
        <w:jc w:val="right"/>
        <w:rPr>
          <w:rFonts w:cs="Times New Roman"/>
          <w:b/>
          <w:bCs/>
        </w:rPr>
      </w:pPr>
      <w:r w:rsidRPr="00563B50">
        <w:rPr>
          <w:rFonts w:cs="Times New Roman"/>
          <w:b/>
          <w:bCs/>
        </w:rPr>
        <w:t>APROBAT</w:t>
      </w:r>
    </w:p>
    <w:p w14:paraId="149575FF" w14:textId="77777777" w:rsidR="00EE7ED3" w:rsidRPr="00563B50" w:rsidRDefault="00000000" w:rsidP="003C0B6A">
      <w:pPr>
        <w:jc w:val="right"/>
        <w:rPr>
          <w:rFonts w:cs="Times New Roman"/>
        </w:rPr>
      </w:pPr>
      <w:r w:rsidRPr="00563B50">
        <w:rPr>
          <w:rFonts w:cs="Times New Roman"/>
          <w:b/>
          <w:bCs/>
        </w:rPr>
        <w:t>PRIN DECIZIA CONSILIULUI LOCAL MERENI</w:t>
      </w:r>
      <w:r w:rsidRPr="00563B50">
        <w:rPr>
          <w:rFonts w:cs="Times New Roman"/>
        </w:rPr>
        <w:br/>
        <w:t>nr. ______ din ________________________ 2026</w:t>
      </w:r>
    </w:p>
    <w:p w14:paraId="44DC73E1" w14:textId="77777777" w:rsidR="00EE7ED3" w:rsidRDefault="00EE7ED3" w:rsidP="003C0B6A">
      <w:pPr>
        <w:jc w:val="right"/>
        <w:rPr>
          <w:b/>
        </w:rPr>
      </w:pPr>
    </w:p>
    <w:p w14:paraId="58565A13" w14:textId="77777777" w:rsidR="00EE7ED3" w:rsidRPr="00546026" w:rsidRDefault="00000000" w:rsidP="00514BAE">
      <w:pPr>
        <w:spacing w:after="0" w:line="240" w:lineRule="auto"/>
        <w:jc w:val="right"/>
        <w:rPr>
          <w:rFonts w:cs="Times New Roman"/>
          <w:b/>
        </w:rPr>
      </w:pPr>
      <w:r w:rsidRPr="00246FC9">
        <w:rPr>
          <w:b/>
        </w:rPr>
        <w:br/>
      </w:r>
    </w:p>
    <w:p w14:paraId="03CA74DB" w14:textId="77777777" w:rsidR="00EE7ED3" w:rsidRPr="00546026" w:rsidRDefault="00EE7ED3" w:rsidP="00546026">
      <w:pPr>
        <w:spacing w:before="120" w:after="120" w:line="240" w:lineRule="auto"/>
        <w:jc w:val="center"/>
        <w:rPr>
          <w:rFonts w:cs="Times New Roman"/>
          <w:b/>
        </w:rPr>
      </w:pPr>
    </w:p>
    <w:p w14:paraId="08F1A2E5" w14:textId="77777777" w:rsidR="00EE7ED3" w:rsidRDefault="00EE7ED3" w:rsidP="00546026">
      <w:pPr>
        <w:spacing w:after="0" w:line="240" w:lineRule="auto"/>
        <w:rPr>
          <w:rFonts w:eastAsia="Calibri" w:cs="Times New Roman"/>
          <w:b/>
        </w:rPr>
      </w:pPr>
    </w:p>
    <w:p w14:paraId="3902DA8C" w14:textId="77777777" w:rsidR="00EE7ED3" w:rsidRDefault="00EE7ED3" w:rsidP="00546026">
      <w:pPr>
        <w:spacing w:after="0" w:line="240" w:lineRule="auto"/>
        <w:rPr>
          <w:rFonts w:eastAsia="Calibri" w:cs="Times New Roman"/>
          <w:b/>
        </w:rPr>
      </w:pPr>
    </w:p>
    <w:p w14:paraId="3D86FEE8" w14:textId="77777777" w:rsidR="00EE7ED3" w:rsidRDefault="00EE7ED3" w:rsidP="00546026">
      <w:pPr>
        <w:spacing w:after="0" w:line="240" w:lineRule="auto"/>
        <w:rPr>
          <w:rFonts w:eastAsia="Calibri" w:cs="Times New Roman"/>
          <w:b/>
        </w:rPr>
      </w:pPr>
    </w:p>
    <w:p w14:paraId="7EEDE025" w14:textId="77777777" w:rsidR="00EE7ED3" w:rsidRDefault="00EE7ED3" w:rsidP="00546026">
      <w:pPr>
        <w:spacing w:after="0" w:line="240" w:lineRule="auto"/>
        <w:rPr>
          <w:rFonts w:eastAsia="Calibri" w:cs="Times New Roman"/>
          <w:b/>
        </w:rPr>
      </w:pPr>
    </w:p>
    <w:p w14:paraId="06BCF1CB" w14:textId="77777777" w:rsidR="00EE7ED3" w:rsidRDefault="00EE7ED3" w:rsidP="00546026">
      <w:pPr>
        <w:spacing w:after="0" w:line="240" w:lineRule="auto"/>
        <w:rPr>
          <w:rFonts w:eastAsia="Calibri" w:cs="Times New Roman"/>
          <w:b/>
        </w:rPr>
      </w:pPr>
    </w:p>
    <w:p w14:paraId="1994A016" w14:textId="77777777" w:rsidR="00EE7ED3" w:rsidRPr="00546026" w:rsidRDefault="00EE7ED3" w:rsidP="00546026">
      <w:pPr>
        <w:spacing w:after="0" w:line="240" w:lineRule="auto"/>
        <w:rPr>
          <w:rFonts w:eastAsia="Calibri" w:cs="Times New Roman"/>
          <w:b/>
        </w:rPr>
      </w:pPr>
    </w:p>
    <w:p w14:paraId="75CE2D54" w14:textId="77777777" w:rsidR="00EE7ED3" w:rsidRPr="00546026" w:rsidRDefault="00000000" w:rsidP="00546026">
      <w:pPr>
        <w:spacing w:before="120" w:after="120" w:line="240" w:lineRule="auto"/>
        <w:jc w:val="center"/>
        <w:rPr>
          <w:rFonts w:cs="Times New Roman"/>
          <w:b/>
          <w:lang w:eastAsia="ru-RU"/>
        </w:rPr>
      </w:pPr>
      <w:r>
        <w:rPr>
          <w:rFonts w:eastAsia="Calibri" w:cs="Times New Roman"/>
          <w:b/>
        </w:rPr>
        <w:t>REGULAMENTUL PRIVIND NORMELE</w:t>
      </w:r>
      <w:r w:rsidRPr="00546026">
        <w:rPr>
          <w:rFonts w:eastAsia="Calibri" w:cs="Times New Roman"/>
          <w:b/>
        </w:rPr>
        <w:t xml:space="preserve"> ANTI-SPAM </w:t>
      </w:r>
      <w:r w:rsidRPr="00546026">
        <w:rPr>
          <w:rFonts w:cs="Times New Roman"/>
          <w:b/>
          <w:lang w:eastAsia="ru-RU"/>
        </w:rPr>
        <w:t xml:space="preserve">ÎN CADRUL PRIMĂRIEI </w:t>
      </w:r>
      <w:r>
        <w:rPr>
          <w:b/>
          <w:bCs/>
        </w:rPr>
        <w:t>SATULUI MERENI</w:t>
      </w:r>
    </w:p>
    <w:p w14:paraId="01ADD858" w14:textId="77777777" w:rsidR="00EE7ED3" w:rsidRPr="00546026" w:rsidRDefault="00EE7ED3" w:rsidP="00546026">
      <w:pPr>
        <w:spacing w:after="0" w:line="240" w:lineRule="auto"/>
        <w:jc w:val="center"/>
        <w:rPr>
          <w:rFonts w:eastAsia="Calibri" w:cs="Times New Roman"/>
          <w:b/>
        </w:rPr>
      </w:pPr>
    </w:p>
    <w:p w14:paraId="05515FF2" w14:textId="77777777" w:rsidR="00EE7ED3" w:rsidRPr="00546026" w:rsidRDefault="00EE7ED3" w:rsidP="00546026">
      <w:pPr>
        <w:spacing w:after="0" w:line="240" w:lineRule="auto"/>
        <w:rPr>
          <w:rFonts w:eastAsia="Calibri" w:cs="Times New Roman"/>
        </w:rPr>
      </w:pPr>
    </w:p>
    <w:p w14:paraId="1DDA6E55" w14:textId="77777777" w:rsidR="00EE7ED3" w:rsidRPr="00546026" w:rsidRDefault="00EE7ED3" w:rsidP="00546026">
      <w:pPr>
        <w:spacing w:after="0" w:line="240" w:lineRule="auto"/>
        <w:rPr>
          <w:rFonts w:eastAsia="Calibri" w:cs="Times New Roman"/>
        </w:rPr>
      </w:pPr>
    </w:p>
    <w:p w14:paraId="5FC76BD0" w14:textId="77777777" w:rsidR="00EE7ED3" w:rsidRPr="00546026" w:rsidRDefault="00EE7ED3" w:rsidP="00546026">
      <w:pPr>
        <w:spacing w:after="0" w:line="240" w:lineRule="auto"/>
        <w:rPr>
          <w:rFonts w:eastAsia="Calibri" w:cs="Times New Roman"/>
        </w:rPr>
      </w:pPr>
    </w:p>
    <w:p w14:paraId="007FFD52" w14:textId="77777777" w:rsidR="00EE7ED3" w:rsidRPr="00546026" w:rsidRDefault="00EE7ED3" w:rsidP="00546026">
      <w:pPr>
        <w:spacing w:after="0" w:line="240" w:lineRule="auto"/>
        <w:rPr>
          <w:rFonts w:eastAsia="Calibri" w:cs="Times New Roman"/>
        </w:rPr>
      </w:pPr>
    </w:p>
    <w:p w14:paraId="4925DA0D" w14:textId="77777777" w:rsidR="00EE7ED3" w:rsidRPr="00546026" w:rsidRDefault="00EE7ED3" w:rsidP="00546026">
      <w:pPr>
        <w:spacing w:after="0" w:line="240" w:lineRule="auto"/>
        <w:rPr>
          <w:rFonts w:eastAsia="Calibri" w:cs="Times New Roman"/>
        </w:rPr>
      </w:pPr>
    </w:p>
    <w:p w14:paraId="4C2B0575" w14:textId="77777777" w:rsidR="00EE7ED3" w:rsidRPr="00546026" w:rsidRDefault="00EE7ED3" w:rsidP="00546026">
      <w:pPr>
        <w:spacing w:after="0" w:line="240" w:lineRule="auto"/>
        <w:rPr>
          <w:rFonts w:eastAsia="Calibri" w:cs="Times New Roman"/>
        </w:rPr>
      </w:pPr>
    </w:p>
    <w:p w14:paraId="297D2B8D" w14:textId="77777777" w:rsidR="00EE7ED3" w:rsidRPr="00546026" w:rsidRDefault="00EE7ED3" w:rsidP="00546026">
      <w:pPr>
        <w:spacing w:after="0" w:line="240" w:lineRule="auto"/>
        <w:rPr>
          <w:rFonts w:eastAsia="Calibri" w:cs="Times New Roman"/>
        </w:rPr>
      </w:pPr>
    </w:p>
    <w:p w14:paraId="41FC9617" w14:textId="77777777" w:rsidR="00EE7ED3" w:rsidRPr="00546026" w:rsidRDefault="00EE7ED3" w:rsidP="00546026">
      <w:pPr>
        <w:spacing w:after="0" w:line="240" w:lineRule="auto"/>
        <w:rPr>
          <w:rFonts w:eastAsia="Calibri" w:cs="Times New Roman"/>
        </w:rPr>
      </w:pPr>
    </w:p>
    <w:p w14:paraId="1216D057" w14:textId="77777777" w:rsidR="00EE7ED3" w:rsidRPr="00546026" w:rsidRDefault="00EE7ED3" w:rsidP="00546026">
      <w:pPr>
        <w:spacing w:after="0" w:line="240" w:lineRule="auto"/>
        <w:rPr>
          <w:rFonts w:eastAsia="Calibri" w:cs="Times New Roman"/>
        </w:rPr>
      </w:pPr>
    </w:p>
    <w:p w14:paraId="1043673C" w14:textId="77777777" w:rsidR="00EE7ED3" w:rsidRPr="00546026" w:rsidRDefault="00EE7ED3" w:rsidP="00546026">
      <w:pPr>
        <w:spacing w:after="0" w:line="240" w:lineRule="auto"/>
        <w:rPr>
          <w:rFonts w:eastAsia="Calibri" w:cs="Times New Roman"/>
        </w:rPr>
      </w:pPr>
    </w:p>
    <w:p w14:paraId="04DC232C" w14:textId="77777777" w:rsidR="00EE7ED3" w:rsidRPr="00546026" w:rsidRDefault="00EE7ED3" w:rsidP="00546026">
      <w:pPr>
        <w:spacing w:after="0" w:line="240" w:lineRule="auto"/>
        <w:rPr>
          <w:rFonts w:eastAsia="Calibri" w:cs="Times New Roman"/>
        </w:rPr>
      </w:pPr>
    </w:p>
    <w:p w14:paraId="0C3DEF35" w14:textId="77777777" w:rsidR="00EE7ED3" w:rsidRPr="00546026" w:rsidRDefault="00EE7ED3" w:rsidP="00546026">
      <w:pPr>
        <w:spacing w:after="0" w:line="240" w:lineRule="auto"/>
        <w:rPr>
          <w:rFonts w:eastAsia="Calibri" w:cs="Times New Roman"/>
        </w:rPr>
      </w:pPr>
    </w:p>
    <w:p w14:paraId="3F0E7BC7" w14:textId="77777777" w:rsidR="00EE7ED3" w:rsidRPr="00546026" w:rsidRDefault="00EE7ED3" w:rsidP="00546026">
      <w:pPr>
        <w:spacing w:after="0" w:line="240" w:lineRule="auto"/>
        <w:rPr>
          <w:rFonts w:eastAsia="Calibri" w:cs="Times New Roman"/>
        </w:rPr>
      </w:pPr>
    </w:p>
    <w:p w14:paraId="29AF4BA0" w14:textId="77777777" w:rsidR="00EE7ED3" w:rsidRPr="00546026" w:rsidRDefault="00EE7ED3" w:rsidP="00546026">
      <w:pPr>
        <w:spacing w:after="0" w:line="240" w:lineRule="auto"/>
        <w:rPr>
          <w:rFonts w:eastAsia="Calibri" w:cs="Times New Roman"/>
        </w:rPr>
      </w:pPr>
    </w:p>
    <w:p w14:paraId="44F4F3CB" w14:textId="77777777" w:rsidR="00EE7ED3" w:rsidRPr="00546026" w:rsidRDefault="00EE7ED3" w:rsidP="00546026">
      <w:pPr>
        <w:spacing w:after="0" w:line="240" w:lineRule="auto"/>
        <w:rPr>
          <w:rFonts w:eastAsia="Calibri" w:cs="Times New Roman"/>
        </w:rPr>
      </w:pPr>
    </w:p>
    <w:p w14:paraId="04399535" w14:textId="77777777" w:rsidR="00EE7ED3" w:rsidRPr="00546026" w:rsidRDefault="00EE7ED3" w:rsidP="00546026">
      <w:pPr>
        <w:spacing w:after="0" w:line="240" w:lineRule="auto"/>
        <w:rPr>
          <w:rFonts w:eastAsia="Calibri" w:cs="Times New Roman"/>
        </w:rPr>
      </w:pPr>
    </w:p>
    <w:p w14:paraId="301DB94B" w14:textId="77777777" w:rsidR="00EE7ED3" w:rsidRPr="00546026" w:rsidRDefault="00EE7ED3" w:rsidP="00546026">
      <w:pPr>
        <w:spacing w:after="0" w:line="240" w:lineRule="auto"/>
        <w:rPr>
          <w:rFonts w:eastAsia="Calibri" w:cs="Times New Roman"/>
        </w:rPr>
      </w:pPr>
    </w:p>
    <w:p w14:paraId="7F5A3E12" w14:textId="77777777" w:rsidR="00EE7ED3" w:rsidRPr="00546026" w:rsidRDefault="00EE7ED3" w:rsidP="00546026">
      <w:pPr>
        <w:spacing w:after="0" w:line="240" w:lineRule="auto"/>
        <w:rPr>
          <w:rFonts w:eastAsia="Calibri" w:cs="Times New Roman"/>
        </w:rPr>
      </w:pPr>
    </w:p>
    <w:p w14:paraId="440C31D9" w14:textId="77777777" w:rsidR="00EE7ED3" w:rsidRPr="00546026" w:rsidRDefault="00EE7ED3" w:rsidP="00546026">
      <w:pPr>
        <w:spacing w:after="0" w:line="240" w:lineRule="auto"/>
        <w:rPr>
          <w:rFonts w:eastAsia="Calibri" w:cs="Times New Roman"/>
        </w:rPr>
      </w:pPr>
    </w:p>
    <w:p w14:paraId="22E12EAC" w14:textId="77777777" w:rsidR="00EE7ED3" w:rsidRPr="00546026" w:rsidRDefault="00EE7ED3" w:rsidP="00546026">
      <w:pPr>
        <w:spacing w:after="0" w:line="240" w:lineRule="auto"/>
        <w:rPr>
          <w:rFonts w:eastAsia="Calibri" w:cs="Times New Roman"/>
        </w:rPr>
      </w:pPr>
    </w:p>
    <w:p w14:paraId="33C831FC" w14:textId="77777777" w:rsidR="00EE7ED3" w:rsidRPr="00546026" w:rsidRDefault="00EE7ED3" w:rsidP="00546026">
      <w:pPr>
        <w:spacing w:after="0" w:line="240" w:lineRule="auto"/>
        <w:rPr>
          <w:rFonts w:eastAsia="Calibri" w:cs="Times New Roman"/>
        </w:rPr>
      </w:pPr>
    </w:p>
    <w:p w14:paraId="22325E8D" w14:textId="77777777" w:rsidR="00EE7ED3" w:rsidRPr="00546026" w:rsidRDefault="00EE7ED3" w:rsidP="00546026">
      <w:pPr>
        <w:spacing w:after="0" w:line="240" w:lineRule="auto"/>
        <w:rPr>
          <w:rFonts w:eastAsia="Calibri" w:cs="Times New Roman"/>
        </w:rPr>
      </w:pPr>
    </w:p>
    <w:p w14:paraId="0161FE13" w14:textId="77777777" w:rsidR="00EE7ED3" w:rsidRPr="00546026" w:rsidRDefault="00EE7ED3" w:rsidP="00546026">
      <w:pPr>
        <w:spacing w:after="0" w:line="240" w:lineRule="auto"/>
        <w:rPr>
          <w:rFonts w:eastAsia="Calibri" w:cs="Times New Roman"/>
        </w:rPr>
      </w:pPr>
    </w:p>
    <w:p w14:paraId="275CD0E2" w14:textId="77777777" w:rsidR="00EE7ED3" w:rsidRPr="00546026" w:rsidRDefault="00EE7ED3" w:rsidP="00546026">
      <w:pPr>
        <w:spacing w:after="0" w:line="240" w:lineRule="auto"/>
        <w:rPr>
          <w:rFonts w:eastAsia="Calibri" w:cs="Times New Roman"/>
        </w:rPr>
      </w:pPr>
    </w:p>
    <w:p w14:paraId="2EC62780" w14:textId="77777777" w:rsidR="00EE7ED3" w:rsidRDefault="00EE7ED3" w:rsidP="00546026">
      <w:pPr>
        <w:spacing w:after="0" w:line="240" w:lineRule="auto"/>
        <w:rPr>
          <w:rFonts w:eastAsia="Calibri" w:cs="Times New Roman"/>
        </w:rPr>
      </w:pPr>
    </w:p>
    <w:p w14:paraId="02E61DBA" w14:textId="77777777" w:rsidR="00EE7ED3" w:rsidRDefault="00EE7ED3" w:rsidP="00546026">
      <w:pPr>
        <w:spacing w:after="0" w:line="240" w:lineRule="auto"/>
        <w:rPr>
          <w:rFonts w:eastAsia="Calibri" w:cs="Times New Roman"/>
        </w:rPr>
      </w:pPr>
    </w:p>
    <w:p w14:paraId="510F1796" w14:textId="77777777" w:rsidR="00EE7ED3" w:rsidRDefault="00EE7ED3" w:rsidP="00546026">
      <w:pPr>
        <w:spacing w:after="0" w:line="240" w:lineRule="auto"/>
        <w:rPr>
          <w:rFonts w:eastAsia="Calibri" w:cs="Times New Roman"/>
        </w:rPr>
      </w:pPr>
    </w:p>
    <w:p w14:paraId="4B08C1BA" w14:textId="77777777" w:rsidR="00EE7ED3" w:rsidRDefault="00EE7ED3" w:rsidP="00546026">
      <w:pPr>
        <w:spacing w:after="0" w:line="240" w:lineRule="auto"/>
        <w:rPr>
          <w:rFonts w:eastAsia="Calibri" w:cs="Times New Roman"/>
        </w:rPr>
      </w:pPr>
    </w:p>
    <w:p w14:paraId="29FCE8C5" w14:textId="77777777" w:rsidR="00EE7ED3" w:rsidRDefault="00EE7ED3" w:rsidP="00546026">
      <w:pPr>
        <w:spacing w:after="0" w:line="240" w:lineRule="auto"/>
        <w:rPr>
          <w:rFonts w:eastAsia="Calibri" w:cs="Times New Roman"/>
        </w:rPr>
      </w:pPr>
    </w:p>
    <w:p w14:paraId="667A8C21" w14:textId="77777777" w:rsidR="00EE7ED3" w:rsidRDefault="00EE7ED3" w:rsidP="00546026">
      <w:pPr>
        <w:spacing w:after="0" w:line="240" w:lineRule="auto"/>
        <w:rPr>
          <w:rFonts w:eastAsia="Calibri" w:cs="Times New Roman"/>
        </w:rPr>
      </w:pPr>
    </w:p>
    <w:p w14:paraId="065EC188" w14:textId="77777777" w:rsidR="00EE7ED3" w:rsidRDefault="00EE7ED3" w:rsidP="00546026">
      <w:pPr>
        <w:spacing w:after="0" w:line="240" w:lineRule="auto"/>
        <w:rPr>
          <w:rFonts w:eastAsia="Calibri" w:cs="Times New Roman"/>
        </w:rPr>
      </w:pPr>
    </w:p>
    <w:p w14:paraId="7C333553" w14:textId="77777777" w:rsidR="00EE7ED3" w:rsidRPr="00546026" w:rsidRDefault="00EE7ED3" w:rsidP="00546026">
      <w:pPr>
        <w:spacing w:after="0" w:line="240" w:lineRule="auto"/>
        <w:rPr>
          <w:rFonts w:eastAsia="Calibri" w:cs="Times New Roman"/>
        </w:rPr>
      </w:pPr>
    </w:p>
    <w:p w14:paraId="5391B6D3" w14:textId="77777777" w:rsidR="00EE7ED3" w:rsidRPr="00546026" w:rsidRDefault="00EE7ED3" w:rsidP="00546026">
      <w:pPr>
        <w:spacing w:after="0" w:line="240" w:lineRule="auto"/>
        <w:rPr>
          <w:rFonts w:eastAsia="Calibri" w:cs="Times New Roman"/>
        </w:rPr>
      </w:pPr>
    </w:p>
    <w:p w14:paraId="181F984B" w14:textId="77777777" w:rsidR="00EE7ED3" w:rsidRPr="00546026" w:rsidRDefault="00000000" w:rsidP="00546026">
      <w:pPr>
        <w:spacing w:after="0" w:line="240" w:lineRule="auto"/>
        <w:rPr>
          <w:rFonts w:eastAsia="Arial" w:cs="Times New Roman"/>
          <w:b/>
          <w:color w:val="000000"/>
        </w:rPr>
      </w:pPr>
      <w:r w:rsidRPr="00546026">
        <w:rPr>
          <w:rFonts w:eastAsia="Arial" w:cs="Times New Roman"/>
          <w:b/>
          <w:color w:val="000000"/>
        </w:rPr>
        <w:t>1. DEFINIȚII</w:t>
      </w:r>
    </w:p>
    <w:p w14:paraId="0F222E58" w14:textId="77777777" w:rsidR="00EE7ED3" w:rsidRPr="00546026" w:rsidRDefault="00EE7ED3" w:rsidP="00546026">
      <w:pPr>
        <w:spacing w:after="0" w:line="240" w:lineRule="auto"/>
        <w:rPr>
          <w:rFonts w:eastAsia="Arial" w:cs="Times New Roman"/>
          <w:i/>
          <w:color w:val="000000"/>
        </w:rPr>
      </w:pPr>
    </w:p>
    <w:p w14:paraId="2D58A92E" w14:textId="77777777" w:rsidR="00EE7ED3" w:rsidRPr="00546026" w:rsidRDefault="00000000" w:rsidP="00546026">
      <w:pPr>
        <w:spacing w:after="0" w:line="240" w:lineRule="auto"/>
        <w:rPr>
          <w:rFonts w:eastAsia="Arial" w:cs="Times New Roman"/>
          <w:color w:val="000000"/>
        </w:rPr>
      </w:pPr>
      <w:r w:rsidRPr="00546026">
        <w:rPr>
          <w:rFonts w:eastAsia="Arial" w:cs="Times New Roman"/>
          <w:i/>
          <w:color w:val="000000"/>
        </w:rPr>
        <w:t>„</w:t>
      </w:r>
      <w:r w:rsidRPr="00546026">
        <w:rPr>
          <w:rFonts w:eastAsia="Arial" w:cs="Times New Roman"/>
          <w:b/>
          <w:i/>
          <w:color w:val="000000"/>
        </w:rPr>
        <w:t>date cu caracter personal</w:t>
      </w:r>
      <w:r w:rsidRPr="00546026">
        <w:rPr>
          <w:rFonts w:eastAsia="Arial" w:cs="Times New Roman"/>
          <w:i/>
          <w:color w:val="000000"/>
        </w:rPr>
        <w:t>”</w:t>
      </w:r>
      <w:r w:rsidRPr="00546026">
        <w:rPr>
          <w:rFonts w:eastAsia="Arial" w:cs="Times New Roman"/>
          <w:color w:val="000000"/>
        </w:rPr>
        <w:t xml:space="preserve"> - orice informații privind o persoană fizică identificată sau identificabilă („persoana vizată”); o persoană fizică identificabilă este o persoană care poate fi identificată, direct sau indirect, în special prin referire la un element de identificare, cum ar fi un nume, un număr de identificare, date de localizare, un identificator online, sau la unul sau mai multe elemente specifice, proprii identității sale fizice, fiziologice, genetice, psihice, economice, culturale sau sociale;</w:t>
      </w:r>
    </w:p>
    <w:p w14:paraId="3D5F20EE" w14:textId="77777777" w:rsidR="00EE7ED3" w:rsidRPr="00546026" w:rsidRDefault="00EE7ED3" w:rsidP="00546026">
      <w:pPr>
        <w:spacing w:after="0" w:line="240" w:lineRule="auto"/>
        <w:rPr>
          <w:rFonts w:eastAsia="Arial" w:cs="Times New Roman"/>
          <w:i/>
          <w:color w:val="000000"/>
        </w:rPr>
      </w:pPr>
    </w:p>
    <w:p w14:paraId="057F0E6D" w14:textId="77777777" w:rsidR="00EE7ED3" w:rsidRPr="00546026" w:rsidRDefault="00000000" w:rsidP="00546026">
      <w:pPr>
        <w:spacing w:after="0" w:line="240" w:lineRule="auto"/>
        <w:rPr>
          <w:rFonts w:eastAsia="Arial" w:cs="Times New Roman"/>
          <w:color w:val="000000"/>
        </w:rPr>
      </w:pPr>
      <w:r w:rsidRPr="00546026">
        <w:rPr>
          <w:rFonts w:eastAsia="Arial" w:cs="Times New Roman"/>
          <w:i/>
          <w:color w:val="000000"/>
        </w:rPr>
        <w:t>„</w:t>
      </w:r>
      <w:r w:rsidRPr="00546026">
        <w:rPr>
          <w:rFonts w:eastAsia="Arial" w:cs="Times New Roman"/>
          <w:b/>
          <w:i/>
          <w:color w:val="000000"/>
        </w:rPr>
        <w:t>prelucrare</w:t>
      </w:r>
      <w:r w:rsidRPr="00546026">
        <w:rPr>
          <w:rFonts w:eastAsia="Arial" w:cs="Times New Roman"/>
          <w:i/>
          <w:color w:val="000000"/>
        </w:rPr>
        <w:t>”</w:t>
      </w:r>
      <w:r w:rsidRPr="00546026">
        <w:rPr>
          <w:rFonts w:eastAsia="Arial" w:cs="Times New Roman"/>
          <w:color w:val="000000"/>
        </w:rPr>
        <w:t xml:space="preserve"> - înseamnă orice operațiune sau set de operațiuni efectuate asupra datelor cu caracter personal sau asupra seturilor de date cu caracter personal, cu sau fără utilizarea de mijloace automatizate, cum ar fi colectarea, înregistrarea, organizarea, structurarea, stocarea, adaptarea sau modificarea, extragerea, consultarea, utilizarea, divulgarea prin transmitere, diseminarea sau punerea la dispoziție în orice alt mod, alinierea sau combinarea, restricționarea, ștergerea sau distrugerea;</w:t>
      </w:r>
    </w:p>
    <w:p w14:paraId="76591568" w14:textId="77777777" w:rsidR="00EE7ED3" w:rsidRPr="00546026" w:rsidRDefault="00EE7ED3" w:rsidP="00546026">
      <w:pPr>
        <w:spacing w:after="0" w:line="240" w:lineRule="auto"/>
        <w:rPr>
          <w:rFonts w:eastAsia="Arial" w:cs="Times New Roman"/>
          <w:i/>
          <w:color w:val="000000"/>
        </w:rPr>
      </w:pPr>
    </w:p>
    <w:p w14:paraId="52971E42" w14:textId="77777777" w:rsidR="00EE7ED3" w:rsidRDefault="00000000" w:rsidP="00546026">
      <w:pPr>
        <w:spacing w:after="0" w:line="240" w:lineRule="auto"/>
      </w:pPr>
      <w:r w:rsidRPr="00546026">
        <w:rPr>
          <w:rFonts w:eastAsia="Arial" w:cs="Times New Roman"/>
          <w:i/>
          <w:color w:val="000000"/>
        </w:rPr>
        <w:t>„</w:t>
      </w:r>
      <w:r w:rsidRPr="00546026">
        <w:rPr>
          <w:rFonts w:eastAsia="Arial" w:cs="Times New Roman"/>
          <w:b/>
          <w:i/>
          <w:color w:val="000000"/>
        </w:rPr>
        <w:t>operator</w:t>
      </w:r>
      <w:r w:rsidRPr="00546026">
        <w:rPr>
          <w:rFonts w:eastAsia="Arial" w:cs="Times New Roman"/>
          <w:i/>
          <w:color w:val="000000"/>
        </w:rPr>
        <w:t>”</w:t>
      </w:r>
      <w:r w:rsidRPr="00546026">
        <w:rPr>
          <w:rFonts w:eastAsia="Arial" w:cs="Times New Roman"/>
          <w:color w:val="000000"/>
        </w:rPr>
        <w:t xml:space="preserve"> - </w:t>
      </w:r>
      <w:r w:rsidRPr="00401CBB">
        <w:t>reprezintă persoana fizică sau juridică, autoritatea publică, agenția sau alt organism care, singur sau împreună cu altele, stabilește scopurile și mijloacele de prelucrare a datelor cu caracter personal; atunci când scopurile și mijloacele prelucrării sunt stabilite prin actele normative, operatorul sau criteriile specifice pentru desemnarea acestuia pot fi prevăzute în actele normative;</w:t>
      </w:r>
    </w:p>
    <w:p w14:paraId="0A709DFA" w14:textId="77777777" w:rsidR="00EE7ED3" w:rsidRPr="00546026" w:rsidRDefault="00EE7ED3" w:rsidP="00546026">
      <w:pPr>
        <w:spacing w:after="0" w:line="240" w:lineRule="auto"/>
        <w:rPr>
          <w:rFonts w:eastAsia="Arial" w:cs="Times New Roman"/>
          <w:i/>
          <w:color w:val="000000"/>
        </w:rPr>
      </w:pPr>
    </w:p>
    <w:p w14:paraId="1D6924B0" w14:textId="77777777" w:rsidR="00EE7ED3" w:rsidRPr="00546026" w:rsidRDefault="00000000" w:rsidP="00546026">
      <w:pPr>
        <w:spacing w:after="0" w:line="240" w:lineRule="auto"/>
        <w:rPr>
          <w:rFonts w:eastAsia="Arial" w:cs="Times New Roman"/>
          <w:color w:val="000000"/>
        </w:rPr>
      </w:pPr>
      <w:r w:rsidRPr="00546026">
        <w:rPr>
          <w:rFonts w:eastAsia="Arial" w:cs="Times New Roman"/>
          <w:i/>
          <w:color w:val="000000"/>
        </w:rPr>
        <w:t>„</w:t>
      </w:r>
      <w:r w:rsidRPr="00546026">
        <w:rPr>
          <w:rFonts w:eastAsia="Arial" w:cs="Times New Roman"/>
          <w:b/>
          <w:i/>
          <w:color w:val="000000"/>
        </w:rPr>
        <w:t>persoană împuternicită de operator</w:t>
      </w:r>
      <w:r w:rsidRPr="00546026">
        <w:rPr>
          <w:rFonts w:eastAsia="Arial" w:cs="Times New Roman"/>
          <w:i/>
          <w:color w:val="000000"/>
        </w:rPr>
        <w:t>”</w:t>
      </w:r>
      <w:r w:rsidRPr="00546026">
        <w:rPr>
          <w:rFonts w:eastAsia="Arial" w:cs="Times New Roman"/>
          <w:color w:val="000000"/>
        </w:rPr>
        <w:t xml:space="preserve"> - înseamnă persoana fizică sau juridică, autoritatea publică, agenția sau alt organism care prelucrează datele cu caracter personal în numele operatorului;</w:t>
      </w:r>
    </w:p>
    <w:p w14:paraId="65B1357F" w14:textId="77777777" w:rsidR="00EE7ED3" w:rsidRPr="00546026" w:rsidRDefault="00EE7ED3" w:rsidP="00546026">
      <w:pPr>
        <w:spacing w:after="0" w:line="240" w:lineRule="auto"/>
        <w:rPr>
          <w:rFonts w:eastAsia="Arial" w:cs="Times New Roman"/>
          <w:i/>
          <w:color w:val="000000"/>
        </w:rPr>
      </w:pPr>
    </w:p>
    <w:p w14:paraId="5A5E46DD" w14:textId="77777777" w:rsidR="00EE7ED3" w:rsidRPr="00546026" w:rsidRDefault="00000000" w:rsidP="00546026">
      <w:pPr>
        <w:spacing w:after="0" w:line="240" w:lineRule="auto"/>
        <w:rPr>
          <w:rFonts w:eastAsia="Arial" w:cs="Times New Roman"/>
          <w:color w:val="000000"/>
        </w:rPr>
      </w:pPr>
      <w:r w:rsidRPr="00546026">
        <w:rPr>
          <w:rFonts w:eastAsia="Arial" w:cs="Times New Roman"/>
          <w:i/>
          <w:color w:val="000000"/>
        </w:rPr>
        <w:t>„</w:t>
      </w:r>
      <w:r w:rsidRPr="00546026">
        <w:rPr>
          <w:rFonts w:eastAsia="Arial" w:cs="Times New Roman"/>
          <w:b/>
          <w:i/>
          <w:color w:val="000000"/>
        </w:rPr>
        <w:t>destinatar</w:t>
      </w:r>
      <w:r w:rsidRPr="00546026">
        <w:rPr>
          <w:rFonts w:eastAsia="Arial" w:cs="Times New Roman"/>
          <w:i/>
          <w:color w:val="000000"/>
        </w:rPr>
        <w:t>”</w:t>
      </w:r>
      <w:r w:rsidRPr="00546026">
        <w:rPr>
          <w:rFonts w:eastAsia="Arial" w:cs="Times New Roman"/>
          <w:color w:val="000000"/>
        </w:rPr>
        <w:t xml:space="preserve"> - înseamnă persoana fizică sau juridică, autoritatea publică, agenția sau alt organism căreia (căruia) îi sunt divulgate datele cu caracter personal, indiferent dacă este sau nu o parte terță. Cu toate acestea, autoritățile publice cărora li se pot comunica date cu caracter personal în cadrul unei anumite anchete în conformitate cu dreptul intern nu sunt considerate destinatari; prelucrarea acestor date de către autoritățile publice respective respectă normele aplicabile în materie de protecție a datelor, în conformitate cu scopurile prelucrării;</w:t>
      </w:r>
    </w:p>
    <w:p w14:paraId="6DD1848B" w14:textId="77777777" w:rsidR="00EE7ED3" w:rsidRPr="00546026" w:rsidRDefault="00EE7ED3" w:rsidP="00546026">
      <w:pPr>
        <w:spacing w:after="0" w:line="240" w:lineRule="auto"/>
        <w:rPr>
          <w:rFonts w:eastAsia="Arial" w:cs="Times New Roman"/>
          <w:i/>
          <w:color w:val="000000"/>
        </w:rPr>
      </w:pPr>
    </w:p>
    <w:p w14:paraId="19D6B6CB" w14:textId="77777777" w:rsidR="00EE7ED3" w:rsidRPr="00546026" w:rsidRDefault="00000000" w:rsidP="00546026">
      <w:pPr>
        <w:spacing w:after="0" w:line="240" w:lineRule="auto"/>
        <w:rPr>
          <w:rFonts w:eastAsia="Arial" w:cs="Times New Roman"/>
          <w:color w:val="000000"/>
        </w:rPr>
      </w:pPr>
      <w:r w:rsidRPr="00546026">
        <w:rPr>
          <w:rFonts w:eastAsia="Arial" w:cs="Times New Roman"/>
          <w:i/>
          <w:color w:val="000000"/>
        </w:rPr>
        <w:t>„</w:t>
      </w:r>
      <w:r w:rsidRPr="00546026">
        <w:rPr>
          <w:rFonts w:eastAsia="Arial" w:cs="Times New Roman"/>
          <w:b/>
          <w:i/>
          <w:color w:val="000000"/>
        </w:rPr>
        <w:t>parte terță</w:t>
      </w:r>
      <w:r w:rsidRPr="00546026">
        <w:rPr>
          <w:rFonts w:eastAsia="Arial" w:cs="Times New Roman"/>
          <w:i/>
          <w:color w:val="000000"/>
        </w:rPr>
        <w:t>”</w:t>
      </w:r>
      <w:r w:rsidRPr="00546026">
        <w:rPr>
          <w:rFonts w:eastAsia="Arial" w:cs="Times New Roman"/>
          <w:color w:val="000000"/>
        </w:rPr>
        <w:t xml:space="preserve"> - înseamnă o persoană fizică sau juridică, autoritate publică, agenție sau organism altul decât persoana vizată, operatorul, persoana împuternicită de operator și persoanele care, sub directa autoritate a operatorului sau a persoanei împuternicite de operator, sunt autorizate să prelucreze date cu caracter personal;</w:t>
      </w:r>
    </w:p>
    <w:p w14:paraId="5D2F4B9B" w14:textId="77777777" w:rsidR="00EE7ED3" w:rsidRPr="00546026" w:rsidRDefault="00EE7ED3" w:rsidP="00546026">
      <w:pPr>
        <w:spacing w:after="0" w:line="240" w:lineRule="auto"/>
        <w:rPr>
          <w:rFonts w:eastAsia="Arial" w:cs="Times New Roman"/>
          <w:color w:val="000000"/>
        </w:rPr>
      </w:pPr>
    </w:p>
    <w:p w14:paraId="7A746C8C" w14:textId="77777777" w:rsidR="00EE7ED3" w:rsidRPr="00546026" w:rsidRDefault="00000000" w:rsidP="00546026">
      <w:pPr>
        <w:spacing w:after="0" w:line="240" w:lineRule="auto"/>
        <w:rPr>
          <w:rFonts w:eastAsia="Arial" w:cs="Times New Roman"/>
          <w:color w:val="000000"/>
        </w:rPr>
      </w:pPr>
      <w:r w:rsidRPr="00546026">
        <w:rPr>
          <w:rFonts w:eastAsia="Arial" w:cs="Times New Roman"/>
          <w:i/>
          <w:color w:val="000000"/>
        </w:rPr>
        <w:t>„</w:t>
      </w:r>
      <w:r w:rsidRPr="00546026">
        <w:rPr>
          <w:rFonts w:eastAsia="Arial" w:cs="Times New Roman"/>
          <w:b/>
          <w:i/>
          <w:color w:val="000000"/>
        </w:rPr>
        <w:t>consimțământ</w:t>
      </w:r>
      <w:r w:rsidRPr="00546026">
        <w:rPr>
          <w:rFonts w:eastAsia="Arial" w:cs="Times New Roman"/>
          <w:i/>
          <w:color w:val="000000"/>
        </w:rPr>
        <w:t>”</w:t>
      </w:r>
      <w:r w:rsidRPr="00546026">
        <w:rPr>
          <w:rFonts w:eastAsia="Arial" w:cs="Times New Roman"/>
          <w:color w:val="000000"/>
        </w:rPr>
        <w:t xml:space="preserve"> - al persoanei vizate înseamnă orice manifestare de voință liberă, specifică, informată și lipsită de ambiguitate a persoanei vizate prin care aceasta acceptă, printr-o declarație sau printr-o acțiune fără echivoc, ca datele cu caracter personal care o privesc să fie prelucrate;</w:t>
      </w:r>
    </w:p>
    <w:p w14:paraId="5F751EA2" w14:textId="77777777" w:rsidR="00EE7ED3" w:rsidRPr="00546026" w:rsidRDefault="00EE7ED3" w:rsidP="00546026">
      <w:pPr>
        <w:spacing w:after="0" w:line="240" w:lineRule="auto"/>
        <w:rPr>
          <w:rFonts w:eastAsia="Arial" w:cs="Times New Roman"/>
          <w:i/>
          <w:color w:val="000000"/>
        </w:rPr>
      </w:pPr>
    </w:p>
    <w:p w14:paraId="2B251CB9" w14:textId="77777777" w:rsidR="00EE7ED3" w:rsidRPr="00546026" w:rsidRDefault="00000000" w:rsidP="00546026">
      <w:pPr>
        <w:spacing w:after="0" w:line="240" w:lineRule="auto"/>
        <w:rPr>
          <w:rFonts w:eastAsia="Arial" w:cs="Times New Roman"/>
          <w:color w:val="000000"/>
        </w:rPr>
      </w:pPr>
      <w:r w:rsidRPr="00546026">
        <w:rPr>
          <w:rFonts w:eastAsia="Arial" w:cs="Times New Roman"/>
          <w:i/>
          <w:color w:val="000000"/>
        </w:rPr>
        <w:t>„</w:t>
      </w:r>
      <w:r w:rsidRPr="00546026">
        <w:rPr>
          <w:rFonts w:eastAsia="Arial" w:cs="Times New Roman"/>
          <w:b/>
          <w:i/>
          <w:color w:val="000000"/>
        </w:rPr>
        <w:t>încălcarea securității datelor cu caracter personal</w:t>
      </w:r>
      <w:r w:rsidRPr="00546026">
        <w:rPr>
          <w:rFonts w:eastAsia="Arial" w:cs="Times New Roman"/>
          <w:i/>
          <w:color w:val="000000"/>
        </w:rPr>
        <w:t>”</w:t>
      </w:r>
      <w:r w:rsidRPr="00546026">
        <w:rPr>
          <w:rFonts w:eastAsia="Arial" w:cs="Times New Roman"/>
          <w:color w:val="000000"/>
        </w:rPr>
        <w:t xml:space="preserve"> - înseamnă o încălcare a securității care duce, în mod accidental sau ilegal, la distrugerea, pierderea, modificarea, sau divulgarea neautorizată a datelor cu caracter personal transmise, stocate sau prelucrate </w:t>
      </w:r>
    </w:p>
    <w:p w14:paraId="49CB9FF3" w14:textId="77777777" w:rsidR="00EE7ED3" w:rsidRPr="00546026" w:rsidRDefault="00000000" w:rsidP="00546026">
      <w:pPr>
        <w:spacing w:after="0" w:line="240" w:lineRule="auto"/>
        <w:rPr>
          <w:rFonts w:eastAsia="Arial" w:cs="Times New Roman"/>
          <w:color w:val="000000"/>
        </w:rPr>
      </w:pPr>
      <w:r w:rsidRPr="00546026">
        <w:rPr>
          <w:rFonts w:eastAsia="Arial" w:cs="Times New Roman"/>
          <w:color w:val="000000"/>
        </w:rPr>
        <w:t>într-un alt mod, sau la accesul neautorizat la acestea;</w:t>
      </w:r>
    </w:p>
    <w:p w14:paraId="23C416B4" w14:textId="77777777" w:rsidR="00EE7ED3" w:rsidRPr="00546026" w:rsidRDefault="00EE7ED3" w:rsidP="00546026">
      <w:pPr>
        <w:spacing w:after="0" w:line="240" w:lineRule="auto"/>
        <w:rPr>
          <w:rFonts w:eastAsia="Arial" w:cs="Times New Roman"/>
          <w:i/>
          <w:color w:val="000000"/>
        </w:rPr>
      </w:pPr>
    </w:p>
    <w:p w14:paraId="34A7C0AC" w14:textId="77777777" w:rsidR="00EE7ED3" w:rsidRDefault="00EE7ED3" w:rsidP="00546026">
      <w:pPr>
        <w:spacing w:after="0" w:line="240" w:lineRule="auto"/>
        <w:rPr>
          <w:rFonts w:eastAsia="Arial" w:cs="Times New Roman"/>
          <w:i/>
          <w:color w:val="000000"/>
        </w:rPr>
      </w:pPr>
    </w:p>
    <w:p w14:paraId="229752B0" w14:textId="77777777" w:rsidR="00EE7ED3" w:rsidRDefault="00EE7ED3" w:rsidP="00546026">
      <w:pPr>
        <w:spacing w:after="0" w:line="240" w:lineRule="auto"/>
        <w:rPr>
          <w:rFonts w:eastAsia="Arial" w:cs="Times New Roman"/>
          <w:i/>
          <w:color w:val="000000"/>
        </w:rPr>
      </w:pPr>
    </w:p>
    <w:p w14:paraId="224BF95D" w14:textId="77777777" w:rsidR="00EE7ED3" w:rsidRPr="00546026" w:rsidRDefault="00EE7ED3" w:rsidP="00546026">
      <w:pPr>
        <w:spacing w:after="0" w:line="240" w:lineRule="auto"/>
        <w:rPr>
          <w:rFonts w:eastAsia="Arial" w:cs="Times New Roman"/>
          <w:i/>
          <w:color w:val="000000"/>
        </w:rPr>
      </w:pPr>
    </w:p>
    <w:p w14:paraId="57AA2CF1" w14:textId="77777777" w:rsidR="00EE7ED3" w:rsidRPr="00546026" w:rsidRDefault="00000000" w:rsidP="00546026">
      <w:pPr>
        <w:spacing w:after="0" w:line="240" w:lineRule="auto"/>
        <w:rPr>
          <w:rFonts w:eastAsia="Calibri" w:cs="Times New Roman"/>
          <w:b/>
        </w:rPr>
      </w:pPr>
      <w:r w:rsidRPr="00546026">
        <w:rPr>
          <w:rFonts w:eastAsia="Calibri" w:cs="Times New Roman"/>
          <w:b/>
        </w:rPr>
        <w:t>2. CADRUL GENERAL</w:t>
      </w:r>
    </w:p>
    <w:p w14:paraId="368AF052" w14:textId="77777777" w:rsidR="00EE7ED3" w:rsidRPr="00546026" w:rsidRDefault="00000000" w:rsidP="00546026">
      <w:pPr>
        <w:spacing w:after="0" w:line="240" w:lineRule="auto"/>
        <w:rPr>
          <w:rFonts w:eastAsia="Calibri" w:cs="Times New Roman"/>
        </w:rPr>
      </w:pPr>
      <w:r w:rsidRPr="00546026">
        <w:rPr>
          <w:rFonts w:eastAsia="Calibri" w:cs="Times New Roman"/>
          <w:b/>
          <w:bCs/>
        </w:rPr>
        <w:t>Scop</w:t>
      </w:r>
      <w:r w:rsidRPr="00546026">
        <w:rPr>
          <w:rFonts w:eastAsia="Calibri" w:cs="Times New Roman"/>
        </w:rPr>
        <w:t>. Prezent</w:t>
      </w:r>
      <w:r>
        <w:rPr>
          <w:rFonts w:eastAsia="Calibri" w:cs="Times New Roman"/>
        </w:rPr>
        <w:t>ul</w:t>
      </w:r>
      <w:r w:rsidRPr="00546026">
        <w:rPr>
          <w:rFonts w:eastAsia="Calibri" w:cs="Times New Roman"/>
        </w:rPr>
        <w:t xml:space="preserve"> </w:t>
      </w:r>
      <w:r>
        <w:rPr>
          <w:rFonts w:eastAsia="Calibri" w:cs="Times New Roman"/>
        </w:rPr>
        <w:t>Regulament</w:t>
      </w:r>
      <w:r w:rsidRPr="00546026">
        <w:rPr>
          <w:rFonts w:eastAsia="Calibri" w:cs="Times New Roman"/>
        </w:rPr>
        <w:t xml:space="preserve"> are ca scop asigurarea unui nivel adecvat de securitate a sistemelor informaționale ale </w:t>
      </w:r>
      <w:r w:rsidRPr="00546026">
        <w:rPr>
          <w:rFonts w:cs="Times New Roman"/>
          <w:b/>
          <w:lang w:eastAsia="ru-RU"/>
        </w:rPr>
        <w:t xml:space="preserve">PRIMĂRIEI </w:t>
      </w:r>
      <w:r>
        <w:rPr>
          <w:b/>
          <w:bCs/>
        </w:rPr>
        <w:t>SATULUI MERENI</w:t>
      </w:r>
      <w:r w:rsidRPr="00965F59">
        <w:rPr>
          <w:rFonts w:cs="Times New Roman"/>
          <w:bCs/>
          <w:lang w:eastAsia="ru-RU"/>
        </w:rPr>
        <w:t xml:space="preserve"> (în continuare </w:t>
      </w:r>
      <w:r w:rsidRPr="00965F59">
        <w:rPr>
          <w:rFonts w:cs="Times New Roman"/>
          <w:b/>
          <w:lang w:eastAsia="ru-RU"/>
        </w:rPr>
        <w:t>”Operator”</w:t>
      </w:r>
      <w:r w:rsidRPr="00965F59">
        <w:rPr>
          <w:rFonts w:cs="Times New Roman"/>
          <w:bCs/>
          <w:lang w:eastAsia="ru-RU"/>
        </w:rPr>
        <w:t xml:space="preserve"> sau </w:t>
      </w:r>
      <w:r w:rsidRPr="00965F59">
        <w:rPr>
          <w:rFonts w:cs="Times New Roman"/>
          <w:b/>
          <w:lang w:eastAsia="ru-RU"/>
        </w:rPr>
        <w:t>”entitatea”</w:t>
      </w:r>
      <w:r>
        <w:rPr>
          <w:rFonts w:cs="Times New Roman"/>
          <w:b/>
          <w:lang w:eastAsia="ru-RU"/>
        </w:rPr>
        <w:t>)</w:t>
      </w:r>
      <w:r w:rsidRPr="00546026">
        <w:rPr>
          <w:rFonts w:eastAsia="Arial" w:cs="Times New Roman"/>
          <w:color w:val="000000"/>
          <w:lang w:eastAsia="en-GB"/>
        </w:rPr>
        <w:t xml:space="preserve"> împotriva SPAM-ului</w:t>
      </w:r>
      <w:r w:rsidRPr="00546026">
        <w:rPr>
          <w:rFonts w:eastAsia="Calibri" w:cs="Times New Roman"/>
        </w:rPr>
        <w:t xml:space="preserve">, în principal cu privire la mesajele publicitare nesolicitate și/sau la mesajele ce urmăresc realizarea unei fraude prin obţinerea de date confidențiale. </w:t>
      </w:r>
    </w:p>
    <w:p w14:paraId="0B323A4E" w14:textId="77777777" w:rsidR="00EE7ED3" w:rsidRPr="00546026" w:rsidRDefault="00EE7ED3" w:rsidP="00546026">
      <w:pPr>
        <w:spacing w:after="0" w:line="240" w:lineRule="auto"/>
        <w:rPr>
          <w:rFonts w:eastAsia="Calibri" w:cs="Times New Roman"/>
        </w:rPr>
      </w:pPr>
    </w:p>
    <w:p w14:paraId="20F384E0" w14:textId="77777777" w:rsidR="00EE7ED3" w:rsidRPr="00546026" w:rsidRDefault="00000000" w:rsidP="00546026">
      <w:pPr>
        <w:spacing w:after="0" w:line="240" w:lineRule="auto"/>
        <w:rPr>
          <w:rFonts w:eastAsia="Arial" w:cs="Times New Roman"/>
          <w:b/>
          <w:color w:val="000000"/>
        </w:rPr>
      </w:pPr>
      <w:r w:rsidRPr="00546026">
        <w:rPr>
          <w:rFonts w:eastAsia="Arial" w:cs="Times New Roman"/>
          <w:b/>
          <w:color w:val="000000"/>
        </w:rPr>
        <w:t>3. DOMENIUL DE APLICARE</w:t>
      </w:r>
    </w:p>
    <w:p w14:paraId="393D443E" w14:textId="77777777" w:rsidR="00EE7ED3" w:rsidRPr="00546026" w:rsidRDefault="00000000" w:rsidP="00546026">
      <w:pPr>
        <w:spacing w:after="0" w:line="240" w:lineRule="auto"/>
        <w:rPr>
          <w:rFonts w:eastAsia="Arial" w:cs="Times New Roman"/>
          <w:color w:val="000000"/>
        </w:rPr>
      </w:pPr>
      <w:r w:rsidRPr="00E36DD1">
        <w:rPr>
          <w:rFonts w:eastAsia="Arial" w:cs="Times New Roman"/>
          <w:color w:val="000000"/>
        </w:rPr>
        <w:t xml:space="preserve">Prezentul Regulament </w:t>
      </w:r>
      <w:r w:rsidRPr="00546026">
        <w:rPr>
          <w:rFonts w:eastAsia="Arial" w:cs="Times New Roman"/>
          <w:color w:val="000000"/>
        </w:rPr>
        <w:t xml:space="preserve">se aplică tuturor structurilor organizatorice/departamentelor ale Operatorului </w:t>
      </w:r>
      <w:r w:rsidRPr="00546026">
        <w:rPr>
          <w:rFonts w:cs="Times New Roman"/>
          <w:b/>
          <w:lang w:eastAsia="ru-RU"/>
        </w:rPr>
        <w:t xml:space="preserve">PRIMĂRIA </w:t>
      </w:r>
      <w:r>
        <w:rPr>
          <w:b/>
          <w:bCs/>
        </w:rPr>
        <w:t>SATULUI MERENI</w:t>
      </w:r>
      <w:r w:rsidRPr="00546026">
        <w:rPr>
          <w:rFonts w:eastAsia="Arial" w:cs="Times New Roman"/>
          <w:color w:val="000000"/>
        </w:rPr>
        <w:t>.</w:t>
      </w:r>
    </w:p>
    <w:p w14:paraId="7E6FC135" w14:textId="77777777" w:rsidR="00EE7ED3" w:rsidRPr="00546026" w:rsidRDefault="00EE7ED3" w:rsidP="00546026">
      <w:pPr>
        <w:spacing w:after="0" w:line="240" w:lineRule="auto"/>
        <w:rPr>
          <w:rFonts w:eastAsia="Calibri" w:cs="Times New Roman"/>
        </w:rPr>
      </w:pPr>
    </w:p>
    <w:p w14:paraId="2054016C" w14:textId="77777777" w:rsidR="00EE7ED3" w:rsidRPr="00546026" w:rsidRDefault="00000000" w:rsidP="00546026">
      <w:pPr>
        <w:spacing w:after="0" w:line="240" w:lineRule="auto"/>
        <w:rPr>
          <w:rFonts w:eastAsia="Calibri" w:cs="Times New Roman"/>
          <w:b/>
          <w:bCs/>
        </w:rPr>
      </w:pPr>
      <w:r w:rsidRPr="00546026">
        <w:rPr>
          <w:rFonts w:eastAsia="Calibri" w:cs="Times New Roman"/>
          <w:b/>
          <w:bCs/>
        </w:rPr>
        <w:t>4. PREVEDERI GENERALE</w:t>
      </w:r>
    </w:p>
    <w:p w14:paraId="51C746C1" w14:textId="77777777" w:rsidR="00EE7ED3" w:rsidRPr="00546026" w:rsidRDefault="00000000" w:rsidP="00546026">
      <w:pPr>
        <w:spacing w:after="0" w:line="240" w:lineRule="auto"/>
        <w:rPr>
          <w:rFonts w:cs="Times New Roman"/>
          <w:b/>
          <w:bCs/>
        </w:rPr>
      </w:pPr>
      <w:r w:rsidRPr="00546026">
        <w:rPr>
          <w:rFonts w:cs="Times New Roman"/>
          <w:b/>
          <w:bCs/>
        </w:rPr>
        <w:t>4.1. Utilizarea Internetului</w:t>
      </w:r>
    </w:p>
    <w:p w14:paraId="64F22EA1" w14:textId="77777777" w:rsidR="00EE7ED3" w:rsidRPr="00546026" w:rsidRDefault="00000000" w:rsidP="00546026">
      <w:pPr>
        <w:spacing w:after="0" w:line="240" w:lineRule="auto"/>
        <w:rPr>
          <w:rFonts w:cs="Times New Roman"/>
        </w:rPr>
      </w:pPr>
      <w:r w:rsidRPr="00546026">
        <w:rPr>
          <w:rFonts w:cs="Times New Roman"/>
        </w:rPr>
        <w:t>Accesul utilizatorilor la Internet este permis pentru îndeplinirea sarcinilor de serviciu.</w:t>
      </w:r>
    </w:p>
    <w:p w14:paraId="39F3D27F" w14:textId="77777777" w:rsidR="00EE7ED3" w:rsidRPr="00546026" w:rsidRDefault="00EE7ED3" w:rsidP="00546026">
      <w:pPr>
        <w:spacing w:after="0" w:line="240" w:lineRule="auto"/>
        <w:rPr>
          <w:rFonts w:cs="Times New Roman"/>
        </w:rPr>
      </w:pPr>
    </w:p>
    <w:p w14:paraId="59DF1D37" w14:textId="77777777" w:rsidR="00EE7ED3" w:rsidRPr="00546026" w:rsidRDefault="00000000" w:rsidP="00546026">
      <w:pPr>
        <w:spacing w:after="0" w:line="240" w:lineRule="auto"/>
        <w:rPr>
          <w:rFonts w:cs="Times New Roman"/>
        </w:rPr>
      </w:pPr>
      <w:r w:rsidRPr="00546026">
        <w:rPr>
          <w:rFonts w:cs="Times New Roman"/>
        </w:rPr>
        <w:t>Utilizatorii nu trebuie să își instaleze niciun produs software pe stațiile de lucru ale Operatorului indiferent de sursa de proveniență a respectivului produs software (Internet sau altă sursă).</w:t>
      </w:r>
    </w:p>
    <w:p w14:paraId="5F70A0F8" w14:textId="77777777" w:rsidR="00EE7ED3" w:rsidRPr="00546026" w:rsidRDefault="00EE7ED3" w:rsidP="00546026">
      <w:pPr>
        <w:spacing w:after="0" w:line="240" w:lineRule="auto"/>
        <w:rPr>
          <w:rFonts w:cs="Times New Roman"/>
        </w:rPr>
      </w:pPr>
    </w:p>
    <w:p w14:paraId="7EDC29B3" w14:textId="77777777" w:rsidR="00EE7ED3" w:rsidRPr="00546026" w:rsidRDefault="00000000" w:rsidP="00546026">
      <w:pPr>
        <w:spacing w:after="0" w:line="240" w:lineRule="auto"/>
        <w:rPr>
          <w:rFonts w:cs="Times New Roman"/>
        </w:rPr>
      </w:pPr>
      <w:r w:rsidRPr="00546026">
        <w:rPr>
          <w:rFonts w:cs="Times New Roman"/>
        </w:rPr>
        <w:t>Documentele atașate mesajelor e-mail vor putea fi deschise doar dacă acestea sunt primite dintr-o sursă sigură. Înainte de a fi deschise, documentele atașate trebuie scanate cu un program antivirus.</w:t>
      </w:r>
    </w:p>
    <w:p w14:paraId="5F38AF89" w14:textId="77777777" w:rsidR="00EE7ED3" w:rsidRPr="00546026" w:rsidRDefault="00EE7ED3" w:rsidP="00546026">
      <w:pPr>
        <w:spacing w:after="0" w:line="240" w:lineRule="auto"/>
        <w:rPr>
          <w:rFonts w:cs="Times New Roman"/>
        </w:rPr>
      </w:pPr>
    </w:p>
    <w:p w14:paraId="1CB3102F" w14:textId="77777777" w:rsidR="00EE7ED3" w:rsidRPr="00546026" w:rsidRDefault="00000000" w:rsidP="00546026">
      <w:pPr>
        <w:spacing w:after="0" w:line="240" w:lineRule="auto"/>
        <w:rPr>
          <w:rFonts w:cs="Times New Roman"/>
        </w:rPr>
      </w:pPr>
      <w:r w:rsidRPr="00546026">
        <w:rPr>
          <w:rFonts w:cs="Times New Roman"/>
        </w:rPr>
        <w:t xml:space="preserve">Este interzisă folosirea calculatoarelor Operatorului pentru distribuirea e-mail-urilor nesolicitate ori susținerea oricărui tip de campanie publicitară care ar putea avea ca efect exprimarea unor plângeri din partea destinatarilor. </w:t>
      </w:r>
    </w:p>
    <w:p w14:paraId="1C80A6C1" w14:textId="77777777" w:rsidR="00EE7ED3" w:rsidRPr="00546026" w:rsidRDefault="00EE7ED3" w:rsidP="00546026">
      <w:pPr>
        <w:spacing w:after="0" w:line="240" w:lineRule="auto"/>
        <w:rPr>
          <w:rFonts w:cs="Times New Roman"/>
        </w:rPr>
      </w:pPr>
    </w:p>
    <w:p w14:paraId="0E89FF20" w14:textId="77777777" w:rsidR="00EE7ED3" w:rsidRPr="00546026" w:rsidRDefault="00000000" w:rsidP="00546026">
      <w:pPr>
        <w:spacing w:after="0" w:line="240" w:lineRule="auto"/>
        <w:rPr>
          <w:rFonts w:cs="Times New Roman"/>
        </w:rPr>
      </w:pPr>
      <w:r w:rsidRPr="00546026">
        <w:rPr>
          <w:rFonts w:cs="Times New Roman"/>
        </w:rPr>
        <w:t>Mesajele de tip „</w:t>
      </w:r>
      <w:r w:rsidRPr="00546026">
        <w:rPr>
          <w:rFonts w:cs="Times New Roman"/>
          <w:b/>
          <w:bCs/>
        </w:rPr>
        <w:t>SPAM</w:t>
      </w:r>
      <w:r w:rsidRPr="00546026">
        <w:rPr>
          <w:rFonts w:cs="Times New Roman"/>
        </w:rPr>
        <w:t>” includ o varietate de promoții și solicitări precum cele de tipul mesajelor trimise în masă, sistemele piramidale și promovarea directă de produse. Atunci când angajații Operatorului primesc astfel de mesaje vor trebui să le trimită Responsabilului IT fără a le deschide sau a le răspunde. Departamentul IT va adopta măsuri corespunzătoare pentru stoparea primirii acestor mesaje.</w:t>
      </w:r>
    </w:p>
    <w:p w14:paraId="5F0D2D43" w14:textId="77777777" w:rsidR="00EE7ED3" w:rsidRPr="00546026" w:rsidRDefault="00EE7ED3" w:rsidP="00546026">
      <w:pPr>
        <w:spacing w:after="0" w:line="240" w:lineRule="auto"/>
        <w:rPr>
          <w:rFonts w:cs="Times New Roman"/>
        </w:rPr>
      </w:pPr>
    </w:p>
    <w:p w14:paraId="178E5DDA" w14:textId="77777777" w:rsidR="00EE7ED3" w:rsidRPr="00546026" w:rsidRDefault="00000000" w:rsidP="00546026">
      <w:pPr>
        <w:spacing w:after="0" w:line="240" w:lineRule="auto"/>
        <w:rPr>
          <w:rFonts w:cs="Times New Roman"/>
        </w:rPr>
      </w:pPr>
      <w:r w:rsidRPr="00546026">
        <w:rPr>
          <w:rFonts w:cs="Times New Roman"/>
        </w:rPr>
        <w:t>În cadrul comunicației electronice se interzice înlocuirea, înlăturarea sau denaturarea identității unui utilizator.</w:t>
      </w:r>
    </w:p>
    <w:p w14:paraId="4BB326FF" w14:textId="77777777" w:rsidR="00EE7ED3" w:rsidRPr="00546026" w:rsidRDefault="00EE7ED3" w:rsidP="00546026">
      <w:pPr>
        <w:spacing w:after="0" w:line="240" w:lineRule="auto"/>
        <w:rPr>
          <w:rFonts w:cs="Times New Roman"/>
        </w:rPr>
      </w:pPr>
    </w:p>
    <w:p w14:paraId="32EBE452" w14:textId="77777777" w:rsidR="00EE7ED3" w:rsidRPr="00546026" w:rsidRDefault="00000000" w:rsidP="00546026">
      <w:pPr>
        <w:spacing w:after="0" w:line="240" w:lineRule="auto"/>
        <w:rPr>
          <w:rFonts w:cs="Times New Roman"/>
        </w:rPr>
      </w:pPr>
      <w:r w:rsidRPr="00546026">
        <w:rPr>
          <w:rFonts w:cs="Times New Roman"/>
        </w:rPr>
        <w:t>În formularea mesajelor electronice, utilizatorul este obligat să-și precizeze datele de identificare, care trebuie să conțină:</w:t>
      </w:r>
    </w:p>
    <w:p w14:paraId="1EA2F5E8" w14:textId="77777777" w:rsidR="00EE7ED3" w:rsidRPr="00546026" w:rsidRDefault="00000000" w:rsidP="00965F59">
      <w:pPr>
        <w:spacing w:after="0" w:line="240" w:lineRule="auto"/>
        <w:rPr>
          <w:rFonts w:cs="Times New Roman"/>
        </w:rPr>
      </w:pPr>
      <w:r w:rsidRPr="00546026">
        <w:rPr>
          <w:rFonts w:cs="Times New Roman"/>
        </w:rPr>
        <w:t xml:space="preserve">                         - numele acestuia;</w:t>
      </w:r>
    </w:p>
    <w:p w14:paraId="6CC09022" w14:textId="77777777" w:rsidR="00EE7ED3" w:rsidRPr="00546026" w:rsidRDefault="00000000" w:rsidP="00965F59">
      <w:pPr>
        <w:spacing w:after="0" w:line="240" w:lineRule="auto"/>
        <w:rPr>
          <w:rFonts w:cs="Times New Roman"/>
        </w:rPr>
      </w:pPr>
      <w:r w:rsidRPr="00546026">
        <w:rPr>
          <w:rFonts w:cs="Times New Roman"/>
        </w:rPr>
        <w:t xml:space="preserve">                         - numărul de telefon;</w:t>
      </w:r>
    </w:p>
    <w:p w14:paraId="326653CD" w14:textId="77777777" w:rsidR="00EE7ED3" w:rsidRPr="00546026" w:rsidRDefault="00000000" w:rsidP="00965F59">
      <w:pPr>
        <w:spacing w:after="0" w:line="240" w:lineRule="auto"/>
        <w:rPr>
          <w:rFonts w:cs="Times New Roman"/>
        </w:rPr>
      </w:pPr>
      <w:r w:rsidRPr="00546026">
        <w:rPr>
          <w:rFonts w:cs="Times New Roman"/>
        </w:rPr>
        <w:t xml:space="preserve">                         - adresa de e-mail sau apartenența la o anumită organizație</w:t>
      </w:r>
      <w:r>
        <w:rPr>
          <w:rFonts w:cs="Times New Roman"/>
        </w:rPr>
        <w:t>/entitate</w:t>
      </w:r>
      <w:r w:rsidRPr="00546026">
        <w:rPr>
          <w:rFonts w:cs="Times New Roman"/>
        </w:rPr>
        <w:t>.</w:t>
      </w:r>
    </w:p>
    <w:p w14:paraId="1AA9A53C" w14:textId="77777777" w:rsidR="00EE7ED3" w:rsidRPr="00546026" w:rsidRDefault="00000000" w:rsidP="00546026">
      <w:pPr>
        <w:spacing w:after="0" w:line="240" w:lineRule="auto"/>
        <w:rPr>
          <w:rFonts w:cs="Times New Roman"/>
        </w:rPr>
      </w:pPr>
      <w:r w:rsidRPr="00546026">
        <w:rPr>
          <w:rFonts w:cs="Times New Roman"/>
        </w:rPr>
        <w:t>De asemenea, se recomandă atașarea unei semnături electronice în cadrul mesajelor care să conțină informații despre expeditor precum poziția ocupată în cadrul Operatorului, apartenența la aceasta, adresa etc.</w:t>
      </w:r>
    </w:p>
    <w:p w14:paraId="7934A664" w14:textId="77777777" w:rsidR="00EE7ED3" w:rsidRPr="00546026" w:rsidRDefault="00EE7ED3" w:rsidP="00546026">
      <w:pPr>
        <w:spacing w:after="0" w:line="240" w:lineRule="auto"/>
        <w:rPr>
          <w:rFonts w:cs="Times New Roman"/>
        </w:rPr>
      </w:pPr>
    </w:p>
    <w:p w14:paraId="73E041FC" w14:textId="77777777" w:rsidR="00EE7ED3" w:rsidRPr="00546026" w:rsidRDefault="00000000" w:rsidP="00546026">
      <w:pPr>
        <w:spacing w:after="0" w:line="240" w:lineRule="auto"/>
        <w:rPr>
          <w:rFonts w:cs="Times New Roman"/>
        </w:rPr>
      </w:pPr>
      <w:r w:rsidRPr="00546026">
        <w:rPr>
          <w:rFonts w:cs="Times New Roman"/>
        </w:rPr>
        <w:t>Se recomandă confirmarea identității terțelor părți înainte ca angajații Operatorului să poată trimite orice informație de uz intern să încheie orice fel de contract sau să comande produse prin intermediul rețelelor publice. Atunci când este posibil, confirmarea identității trebuie făcută prin intermediul semnăturilor digitale, altfel pot fi utilizate mijloace de identificare complementare: discuții telefonice, scrisoare de împuternicire sau referințe din partea terților.</w:t>
      </w:r>
    </w:p>
    <w:p w14:paraId="7D5063E5" w14:textId="77777777" w:rsidR="00EE7ED3" w:rsidRPr="00546026" w:rsidRDefault="00EE7ED3" w:rsidP="00546026">
      <w:pPr>
        <w:spacing w:after="0" w:line="240" w:lineRule="auto"/>
        <w:rPr>
          <w:rFonts w:cs="Times New Roman"/>
        </w:rPr>
      </w:pPr>
    </w:p>
    <w:p w14:paraId="10153211" w14:textId="77777777" w:rsidR="00EE7ED3" w:rsidRPr="00546026" w:rsidRDefault="00000000" w:rsidP="00546026">
      <w:pPr>
        <w:spacing w:after="0" w:line="240" w:lineRule="auto"/>
        <w:rPr>
          <w:rFonts w:cs="Times New Roman"/>
        </w:rPr>
      </w:pPr>
      <w:r w:rsidRPr="00546026">
        <w:rPr>
          <w:rFonts w:cs="Times New Roman"/>
        </w:rPr>
        <w:lastRenderedPageBreak/>
        <w:t xml:space="preserve">Nu se permite accesul angajaților în modulul de administrare al site-ului web al Operatorului decât dacă au aprobarea Conducerii de a efectua modificări în conținutul de informații. Adăugarea de legături către alte resurse, actualizarea informațiilor sau schimbarea </w:t>
      </w:r>
    </w:p>
    <w:p w14:paraId="182E82FB" w14:textId="77777777" w:rsidR="00EE7ED3" w:rsidRPr="00546026" w:rsidRDefault="00000000" w:rsidP="00546026">
      <w:pPr>
        <w:spacing w:after="0" w:line="240" w:lineRule="auto"/>
        <w:rPr>
          <w:rFonts w:cs="Times New Roman"/>
        </w:rPr>
      </w:pPr>
      <w:r w:rsidRPr="00546026">
        <w:rPr>
          <w:rFonts w:cs="Times New Roman"/>
        </w:rPr>
        <w:t>design-ului intră, de asemenea, sub incidența acestor aprobări.</w:t>
      </w:r>
    </w:p>
    <w:p w14:paraId="4B6391A1" w14:textId="77777777" w:rsidR="00EE7ED3" w:rsidRPr="00546026" w:rsidRDefault="00EE7ED3" w:rsidP="00546026">
      <w:pPr>
        <w:spacing w:after="0" w:line="240" w:lineRule="auto"/>
        <w:rPr>
          <w:rFonts w:cs="Times New Roman"/>
        </w:rPr>
      </w:pPr>
    </w:p>
    <w:p w14:paraId="45D69B0A" w14:textId="77777777" w:rsidR="00EE7ED3" w:rsidRPr="00546026" w:rsidRDefault="00000000" w:rsidP="00546026">
      <w:pPr>
        <w:spacing w:after="0" w:line="240" w:lineRule="auto"/>
        <w:rPr>
          <w:rFonts w:cs="Times New Roman"/>
        </w:rPr>
      </w:pPr>
      <w:r w:rsidRPr="00546026">
        <w:rPr>
          <w:rFonts w:cs="Times New Roman"/>
        </w:rPr>
        <w:t xml:space="preserve">Acordarea drepturilor de acces din Internet la rețeaua internă a Operatorului se va aproba colaboratorilor numai pe baza unei solicitări exprimate de către managerul de sistem. Din rândul </w:t>
      </w:r>
      <w:r>
        <w:rPr>
          <w:rFonts w:cs="Times New Roman"/>
        </w:rPr>
        <w:t>prestatorilor de servicii</w:t>
      </w:r>
      <w:r w:rsidRPr="00546026">
        <w:rPr>
          <w:rFonts w:cs="Times New Roman"/>
        </w:rPr>
        <w:t xml:space="preserve"> fac parte: producătorii de software, contractorii, consultații, personalul temporar</w:t>
      </w:r>
      <w:r>
        <w:rPr>
          <w:rFonts w:cs="Times New Roman"/>
        </w:rPr>
        <w:t>,</w:t>
      </w:r>
      <w:r w:rsidRPr="00546026">
        <w:rPr>
          <w:rFonts w:cs="Times New Roman"/>
        </w:rPr>
        <w:t xml:space="preserve"> personalul companiilor prestatoare de servicii, etc. Accesul va fi acordat în mod individual și doar pentru perioada desfășurării sarcinilor aprobate.</w:t>
      </w:r>
    </w:p>
    <w:p w14:paraId="5506A865" w14:textId="77777777" w:rsidR="00EE7ED3" w:rsidRPr="00546026" w:rsidRDefault="00EE7ED3" w:rsidP="00546026">
      <w:pPr>
        <w:spacing w:after="0" w:line="240" w:lineRule="auto"/>
        <w:rPr>
          <w:rFonts w:cs="Times New Roman"/>
        </w:rPr>
      </w:pPr>
    </w:p>
    <w:p w14:paraId="7B771BC1" w14:textId="77777777" w:rsidR="00EE7ED3" w:rsidRPr="00546026" w:rsidRDefault="00000000" w:rsidP="00546026">
      <w:pPr>
        <w:spacing w:after="0" w:line="240" w:lineRule="auto"/>
        <w:rPr>
          <w:rFonts w:cs="Times New Roman"/>
        </w:rPr>
      </w:pPr>
      <w:r w:rsidRPr="00546026">
        <w:rPr>
          <w:rFonts w:cs="Times New Roman"/>
        </w:rPr>
        <w:t xml:space="preserve">Angajații pot folosi alte surse de furnizare a conexiunii la Internet utilizând calculatoarele Operatorului, doar cu acordul Conducerii, întrucât controalele de acces și metodele de asigurare a securității datelor nu pot fi aplicate corespunzător decât dacă întregul flux de activități referitoare la Internet trece prin echipamentele de tip firewall ale Operatorului. În aceeași manieră, angajații sunt obligați să utilizeze numai căsuța de e-mail oferită de către </w:t>
      </w:r>
      <w:r>
        <w:rPr>
          <w:rFonts w:cs="Times New Roman"/>
        </w:rPr>
        <w:t>Operator</w:t>
      </w:r>
      <w:r w:rsidRPr="00546026">
        <w:rPr>
          <w:rFonts w:cs="Times New Roman"/>
        </w:rPr>
        <w:t>. În acest context, folosirea adresei de e-mail personale nu este permisă.</w:t>
      </w:r>
    </w:p>
    <w:p w14:paraId="2370BEFD" w14:textId="77777777" w:rsidR="00EE7ED3" w:rsidRPr="00546026" w:rsidRDefault="00EE7ED3" w:rsidP="00546026">
      <w:pPr>
        <w:spacing w:after="0" w:line="240" w:lineRule="auto"/>
        <w:rPr>
          <w:rFonts w:cs="Times New Roman"/>
        </w:rPr>
      </w:pPr>
    </w:p>
    <w:p w14:paraId="375BBDC3" w14:textId="77777777" w:rsidR="00EE7ED3" w:rsidRPr="00546026" w:rsidRDefault="00000000" w:rsidP="00546026">
      <w:pPr>
        <w:spacing w:after="0" w:line="240" w:lineRule="auto"/>
        <w:rPr>
          <w:rFonts w:cs="Times New Roman"/>
        </w:rPr>
      </w:pPr>
      <w:r w:rsidRPr="00546026">
        <w:rPr>
          <w:rFonts w:cs="Times New Roman"/>
        </w:rPr>
        <w:t>Este interzisă folosirea în scopul afacerilor personale sau încredințarea către alte persoane a resurselor informatice ale Operatorului.</w:t>
      </w:r>
    </w:p>
    <w:p w14:paraId="558BB11D" w14:textId="77777777" w:rsidR="00EE7ED3" w:rsidRPr="00546026" w:rsidRDefault="00EE7ED3" w:rsidP="00546026">
      <w:pPr>
        <w:spacing w:after="0" w:line="240" w:lineRule="auto"/>
        <w:rPr>
          <w:rFonts w:cs="Times New Roman"/>
        </w:rPr>
      </w:pPr>
    </w:p>
    <w:p w14:paraId="6B16861E" w14:textId="77777777" w:rsidR="00EE7ED3" w:rsidRPr="00546026" w:rsidRDefault="00000000" w:rsidP="00546026">
      <w:pPr>
        <w:spacing w:after="0" w:line="240" w:lineRule="auto"/>
        <w:rPr>
          <w:rFonts w:cs="Times New Roman"/>
        </w:rPr>
      </w:pPr>
      <w:r w:rsidRPr="00546026">
        <w:rPr>
          <w:rFonts w:cs="Times New Roman"/>
        </w:rPr>
        <w:t>Operatorul nu se declară răspunzător pentru conținutul paginilor de Internet accesate de angajați. În cazul accesării întâmplătoare a unui site cu conținut informațional imoral (caracter sexual explicit, rasist, misogin, violent sau de natură ofensatoare), angajații în cauză sunt obligați să aleagă o altă pagină sau să încheie procesul curent.</w:t>
      </w:r>
    </w:p>
    <w:p w14:paraId="5A240BE8" w14:textId="77777777" w:rsidR="00EE7ED3" w:rsidRPr="00546026" w:rsidRDefault="00EE7ED3" w:rsidP="00546026">
      <w:pPr>
        <w:spacing w:after="0" w:line="240" w:lineRule="auto"/>
        <w:rPr>
          <w:rFonts w:cs="Times New Roman"/>
        </w:rPr>
      </w:pPr>
    </w:p>
    <w:p w14:paraId="33E9A969" w14:textId="77777777" w:rsidR="00EE7ED3" w:rsidRPr="00546026" w:rsidRDefault="00000000" w:rsidP="00546026">
      <w:pPr>
        <w:spacing w:after="0" w:line="240" w:lineRule="auto"/>
        <w:rPr>
          <w:rFonts w:cs="Times New Roman"/>
        </w:rPr>
      </w:pPr>
      <w:r w:rsidRPr="00546026">
        <w:rPr>
          <w:rFonts w:cs="Times New Roman"/>
        </w:rPr>
        <w:t>Operatorul poate înregistra paginile accesate, fișierele desemnate, timpul petrecut pe o pagină anume și alte informații conexe.</w:t>
      </w:r>
    </w:p>
    <w:p w14:paraId="2614EABA" w14:textId="77777777" w:rsidR="00EE7ED3" w:rsidRPr="00546026" w:rsidRDefault="00EE7ED3" w:rsidP="00546026">
      <w:pPr>
        <w:spacing w:after="0" w:line="240" w:lineRule="auto"/>
        <w:rPr>
          <w:rFonts w:cs="Times New Roman"/>
        </w:rPr>
      </w:pPr>
    </w:p>
    <w:p w14:paraId="0B7DA349" w14:textId="77777777" w:rsidR="00EE7ED3" w:rsidRPr="00546026" w:rsidRDefault="00000000" w:rsidP="00546026">
      <w:pPr>
        <w:spacing w:after="0" w:line="240" w:lineRule="auto"/>
        <w:rPr>
          <w:rFonts w:cs="Times New Roman"/>
        </w:rPr>
      </w:pPr>
      <w:r w:rsidRPr="00546026">
        <w:rPr>
          <w:rFonts w:cs="Times New Roman"/>
        </w:rPr>
        <w:t>Conducerea Operatorului poate primi rapoarte ce conțin astfel de informații și pe baza lor să decidă tipul accesului la Internet în cadrul fiecărui departament al Operatorului.</w:t>
      </w:r>
    </w:p>
    <w:p w14:paraId="6DEDE675" w14:textId="77777777" w:rsidR="00EE7ED3" w:rsidRPr="00546026" w:rsidRDefault="00EE7ED3" w:rsidP="00546026">
      <w:pPr>
        <w:spacing w:after="0" w:line="240" w:lineRule="auto"/>
        <w:rPr>
          <w:rFonts w:cs="Times New Roman"/>
        </w:rPr>
      </w:pPr>
    </w:p>
    <w:p w14:paraId="5AAF0685" w14:textId="77777777" w:rsidR="00EE7ED3" w:rsidRPr="00546026" w:rsidRDefault="00000000" w:rsidP="00546026">
      <w:pPr>
        <w:spacing w:after="0" w:line="240" w:lineRule="auto"/>
        <w:rPr>
          <w:rFonts w:cs="Times New Roman"/>
        </w:rPr>
      </w:pPr>
      <w:r w:rsidRPr="00546026">
        <w:rPr>
          <w:rFonts w:cs="Times New Roman"/>
        </w:rPr>
        <w:t xml:space="preserve">Conducerea Operatorului are dreptul de a revizui e-mail-urile, fișierele aflate pe stațiile de lucru, fișierele temporare ale browser-elor de Internet (Internet Explorer, Mozilla Firefoc, Google Chrome etc.), paginile marcate, istoricul site-urilor web necesare și alte informații stocate sau care tranzitează stațiile de lucru ale Operatorului în orice moment și fără necesitatea unui anumit prealabil. </w:t>
      </w:r>
    </w:p>
    <w:p w14:paraId="079A0B70" w14:textId="77777777" w:rsidR="00EE7ED3" w:rsidRPr="00546026" w:rsidRDefault="00EE7ED3" w:rsidP="00546026">
      <w:pPr>
        <w:spacing w:after="0" w:line="240" w:lineRule="auto"/>
        <w:rPr>
          <w:rFonts w:cs="Times New Roman"/>
        </w:rPr>
      </w:pPr>
    </w:p>
    <w:p w14:paraId="3BB5897A" w14:textId="77777777" w:rsidR="00EE7ED3" w:rsidRPr="00546026" w:rsidRDefault="00000000" w:rsidP="00546026">
      <w:pPr>
        <w:spacing w:after="0" w:line="240" w:lineRule="auto"/>
        <w:rPr>
          <w:rFonts w:cs="Times New Roman"/>
        </w:rPr>
      </w:pPr>
      <w:r w:rsidRPr="00546026">
        <w:rPr>
          <w:rFonts w:cs="Times New Roman"/>
        </w:rPr>
        <w:t xml:space="preserve">Se interzice angajaților stabilirea unor legături la Internet sau la alte rețele externe care ar putea favoriza terțe părți să pătrundă în rețeaua Operatorului și să aibă acces la sistemele și informațiile acesteia, decât dacă acest lucru este aprobat de către Conducere. Aceste conexiuni presupun legături de tip file-sharing (partajare de fișiere), sisteme de comerț prin intermediul Internetului sau servere FTP. </w:t>
      </w:r>
    </w:p>
    <w:p w14:paraId="3E67D33B" w14:textId="77777777" w:rsidR="00EE7ED3" w:rsidRPr="00546026" w:rsidRDefault="00EE7ED3" w:rsidP="00546026">
      <w:pPr>
        <w:spacing w:line="240" w:lineRule="auto"/>
        <w:rPr>
          <w:rFonts w:cs="Times New Roman"/>
        </w:rPr>
      </w:pPr>
    </w:p>
    <w:p w14:paraId="301F43F8" w14:textId="77777777" w:rsidR="00EE7ED3" w:rsidRPr="00546026" w:rsidRDefault="00000000" w:rsidP="00546026">
      <w:pPr>
        <w:spacing w:after="0" w:line="240" w:lineRule="auto"/>
        <w:rPr>
          <w:rFonts w:cs="Times New Roman"/>
          <w:b/>
          <w:bCs/>
        </w:rPr>
      </w:pPr>
      <w:r w:rsidRPr="00546026">
        <w:rPr>
          <w:rFonts w:cs="Times New Roman"/>
          <w:b/>
          <w:bCs/>
        </w:rPr>
        <w:t>4.2. Utilizarea e-mail-ului</w:t>
      </w:r>
    </w:p>
    <w:p w14:paraId="3A7F4A26" w14:textId="77777777" w:rsidR="00EE7ED3" w:rsidRPr="00546026" w:rsidRDefault="00EE7ED3" w:rsidP="00546026">
      <w:pPr>
        <w:spacing w:after="0" w:line="240" w:lineRule="auto"/>
        <w:rPr>
          <w:rFonts w:cs="Times New Roman"/>
          <w:b/>
          <w:bCs/>
        </w:rPr>
      </w:pPr>
    </w:p>
    <w:p w14:paraId="404C7177" w14:textId="77777777" w:rsidR="00EE7ED3" w:rsidRPr="00546026" w:rsidRDefault="00000000" w:rsidP="00546026">
      <w:pPr>
        <w:spacing w:after="0" w:line="240" w:lineRule="auto"/>
        <w:rPr>
          <w:rFonts w:cs="Times New Roman"/>
        </w:rPr>
      </w:pPr>
      <w:r w:rsidRPr="00546026">
        <w:rPr>
          <w:rFonts w:cs="Times New Roman"/>
        </w:rPr>
        <w:t>Operatorul pune la dispoziția angajaților săi sau, după caz, prestatorilor de servicii atunci când aceștia utilizează sistemele IT ale Operatorului,  căsuțe de poștă electronică. Conturile de poștă electronică individuale nu trebuie utilizate în comun.</w:t>
      </w:r>
    </w:p>
    <w:p w14:paraId="4FA9BE04" w14:textId="77777777" w:rsidR="00EE7ED3" w:rsidRPr="00546026" w:rsidRDefault="00EE7ED3" w:rsidP="00546026">
      <w:pPr>
        <w:spacing w:after="0" w:line="240" w:lineRule="auto"/>
        <w:rPr>
          <w:rFonts w:cs="Times New Roman"/>
        </w:rPr>
      </w:pPr>
    </w:p>
    <w:p w14:paraId="3DEB8CD9" w14:textId="77777777" w:rsidR="00EE7ED3" w:rsidRPr="00546026" w:rsidRDefault="00000000" w:rsidP="00546026">
      <w:pPr>
        <w:spacing w:after="0" w:line="240" w:lineRule="auto"/>
        <w:rPr>
          <w:rFonts w:cs="Times New Roman"/>
        </w:rPr>
      </w:pPr>
      <w:r w:rsidRPr="00546026">
        <w:rPr>
          <w:rFonts w:cs="Times New Roman"/>
        </w:rPr>
        <w:t xml:space="preserve">Utilizarea sistemului de mesagerie electronică al Operatorului trebuie realizată ca parte a activității profesionale, ce are ca scop îmbunătățirea activităților de zi cu zi prin înlesnirea comunicării interne în </w:t>
      </w:r>
      <w:r w:rsidRPr="00546026">
        <w:rPr>
          <w:rFonts w:cs="Times New Roman"/>
        </w:rPr>
        <w:lastRenderedPageBreak/>
        <w:t>cadrul Operatorului, respectiv în exterior prin menținerea legăturilor cu partenerii Operatorului sau cu autoritățile locale.</w:t>
      </w:r>
    </w:p>
    <w:p w14:paraId="1087422B" w14:textId="77777777" w:rsidR="00EE7ED3" w:rsidRPr="00546026" w:rsidRDefault="00EE7ED3" w:rsidP="00546026">
      <w:pPr>
        <w:spacing w:after="0" w:line="240" w:lineRule="auto"/>
        <w:rPr>
          <w:rFonts w:cs="Times New Roman"/>
        </w:rPr>
      </w:pPr>
    </w:p>
    <w:p w14:paraId="30021D3A" w14:textId="77777777" w:rsidR="00EE7ED3" w:rsidRPr="00546026" w:rsidRDefault="00000000" w:rsidP="00546026">
      <w:pPr>
        <w:spacing w:after="0" w:line="240" w:lineRule="auto"/>
        <w:rPr>
          <w:rFonts w:cs="Times New Roman"/>
        </w:rPr>
      </w:pPr>
      <w:r w:rsidRPr="00546026">
        <w:rPr>
          <w:rFonts w:cs="Times New Roman"/>
        </w:rPr>
        <w:t>Comunicarea electronică se va limita la materialele care au legătură cu activitățile profesionale și sarcinile de serviciu ale angajaților și nu va fi folosită ca suport pentru campanii caritabile de strângere de fonduri, campanii de susținere politică/religioasă sau pentru activități ce țin de afaceri personale, amuzament sau distracție.</w:t>
      </w:r>
    </w:p>
    <w:p w14:paraId="5C27F6FC" w14:textId="77777777" w:rsidR="00EE7ED3" w:rsidRPr="00546026" w:rsidRDefault="00EE7ED3" w:rsidP="00546026">
      <w:pPr>
        <w:spacing w:after="0" w:line="240" w:lineRule="auto"/>
        <w:rPr>
          <w:rFonts w:cs="Times New Roman"/>
        </w:rPr>
      </w:pPr>
    </w:p>
    <w:p w14:paraId="043B153D" w14:textId="77777777" w:rsidR="00EE7ED3" w:rsidRPr="00546026" w:rsidRDefault="00000000" w:rsidP="00546026">
      <w:pPr>
        <w:spacing w:after="0" w:line="240" w:lineRule="auto"/>
        <w:rPr>
          <w:rFonts w:cs="Times New Roman"/>
        </w:rPr>
      </w:pPr>
      <w:r w:rsidRPr="00546026">
        <w:rPr>
          <w:rFonts w:cs="Times New Roman"/>
        </w:rPr>
        <w:t xml:space="preserve">Se interzice folosirea de către un utilizator a unei adrese de e-mail ce aparține altei persoane. Periodic, angajații vor fi informați și instruiți să folosească în mod adecvat resursele sistemului informatic al Operatorului. </w:t>
      </w:r>
    </w:p>
    <w:p w14:paraId="69AA8A04" w14:textId="77777777" w:rsidR="00EE7ED3" w:rsidRPr="00546026" w:rsidRDefault="00EE7ED3" w:rsidP="00546026">
      <w:pPr>
        <w:spacing w:after="0" w:line="240" w:lineRule="auto"/>
        <w:rPr>
          <w:rFonts w:cs="Times New Roman"/>
        </w:rPr>
      </w:pPr>
    </w:p>
    <w:p w14:paraId="4E7DB8E2" w14:textId="77777777" w:rsidR="00EE7ED3" w:rsidRPr="00546026" w:rsidRDefault="00000000" w:rsidP="00546026">
      <w:pPr>
        <w:spacing w:after="0" w:line="240" w:lineRule="auto"/>
        <w:rPr>
          <w:rFonts w:cs="Times New Roman"/>
        </w:rPr>
      </w:pPr>
      <w:r w:rsidRPr="00546026">
        <w:rPr>
          <w:rFonts w:cs="Times New Roman"/>
        </w:rPr>
        <w:t>În cadrul comunicației electronice se interzice înlocuirea, înlăturarea sau denaturarea identității unui utilizator.</w:t>
      </w:r>
    </w:p>
    <w:p w14:paraId="482A927D" w14:textId="77777777" w:rsidR="00EE7ED3" w:rsidRPr="00546026" w:rsidRDefault="00EE7ED3" w:rsidP="00546026">
      <w:pPr>
        <w:spacing w:after="0" w:line="240" w:lineRule="auto"/>
        <w:rPr>
          <w:rFonts w:cs="Times New Roman"/>
        </w:rPr>
      </w:pPr>
    </w:p>
    <w:p w14:paraId="24429DD4" w14:textId="77777777" w:rsidR="00EE7ED3" w:rsidRPr="00546026" w:rsidRDefault="00000000" w:rsidP="00546026">
      <w:pPr>
        <w:spacing w:after="0" w:line="240" w:lineRule="auto"/>
        <w:rPr>
          <w:rFonts w:cs="Times New Roman"/>
        </w:rPr>
      </w:pPr>
      <w:r w:rsidRPr="00546026">
        <w:rPr>
          <w:rFonts w:cs="Times New Roman"/>
        </w:rPr>
        <w:t>Fiecare utilizator al sistemului de e-mail al Operatorului (administrator sau utilizator final) trebuie să se preocupe de luarea tuturor măsurilor necesare în vederea asigurării protecției împotriva e-mail-urilor nesolicitate (mesaje de tip „hoax”, mesaje înlănțuite chain letter, spam etc.) și scheme de mesaje electonice cu caracter fraudulos (phishing și alte tipuri de mesaje de tip fraudulos).</w:t>
      </w:r>
    </w:p>
    <w:p w14:paraId="2AAD8E61" w14:textId="77777777" w:rsidR="00EE7ED3" w:rsidRPr="00546026" w:rsidRDefault="00EE7ED3" w:rsidP="00546026">
      <w:pPr>
        <w:spacing w:after="0" w:line="240" w:lineRule="auto"/>
        <w:rPr>
          <w:rFonts w:cs="Times New Roman"/>
        </w:rPr>
      </w:pPr>
    </w:p>
    <w:p w14:paraId="5F3BFA33" w14:textId="77777777" w:rsidR="00EE7ED3" w:rsidRPr="00546026" w:rsidRDefault="00000000" w:rsidP="00546026">
      <w:pPr>
        <w:spacing w:after="0" w:line="240" w:lineRule="auto"/>
        <w:rPr>
          <w:rFonts w:cs="Times New Roman"/>
        </w:rPr>
      </w:pPr>
      <w:r w:rsidRPr="00546026">
        <w:rPr>
          <w:rFonts w:cs="Times New Roman"/>
        </w:rPr>
        <w:t>Fiecare utilizator al sistemului de e-mail al Operatorului (administrator sau utilizator final) trebuie să se preocupe de luarea tuturor măsurilor necesare în vederea asigurării protecției împotriva infectării cu produse software cu potențial distructiv (viruși, troieni, worm etc.)</w:t>
      </w:r>
    </w:p>
    <w:p w14:paraId="1AFA6400" w14:textId="77777777" w:rsidR="00EE7ED3" w:rsidRPr="00546026" w:rsidRDefault="00EE7ED3" w:rsidP="00546026">
      <w:pPr>
        <w:spacing w:after="0" w:line="240" w:lineRule="auto"/>
        <w:rPr>
          <w:rFonts w:cs="Times New Roman"/>
        </w:rPr>
      </w:pPr>
    </w:p>
    <w:p w14:paraId="12DB15F1" w14:textId="77777777" w:rsidR="00EE7ED3" w:rsidRDefault="00000000" w:rsidP="00546026">
      <w:pPr>
        <w:spacing w:after="0" w:line="240" w:lineRule="auto"/>
        <w:rPr>
          <w:rFonts w:cs="Times New Roman"/>
        </w:rPr>
      </w:pPr>
      <w:r w:rsidRPr="00546026">
        <w:rPr>
          <w:rFonts w:cs="Times New Roman"/>
        </w:rPr>
        <w:t>În cazul în care primesc sau detectează orice e-mail suspicios, angajații sunt obligați să informeze Departamentul IT.</w:t>
      </w:r>
    </w:p>
    <w:p w14:paraId="79E56C07" w14:textId="77777777" w:rsidR="00EE7ED3" w:rsidRDefault="00EE7ED3" w:rsidP="00783C46">
      <w:pPr>
        <w:spacing w:after="0" w:line="240" w:lineRule="auto"/>
        <w:rPr>
          <w:rFonts w:cs="Times New Roman"/>
          <w:i/>
          <w:iCs/>
          <w:highlight w:val="yellow"/>
        </w:rPr>
      </w:pPr>
    </w:p>
    <w:p w14:paraId="716E528F" w14:textId="77777777" w:rsidR="00EE7ED3" w:rsidRPr="005A672D" w:rsidRDefault="00000000" w:rsidP="00546026">
      <w:pPr>
        <w:spacing w:after="0" w:line="240" w:lineRule="auto"/>
        <w:rPr>
          <w:rFonts w:cs="Times New Roman"/>
        </w:rPr>
      </w:pPr>
      <w:r w:rsidRPr="005A672D">
        <w:rPr>
          <w:rFonts w:cs="Times New Roman"/>
        </w:rPr>
        <w:t>„Mesajele electronice expediate de Primărie în scop administrativ (avize de plată taxe locale, răspunsuri la petiții) nu constituie SPAM și sunt transmise în temeiul art. 6 alin. (1) lit. c) și e) din Legea nr. 195/2024 (obligație legală și interes public). Trimiterea de buletine de noutăți (newsletter) sau mesaje informative opționale se face exclusiv în baza consimțământului scris/bifat al cetățeanului (art. 6 alin. 1 lit. a), cu opțiune de dezabonare instantanee.”</w:t>
      </w:r>
    </w:p>
    <w:p w14:paraId="30622845" w14:textId="77777777" w:rsidR="00EE7ED3" w:rsidRPr="005A672D" w:rsidRDefault="00EE7ED3" w:rsidP="00546026">
      <w:pPr>
        <w:spacing w:after="0" w:line="240" w:lineRule="auto"/>
        <w:rPr>
          <w:rFonts w:cs="Times New Roman"/>
        </w:rPr>
      </w:pPr>
    </w:p>
    <w:p w14:paraId="40AF9D55" w14:textId="77777777" w:rsidR="00EE7ED3" w:rsidRDefault="00000000" w:rsidP="005A672D">
      <w:pPr>
        <w:shd w:val="clear" w:color="auto" w:fill="FFFFFF" w:themeFill="background1"/>
        <w:spacing w:after="0" w:line="240" w:lineRule="auto"/>
        <w:rPr>
          <w:rFonts w:cs="Times New Roman"/>
        </w:rPr>
      </w:pPr>
      <w:r w:rsidRPr="005A672D">
        <w:rPr>
          <w:rFonts w:cs="Times New Roman"/>
        </w:rPr>
        <w:t>„Este strict interzisă utilizarea adreselor de e-mail instituționale (de serviciu) de către angajații Primăriei pentru înregistrarea pe platforme private de cumpărături, rețele de socializare personale, site-uri de divertisment sau participarea la tombole/concursuri comerciale. Această acțiune atrage mesaje de tip spam și crește riscul de breșe informatice.”</w:t>
      </w:r>
    </w:p>
    <w:p w14:paraId="2C339D8C" w14:textId="77777777" w:rsidR="00EE7ED3" w:rsidRPr="005A672D" w:rsidRDefault="00EE7ED3" w:rsidP="005A672D">
      <w:pPr>
        <w:shd w:val="clear" w:color="auto" w:fill="FFFFFF" w:themeFill="background1"/>
        <w:spacing w:after="0" w:line="240" w:lineRule="auto"/>
        <w:rPr>
          <w:rFonts w:cs="Times New Roman"/>
        </w:rPr>
      </w:pPr>
    </w:p>
    <w:p w14:paraId="532FCB44" w14:textId="77777777" w:rsidR="00EE7ED3" w:rsidRPr="00546026" w:rsidRDefault="00000000" w:rsidP="00546026">
      <w:pPr>
        <w:spacing w:line="240" w:lineRule="auto"/>
        <w:rPr>
          <w:rFonts w:cs="Times New Roman"/>
        </w:rPr>
      </w:pPr>
      <w:r w:rsidRPr="005A672D">
        <w:rPr>
          <w:rFonts w:cs="Times New Roman"/>
        </w:rPr>
        <w:t xml:space="preserve">„În cazul primirii unor e-mailuri comerciale masive sau suspecte (oferte nesolicitate, mesaje care cer confirmări de parole), angajații nu vor deschide link-urile sau atașamentele și vor raporta mesajul către Specialistul IT / </w:t>
      </w:r>
      <w:r>
        <w:rPr>
          <w:rFonts w:cs="Times New Roman"/>
        </w:rPr>
        <w:t>Responsabilul cu Protecția Datelor</w:t>
      </w:r>
      <w:r w:rsidRPr="005A672D">
        <w:rPr>
          <w:rFonts w:cs="Times New Roman"/>
        </w:rPr>
        <w:t xml:space="preserve"> pentru blocarea expeditorului la nivel de server (firewall/filtru anti-spam).”</w:t>
      </w:r>
    </w:p>
    <w:p w14:paraId="6B95CD83" w14:textId="77777777" w:rsidR="00EE7ED3" w:rsidRPr="00546026" w:rsidRDefault="00000000" w:rsidP="00546026">
      <w:pPr>
        <w:spacing w:after="0" w:line="240" w:lineRule="auto"/>
        <w:rPr>
          <w:rFonts w:cs="Times New Roman"/>
          <w:b/>
          <w:bCs/>
        </w:rPr>
      </w:pPr>
      <w:r w:rsidRPr="00546026">
        <w:rPr>
          <w:rFonts w:cs="Times New Roman"/>
          <w:b/>
          <w:bCs/>
        </w:rPr>
        <w:t>4.3. Utilizarea echipamentelor mobile</w:t>
      </w:r>
    </w:p>
    <w:p w14:paraId="6CFA0450" w14:textId="77777777" w:rsidR="00EE7ED3" w:rsidRPr="00546026" w:rsidRDefault="00000000" w:rsidP="00546026">
      <w:pPr>
        <w:spacing w:after="0" w:line="240" w:lineRule="auto"/>
        <w:rPr>
          <w:rFonts w:cs="Times New Roman"/>
        </w:rPr>
      </w:pPr>
      <w:r w:rsidRPr="00546026">
        <w:rPr>
          <w:rFonts w:cs="Times New Roman"/>
        </w:rPr>
        <w:t>Toate echipamentele mobile care au fost achiziționate în numele Operatorului sunt considerate a fi proprietatea Operatorului și vor fi utilizate ca atare.</w:t>
      </w:r>
    </w:p>
    <w:p w14:paraId="4E84564A" w14:textId="77777777" w:rsidR="00EE7ED3" w:rsidRPr="00546026" w:rsidRDefault="00EE7ED3" w:rsidP="00546026">
      <w:pPr>
        <w:spacing w:after="0" w:line="240" w:lineRule="auto"/>
        <w:rPr>
          <w:rFonts w:cs="Times New Roman"/>
        </w:rPr>
      </w:pPr>
    </w:p>
    <w:p w14:paraId="45EF3E02" w14:textId="77777777" w:rsidR="00EE7ED3" w:rsidRPr="00546026" w:rsidRDefault="00000000" w:rsidP="00546026">
      <w:pPr>
        <w:spacing w:after="0" w:line="240" w:lineRule="auto"/>
        <w:rPr>
          <w:rFonts w:cs="Times New Roman"/>
        </w:rPr>
      </w:pPr>
      <w:r w:rsidRPr="00546026">
        <w:rPr>
          <w:rFonts w:cs="Times New Roman"/>
        </w:rPr>
        <w:t>Atribuirea unui dispozitiv mobil către un angajat implică responsabilitatea acestuia de a asigura securitatea dispozitivului atât în sediul Operatorului, cât și în locuința personală sau oricare altă locație.</w:t>
      </w:r>
    </w:p>
    <w:p w14:paraId="062AA680" w14:textId="77777777" w:rsidR="00EE7ED3" w:rsidRPr="00546026" w:rsidRDefault="00EE7ED3" w:rsidP="00546026">
      <w:pPr>
        <w:spacing w:after="0" w:line="240" w:lineRule="auto"/>
        <w:rPr>
          <w:rFonts w:cs="Times New Roman"/>
        </w:rPr>
      </w:pPr>
    </w:p>
    <w:p w14:paraId="2D4232D3" w14:textId="77777777" w:rsidR="00EE7ED3" w:rsidRPr="00546026" w:rsidRDefault="00000000" w:rsidP="00546026">
      <w:pPr>
        <w:spacing w:after="0" w:line="240" w:lineRule="auto"/>
        <w:rPr>
          <w:rFonts w:cs="Times New Roman"/>
        </w:rPr>
      </w:pPr>
      <w:r w:rsidRPr="00546026">
        <w:rPr>
          <w:rFonts w:cs="Times New Roman"/>
        </w:rPr>
        <w:lastRenderedPageBreak/>
        <w:t>Accesul la dispozitivele de tip mobile computing trebuie să fie securizat prin sistem de autentificare cu parolă sau cod PIN. Pentru o eficiență sporită nu vor fi folosite parole și coduri PIN ușor de identificat.</w:t>
      </w:r>
    </w:p>
    <w:p w14:paraId="5FA49693" w14:textId="77777777" w:rsidR="00EE7ED3" w:rsidRPr="00546026" w:rsidRDefault="00EE7ED3" w:rsidP="00546026">
      <w:pPr>
        <w:spacing w:after="0" w:line="240" w:lineRule="auto"/>
        <w:rPr>
          <w:rFonts w:cs="Times New Roman"/>
        </w:rPr>
      </w:pPr>
    </w:p>
    <w:p w14:paraId="48318202" w14:textId="77777777" w:rsidR="00EE7ED3" w:rsidRPr="00546026" w:rsidRDefault="00000000" w:rsidP="00546026">
      <w:pPr>
        <w:spacing w:after="0" w:line="240" w:lineRule="auto"/>
        <w:rPr>
          <w:rFonts w:cs="Times New Roman"/>
        </w:rPr>
      </w:pPr>
      <w:r w:rsidRPr="00546026">
        <w:rPr>
          <w:rFonts w:cs="Times New Roman"/>
        </w:rPr>
        <w:t>Accesul la rețeaua Operatorului din exterior nu este permisă decât printr-o conexiune securizată de tip VPN.</w:t>
      </w:r>
    </w:p>
    <w:p w14:paraId="2E556331" w14:textId="77777777" w:rsidR="00EE7ED3" w:rsidRPr="00546026" w:rsidRDefault="00EE7ED3" w:rsidP="00546026">
      <w:pPr>
        <w:spacing w:after="0" w:line="240" w:lineRule="auto"/>
        <w:rPr>
          <w:rFonts w:cs="Times New Roman"/>
        </w:rPr>
      </w:pPr>
    </w:p>
    <w:p w14:paraId="1CCB07D3" w14:textId="77777777" w:rsidR="00EE7ED3" w:rsidRPr="00546026" w:rsidRDefault="00000000" w:rsidP="00546026">
      <w:pPr>
        <w:spacing w:after="0" w:line="240" w:lineRule="auto"/>
        <w:rPr>
          <w:rFonts w:cs="Times New Roman"/>
        </w:rPr>
      </w:pPr>
      <w:r w:rsidRPr="00546026">
        <w:rPr>
          <w:rFonts w:cs="Times New Roman"/>
        </w:rPr>
        <w:t>Utilizarea dispozitivelor mobile în spații publice trebuie făcută cu prudență pentru a elimina riscul ca informațiile afișate pe ecran să poată fi văzute de persoane neautorizate. În situația în care se poate asigura o minimă intimitate, utilizarea dispozitivelor mobile în locațiile publice trebuie restrânsă.</w:t>
      </w:r>
    </w:p>
    <w:p w14:paraId="33F7E5E5" w14:textId="77777777" w:rsidR="00EE7ED3" w:rsidRPr="00546026" w:rsidRDefault="00EE7ED3" w:rsidP="00546026">
      <w:pPr>
        <w:spacing w:after="0" w:line="240" w:lineRule="auto"/>
        <w:rPr>
          <w:rFonts w:cs="Times New Roman"/>
        </w:rPr>
      </w:pPr>
    </w:p>
    <w:p w14:paraId="483B5D87" w14:textId="77777777" w:rsidR="00EE7ED3" w:rsidRPr="00546026" w:rsidRDefault="00000000" w:rsidP="00546026">
      <w:pPr>
        <w:spacing w:after="0" w:line="240" w:lineRule="auto"/>
        <w:rPr>
          <w:rFonts w:cs="Times New Roman"/>
        </w:rPr>
      </w:pPr>
      <w:r w:rsidRPr="00546026">
        <w:rPr>
          <w:rFonts w:cs="Times New Roman"/>
        </w:rPr>
        <w:t>Pentru stocarea informațiilor cu caracter sensibil se recomandă folosirea serverelor de rețea și mai puțin a echipamentelor de tip mobil computing. Pentru a se asigura siguranța informației, discul fix al dispozitivului mobil și părțile aferente pe care se va face stocarea trebuie să fie criptate.</w:t>
      </w:r>
    </w:p>
    <w:p w14:paraId="287FEDFE" w14:textId="77777777" w:rsidR="00EE7ED3" w:rsidRPr="00546026" w:rsidRDefault="00EE7ED3" w:rsidP="00546026">
      <w:pPr>
        <w:spacing w:after="0" w:line="240" w:lineRule="auto"/>
        <w:rPr>
          <w:rFonts w:cs="Times New Roman"/>
        </w:rPr>
      </w:pPr>
    </w:p>
    <w:p w14:paraId="4ED9FCF8" w14:textId="77777777" w:rsidR="00EE7ED3" w:rsidRPr="00546026" w:rsidRDefault="00000000" w:rsidP="00546026">
      <w:pPr>
        <w:spacing w:after="0" w:line="240" w:lineRule="auto"/>
        <w:rPr>
          <w:rFonts w:cs="Times New Roman"/>
        </w:rPr>
      </w:pPr>
      <w:r w:rsidRPr="00546026">
        <w:rPr>
          <w:rFonts w:cs="Times New Roman"/>
        </w:rPr>
        <w:t>În funcție de arhitectura hardware și software, dispozitivele de tip mobil computing trebuie să aibă configurate soluții corespunzătoare de protecție împotriva aplicațiilor software cu potențial distructiv (viruși, spyware, malware etc.). Utilizatorul unui dispozitiv mobil trebuie să-și actualizeze permanent programele de protecție și să se asigure că folosește ultima versiune dată de producător.</w:t>
      </w:r>
    </w:p>
    <w:p w14:paraId="1BCA8BD0" w14:textId="77777777" w:rsidR="00EE7ED3" w:rsidRPr="00546026" w:rsidRDefault="00EE7ED3" w:rsidP="00546026">
      <w:pPr>
        <w:spacing w:after="0" w:line="240" w:lineRule="auto"/>
        <w:rPr>
          <w:rFonts w:cs="Times New Roman"/>
        </w:rPr>
      </w:pPr>
    </w:p>
    <w:p w14:paraId="44627C9C" w14:textId="77777777" w:rsidR="00EE7ED3" w:rsidRPr="00546026" w:rsidRDefault="00000000" w:rsidP="00546026">
      <w:pPr>
        <w:spacing w:after="0" w:line="240" w:lineRule="auto"/>
        <w:rPr>
          <w:rFonts w:cs="Times New Roman"/>
        </w:rPr>
      </w:pPr>
      <w:r w:rsidRPr="00546026">
        <w:rPr>
          <w:rFonts w:cs="Times New Roman"/>
        </w:rPr>
        <w:t>Toate echipamentele mobile vor avea configurată o aplicație „screen-saver” care se va activa automat după un timp determinat de inactivitate.</w:t>
      </w:r>
    </w:p>
    <w:p w14:paraId="1153428B" w14:textId="77777777" w:rsidR="00EE7ED3" w:rsidRPr="00546026" w:rsidRDefault="00EE7ED3" w:rsidP="00546026">
      <w:pPr>
        <w:spacing w:after="0" w:line="240" w:lineRule="auto"/>
        <w:rPr>
          <w:rFonts w:cs="Times New Roman"/>
        </w:rPr>
      </w:pPr>
    </w:p>
    <w:p w14:paraId="422C881E" w14:textId="77777777" w:rsidR="00EE7ED3" w:rsidRPr="00546026" w:rsidRDefault="00000000" w:rsidP="00546026">
      <w:pPr>
        <w:spacing w:after="0" w:line="240" w:lineRule="auto"/>
        <w:rPr>
          <w:rFonts w:cs="Times New Roman"/>
        </w:rPr>
      </w:pPr>
      <w:r w:rsidRPr="00546026">
        <w:rPr>
          <w:rFonts w:cs="Times New Roman"/>
        </w:rPr>
        <w:t>Cazurile de pierdere sau furt a unui dispozitiv mobil trebuie raportate în cel mai scurt timp către managerul de departament.</w:t>
      </w:r>
    </w:p>
    <w:p w14:paraId="416EB486" w14:textId="77777777" w:rsidR="00EE7ED3" w:rsidRPr="00546026" w:rsidRDefault="00EE7ED3" w:rsidP="00546026">
      <w:pPr>
        <w:spacing w:after="0" w:line="240" w:lineRule="auto"/>
        <w:rPr>
          <w:rFonts w:cs="Times New Roman"/>
        </w:rPr>
      </w:pPr>
    </w:p>
    <w:p w14:paraId="4F105969" w14:textId="77777777" w:rsidR="00EE7ED3" w:rsidRPr="00546026" w:rsidRDefault="00000000" w:rsidP="00546026">
      <w:pPr>
        <w:spacing w:after="0" w:line="240" w:lineRule="auto"/>
        <w:rPr>
          <w:rFonts w:cs="Times New Roman"/>
        </w:rPr>
      </w:pPr>
      <w:r w:rsidRPr="00546026">
        <w:rPr>
          <w:rFonts w:cs="Times New Roman"/>
        </w:rPr>
        <w:t xml:space="preserve">Echipamentele mobile de calcul (laptop, notebook, balckberry etc.) pot conține informații cu caracter sensibil din cadrul Primăriei. În aceste condiții, utilizatorul unui astfel de dispozitiv devine responsabil pentru disponibilitatea, integritatea și confidențialitatea datelor referitoare la Primărie, pe care le are la dispoziție. Utilizarea calculatorului portabil în exteriorul Primăriei se permite doar cu acordul conducătorului și impune respectarea unor reguli: </w:t>
      </w:r>
    </w:p>
    <w:p w14:paraId="4142FE17" w14:textId="77777777" w:rsidR="00EE7ED3" w:rsidRPr="00546026" w:rsidRDefault="00000000" w:rsidP="00546026">
      <w:pPr>
        <w:numPr>
          <w:ilvl w:val="0"/>
          <w:numId w:val="1"/>
        </w:numPr>
        <w:spacing w:after="0" w:line="240" w:lineRule="auto"/>
        <w:rPr>
          <w:rFonts w:cs="Times New Roman"/>
        </w:rPr>
      </w:pPr>
      <w:r w:rsidRPr="00546026">
        <w:rPr>
          <w:rFonts w:cs="Times New Roman"/>
        </w:rPr>
        <w:t>Utilizatorul este responsabil de supravegherea permanentă a dispozitivului.</w:t>
      </w:r>
    </w:p>
    <w:p w14:paraId="421A963E" w14:textId="77777777" w:rsidR="00EE7ED3" w:rsidRPr="00546026" w:rsidRDefault="00000000" w:rsidP="00546026">
      <w:pPr>
        <w:numPr>
          <w:ilvl w:val="0"/>
          <w:numId w:val="1"/>
        </w:numPr>
        <w:spacing w:after="0" w:line="240" w:lineRule="auto"/>
        <w:rPr>
          <w:rFonts w:cs="Times New Roman"/>
        </w:rPr>
      </w:pPr>
      <w:r w:rsidRPr="00546026">
        <w:rPr>
          <w:rFonts w:cs="Times New Roman"/>
        </w:rPr>
        <w:t>Utilizatorul trebuie să asigure din punct de vedere fizice securitatea echipamentului prin folosirea unor dispozitive de împiedicare a furtului (de exemplu: cablul de securitate).</w:t>
      </w:r>
    </w:p>
    <w:p w14:paraId="110292DB" w14:textId="77777777" w:rsidR="00EE7ED3" w:rsidRPr="00546026" w:rsidRDefault="00000000" w:rsidP="00546026">
      <w:pPr>
        <w:numPr>
          <w:ilvl w:val="0"/>
          <w:numId w:val="1"/>
        </w:numPr>
        <w:spacing w:after="0" w:line="240" w:lineRule="auto"/>
        <w:rPr>
          <w:rFonts w:cs="Times New Roman"/>
        </w:rPr>
      </w:pPr>
      <w:r w:rsidRPr="00546026">
        <w:rPr>
          <w:rFonts w:cs="Times New Roman"/>
        </w:rPr>
        <w:t>Utilizatorii trebuie să-și salveze periodic documentele pe care le dezvoltă pentru a preîntâmpina pierderea accidentală a informațiilor nesalvate.</w:t>
      </w:r>
    </w:p>
    <w:p w14:paraId="2AC8963B" w14:textId="77777777" w:rsidR="00EE7ED3" w:rsidRPr="00546026" w:rsidRDefault="00000000" w:rsidP="00546026">
      <w:pPr>
        <w:numPr>
          <w:ilvl w:val="0"/>
          <w:numId w:val="1"/>
        </w:numPr>
        <w:spacing w:after="0" w:line="240" w:lineRule="auto"/>
        <w:rPr>
          <w:rFonts w:cs="Times New Roman"/>
        </w:rPr>
      </w:pPr>
      <w:r w:rsidRPr="00546026">
        <w:rPr>
          <w:rFonts w:cs="Times New Roman"/>
        </w:rPr>
        <w:t>Pentru orice perioadă de inactivitate, dispozitivul va fi blocat, iar deblocarea se va face pe baza de parolă.</w:t>
      </w:r>
    </w:p>
    <w:p w14:paraId="6C381186" w14:textId="77777777" w:rsidR="00EE7ED3" w:rsidRPr="00546026" w:rsidRDefault="00000000" w:rsidP="00546026">
      <w:pPr>
        <w:numPr>
          <w:ilvl w:val="0"/>
          <w:numId w:val="1"/>
        </w:numPr>
        <w:spacing w:after="0" w:line="240" w:lineRule="auto"/>
        <w:rPr>
          <w:rFonts w:cs="Times New Roman"/>
        </w:rPr>
      </w:pPr>
      <w:r w:rsidRPr="00546026">
        <w:rPr>
          <w:rFonts w:cs="Times New Roman"/>
        </w:rPr>
        <w:t>Dispozitivele trebuie să aibă configurat un mecanism de autentificare adecvat pentru securizarea accesului.</w:t>
      </w:r>
    </w:p>
    <w:p w14:paraId="3E053572" w14:textId="77777777" w:rsidR="00EE7ED3" w:rsidRPr="00546026" w:rsidRDefault="00000000" w:rsidP="00546026">
      <w:pPr>
        <w:numPr>
          <w:ilvl w:val="0"/>
          <w:numId w:val="1"/>
        </w:numPr>
        <w:spacing w:after="0" w:line="240" w:lineRule="auto"/>
        <w:rPr>
          <w:rFonts w:cs="Times New Roman"/>
        </w:rPr>
      </w:pPr>
      <w:r w:rsidRPr="00546026">
        <w:rPr>
          <w:rFonts w:cs="Times New Roman"/>
        </w:rPr>
        <w:t>Este interzisă folosirea programelor software nelicențiate și instalarea aplicațiilor de către utilizatori.</w:t>
      </w:r>
    </w:p>
    <w:p w14:paraId="68E02250" w14:textId="77777777" w:rsidR="00EE7ED3" w:rsidRPr="00546026" w:rsidRDefault="00EE7ED3" w:rsidP="00546026">
      <w:pPr>
        <w:spacing w:after="0" w:line="240" w:lineRule="auto"/>
        <w:rPr>
          <w:rFonts w:cs="Times New Roman"/>
        </w:rPr>
      </w:pPr>
    </w:p>
    <w:p w14:paraId="79915756" w14:textId="77777777" w:rsidR="00EE7ED3" w:rsidRPr="00546026" w:rsidRDefault="00000000" w:rsidP="00546026">
      <w:pPr>
        <w:spacing w:after="0" w:line="240" w:lineRule="auto"/>
        <w:rPr>
          <w:rFonts w:cs="Times New Roman"/>
        </w:rPr>
      </w:pPr>
      <w:r w:rsidRPr="00546026">
        <w:rPr>
          <w:rFonts w:cs="Times New Roman"/>
        </w:rPr>
        <w:t>Folosirea telefoanelor mobile ale Operatorului este permisă numai pentru desfășurarea convorbirilor telefonice. De asemenea, se recomandă supravegherea telefoanelor mobile, întrucât acestea ar putea conține informații din cadrul Operatorului (de exemplu, e-mail etc.).</w:t>
      </w:r>
    </w:p>
    <w:p w14:paraId="57D07D3F" w14:textId="77777777" w:rsidR="00EE7ED3" w:rsidRPr="00546026" w:rsidRDefault="00EE7ED3" w:rsidP="00546026">
      <w:pPr>
        <w:spacing w:after="0" w:line="240" w:lineRule="auto"/>
        <w:rPr>
          <w:rFonts w:cs="Times New Roman"/>
        </w:rPr>
      </w:pPr>
    </w:p>
    <w:p w14:paraId="7461AF3A" w14:textId="77777777" w:rsidR="00EE7ED3" w:rsidRPr="00546026" w:rsidRDefault="00000000" w:rsidP="00546026">
      <w:pPr>
        <w:spacing w:after="0" w:line="240" w:lineRule="auto"/>
        <w:rPr>
          <w:rFonts w:cs="Times New Roman"/>
          <w:b/>
          <w:bCs/>
        </w:rPr>
      </w:pPr>
      <w:r w:rsidRPr="00546026">
        <w:rPr>
          <w:rFonts w:cs="Times New Roman"/>
          <w:b/>
          <w:bCs/>
        </w:rPr>
        <w:t>4.4. Protecția împotriva virușilor</w:t>
      </w:r>
    </w:p>
    <w:p w14:paraId="628C4000" w14:textId="77777777" w:rsidR="00EE7ED3" w:rsidRPr="00546026" w:rsidRDefault="00EE7ED3" w:rsidP="00546026">
      <w:pPr>
        <w:spacing w:after="0" w:line="240" w:lineRule="auto"/>
        <w:rPr>
          <w:rFonts w:cs="Times New Roman"/>
          <w:b/>
          <w:bCs/>
        </w:rPr>
      </w:pPr>
    </w:p>
    <w:p w14:paraId="39802AA0" w14:textId="77777777" w:rsidR="00EE7ED3" w:rsidRPr="00546026" w:rsidRDefault="00000000" w:rsidP="00546026">
      <w:pPr>
        <w:spacing w:after="0" w:line="240" w:lineRule="auto"/>
        <w:rPr>
          <w:rFonts w:cs="Times New Roman"/>
        </w:rPr>
      </w:pPr>
      <w:r w:rsidRPr="00546026">
        <w:rPr>
          <w:rFonts w:cs="Times New Roman"/>
        </w:rPr>
        <w:t>Operatorul are implementate măsuri de protecție ale sistemelor telefonice informatice, aplicațiilor și rețelelor și de detectare a tuturor tipurilor de viruși și a altor produse software dăunătoare.</w:t>
      </w:r>
    </w:p>
    <w:p w14:paraId="04F001D0" w14:textId="77777777" w:rsidR="00EE7ED3" w:rsidRPr="00546026" w:rsidRDefault="00EE7ED3" w:rsidP="00546026">
      <w:pPr>
        <w:spacing w:after="0" w:line="240" w:lineRule="auto"/>
        <w:rPr>
          <w:rFonts w:cs="Times New Roman"/>
        </w:rPr>
      </w:pPr>
    </w:p>
    <w:p w14:paraId="06823932" w14:textId="77777777" w:rsidR="00EE7ED3" w:rsidRPr="00546026" w:rsidRDefault="00000000" w:rsidP="00546026">
      <w:pPr>
        <w:spacing w:after="0" w:line="240" w:lineRule="auto"/>
        <w:rPr>
          <w:rFonts w:cs="Times New Roman"/>
        </w:rPr>
      </w:pPr>
      <w:r w:rsidRPr="00546026">
        <w:rPr>
          <w:rFonts w:cs="Times New Roman"/>
        </w:rPr>
        <w:lastRenderedPageBreak/>
        <w:t>Pe toate sistemele informatice ale Operatorului există instalate programe antivirus.</w:t>
      </w:r>
    </w:p>
    <w:p w14:paraId="4CD8E238" w14:textId="77777777" w:rsidR="00EE7ED3" w:rsidRPr="00546026" w:rsidRDefault="00EE7ED3" w:rsidP="00546026">
      <w:pPr>
        <w:spacing w:after="0" w:line="240" w:lineRule="auto"/>
        <w:rPr>
          <w:rFonts w:cs="Times New Roman"/>
        </w:rPr>
      </w:pPr>
    </w:p>
    <w:p w14:paraId="376B5AE2" w14:textId="77777777" w:rsidR="00EE7ED3" w:rsidRPr="00546026" w:rsidRDefault="00000000" w:rsidP="00546026">
      <w:pPr>
        <w:spacing w:after="0" w:line="240" w:lineRule="auto"/>
        <w:rPr>
          <w:rFonts w:cs="Times New Roman"/>
        </w:rPr>
      </w:pPr>
      <w:r w:rsidRPr="00546026">
        <w:rPr>
          <w:rFonts w:cs="Times New Roman"/>
        </w:rPr>
        <w:t>Utilizatorii au responsabilitatea de a nu modifica setările programului antivirus. Totodată, sunt responsabili de raportarea către Departamentul IT a tuturor incidentelor datorate virușilor.</w:t>
      </w:r>
    </w:p>
    <w:p w14:paraId="2C8A5018" w14:textId="77777777" w:rsidR="00EE7ED3" w:rsidRPr="00546026" w:rsidRDefault="00000000" w:rsidP="00546026">
      <w:pPr>
        <w:spacing w:after="0" w:line="240" w:lineRule="auto"/>
        <w:rPr>
          <w:rFonts w:cs="Times New Roman"/>
        </w:rPr>
      </w:pPr>
      <w:r w:rsidRPr="00546026">
        <w:rPr>
          <w:rFonts w:cs="Times New Roman"/>
        </w:rPr>
        <w:t xml:space="preserve">Departamentul IT are următoarele responsabilități: </w:t>
      </w:r>
    </w:p>
    <w:p w14:paraId="512F60D7" w14:textId="77777777" w:rsidR="00EE7ED3" w:rsidRPr="00546026" w:rsidRDefault="00000000" w:rsidP="00546026">
      <w:pPr>
        <w:numPr>
          <w:ilvl w:val="0"/>
          <w:numId w:val="2"/>
        </w:numPr>
        <w:spacing w:after="0" w:line="240" w:lineRule="auto"/>
        <w:rPr>
          <w:rFonts w:cs="Times New Roman"/>
        </w:rPr>
      </w:pPr>
      <w:r w:rsidRPr="00546026">
        <w:rPr>
          <w:rFonts w:cs="Times New Roman"/>
        </w:rPr>
        <w:t>să se asigure că programul antivirus este instalat pe toate stațiile utilizatorilor și pe toate serverele;</w:t>
      </w:r>
    </w:p>
    <w:p w14:paraId="21A2F3D2" w14:textId="77777777" w:rsidR="00EE7ED3" w:rsidRPr="00546026" w:rsidRDefault="00000000" w:rsidP="00546026">
      <w:pPr>
        <w:numPr>
          <w:ilvl w:val="0"/>
          <w:numId w:val="2"/>
        </w:numPr>
        <w:spacing w:after="0" w:line="240" w:lineRule="auto"/>
        <w:rPr>
          <w:rFonts w:cs="Times New Roman"/>
        </w:rPr>
      </w:pPr>
      <w:r w:rsidRPr="00546026">
        <w:rPr>
          <w:rFonts w:cs="Times New Roman"/>
        </w:rPr>
        <w:t>să actualizeze definițiile virușilor;</w:t>
      </w:r>
    </w:p>
    <w:p w14:paraId="03707F5B" w14:textId="77777777" w:rsidR="00EE7ED3" w:rsidRPr="00546026" w:rsidRDefault="00000000" w:rsidP="00546026">
      <w:pPr>
        <w:numPr>
          <w:ilvl w:val="0"/>
          <w:numId w:val="2"/>
        </w:numPr>
        <w:spacing w:after="0" w:line="240" w:lineRule="auto"/>
        <w:rPr>
          <w:rFonts w:cs="Times New Roman"/>
        </w:rPr>
      </w:pPr>
      <w:r w:rsidRPr="00546026">
        <w:rPr>
          <w:rFonts w:cs="Times New Roman"/>
        </w:rPr>
        <w:t>să înregistreze și să investigheze toate incidentele raportate de către utilizatori.</w:t>
      </w:r>
    </w:p>
    <w:p w14:paraId="0DD28527" w14:textId="77777777" w:rsidR="00EE7ED3" w:rsidRPr="00546026" w:rsidRDefault="00EE7ED3" w:rsidP="00546026">
      <w:pPr>
        <w:spacing w:after="0" w:line="240" w:lineRule="auto"/>
        <w:rPr>
          <w:rFonts w:cs="Times New Roman"/>
        </w:rPr>
      </w:pPr>
    </w:p>
    <w:p w14:paraId="604ADA65" w14:textId="77777777" w:rsidR="00EE7ED3" w:rsidRPr="00546026" w:rsidRDefault="00000000" w:rsidP="00546026">
      <w:pPr>
        <w:spacing w:after="0" w:line="240" w:lineRule="auto"/>
        <w:rPr>
          <w:rFonts w:cs="Times New Roman"/>
          <w:b/>
          <w:bCs/>
        </w:rPr>
      </w:pPr>
      <w:r w:rsidRPr="00546026">
        <w:rPr>
          <w:rFonts w:cs="Times New Roman"/>
          <w:b/>
          <w:bCs/>
        </w:rPr>
        <w:t>4.5. Salvarea și restaurarea datelor</w:t>
      </w:r>
    </w:p>
    <w:p w14:paraId="32A93B7F" w14:textId="77777777" w:rsidR="00EE7ED3" w:rsidRPr="00546026" w:rsidRDefault="00EE7ED3" w:rsidP="00546026">
      <w:pPr>
        <w:spacing w:after="0" w:line="240" w:lineRule="auto"/>
        <w:rPr>
          <w:rFonts w:cs="Times New Roman"/>
        </w:rPr>
      </w:pPr>
    </w:p>
    <w:p w14:paraId="215C32B5" w14:textId="77777777" w:rsidR="00EE7ED3" w:rsidRPr="00546026" w:rsidRDefault="00000000" w:rsidP="00546026">
      <w:pPr>
        <w:spacing w:after="0" w:line="240" w:lineRule="auto"/>
        <w:rPr>
          <w:rFonts w:cs="Times New Roman"/>
        </w:rPr>
      </w:pPr>
      <w:r w:rsidRPr="00546026">
        <w:rPr>
          <w:rFonts w:cs="Times New Roman"/>
        </w:rPr>
        <w:t>Operatorul realizează salvări (backup) periodice ale sistemelor și datelor, conform procedurilor interne. Salvările sunt menținute conform prevederilor acestei norme, iar periodic sunt efectuate teste ale mediilor de stocare pentru a se verifica posibilitatea recuperării datelor în cazul unei urgențe.</w:t>
      </w:r>
    </w:p>
    <w:p w14:paraId="69120CBD" w14:textId="77777777" w:rsidR="00EE7ED3" w:rsidRPr="00546026" w:rsidRDefault="00EE7ED3" w:rsidP="00546026">
      <w:pPr>
        <w:spacing w:after="0" w:line="240" w:lineRule="auto"/>
        <w:rPr>
          <w:rFonts w:cs="Times New Roman"/>
        </w:rPr>
      </w:pPr>
    </w:p>
    <w:p w14:paraId="747F9755" w14:textId="77777777" w:rsidR="00EE7ED3" w:rsidRPr="00401CBB" w:rsidRDefault="00000000" w:rsidP="00A278A7">
      <w:pPr>
        <w:spacing w:before="120" w:after="120"/>
        <w:jc w:val="center"/>
        <w:rPr>
          <w:b/>
          <w:lang w:eastAsia="ru-RU"/>
        </w:rPr>
      </w:pPr>
      <w:r w:rsidRPr="00401CBB">
        <w:rPr>
          <w:b/>
        </w:rPr>
        <w:t xml:space="preserve">LISTA ANGAJAȚILOR FAMILIARIZAȚI CU PREVEDERILE  </w:t>
      </w:r>
      <w:r>
        <w:rPr>
          <w:b/>
          <w:lang w:eastAsia="ro-RO"/>
        </w:rPr>
        <w:t xml:space="preserve">REGULAMENTULUI PRIVIND NORMELE </w:t>
      </w:r>
      <w:r>
        <w:rPr>
          <w:b/>
          <w:lang w:eastAsia="ru-RU"/>
        </w:rPr>
        <w:t>ANTI-SPAM</w:t>
      </w:r>
      <w:r w:rsidRPr="00401CBB">
        <w:rPr>
          <w:b/>
          <w:lang w:eastAsia="ru-RU"/>
        </w:rPr>
        <w:t xml:space="preserve"> ÎN CADRUL  PRIMĂRIEI </w:t>
      </w:r>
      <w:r>
        <w:rPr>
          <w:b/>
          <w:bCs/>
        </w:rPr>
        <w:t>SATULUI MERENI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80"/>
        <w:gridCol w:w="2646"/>
        <w:gridCol w:w="2320"/>
        <w:gridCol w:w="1973"/>
        <w:gridCol w:w="1663"/>
      </w:tblGrid>
      <w:tr w:rsidR="00400FDF" w:rsidRPr="00401CBB" w14:paraId="11A59EAF" w14:textId="77777777" w:rsidTr="00400FDF">
        <w:tc>
          <w:tcPr>
            <w:tcW w:w="680" w:type="dxa"/>
          </w:tcPr>
          <w:p w14:paraId="5DDD8E90" w14:textId="77777777" w:rsidR="00EE7ED3" w:rsidRPr="00401CBB" w:rsidRDefault="00000000" w:rsidP="007C7914">
            <w:pPr>
              <w:spacing w:after="0" w:line="240" w:lineRule="auto"/>
              <w:jc w:val="center"/>
              <w:rPr>
                <w:b/>
              </w:rPr>
            </w:pPr>
            <w:r w:rsidRPr="00401CBB">
              <w:rPr>
                <w:b/>
              </w:rPr>
              <w:t>Nr.</w:t>
            </w:r>
          </w:p>
        </w:tc>
        <w:tc>
          <w:tcPr>
            <w:tcW w:w="2646" w:type="dxa"/>
          </w:tcPr>
          <w:p w14:paraId="17B31FBA" w14:textId="77777777" w:rsidR="00EE7ED3" w:rsidRPr="00401CBB" w:rsidRDefault="00000000" w:rsidP="007C7914">
            <w:pPr>
              <w:spacing w:after="0" w:line="240" w:lineRule="auto"/>
              <w:jc w:val="center"/>
              <w:rPr>
                <w:b/>
              </w:rPr>
            </w:pPr>
            <w:r w:rsidRPr="00401CBB">
              <w:rPr>
                <w:b/>
              </w:rPr>
              <w:t>Numele, prenumele</w:t>
            </w:r>
          </w:p>
        </w:tc>
        <w:tc>
          <w:tcPr>
            <w:tcW w:w="2320" w:type="dxa"/>
          </w:tcPr>
          <w:p w14:paraId="4DD4EE3F" w14:textId="77777777" w:rsidR="00EE7ED3" w:rsidRPr="00401CBB" w:rsidRDefault="00000000" w:rsidP="007C7914">
            <w:pPr>
              <w:spacing w:after="0" w:line="240" w:lineRule="auto"/>
              <w:jc w:val="center"/>
              <w:rPr>
                <w:b/>
              </w:rPr>
            </w:pPr>
            <w:r w:rsidRPr="00401CBB">
              <w:rPr>
                <w:b/>
              </w:rPr>
              <w:t>Funcția</w:t>
            </w:r>
          </w:p>
        </w:tc>
        <w:tc>
          <w:tcPr>
            <w:tcW w:w="1973" w:type="dxa"/>
          </w:tcPr>
          <w:p w14:paraId="7CC4D241" w14:textId="77777777" w:rsidR="00EE7ED3" w:rsidRPr="00401CBB" w:rsidRDefault="00000000" w:rsidP="007C7914">
            <w:pPr>
              <w:spacing w:after="0" w:line="240" w:lineRule="auto"/>
              <w:jc w:val="center"/>
              <w:rPr>
                <w:b/>
              </w:rPr>
            </w:pPr>
            <w:r w:rsidRPr="00401CBB">
              <w:rPr>
                <w:b/>
              </w:rPr>
              <w:t>Am luat cunoștință</w:t>
            </w:r>
          </w:p>
          <w:p w14:paraId="25C312FB" w14:textId="77777777" w:rsidR="00EE7ED3" w:rsidRPr="00401CBB" w:rsidRDefault="00000000" w:rsidP="007C7914">
            <w:pPr>
              <w:spacing w:after="0" w:line="240" w:lineRule="auto"/>
              <w:jc w:val="center"/>
              <w:rPr>
                <w:b/>
              </w:rPr>
            </w:pPr>
            <w:r w:rsidRPr="00401CBB">
              <w:rPr>
                <w:b/>
              </w:rPr>
              <w:t>(semnătura)</w:t>
            </w:r>
          </w:p>
        </w:tc>
        <w:tc>
          <w:tcPr>
            <w:tcW w:w="1663" w:type="dxa"/>
          </w:tcPr>
          <w:p w14:paraId="47BBFB54" w14:textId="77777777" w:rsidR="00EE7ED3" w:rsidRPr="00401CBB" w:rsidRDefault="00000000" w:rsidP="007C7914">
            <w:pPr>
              <w:spacing w:after="0" w:line="240" w:lineRule="auto"/>
              <w:jc w:val="center"/>
              <w:rPr>
                <w:b/>
              </w:rPr>
            </w:pPr>
            <w:r w:rsidRPr="00401CBB">
              <w:rPr>
                <w:b/>
              </w:rPr>
              <w:t>Data</w:t>
            </w:r>
          </w:p>
        </w:tc>
      </w:tr>
      <w:tr w:rsidR="00400FDF" w:rsidRPr="00401CBB" w14:paraId="7105C6BD" w14:textId="77777777" w:rsidTr="00400FDF">
        <w:tc>
          <w:tcPr>
            <w:tcW w:w="680" w:type="dxa"/>
          </w:tcPr>
          <w:p w14:paraId="19C558E6" w14:textId="77777777" w:rsidR="00EE7ED3" w:rsidRPr="00401CBB" w:rsidRDefault="00000000" w:rsidP="007C7914">
            <w:pPr>
              <w:spacing w:after="0" w:line="240" w:lineRule="auto"/>
              <w:rPr>
                <w:b/>
              </w:rPr>
            </w:pPr>
            <w:r w:rsidRPr="00401CBB">
              <w:rPr>
                <w:b/>
              </w:rPr>
              <w:t>1</w:t>
            </w:r>
          </w:p>
        </w:tc>
        <w:tc>
          <w:tcPr>
            <w:tcW w:w="2646" w:type="dxa"/>
          </w:tcPr>
          <w:p w14:paraId="42F0214F" w14:textId="77777777" w:rsidR="00EE7ED3" w:rsidRPr="00401CBB" w:rsidRDefault="00EE7ED3" w:rsidP="007C7914">
            <w:pPr>
              <w:spacing w:after="0" w:line="240" w:lineRule="auto"/>
              <w:rPr>
                <w:b/>
              </w:rPr>
            </w:pPr>
          </w:p>
        </w:tc>
        <w:tc>
          <w:tcPr>
            <w:tcW w:w="2320" w:type="dxa"/>
          </w:tcPr>
          <w:p w14:paraId="113A9E8E" w14:textId="77777777" w:rsidR="00EE7ED3" w:rsidRPr="00401CBB" w:rsidRDefault="00EE7ED3" w:rsidP="007C7914">
            <w:pPr>
              <w:spacing w:after="0" w:line="240" w:lineRule="auto"/>
              <w:rPr>
                <w:b/>
              </w:rPr>
            </w:pPr>
          </w:p>
        </w:tc>
        <w:tc>
          <w:tcPr>
            <w:tcW w:w="1973" w:type="dxa"/>
          </w:tcPr>
          <w:p w14:paraId="10E172AC" w14:textId="77777777" w:rsidR="00EE7ED3" w:rsidRPr="00401CBB" w:rsidRDefault="00EE7ED3" w:rsidP="007C7914">
            <w:pPr>
              <w:spacing w:after="0" w:line="240" w:lineRule="auto"/>
              <w:rPr>
                <w:b/>
              </w:rPr>
            </w:pPr>
          </w:p>
        </w:tc>
        <w:tc>
          <w:tcPr>
            <w:tcW w:w="1663" w:type="dxa"/>
          </w:tcPr>
          <w:p w14:paraId="33F8F618" w14:textId="77777777" w:rsidR="00EE7ED3" w:rsidRPr="00401CBB" w:rsidRDefault="00EE7ED3" w:rsidP="007C7914">
            <w:pPr>
              <w:spacing w:after="0" w:line="240" w:lineRule="auto"/>
              <w:rPr>
                <w:b/>
              </w:rPr>
            </w:pPr>
          </w:p>
        </w:tc>
      </w:tr>
      <w:tr w:rsidR="00400FDF" w:rsidRPr="00401CBB" w14:paraId="48262700" w14:textId="77777777" w:rsidTr="00400FDF">
        <w:tc>
          <w:tcPr>
            <w:tcW w:w="680" w:type="dxa"/>
          </w:tcPr>
          <w:p w14:paraId="05A64091" w14:textId="77777777" w:rsidR="00EE7ED3" w:rsidRPr="00401CBB" w:rsidRDefault="00000000" w:rsidP="007C7914">
            <w:pPr>
              <w:spacing w:after="0" w:line="240" w:lineRule="auto"/>
              <w:rPr>
                <w:b/>
              </w:rPr>
            </w:pPr>
            <w:r w:rsidRPr="00401CBB">
              <w:rPr>
                <w:b/>
              </w:rPr>
              <w:t>2</w:t>
            </w:r>
          </w:p>
        </w:tc>
        <w:tc>
          <w:tcPr>
            <w:tcW w:w="2646" w:type="dxa"/>
          </w:tcPr>
          <w:p w14:paraId="5607B08C" w14:textId="77777777" w:rsidR="00EE7ED3" w:rsidRPr="00401CBB" w:rsidRDefault="00EE7ED3" w:rsidP="007C7914">
            <w:pPr>
              <w:spacing w:after="0" w:line="240" w:lineRule="auto"/>
              <w:rPr>
                <w:b/>
              </w:rPr>
            </w:pPr>
          </w:p>
        </w:tc>
        <w:tc>
          <w:tcPr>
            <w:tcW w:w="2320" w:type="dxa"/>
          </w:tcPr>
          <w:p w14:paraId="000CDBB5" w14:textId="77777777" w:rsidR="00EE7ED3" w:rsidRPr="00401CBB" w:rsidRDefault="00EE7ED3" w:rsidP="007C7914">
            <w:pPr>
              <w:spacing w:after="0" w:line="240" w:lineRule="auto"/>
              <w:rPr>
                <w:b/>
              </w:rPr>
            </w:pPr>
          </w:p>
        </w:tc>
        <w:tc>
          <w:tcPr>
            <w:tcW w:w="1973" w:type="dxa"/>
          </w:tcPr>
          <w:p w14:paraId="08555100" w14:textId="77777777" w:rsidR="00EE7ED3" w:rsidRPr="00401CBB" w:rsidRDefault="00EE7ED3" w:rsidP="007C7914">
            <w:pPr>
              <w:spacing w:after="0" w:line="240" w:lineRule="auto"/>
              <w:rPr>
                <w:b/>
              </w:rPr>
            </w:pPr>
          </w:p>
        </w:tc>
        <w:tc>
          <w:tcPr>
            <w:tcW w:w="1663" w:type="dxa"/>
          </w:tcPr>
          <w:p w14:paraId="4C1120DA" w14:textId="77777777" w:rsidR="00EE7ED3" w:rsidRPr="00401CBB" w:rsidRDefault="00EE7ED3" w:rsidP="007C7914">
            <w:pPr>
              <w:spacing w:after="0" w:line="240" w:lineRule="auto"/>
              <w:rPr>
                <w:b/>
              </w:rPr>
            </w:pPr>
          </w:p>
        </w:tc>
      </w:tr>
      <w:tr w:rsidR="00EB02CC" w:rsidRPr="00401CBB" w14:paraId="72B0B9DB" w14:textId="77777777" w:rsidTr="00400FDF">
        <w:tc>
          <w:tcPr>
            <w:tcW w:w="680" w:type="dxa"/>
          </w:tcPr>
          <w:p w14:paraId="7AB31086" w14:textId="77777777" w:rsidR="00EE7ED3" w:rsidRPr="00401CBB" w:rsidRDefault="00000000" w:rsidP="007C7914">
            <w:pPr>
              <w:spacing w:after="0" w:line="240" w:lineRule="auto"/>
              <w:rPr>
                <w:b/>
              </w:rPr>
            </w:pPr>
            <w:r>
              <w:rPr>
                <w:b/>
              </w:rPr>
              <w:t>3</w:t>
            </w:r>
          </w:p>
        </w:tc>
        <w:tc>
          <w:tcPr>
            <w:tcW w:w="2646" w:type="dxa"/>
          </w:tcPr>
          <w:p w14:paraId="428DE99A" w14:textId="77777777" w:rsidR="00EE7ED3" w:rsidRPr="00401CBB" w:rsidRDefault="00EE7ED3" w:rsidP="007C7914">
            <w:pPr>
              <w:spacing w:after="0" w:line="240" w:lineRule="auto"/>
              <w:rPr>
                <w:b/>
              </w:rPr>
            </w:pPr>
          </w:p>
        </w:tc>
        <w:tc>
          <w:tcPr>
            <w:tcW w:w="2320" w:type="dxa"/>
          </w:tcPr>
          <w:p w14:paraId="59479BC6" w14:textId="77777777" w:rsidR="00EE7ED3" w:rsidRPr="00401CBB" w:rsidRDefault="00EE7ED3" w:rsidP="007C7914">
            <w:pPr>
              <w:spacing w:after="0" w:line="240" w:lineRule="auto"/>
              <w:rPr>
                <w:b/>
              </w:rPr>
            </w:pPr>
          </w:p>
        </w:tc>
        <w:tc>
          <w:tcPr>
            <w:tcW w:w="1973" w:type="dxa"/>
          </w:tcPr>
          <w:p w14:paraId="2B2FEB2D" w14:textId="77777777" w:rsidR="00EE7ED3" w:rsidRPr="00401CBB" w:rsidRDefault="00EE7ED3" w:rsidP="007C7914">
            <w:pPr>
              <w:spacing w:after="0" w:line="240" w:lineRule="auto"/>
              <w:rPr>
                <w:b/>
              </w:rPr>
            </w:pPr>
          </w:p>
        </w:tc>
        <w:tc>
          <w:tcPr>
            <w:tcW w:w="1663" w:type="dxa"/>
          </w:tcPr>
          <w:p w14:paraId="685DD491" w14:textId="77777777" w:rsidR="00EE7ED3" w:rsidRPr="00401CBB" w:rsidRDefault="00EE7ED3" w:rsidP="007C7914">
            <w:pPr>
              <w:spacing w:after="0" w:line="240" w:lineRule="auto"/>
              <w:rPr>
                <w:b/>
              </w:rPr>
            </w:pPr>
          </w:p>
        </w:tc>
      </w:tr>
      <w:tr w:rsidR="00EB02CC" w:rsidRPr="00401CBB" w14:paraId="29595296" w14:textId="77777777" w:rsidTr="00400FDF">
        <w:tc>
          <w:tcPr>
            <w:tcW w:w="680" w:type="dxa"/>
          </w:tcPr>
          <w:p w14:paraId="00D6F814" w14:textId="77777777" w:rsidR="00EE7ED3" w:rsidRPr="00401CBB" w:rsidRDefault="00000000" w:rsidP="007C7914">
            <w:pPr>
              <w:spacing w:after="0" w:line="240" w:lineRule="auto"/>
              <w:rPr>
                <w:b/>
              </w:rPr>
            </w:pPr>
            <w:r>
              <w:rPr>
                <w:b/>
              </w:rPr>
              <w:t>4</w:t>
            </w:r>
          </w:p>
        </w:tc>
        <w:tc>
          <w:tcPr>
            <w:tcW w:w="2646" w:type="dxa"/>
          </w:tcPr>
          <w:p w14:paraId="51F7D1EF" w14:textId="77777777" w:rsidR="00EE7ED3" w:rsidRPr="00401CBB" w:rsidRDefault="00EE7ED3" w:rsidP="007C7914">
            <w:pPr>
              <w:spacing w:after="0" w:line="240" w:lineRule="auto"/>
              <w:rPr>
                <w:b/>
              </w:rPr>
            </w:pPr>
          </w:p>
        </w:tc>
        <w:tc>
          <w:tcPr>
            <w:tcW w:w="2320" w:type="dxa"/>
          </w:tcPr>
          <w:p w14:paraId="2B3DA048" w14:textId="77777777" w:rsidR="00EE7ED3" w:rsidRPr="00401CBB" w:rsidRDefault="00EE7ED3" w:rsidP="007C7914">
            <w:pPr>
              <w:spacing w:after="0" w:line="240" w:lineRule="auto"/>
              <w:rPr>
                <w:b/>
              </w:rPr>
            </w:pPr>
          </w:p>
        </w:tc>
        <w:tc>
          <w:tcPr>
            <w:tcW w:w="1973" w:type="dxa"/>
          </w:tcPr>
          <w:p w14:paraId="763AC305" w14:textId="77777777" w:rsidR="00EE7ED3" w:rsidRPr="00401CBB" w:rsidRDefault="00EE7ED3" w:rsidP="007C7914">
            <w:pPr>
              <w:spacing w:after="0" w:line="240" w:lineRule="auto"/>
              <w:rPr>
                <w:b/>
              </w:rPr>
            </w:pPr>
          </w:p>
        </w:tc>
        <w:tc>
          <w:tcPr>
            <w:tcW w:w="1663" w:type="dxa"/>
          </w:tcPr>
          <w:p w14:paraId="475880FD" w14:textId="77777777" w:rsidR="00EE7ED3" w:rsidRPr="00401CBB" w:rsidRDefault="00EE7ED3" w:rsidP="007C7914">
            <w:pPr>
              <w:spacing w:after="0" w:line="240" w:lineRule="auto"/>
              <w:rPr>
                <w:b/>
              </w:rPr>
            </w:pPr>
          </w:p>
        </w:tc>
      </w:tr>
      <w:tr w:rsidR="00EB02CC" w:rsidRPr="00401CBB" w14:paraId="21634495" w14:textId="77777777" w:rsidTr="00400FDF">
        <w:tc>
          <w:tcPr>
            <w:tcW w:w="680" w:type="dxa"/>
          </w:tcPr>
          <w:p w14:paraId="62C214D0" w14:textId="77777777" w:rsidR="00EE7ED3" w:rsidRPr="00401CBB" w:rsidRDefault="00000000" w:rsidP="007C7914">
            <w:pPr>
              <w:spacing w:after="0" w:line="240" w:lineRule="auto"/>
              <w:rPr>
                <w:b/>
              </w:rPr>
            </w:pPr>
            <w:r>
              <w:rPr>
                <w:b/>
              </w:rPr>
              <w:t>5</w:t>
            </w:r>
          </w:p>
        </w:tc>
        <w:tc>
          <w:tcPr>
            <w:tcW w:w="2646" w:type="dxa"/>
          </w:tcPr>
          <w:p w14:paraId="4AA564FA" w14:textId="77777777" w:rsidR="00EE7ED3" w:rsidRPr="00401CBB" w:rsidRDefault="00EE7ED3" w:rsidP="007C7914">
            <w:pPr>
              <w:spacing w:after="0" w:line="240" w:lineRule="auto"/>
              <w:rPr>
                <w:b/>
              </w:rPr>
            </w:pPr>
          </w:p>
        </w:tc>
        <w:tc>
          <w:tcPr>
            <w:tcW w:w="2320" w:type="dxa"/>
          </w:tcPr>
          <w:p w14:paraId="461F967F" w14:textId="77777777" w:rsidR="00EE7ED3" w:rsidRPr="00401CBB" w:rsidRDefault="00EE7ED3" w:rsidP="007C7914">
            <w:pPr>
              <w:spacing w:after="0" w:line="240" w:lineRule="auto"/>
              <w:rPr>
                <w:b/>
              </w:rPr>
            </w:pPr>
          </w:p>
        </w:tc>
        <w:tc>
          <w:tcPr>
            <w:tcW w:w="1973" w:type="dxa"/>
          </w:tcPr>
          <w:p w14:paraId="44DD7182" w14:textId="77777777" w:rsidR="00EE7ED3" w:rsidRPr="00401CBB" w:rsidRDefault="00EE7ED3" w:rsidP="007C7914">
            <w:pPr>
              <w:spacing w:after="0" w:line="240" w:lineRule="auto"/>
              <w:rPr>
                <w:b/>
              </w:rPr>
            </w:pPr>
          </w:p>
        </w:tc>
        <w:tc>
          <w:tcPr>
            <w:tcW w:w="1663" w:type="dxa"/>
          </w:tcPr>
          <w:p w14:paraId="7E586D3A" w14:textId="77777777" w:rsidR="00EE7ED3" w:rsidRPr="00401CBB" w:rsidRDefault="00EE7ED3" w:rsidP="007C7914">
            <w:pPr>
              <w:spacing w:after="0" w:line="240" w:lineRule="auto"/>
              <w:rPr>
                <w:b/>
              </w:rPr>
            </w:pPr>
          </w:p>
        </w:tc>
      </w:tr>
      <w:tr w:rsidR="00EB02CC" w:rsidRPr="00401CBB" w14:paraId="3E1217A8" w14:textId="77777777" w:rsidTr="00400FDF">
        <w:tc>
          <w:tcPr>
            <w:tcW w:w="680" w:type="dxa"/>
          </w:tcPr>
          <w:p w14:paraId="784ABB01" w14:textId="77777777" w:rsidR="00EE7ED3" w:rsidRPr="00401CBB" w:rsidRDefault="00000000" w:rsidP="007C7914">
            <w:pPr>
              <w:spacing w:after="0" w:line="240" w:lineRule="auto"/>
              <w:rPr>
                <w:b/>
              </w:rPr>
            </w:pPr>
            <w:r>
              <w:rPr>
                <w:b/>
              </w:rPr>
              <w:t>6</w:t>
            </w:r>
          </w:p>
        </w:tc>
        <w:tc>
          <w:tcPr>
            <w:tcW w:w="2646" w:type="dxa"/>
          </w:tcPr>
          <w:p w14:paraId="65F4FC03" w14:textId="77777777" w:rsidR="00EE7ED3" w:rsidRPr="00401CBB" w:rsidRDefault="00EE7ED3" w:rsidP="007C7914">
            <w:pPr>
              <w:spacing w:after="0" w:line="240" w:lineRule="auto"/>
              <w:rPr>
                <w:b/>
              </w:rPr>
            </w:pPr>
          </w:p>
        </w:tc>
        <w:tc>
          <w:tcPr>
            <w:tcW w:w="2320" w:type="dxa"/>
          </w:tcPr>
          <w:p w14:paraId="0274F99A" w14:textId="77777777" w:rsidR="00EE7ED3" w:rsidRPr="00401CBB" w:rsidRDefault="00EE7ED3" w:rsidP="007C7914">
            <w:pPr>
              <w:spacing w:after="0" w:line="240" w:lineRule="auto"/>
              <w:rPr>
                <w:b/>
              </w:rPr>
            </w:pPr>
          </w:p>
        </w:tc>
        <w:tc>
          <w:tcPr>
            <w:tcW w:w="1973" w:type="dxa"/>
          </w:tcPr>
          <w:p w14:paraId="5C983BBF" w14:textId="77777777" w:rsidR="00EE7ED3" w:rsidRPr="00401CBB" w:rsidRDefault="00EE7ED3" w:rsidP="007C7914">
            <w:pPr>
              <w:spacing w:after="0" w:line="240" w:lineRule="auto"/>
              <w:rPr>
                <w:b/>
              </w:rPr>
            </w:pPr>
          </w:p>
        </w:tc>
        <w:tc>
          <w:tcPr>
            <w:tcW w:w="1663" w:type="dxa"/>
          </w:tcPr>
          <w:p w14:paraId="5738EE12" w14:textId="77777777" w:rsidR="00EE7ED3" w:rsidRPr="00401CBB" w:rsidRDefault="00EE7ED3" w:rsidP="007C7914">
            <w:pPr>
              <w:spacing w:after="0" w:line="240" w:lineRule="auto"/>
              <w:rPr>
                <w:b/>
              </w:rPr>
            </w:pPr>
          </w:p>
        </w:tc>
      </w:tr>
      <w:tr w:rsidR="00EB02CC" w:rsidRPr="00401CBB" w14:paraId="70EE3FBB" w14:textId="77777777" w:rsidTr="00400FDF">
        <w:tc>
          <w:tcPr>
            <w:tcW w:w="680" w:type="dxa"/>
          </w:tcPr>
          <w:p w14:paraId="5722702E" w14:textId="77777777" w:rsidR="00EE7ED3" w:rsidRPr="00401CBB" w:rsidRDefault="00000000" w:rsidP="007C7914">
            <w:pPr>
              <w:spacing w:after="0" w:line="240" w:lineRule="auto"/>
              <w:rPr>
                <w:b/>
              </w:rPr>
            </w:pPr>
            <w:r>
              <w:rPr>
                <w:b/>
              </w:rPr>
              <w:t>7</w:t>
            </w:r>
          </w:p>
        </w:tc>
        <w:tc>
          <w:tcPr>
            <w:tcW w:w="2646" w:type="dxa"/>
          </w:tcPr>
          <w:p w14:paraId="5F3680FB" w14:textId="77777777" w:rsidR="00EE7ED3" w:rsidRPr="00401CBB" w:rsidRDefault="00EE7ED3" w:rsidP="007C7914">
            <w:pPr>
              <w:spacing w:after="0" w:line="240" w:lineRule="auto"/>
              <w:rPr>
                <w:b/>
              </w:rPr>
            </w:pPr>
          </w:p>
        </w:tc>
        <w:tc>
          <w:tcPr>
            <w:tcW w:w="2320" w:type="dxa"/>
          </w:tcPr>
          <w:p w14:paraId="48FF0915" w14:textId="77777777" w:rsidR="00EE7ED3" w:rsidRPr="00401CBB" w:rsidRDefault="00EE7ED3" w:rsidP="007C7914">
            <w:pPr>
              <w:spacing w:after="0" w:line="240" w:lineRule="auto"/>
              <w:rPr>
                <w:b/>
              </w:rPr>
            </w:pPr>
          </w:p>
        </w:tc>
        <w:tc>
          <w:tcPr>
            <w:tcW w:w="1973" w:type="dxa"/>
          </w:tcPr>
          <w:p w14:paraId="7B0C33AE" w14:textId="77777777" w:rsidR="00EE7ED3" w:rsidRPr="00401CBB" w:rsidRDefault="00EE7ED3" w:rsidP="007C7914">
            <w:pPr>
              <w:spacing w:after="0" w:line="240" w:lineRule="auto"/>
              <w:rPr>
                <w:b/>
              </w:rPr>
            </w:pPr>
          </w:p>
        </w:tc>
        <w:tc>
          <w:tcPr>
            <w:tcW w:w="1663" w:type="dxa"/>
          </w:tcPr>
          <w:p w14:paraId="1E279E3D" w14:textId="77777777" w:rsidR="00EE7ED3" w:rsidRPr="00401CBB" w:rsidRDefault="00EE7ED3" w:rsidP="007C7914">
            <w:pPr>
              <w:spacing w:after="0" w:line="240" w:lineRule="auto"/>
              <w:rPr>
                <w:b/>
              </w:rPr>
            </w:pPr>
          </w:p>
        </w:tc>
      </w:tr>
      <w:tr w:rsidR="00EB02CC" w:rsidRPr="00401CBB" w14:paraId="35B3402C" w14:textId="77777777" w:rsidTr="00400FDF">
        <w:tc>
          <w:tcPr>
            <w:tcW w:w="680" w:type="dxa"/>
          </w:tcPr>
          <w:p w14:paraId="7F0FE443" w14:textId="77777777" w:rsidR="00EE7ED3" w:rsidRPr="00401CBB" w:rsidRDefault="00000000" w:rsidP="007C7914">
            <w:pPr>
              <w:spacing w:after="0" w:line="240" w:lineRule="auto"/>
              <w:rPr>
                <w:b/>
              </w:rPr>
            </w:pPr>
            <w:r>
              <w:rPr>
                <w:b/>
              </w:rPr>
              <w:t>8</w:t>
            </w:r>
          </w:p>
        </w:tc>
        <w:tc>
          <w:tcPr>
            <w:tcW w:w="2646" w:type="dxa"/>
          </w:tcPr>
          <w:p w14:paraId="1FB4DDF2" w14:textId="77777777" w:rsidR="00EE7ED3" w:rsidRPr="00401CBB" w:rsidRDefault="00EE7ED3" w:rsidP="007C7914">
            <w:pPr>
              <w:spacing w:after="0" w:line="240" w:lineRule="auto"/>
              <w:rPr>
                <w:b/>
              </w:rPr>
            </w:pPr>
          </w:p>
        </w:tc>
        <w:tc>
          <w:tcPr>
            <w:tcW w:w="2320" w:type="dxa"/>
          </w:tcPr>
          <w:p w14:paraId="78B34D46" w14:textId="77777777" w:rsidR="00EE7ED3" w:rsidRPr="00401CBB" w:rsidRDefault="00EE7ED3" w:rsidP="007C7914">
            <w:pPr>
              <w:spacing w:after="0" w:line="240" w:lineRule="auto"/>
              <w:rPr>
                <w:b/>
              </w:rPr>
            </w:pPr>
          </w:p>
        </w:tc>
        <w:tc>
          <w:tcPr>
            <w:tcW w:w="1973" w:type="dxa"/>
          </w:tcPr>
          <w:p w14:paraId="11A877C2" w14:textId="77777777" w:rsidR="00EE7ED3" w:rsidRPr="00401CBB" w:rsidRDefault="00EE7ED3" w:rsidP="007C7914">
            <w:pPr>
              <w:spacing w:after="0" w:line="240" w:lineRule="auto"/>
              <w:rPr>
                <w:b/>
              </w:rPr>
            </w:pPr>
          </w:p>
        </w:tc>
        <w:tc>
          <w:tcPr>
            <w:tcW w:w="1663" w:type="dxa"/>
          </w:tcPr>
          <w:p w14:paraId="070714BD" w14:textId="77777777" w:rsidR="00EE7ED3" w:rsidRPr="00401CBB" w:rsidRDefault="00EE7ED3" w:rsidP="007C7914">
            <w:pPr>
              <w:spacing w:after="0" w:line="240" w:lineRule="auto"/>
              <w:rPr>
                <w:b/>
              </w:rPr>
            </w:pPr>
          </w:p>
        </w:tc>
      </w:tr>
      <w:tr w:rsidR="00EB02CC" w:rsidRPr="00401CBB" w14:paraId="0CFEA0DE" w14:textId="77777777" w:rsidTr="00400FDF">
        <w:tc>
          <w:tcPr>
            <w:tcW w:w="680" w:type="dxa"/>
          </w:tcPr>
          <w:p w14:paraId="38B1A396" w14:textId="77777777" w:rsidR="00EE7ED3" w:rsidRPr="00401CBB" w:rsidRDefault="00000000" w:rsidP="007C7914">
            <w:pPr>
              <w:spacing w:after="0" w:line="240" w:lineRule="auto"/>
              <w:rPr>
                <w:b/>
              </w:rPr>
            </w:pPr>
            <w:r>
              <w:rPr>
                <w:b/>
              </w:rPr>
              <w:t>9</w:t>
            </w:r>
          </w:p>
        </w:tc>
        <w:tc>
          <w:tcPr>
            <w:tcW w:w="2646" w:type="dxa"/>
          </w:tcPr>
          <w:p w14:paraId="11DD95E6" w14:textId="77777777" w:rsidR="00EE7ED3" w:rsidRPr="00401CBB" w:rsidRDefault="00EE7ED3" w:rsidP="007C7914">
            <w:pPr>
              <w:spacing w:after="0" w:line="240" w:lineRule="auto"/>
              <w:rPr>
                <w:b/>
              </w:rPr>
            </w:pPr>
          </w:p>
        </w:tc>
        <w:tc>
          <w:tcPr>
            <w:tcW w:w="2320" w:type="dxa"/>
          </w:tcPr>
          <w:p w14:paraId="7CCC5B50" w14:textId="77777777" w:rsidR="00EE7ED3" w:rsidRPr="00401CBB" w:rsidRDefault="00EE7ED3" w:rsidP="007C7914">
            <w:pPr>
              <w:spacing w:after="0" w:line="240" w:lineRule="auto"/>
              <w:rPr>
                <w:b/>
              </w:rPr>
            </w:pPr>
          </w:p>
        </w:tc>
        <w:tc>
          <w:tcPr>
            <w:tcW w:w="1973" w:type="dxa"/>
          </w:tcPr>
          <w:p w14:paraId="46D80632" w14:textId="77777777" w:rsidR="00EE7ED3" w:rsidRPr="00401CBB" w:rsidRDefault="00EE7ED3" w:rsidP="007C7914">
            <w:pPr>
              <w:spacing w:after="0" w:line="240" w:lineRule="auto"/>
              <w:rPr>
                <w:b/>
              </w:rPr>
            </w:pPr>
          </w:p>
        </w:tc>
        <w:tc>
          <w:tcPr>
            <w:tcW w:w="1663" w:type="dxa"/>
          </w:tcPr>
          <w:p w14:paraId="68728900" w14:textId="77777777" w:rsidR="00EE7ED3" w:rsidRPr="00401CBB" w:rsidRDefault="00EE7ED3" w:rsidP="007C7914">
            <w:pPr>
              <w:spacing w:after="0" w:line="240" w:lineRule="auto"/>
              <w:rPr>
                <w:b/>
              </w:rPr>
            </w:pPr>
          </w:p>
        </w:tc>
      </w:tr>
      <w:tr w:rsidR="00EB02CC" w:rsidRPr="00401CBB" w14:paraId="26A27F6A" w14:textId="77777777" w:rsidTr="00400FDF">
        <w:tc>
          <w:tcPr>
            <w:tcW w:w="680" w:type="dxa"/>
          </w:tcPr>
          <w:p w14:paraId="1F6E0C4A" w14:textId="77777777" w:rsidR="00EE7ED3" w:rsidRPr="00401CBB" w:rsidRDefault="00000000" w:rsidP="007C7914">
            <w:pPr>
              <w:spacing w:after="0" w:line="240" w:lineRule="auto"/>
              <w:rPr>
                <w:b/>
              </w:rPr>
            </w:pPr>
            <w:r>
              <w:rPr>
                <w:b/>
              </w:rPr>
              <w:t>10</w:t>
            </w:r>
          </w:p>
        </w:tc>
        <w:tc>
          <w:tcPr>
            <w:tcW w:w="2646" w:type="dxa"/>
          </w:tcPr>
          <w:p w14:paraId="5BDA29BB" w14:textId="77777777" w:rsidR="00EE7ED3" w:rsidRPr="00401CBB" w:rsidRDefault="00EE7ED3" w:rsidP="007C7914">
            <w:pPr>
              <w:spacing w:after="0" w:line="240" w:lineRule="auto"/>
              <w:rPr>
                <w:b/>
              </w:rPr>
            </w:pPr>
          </w:p>
        </w:tc>
        <w:tc>
          <w:tcPr>
            <w:tcW w:w="2320" w:type="dxa"/>
          </w:tcPr>
          <w:p w14:paraId="5B7FC346" w14:textId="77777777" w:rsidR="00EE7ED3" w:rsidRPr="00401CBB" w:rsidRDefault="00EE7ED3" w:rsidP="007C7914">
            <w:pPr>
              <w:spacing w:after="0" w:line="240" w:lineRule="auto"/>
              <w:rPr>
                <w:b/>
              </w:rPr>
            </w:pPr>
          </w:p>
        </w:tc>
        <w:tc>
          <w:tcPr>
            <w:tcW w:w="1973" w:type="dxa"/>
          </w:tcPr>
          <w:p w14:paraId="4F733430" w14:textId="77777777" w:rsidR="00EE7ED3" w:rsidRPr="00401CBB" w:rsidRDefault="00EE7ED3" w:rsidP="007C7914">
            <w:pPr>
              <w:spacing w:after="0" w:line="240" w:lineRule="auto"/>
              <w:rPr>
                <w:b/>
              </w:rPr>
            </w:pPr>
          </w:p>
        </w:tc>
        <w:tc>
          <w:tcPr>
            <w:tcW w:w="1663" w:type="dxa"/>
          </w:tcPr>
          <w:p w14:paraId="11A5F486" w14:textId="77777777" w:rsidR="00EE7ED3" w:rsidRPr="00401CBB" w:rsidRDefault="00EE7ED3" w:rsidP="007C7914">
            <w:pPr>
              <w:spacing w:after="0" w:line="240" w:lineRule="auto"/>
              <w:rPr>
                <w:b/>
              </w:rPr>
            </w:pPr>
          </w:p>
        </w:tc>
      </w:tr>
      <w:tr w:rsidR="00EB02CC" w:rsidRPr="00401CBB" w14:paraId="0A2CFFDA" w14:textId="77777777" w:rsidTr="00400FDF">
        <w:tc>
          <w:tcPr>
            <w:tcW w:w="680" w:type="dxa"/>
          </w:tcPr>
          <w:p w14:paraId="42FECAF7" w14:textId="77777777" w:rsidR="00EE7ED3" w:rsidRPr="00401CBB" w:rsidRDefault="00000000" w:rsidP="007C7914">
            <w:pPr>
              <w:spacing w:after="0" w:line="240" w:lineRule="auto"/>
              <w:rPr>
                <w:b/>
              </w:rPr>
            </w:pPr>
            <w:r>
              <w:rPr>
                <w:b/>
              </w:rPr>
              <w:t>11</w:t>
            </w:r>
          </w:p>
        </w:tc>
        <w:tc>
          <w:tcPr>
            <w:tcW w:w="2646" w:type="dxa"/>
          </w:tcPr>
          <w:p w14:paraId="43BD4E2E" w14:textId="77777777" w:rsidR="00EE7ED3" w:rsidRPr="00401CBB" w:rsidRDefault="00EE7ED3" w:rsidP="007C7914">
            <w:pPr>
              <w:spacing w:after="0" w:line="240" w:lineRule="auto"/>
              <w:rPr>
                <w:b/>
              </w:rPr>
            </w:pPr>
          </w:p>
        </w:tc>
        <w:tc>
          <w:tcPr>
            <w:tcW w:w="2320" w:type="dxa"/>
          </w:tcPr>
          <w:p w14:paraId="506D1C7E" w14:textId="77777777" w:rsidR="00EE7ED3" w:rsidRPr="00401CBB" w:rsidRDefault="00EE7ED3" w:rsidP="007C7914">
            <w:pPr>
              <w:spacing w:after="0" w:line="240" w:lineRule="auto"/>
              <w:rPr>
                <w:b/>
              </w:rPr>
            </w:pPr>
          </w:p>
        </w:tc>
        <w:tc>
          <w:tcPr>
            <w:tcW w:w="1973" w:type="dxa"/>
          </w:tcPr>
          <w:p w14:paraId="04EAE931" w14:textId="77777777" w:rsidR="00EE7ED3" w:rsidRPr="00401CBB" w:rsidRDefault="00EE7ED3" w:rsidP="007C7914">
            <w:pPr>
              <w:spacing w:after="0" w:line="240" w:lineRule="auto"/>
              <w:rPr>
                <w:b/>
              </w:rPr>
            </w:pPr>
          </w:p>
        </w:tc>
        <w:tc>
          <w:tcPr>
            <w:tcW w:w="1663" w:type="dxa"/>
          </w:tcPr>
          <w:p w14:paraId="4300A0FE" w14:textId="77777777" w:rsidR="00EE7ED3" w:rsidRPr="00401CBB" w:rsidRDefault="00EE7ED3" w:rsidP="007C7914">
            <w:pPr>
              <w:spacing w:after="0" w:line="240" w:lineRule="auto"/>
              <w:rPr>
                <w:b/>
              </w:rPr>
            </w:pPr>
          </w:p>
        </w:tc>
      </w:tr>
      <w:tr w:rsidR="00EB02CC" w:rsidRPr="00401CBB" w14:paraId="4166BFEB" w14:textId="77777777" w:rsidTr="00400FDF">
        <w:tc>
          <w:tcPr>
            <w:tcW w:w="680" w:type="dxa"/>
          </w:tcPr>
          <w:p w14:paraId="7B5FFDEC" w14:textId="77777777" w:rsidR="00EE7ED3" w:rsidRPr="00401CBB" w:rsidRDefault="00000000" w:rsidP="007C7914">
            <w:pPr>
              <w:spacing w:after="0" w:line="240" w:lineRule="auto"/>
              <w:rPr>
                <w:b/>
              </w:rPr>
            </w:pPr>
            <w:r>
              <w:rPr>
                <w:b/>
              </w:rPr>
              <w:t>12</w:t>
            </w:r>
          </w:p>
        </w:tc>
        <w:tc>
          <w:tcPr>
            <w:tcW w:w="2646" w:type="dxa"/>
          </w:tcPr>
          <w:p w14:paraId="2C9D3BA0" w14:textId="77777777" w:rsidR="00EE7ED3" w:rsidRPr="00401CBB" w:rsidRDefault="00EE7ED3" w:rsidP="007C7914">
            <w:pPr>
              <w:spacing w:after="0" w:line="240" w:lineRule="auto"/>
              <w:rPr>
                <w:b/>
              </w:rPr>
            </w:pPr>
          </w:p>
        </w:tc>
        <w:tc>
          <w:tcPr>
            <w:tcW w:w="2320" w:type="dxa"/>
          </w:tcPr>
          <w:p w14:paraId="27052A64" w14:textId="77777777" w:rsidR="00EE7ED3" w:rsidRPr="00401CBB" w:rsidRDefault="00EE7ED3" w:rsidP="007C7914">
            <w:pPr>
              <w:spacing w:after="0" w:line="240" w:lineRule="auto"/>
              <w:rPr>
                <w:b/>
              </w:rPr>
            </w:pPr>
          </w:p>
        </w:tc>
        <w:tc>
          <w:tcPr>
            <w:tcW w:w="1973" w:type="dxa"/>
          </w:tcPr>
          <w:p w14:paraId="0C37F9D3" w14:textId="77777777" w:rsidR="00EE7ED3" w:rsidRPr="00401CBB" w:rsidRDefault="00EE7ED3" w:rsidP="007C7914">
            <w:pPr>
              <w:spacing w:after="0" w:line="240" w:lineRule="auto"/>
              <w:rPr>
                <w:b/>
              </w:rPr>
            </w:pPr>
          </w:p>
        </w:tc>
        <w:tc>
          <w:tcPr>
            <w:tcW w:w="1663" w:type="dxa"/>
          </w:tcPr>
          <w:p w14:paraId="5A77CFAB" w14:textId="77777777" w:rsidR="00EE7ED3" w:rsidRPr="00401CBB" w:rsidRDefault="00EE7ED3" w:rsidP="007C7914">
            <w:pPr>
              <w:spacing w:after="0" w:line="240" w:lineRule="auto"/>
              <w:rPr>
                <w:b/>
              </w:rPr>
            </w:pPr>
          </w:p>
        </w:tc>
      </w:tr>
      <w:tr w:rsidR="00EB02CC" w:rsidRPr="00401CBB" w14:paraId="02B1B35A" w14:textId="77777777" w:rsidTr="00400FDF">
        <w:tc>
          <w:tcPr>
            <w:tcW w:w="680" w:type="dxa"/>
          </w:tcPr>
          <w:p w14:paraId="1DDD6A52" w14:textId="77777777" w:rsidR="00EE7ED3" w:rsidRPr="00401CBB" w:rsidRDefault="00000000" w:rsidP="007C7914">
            <w:pPr>
              <w:spacing w:after="0" w:line="240" w:lineRule="auto"/>
              <w:rPr>
                <w:b/>
              </w:rPr>
            </w:pPr>
            <w:r>
              <w:rPr>
                <w:b/>
              </w:rPr>
              <w:t>13</w:t>
            </w:r>
          </w:p>
        </w:tc>
        <w:tc>
          <w:tcPr>
            <w:tcW w:w="2646" w:type="dxa"/>
          </w:tcPr>
          <w:p w14:paraId="52449E5C" w14:textId="77777777" w:rsidR="00EE7ED3" w:rsidRPr="00401CBB" w:rsidRDefault="00EE7ED3" w:rsidP="007C7914">
            <w:pPr>
              <w:spacing w:after="0" w:line="240" w:lineRule="auto"/>
              <w:rPr>
                <w:b/>
              </w:rPr>
            </w:pPr>
          </w:p>
        </w:tc>
        <w:tc>
          <w:tcPr>
            <w:tcW w:w="2320" w:type="dxa"/>
          </w:tcPr>
          <w:p w14:paraId="2D7C0FB5" w14:textId="77777777" w:rsidR="00EE7ED3" w:rsidRPr="00401CBB" w:rsidRDefault="00EE7ED3" w:rsidP="007C7914">
            <w:pPr>
              <w:spacing w:after="0" w:line="240" w:lineRule="auto"/>
              <w:rPr>
                <w:b/>
              </w:rPr>
            </w:pPr>
          </w:p>
        </w:tc>
        <w:tc>
          <w:tcPr>
            <w:tcW w:w="1973" w:type="dxa"/>
          </w:tcPr>
          <w:p w14:paraId="0B7355E5" w14:textId="77777777" w:rsidR="00EE7ED3" w:rsidRPr="00401CBB" w:rsidRDefault="00EE7ED3" w:rsidP="007C7914">
            <w:pPr>
              <w:spacing w:after="0" w:line="240" w:lineRule="auto"/>
              <w:rPr>
                <w:b/>
              </w:rPr>
            </w:pPr>
          </w:p>
        </w:tc>
        <w:tc>
          <w:tcPr>
            <w:tcW w:w="1663" w:type="dxa"/>
          </w:tcPr>
          <w:p w14:paraId="62B2DC13" w14:textId="77777777" w:rsidR="00EE7ED3" w:rsidRPr="00401CBB" w:rsidRDefault="00EE7ED3" w:rsidP="007C7914">
            <w:pPr>
              <w:spacing w:after="0" w:line="240" w:lineRule="auto"/>
              <w:rPr>
                <w:b/>
              </w:rPr>
            </w:pPr>
          </w:p>
        </w:tc>
      </w:tr>
      <w:tr w:rsidR="00EB02CC" w:rsidRPr="00401CBB" w14:paraId="4FFC918B" w14:textId="77777777" w:rsidTr="00400FDF">
        <w:tc>
          <w:tcPr>
            <w:tcW w:w="680" w:type="dxa"/>
          </w:tcPr>
          <w:p w14:paraId="763A2D21" w14:textId="77777777" w:rsidR="00EE7ED3" w:rsidRDefault="00000000" w:rsidP="007C7914">
            <w:pPr>
              <w:spacing w:after="0" w:line="240" w:lineRule="auto"/>
              <w:rPr>
                <w:b/>
              </w:rPr>
            </w:pPr>
            <w:r>
              <w:rPr>
                <w:b/>
              </w:rPr>
              <w:t>14</w:t>
            </w:r>
          </w:p>
        </w:tc>
        <w:tc>
          <w:tcPr>
            <w:tcW w:w="2646" w:type="dxa"/>
          </w:tcPr>
          <w:p w14:paraId="30E235FD" w14:textId="77777777" w:rsidR="00EE7ED3" w:rsidRPr="00401CBB" w:rsidRDefault="00EE7ED3" w:rsidP="007C7914">
            <w:pPr>
              <w:spacing w:after="0" w:line="240" w:lineRule="auto"/>
              <w:rPr>
                <w:b/>
              </w:rPr>
            </w:pPr>
          </w:p>
        </w:tc>
        <w:tc>
          <w:tcPr>
            <w:tcW w:w="2320" w:type="dxa"/>
          </w:tcPr>
          <w:p w14:paraId="713E0426" w14:textId="77777777" w:rsidR="00EE7ED3" w:rsidRPr="00401CBB" w:rsidRDefault="00EE7ED3" w:rsidP="007C7914">
            <w:pPr>
              <w:spacing w:after="0" w:line="240" w:lineRule="auto"/>
              <w:rPr>
                <w:b/>
              </w:rPr>
            </w:pPr>
          </w:p>
        </w:tc>
        <w:tc>
          <w:tcPr>
            <w:tcW w:w="1973" w:type="dxa"/>
          </w:tcPr>
          <w:p w14:paraId="73320C74" w14:textId="77777777" w:rsidR="00EE7ED3" w:rsidRPr="00401CBB" w:rsidRDefault="00EE7ED3" w:rsidP="007C7914">
            <w:pPr>
              <w:spacing w:after="0" w:line="240" w:lineRule="auto"/>
              <w:rPr>
                <w:b/>
              </w:rPr>
            </w:pPr>
          </w:p>
        </w:tc>
        <w:tc>
          <w:tcPr>
            <w:tcW w:w="1663" w:type="dxa"/>
          </w:tcPr>
          <w:p w14:paraId="6214B8A6" w14:textId="77777777" w:rsidR="00EE7ED3" w:rsidRPr="00401CBB" w:rsidRDefault="00EE7ED3" w:rsidP="007C7914">
            <w:pPr>
              <w:spacing w:after="0" w:line="240" w:lineRule="auto"/>
              <w:rPr>
                <w:b/>
              </w:rPr>
            </w:pPr>
          </w:p>
        </w:tc>
      </w:tr>
    </w:tbl>
    <w:p w14:paraId="27686826" w14:textId="77777777" w:rsidR="00EE7ED3" w:rsidRPr="00401CBB" w:rsidRDefault="00EE7ED3" w:rsidP="00400FDF">
      <w:pPr>
        <w:keepNext/>
        <w:keepLines/>
        <w:spacing w:line="240" w:lineRule="auto"/>
        <w:ind w:right="-2"/>
      </w:pPr>
    </w:p>
    <w:p w14:paraId="6B704DCC" w14:textId="77777777" w:rsidR="00EE7ED3" w:rsidRPr="00546026" w:rsidRDefault="00EE7ED3" w:rsidP="00546026">
      <w:pPr>
        <w:spacing w:line="240" w:lineRule="auto"/>
        <w:rPr>
          <w:rFonts w:cs="Times New Roman"/>
        </w:rPr>
      </w:pPr>
    </w:p>
    <w:p w14:paraId="4E657CB3" w14:textId="77777777" w:rsidR="006D4E92" w:rsidRDefault="00000000">
      <w:r>
        <w:br w:type="page"/>
      </w:r>
    </w:p>
    <w:p w14:paraId="266DC6F4" w14:textId="77777777" w:rsidR="006D4E92" w:rsidRDefault="00000000">
      <w:pPr>
        <w:jc w:val="right"/>
      </w:pPr>
      <w:r>
        <w:rPr>
          <w:b/>
          <w:sz w:val="20"/>
        </w:rPr>
        <w:lastRenderedPageBreak/>
        <w:t>Anexa nr. 6</w:t>
      </w:r>
      <w:r>
        <w:rPr>
          <w:b/>
          <w:sz w:val="20"/>
        </w:rPr>
        <w:br/>
        <w:t>la Decizia Consiliului local Mereni</w:t>
      </w:r>
      <w:r>
        <w:rPr>
          <w:b/>
          <w:sz w:val="20"/>
        </w:rPr>
        <w:br/>
        <w:t>nr. ____/____ din ______________ 2026</w:t>
      </w:r>
    </w:p>
    <w:p w14:paraId="5C765601" w14:textId="77777777" w:rsidR="00EE7ED3" w:rsidRPr="00563B50" w:rsidRDefault="00000000" w:rsidP="000C2E05">
      <w:pPr>
        <w:jc w:val="right"/>
        <w:rPr>
          <w:rFonts w:cs="Times New Roman"/>
          <w:b/>
          <w:bCs/>
        </w:rPr>
      </w:pPr>
      <w:r w:rsidRPr="00563B50">
        <w:rPr>
          <w:rFonts w:cs="Times New Roman"/>
          <w:b/>
          <w:bCs/>
        </w:rPr>
        <w:t>APROBAT</w:t>
      </w:r>
    </w:p>
    <w:p w14:paraId="42CE5CA0" w14:textId="77777777" w:rsidR="00EE7ED3" w:rsidRPr="00563B50" w:rsidRDefault="00000000" w:rsidP="000C2E05">
      <w:pPr>
        <w:jc w:val="right"/>
        <w:rPr>
          <w:rFonts w:cs="Times New Roman"/>
        </w:rPr>
      </w:pPr>
      <w:r w:rsidRPr="00563B50">
        <w:rPr>
          <w:rFonts w:cs="Times New Roman"/>
          <w:b/>
          <w:bCs/>
        </w:rPr>
        <w:t>PRIN DECIZIA CONSILIULUI LOCAL MERENI</w:t>
      </w:r>
      <w:r w:rsidRPr="00563B50">
        <w:rPr>
          <w:rFonts w:cs="Times New Roman"/>
        </w:rPr>
        <w:br/>
        <w:t>nr. ______ din ________________________ 2026</w:t>
      </w:r>
    </w:p>
    <w:p w14:paraId="01C42E0F" w14:textId="77777777" w:rsidR="00EE7ED3" w:rsidRDefault="00EE7ED3" w:rsidP="00CE1968">
      <w:pPr>
        <w:spacing w:before="120" w:after="120" w:line="240" w:lineRule="auto"/>
        <w:jc w:val="center"/>
        <w:rPr>
          <w:rFonts w:cs="Times New Roman"/>
          <w:b/>
        </w:rPr>
      </w:pPr>
    </w:p>
    <w:p w14:paraId="5E27B74F" w14:textId="77777777" w:rsidR="00EE7ED3" w:rsidRDefault="00EE7ED3" w:rsidP="00CE1968">
      <w:pPr>
        <w:spacing w:before="120" w:after="120" w:line="240" w:lineRule="auto"/>
        <w:jc w:val="center"/>
        <w:rPr>
          <w:rFonts w:cs="Times New Roman"/>
          <w:b/>
        </w:rPr>
      </w:pPr>
    </w:p>
    <w:p w14:paraId="34B044F1" w14:textId="77777777" w:rsidR="00EE7ED3" w:rsidRDefault="00EE7ED3" w:rsidP="00CE1968">
      <w:pPr>
        <w:spacing w:before="120" w:after="120" w:line="240" w:lineRule="auto"/>
        <w:jc w:val="center"/>
        <w:rPr>
          <w:rFonts w:cs="Times New Roman"/>
          <w:b/>
        </w:rPr>
      </w:pPr>
    </w:p>
    <w:p w14:paraId="6951A9F7" w14:textId="77777777" w:rsidR="00EE7ED3" w:rsidRDefault="00EE7ED3" w:rsidP="00CE1968">
      <w:pPr>
        <w:spacing w:before="120" w:after="120" w:line="240" w:lineRule="auto"/>
        <w:jc w:val="center"/>
        <w:rPr>
          <w:rFonts w:cs="Times New Roman"/>
          <w:b/>
        </w:rPr>
      </w:pPr>
    </w:p>
    <w:p w14:paraId="7CF24F74" w14:textId="77777777" w:rsidR="00EE7ED3" w:rsidRPr="00CE1968" w:rsidRDefault="00000000" w:rsidP="00CE1968">
      <w:pPr>
        <w:spacing w:before="120" w:after="120" w:line="240" w:lineRule="auto"/>
        <w:jc w:val="center"/>
        <w:rPr>
          <w:rFonts w:cs="Times New Roman"/>
          <w:b/>
          <w:lang w:eastAsia="ru-RU"/>
        </w:rPr>
      </w:pPr>
      <w:r>
        <w:rPr>
          <w:rFonts w:cs="Times New Roman"/>
          <w:b/>
        </w:rPr>
        <w:t>REGULAMENTUL</w:t>
      </w:r>
      <w:r w:rsidRPr="00CE1968">
        <w:rPr>
          <w:rFonts w:cs="Times New Roman"/>
          <w:b/>
        </w:rPr>
        <w:t xml:space="preserve"> PRIVIND RESURSELE INFORMATICE </w:t>
      </w:r>
      <w:r w:rsidRPr="00CE1968">
        <w:rPr>
          <w:rFonts w:cs="Times New Roman"/>
          <w:b/>
          <w:lang w:eastAsia="ru-RU"/>
        </w:rPr>
        <w:t xml:space="preserve">ÎN CADRUL </w:t>
      </w:r>
      <w:r w:rsidRPr="00546026">
        <w:rPr>
          <w:rFonts w:cs="Times New Roman"/>
          <w:b/>
          <w:lang w:eastAsia="ru-RU"/>
        </w:rPr>
        <w:t xml:space="preserve">PRIMĂRIEI </w:t>
      </w:r>
      <w:r>
        <w:rPr>
          <w:b/>
          <w:bCs/>
        </w:rPr>
        <w:t>SATULUI MERENI</w:t>
      </w:r>
    </w:p>
    <w:p w14:paraId="76DF1677" w14:textId="77777777" w:rsidR="00EE7ED3" w:rsidRPr="00CE1968" w:rsidRDefault="00EE7ED3" w:rsidP="00CE1968">
      <w:pPr>
        <w:spacing w:after="0" w:line="240" w:lineRule="auto"/>
        <w:rPr>
          <w:rFonts w:cs="Times New Roman"/>
          <w:b/>
        </w:rPr>
      </w:pPr>
    </w:p>
    <w:p w14:paraId="676DC0D9" w14:textId="77777777" w:rsidR="00EE7ED3" w:rsidRPr="00CE1968" w:rsidRDefault="00EE7ED3" w:rsidP="00CE1968">
      <w:pPr>
        <w:spacing w:after="0" w:line="240" w:lineRule="auto"/>
        <w:rPr>
          <w:rFonts w:cs="Times New Roman"/>
        </w:rPr>
      </w:pPr>
    </w:p>
    <w:p w14:paraId="788C3B24" w14:textId="77777777" w:rsidR="00EE7ED3" w:rsidRPr="00CE1968" w:rsidRDefault="00EE7ED3" w:rsidP="00CE1968">
      <w:pPr>
        <w:spacing w:after="0" w:line="240" w:lineRule="auto"/>
        <w:rPr>
          <w:rFonts w:cs="Times New Roman"/>
        </w:rPr>
      </w:pPr>
    </w:p>
    <w:p w14:paraId="36C5CD03" w14:textId="77777777" w:rsidR="00EE7ED3" w:rsidRPr="00CE1968" w:rsidRDefault="00EE7ED3" w:rsidP="00CE1968">
      <w:pPr>
        <w:spacing w:after="0" w:line="240" w:lineRule="auto"/>
        <w:rPr>
          <w:rFonts w:cs="Times New Roman"/>
        </w:rPr>
      </w:pPr>
    </w:p>
    <w:p w14:paraId="5D56CC85" w14:textId="77777777" w:rsidR="00EE7ED3" w:rsidRPr="00CE1968" w:rsidRDefault="00EE7ED3" w:rsidP="00CE1968">
      <w:pPr>
        <w:spacing w:after="0" w:line="240" w:lineRule="auto"/>
        <w:rPr>
          <w:rFonts w:cs="Times New Roman"/>
        </w:rPr>
      </w:pPr>
    </w:p>
    <w:p w14:paraId="65F101C0" w14:textId="77777777" w:rsidR="00EE7ED3" w:rsidRPr="00CE1968" w:rsidRDefault="00EE7ED3" w:rsidP="00CE1968">
      <w:pPr>
        <w:spacing w:after="0" w:line="240" w:lineRule="auto"/>
        <w:rPr>
          <w:rFonts w:cs="Times New Roman"/>
        </w:rPr>
      </w:pPr>
    </w:p>
    <w:p w14:paraId="69DD111E" w14:textId="77777777" w:rsidR="00EE7ED3" w:rsidRPr="00CE1968" w:rsidRDefault="00EE7ED3" w:rsidP="00CE1968">
      <w:pPr>
        <w:spacing w:after="0" w:line="240" w:lineRule="auto"/>
        <w:rPr>
          <w:rFonts w:cs="Times New Roman"/>
        </w:rPr>
      </w:pPr>
    </w:p>
    <w:p w14:paraId="60E69B17" w14:textId="77777777" w:rsidR="00EE7ED3" w:rsidRPr="00CE1968" w:rsidRDefault="00EE7ED3" w:rsidP="00CE1968">
      <w:pPr>
        <w:spacing w:after="0" w:line="240" w:lineRule="auto"/>
        <w:rPr>
          <w:rFonts w:cs="Times New Roman"/>
        </w:rPr>
      </w:pPr>
    </w:p>
    <w:p w14:paraId="09D8B07A" w14:textId="77777777" w:rsidR="00EE7ED3" w:rsidRPr="00CE1968" w:rsidRDefault="00EE7ED3" w:rsidP="00CE1968">
      <w:pPr>
        <w:spacing w:after="0" w:line="240" w:lineRule="auto"/>
        <w:rPr>
          <w:rFonts w:cs="Times New Roman"/>
        </w:rPr>
      </w:pPr>
    </w:p>
    <w:p w14:paraId="58F6FA1B" w14:textId="77777777" w:rsidR="00EE7ED3" w:rsidRPr="00CE1968" w:rsidRDefault="00EE7ED3" w:rsidP="00CE1968">
      <w:pPr>
        <w:spacing w:after="0" w:line="240" w:lineRule="auto"/>
        <w:rPr>
          <w:rFonts w:cs="Times New Roman"/>
        </w:rPr>
      </w:pPr>
    </w:p>
    <w:p w14:paraId="15E5CA15" w14:textId="77777777" w:rsidR="00EE7ED3" w:rsidRPr="00CE1968" w:rsidRDefault="00EE7ED3" w:rsidP="00CE1968">
      <w:pPr>
        <w:spacing w:after="0" w:line="240" w:lineRule="auto"/>
        <w:rPr>
          <w:rFonts w:cs="Times New Roman"/>
        </w:rPr>
      </w:pPr>
    </w:p>
    <w:p w14:paraId="2B864D2A" w14:textId="77777777" w:rsidR="00EE7ED3" w:rsidRPr="00CE1968" w:rsidRDefault="00EE7ED3" w:rsidP="00CE1968">
      <w:pPr>
        <w:spacing w:after="0" w:line="240" w:lineRule="auto"/>
        <w:rPr>
          <w:rFonts w:cs="Times New Roman"/>
        </w:rPr>
      </w:pPr>
    </w:p>
    <w:p w14:paraId="5A4B0D50" w14:textId="77777777" w:rsidR="00EE7ED3" w:rsidRPr="00CE1968" w:rsidRDefault="00EE7ED3" w:rsidP="00CE1968">
      <w:pPr>
        <w:spacing w:after="0" w:line="240" w:lineRule="auto"/>
        <w:rPr>
          <w:rFonts w:cs="Times New Roman"/>
        </w:rPr>
      </w:pPr>
    </w:p>
    <w:p w14:paraId="0C4A93BA" w14:textId="77777777" w:rsidR="00EE7ED3" w:rsidRPr="00CE1968" w:rsidRDefault="00EE7ED3" w:rsidP="00CE1968">
      <w:pPr>
        <w:spacing w:after="0" w:line="240" w:lineRule="auto"/>
        <w:rPr>
          <w:rFonts w:cs="Times New Roman"/>
        </w:rPr>
      </w:pPr>
    </w:p>
    <w:p w14:paraId="2411FBFF" w14:textId="77777777" w:rsidR="00EE7ED3" w:rsidRPr="00CE1968" w:rsidRDefault="00EE7ED3" w:rsidP="00CE1968">
      <w:pPr>
        <w:spacing w:after="0" w:line="240" w:lineRule="auto"/>
        <w:rPr>
          <w:rFonts w:cs="Times New Roman"/>
        </w:rPr>
      </w:pPr>
    </w:p>
    <w:p w14:paraId="60FD2CAB" w14:textId="77777777" w:rsidR="00EE7ED3" w:rsidRPr="00CE1968" w:rsidRDefault="00EE7ED3" w:rsidP="00CE1968">
      <w:pPr>
        <w:spacing w:after="0" w:line="240" w:lineRule="auto"/>
        <w:rPr>
          <w:rFonts w:cs="Times New Roman"/>
        </w:rPr>
      </w:pPr>
    </w:p>
    <w:p w14:paraId="6BA77D73" w14:textId="77777777" w:rsidR="00EE7ED3" w:rsidRPr="00CE1968" w:rsidRDefault="00EE7ED3" w:rsidP="00CE1968">
      <w:pPr>
        <w:spacing w:after="0" w:line="240" w:lineRule="auto"/>
        <w:rPr>
          <w:rFonts w:cs="Times New Roman"/>
        </w:rPr>
      </w:pPr>
    </w:p>
    <w:p w14:paraId="1384A31C" w14:textId="77777777" w:rsidR="00EE7ED3" w:rsidRPr="00CE1968" w:rsidRDefault="00EE7ED3" w:rsidP="00CE1968">
      <w:pPr>
        <w:spacing w:after="0" w:line="240" w:lineRule="auto"/>
        <w:rPr>
          <w:rFonts w:cs="Times New Roman"/>
        </w:rPr>
      </w:pPr>
    </w:p>
    <w:p w14:paraId="6272263D" w14:textId="77777777" w:rsidR="00EE7ED3" w:rsidRPr="00CE1968" w:rsidRDefault="00EE7ED3" w:rsidP="00CE1968">
      <w:pPr>
        <w:spacing w:after="0" w:line="240" w:lineRule="auto"/>
        <w:rPr>
          <w:rFonts w:cs="Times New Roman"/>
        </w:rPr>
      </w:pPr>
    </w:p>
    <w:p w14:paraId="5031CD6C" w14:textId="77777777" w:rsidR="00EE7ED3" w:rsidRPr="00CE1968" w:rsidRDefault="00EE7ED3" w:rsidP="00CE1968">
      <w:pPr>
        <w:spacing w:after="0" w:line="240" w:lineRule="auto"/>
        <w:rPr>
          <w:rFonts w:cs="Times New Roman"/>
        </w:rPr>
      </w:pPr>
    </w:p>
    <w:p w14:paraId="21A28B38" w14:textId="77777777" w:rsidR="00EE7ED3" w:rsidRPr="00CE1968" w:rsidRDefault="00EE7ED3" w:rsidP="00CE1968">
      <w:pPr>
        <w:spacing w:after="0" w:line="240" w:lineRule="auto"/>
        <w:rPr>
          <w:rFonts w:cs="Times New Roman"/>
        </w:rPr>
      </w:pPr>
    </w:p>
    <w:p w14:paraId="73C394CB" w14:textId="77777777" w:rsidR="00EE7ED3" w:rsidRDefault="00EE7ED3" w:rsidP="00CE1968">
      <w:pPr>
        <w:spacing w:after="0" w:line="240" w:lineRule="auto"/>
        <w:rPr>
          <w:rFonts w:cs="Times New Roman"/>
        </w:rPr>
      </w:pPr>
    </w:p>
    <w:p w14:paraId="31302B74" w14:textId="77777777" w:rsidR="00EE7ED3" w:rsidRDefault="00EE7ED3" w:rsidP="00CE1968">
      <w:pPr>
        <w:spacing w:after="0" w:line="240" w:lineRule="auto"/>
        <w:rPr>
          <w:rFonts w:cs="Times New Roman"/>
        </w:rPr>
      </w:pPr>
    </w:p>
    <w:p w14:paraId="1FFFD6C9" w14:textId="77777777" w:rsidR="00EE7ED3" w:rsidRDefault="00EE7ED3" w:rsidP="00CE1968">
      <w:pPr>
        <w:spacing w:after="0" w:line="240" w:lineRule="auto"/>
        <w:rPr>
          <w:rFonts w:cs="Times New Roman"/>
        </w:rPr>
      </w:pPr>
    </w:p>
    <w:p w14:paraId="34DFA819" w14:textId="77777777" w:rsidR="00EE7ED3" w:rsidRDefault="00EE7ED3" w:rsidP="00CE1968">
      <w:pPr>
        <w:spacing w:after="0" w:line="240" w:lineRule="auto"/>
        <w:rPr>
          <w:rFonts w:cs="Times New Roman"/>
        </w:rPr>
      </w:pPr>
    </w:p>
    <w:p w14:paraId="0340A113" w14:textId="77777777" w:rsidR="00EE7ED3" w:rsidRDefault="00EE7ED3" w:rsidP="00CE1968">
      <w:pPr>
        <w:spacing w:after="0" w:line="240" w:lineRule="auto"/>
        <w:rPr>
          <w:rFonts w:cs="Times New Roman"/>
        </w:rPr>
      </w:pPr>
    </w:p>
    <w:p w14:paraId="61700F25" w14:textId="77777777" w:rsidR="00EE7ED3" w:rsidRDefault="00EE7ED3" w:rsidP="00CE1968">
      <w:pPr>
        <w:spacing w:after="0" w:line="240" w:lineRule="auto"/>
        <w:rPr>
          <w:rFonts w:cs="Times New Roman"/>
        </w:rPr>
      </w:pPr>
    </w:p>
    <w:p w14:paraId="2301F5F5" w14:textId="77777777" w:rsidR="00EE7ED3" w:rsidRDefault="00EE7ED3" w:rsidP="00CE1968">
      <w:pPr>
        <w:spacing w:after="0" w:line="240" w:lineRule="auto"/>
        <w:rPr>
          <w:rFonts w:cs="Times New Roman"/>
        </w:rPr>
      </w:pPr>
    </w:p>
    <w:p w14:paraId="1D45779F" w14:textId="77777777" w:rsidR="00EE7ED3" w:rsidRDefault="00EE7ED3" w:rsidP="00CE1968">
      <w:pPr>
        <w:spacing w:after="0" w:line="240" w:lineRule="auto"/>
        <w:rPr>
          <w:rFonts w:cs="Times New Roman"/>
        </w:rPr>
      </w:pPr>
    </w:p>
    <w:p w14:paraId="0D0ACA68" w14:textId="77777777" w:rsidR="00EE7ED3" w:rsidRDefault="00EE7ED3" w:rsidP="00CE1968">
      <w:pPr>
        <w:spacing w:after="0" w:line="240" w:lineRule="auto"/>
        <w:rPr>
          <w:rFonts w:cs="Times New Roman"/>
        </w:rPr>
      </w:pPr>
    </w:p>
    <w:p w14:paraId="7203C1BC" w14:textId="77777777" w:rsidR="00EE7ED3" w:rsidRDefault="00EE7ED3" w:rsidP="00CE1968">
      <w:pPr>
        <w:spacing w:after="0" w:line="240" w:lineRule="auto"/>
        <w:rPr>
          <w:rFonts w:cs="Times New Roman"/>
        </w:rPr>
      </w:pPr>
    </w:p>
    <w:p w14:paraId="152C2DDB" w14:textId="77777777" w:rsidR="00EE7ED3" w:rsidRDefault="00EE7ED3" w:rsidP="00CE1968">
      <w:pPr>
        <w:spacing w:after="0" w:line="240" w:lineRule="auto"/>
        <w:rPr>
          <w:rFonts w:cs="Times New Roman"/>
        </w:rPr>
      </w:pPr>
    </w:p>
    <w:p w14:paraId="5AE7D50B" w14:textId="77777777" w:rsidR="00EE7ED3" w:rsidRDefault="00EE7ED3" w:rsidP="00CE1968">
      <w:pPr>
        <w:spacing w:after="0" w:line="240" w:lineRule="auto"/>
        <w:rPr>
          <w:rFonts w:cs="Times New Roman"/>
        </w:rPr>
      </w:pPr>
    </w:p>
    <w:p w14:paraId="0AE4E077" w14:textId="77777777" w:rsidR="00EE7ED3" w:rsidRPr="00CE1968" w:rsidRDefault="00EE7ED3" w:rsidP="00CE1968">
      <w:pPr>
        <w:spacing w:after="0" w:line="240" w:lineRule="auto"/>
        <w:rPr>
          <w:rFonts w:cs="Times New Roman"/>
        </w:rPr>
      </w:pPr>
    </w:p>
    <w:p w14:paraId="0983E410" w14:textId="77777777" w:rsidR="00EE7ED3" w:rsidRDefault="00EE7ED3" w:rsidP="00CE1968">
      <w:pPr>
        <w:spacing w:after="0" w:line="240" w:lineRule="auto"/>
        <w:rPr>
          <w:rFonts w:cs="Times New Roman"/>
        </w:rPr>
      </w:pPr>
    </w:p>
    <w:p w14:paraId="23D10172" w14:textId="77777777" w:rsidR="00EE7ED3" w:rsidRPr="00CE1968" w:rsidRDefault="00EE7ED3" w:rsidP="00CE1968">
      <w:pPr>
        <w:spacing w:after="0" w:line="240" w:lineRule="auto"/>
        <w:rPr>
          <w:rFonts w:cs="Times New Roman"/>
        </w:rPr>
      </w:pPr>
    </w:p>
    <w:p w14:paraId="24313EC5" w14:textId="77777777" w:rsidR="00EE7ED3" w:rsidRPr="00CE1968" w:rsidRDefault="00000000" w:rsidP="00CE1968">
      <w:pPr>
        <w:spacing w:after="0" w:line="240" w:lineRule="auto"/>
        <w:rPr>
          <w:rFonts w:eastAsia="Arial" w:cs="Times New Roman"/>
          <w:b/>
          <w:color w:val="000000"/>
        </w:rPr>
      </w:pPr>
      <w:r w:rsidRPr="00CE1968">
        <w:rPr>
          <w:rFonts w:eastAsia="Arial" w:cs="Times New Roman"/>
          <w:b/>
          <w:color w:val="000000"/>
        </w:rPr>
        <w:t>1. DEFINIȚII</w:t>
      </w:r>
    </w:p>
    <w:p w14:paraId="1041C291" w14:textId="77777777" w:rsidR="00EE7ED3" w:rsidRPr="00CE1968" w:rsidRDefault="00EE7ED3" w:rsidP="00CE1968">
      <w:pPr>
        <w:spacing w:after="0" w:line="240" w:lineRule="auto"/>
        <w:rPr>
          <w:rFonts w:eastAsia="Arial" w:cs="Times New Roman"/>
          <w:color w:val="000000"/>
        </w:rPr>
      </w:pPr>
    </w:p>
    <w:p w14:paraId="45D1F497" w14:textId="77777777" w:rsidR="00EE7ED3" w:rsidRPr="00CE1968" w:rsidRDefault="00000000" w:rsidP="00CE1968">
      <w:pPr>
        <w:spacing w:after="0" w:line="240" w:lineRule="auto"/>
        <w:rPr>
          <w:rFonts w:eastAsia="Arial" w:cs="Times New Roman"/>
          <w:color w:val="000000"/>
        </w:rPr>
      </w:pPr>
      <w:r w:rsidRPr="00CE1968">
        <w:rPr>
          <w:rFonts w:eastAsia="Arial" w:cs="Times New Roman"/>
          <w:i/>
          <w:color w:val="000000"/>
        </w:rPr>
        <w:t>„</w:t>
      </w:r>
      <w:r w:rsidRPr="00CE1968">
        <w:rPr>
          <w:rFonts w:eastAsia="Arial" w:cs="Times New Roman"/>
          <w:b/>
          <w:i/>
          <w:color w:val="000000"/>
        </w:rPr>
        <w:t>date cu caracter personal</w:t>
      </w:r>
      <w:r w:rsidRPr="00CE1968">
        <w:rPr>
          <w:rFonts w:eastAsia="Arial" w:cs="Times New Roman"/>
          <w:i/>
          <w:color w:val="000000"/>
        </w:rPr>
        <w:t>”</w:t>
      </w:r>
      <w:r w:rsidRPr="00CE1968">
        <w:rPr>
          <w:rFonts w:eastAsia="Arial" w:cs="Times New Roman"/>
          <w:color w:val="000000"/>
        </w:rPr>
        <w:t xml:space="preserve"> - orice informații privind o persoană fizică identificată sau identificabilă („persoana vizată”); o persoană fizică identificabilă este o persoană care poate fi identificată, direct sau indirect, în special prin referire la un element de identificare, cum ar fi un nume, un număr de identificare, date de localizare, un identificator online, sau la unul sau mai multe elemente specifice, proprii identității sale fizice, fiziologice, genetice, psihice, economice, culturale sau sociale;</w:t>
      </w:r>
    </w:p>
    <w:p w14:paraId="22A11C60" w14:textId="77777777" w:rsidR="00EE7ED3" w:rsidRPr="00CE1968" w:rsidRDefault="00EE7ED3" w:rsidP="00CE1968">
      <w:pPr>
        <w:spacing w:after="0" w:line="240" w:lineRule="auto"/>
        <w:rPr>
          <w:rFonts w:eastAsia="Arial" w:cs="Times New Roman"/>
          <w:i/>
          <w:color w:val="000000"/>
        </w:rPr>
      </w:pPr>
    </w:p>
    <w:p w14:paraId="19CA4859" w14:textId="77777777" w:rsidR="00EE7ED3" w:rsidRPr="00CE1968" w:rsidRDefault="00000000" w:rsidP="00CE1968">
      <w:pPr>
        <w:spacing w:after="0" w:line="240" w:lineRule="auto"/>
        <w:rPr>
          <w:rFonts w:eastAsia="Arial" w:cs="Times New Roman"/>
          <w:color w:val="000000"/>
        </w:rPr>
      </w:pPr>
      <w:r w:rsidRPr="00CE1968">
        <w:rPr>
          <w:rFonts w:eastAsia="Arial" w:cs="Times New Roman"/>
          <w:i/>
          <w:color w:val="000000"/>
        </w:rPr>
        <w:t>„</w:t>
      </w:r>
      <w:r w:rsidRPr="00CE1968">
        <w:rPr>
          <w:rFonts w:eastAsia="Arial" w:cs="Times New Roman"/>
          <w:b/>
          <w:i/>
          <w:color w:val="000000"/>
        </w:rPr>
        <w:t>prelucrare</w:t>
      </w:r>
      <w:r w:rsidRPr="00CE1968">
        <w:rPr>
          <w:rFonts w:eastAsia="Arial" w:cs="Times New Roman"/>
          <w:i/>
          <w:color w:val="000000"/>
        </w:rPr>
        <w:t>”</w:t>
      </w:r>
      <w:r w:rsidRPr="00CE1968">
        <w:rPr>
          <w:rFonts w:eastAsia="Arial" w:cs="Times New Roman"/>
          <w:color w:val="000000"/>
        </w:rPr>
        <w:t xml:space="preserve"> - înseamnă orice operațiune sau set de operațiuni efectuate asupra datelor cu caracter personal sau asupra seturilor de date cu caracter personal, cu sau fără utilizarea de mijloace automatizate, cum ar fi colectarea, înregistrarea, organizarea, structurarea, stocarea, adaptarea sau modificarea, extragerea, consultarea, utilizarea, divulgarea prin transmitere, diseminarea sau punerea la dispoziție în orice alt mod, alinierea sau combinarea, restricționarea, ștergerea sau distrugerea;</w:t>
      </w:r>
    </w:p>
    <w:p w14:paraId="00463E06" w14:textId="77777777" w:rsidR="00EE7ED3" w:rsidRPr="00CE1968" w:rsidRDefault="00EE7ED3" w:rsidP="00CE1968">
      <w:pPr>
        <w:spacing w:after="0" w:line="240" w:lineRule="auto"/>
        <w:rPr>
          <w:rFonts w:eastAsia="Arial" w:cs="Times New Roman"/>
          <w:i/>
          <w:color w:val="000000"/>
        </w:rPr>
      </w:pPr>
    </w:p>
    <w:p w14:paraId="21C62ECB" w14:textId="77777777" w:rsidR="00EE7ED3" w:rsidRPr="00CE1968" w:rsidRDefault="00000000" w:rsidP="00CE1968">
      <w:pPr>
        <w:spacing w:after="0" w:line="240" w:lineRule="auto"/>
        <w:rPr>
          <w:rFonts w:eastAsia="Arial" w:cs="Times New Roman"/>
          <w:color w:val="000000"/>
        </w:rPr>
      </w:pPr>
      <w:r w:rsidRPr="00CE1968">
        <w:rPr>
          <w:rFonts w:eastAsia="Arial" w:cs="Times New Roman"/>
          <w:i/>
          <w:color w:val="000000"/>
        </w:rPr>
        <w:t>„</w:t>
      </w:r>
      <w:r w:rsidRPr="00CE1968">
        <w:rPr>
          <w:rFonts w:eastAsia="Arial" w:cs="Times New Roman"/>
          <w:b/>
          <w:i/>
          <w:color w:val="000000"/>
        </w:rPr>
        <w:t>operator</w:t>
      </w:r>
      <w:r w:rsidRPr="00CE1968">
        <w:rPr>
          <w:rFonts w:eastAsia="Arial" w:cs="Times New Roman"/>
          <w:i/>
          <w:color w:val="000000"/>
        </w:rPr>
        <w:t>”</w:t>
      </w:r>
      <w:r w:rsidRPr="00CE1968">
        <w:rPr>
          <w:rFonts w:eastAsia="Arial" w:cs="Times New Roman"/>
          <w:color w:val="000000"/>
        </w:rPr>
        <w:t xml:space="preserve"> - </w:t>
      </w:r>
      <w:r w:rsidRPr="00401CBB">
        <w:t>reprezintă persoana fizică sau juridică, autoritatea publică, agenția sau alt organism care, singur sau împreună cu altele, stabilește scopurile și mijloacele de prelucrare a datelor cu caracter personal; atunci când scopurile și mijloacele prelucrării sunt stabilite prin actele normative, operatorul sau criteriile specifice pentru desemnarea acestuia pot fi prevăzute în actele normative;</w:t>
      </w:r>
    </w:p>
    <w:p w14:paraId="4AFDE795" w14:textId="77777777" w:rsidR="00EE7ED3" w:rsidRPr="00CE1968" w:rsidRDefault="00EE7ED3" w:rsidP="00CE1968">
      <w:pPr>
        <w:spacing w:after="0" w:line="240" w:lineRule="auto"/>
        <w:rPr>
          <w:rFonts w:eastAsia="Arial" w:cs="Times New Roman"/>
          <w:i/>
          <w:color w:val="000000"/>
        </w:rPr>
      </w:pPr>
    </w:p>
    <w:p w14:paraId="09AA0C15" w14:textId="77777777" w:rsidR="00EE7ED3" w:rsidRPr="00CE1968" w:rsidRDefault="00000000" w:rsidP="00CE1968">
      <w:pPr>
        <w:spacing w:after="0" w:line="240" w:lineRule="auto"/>
        <w:rPr>
          <w:rFonts w:eastAsia="Arial" w:cs="Times New Roman"/>
          <w:color w:val="000000"/>
        </w:rPr>
      </w:pPr>
      <w:r w:rsidRPr="00CE1968">
        <w:rPr>
          <w:rFonts w:eastAsia="Arial" w:cs="Times New Roman"/>
          <w:i/>
          <w:color w:val="000000"/>
        </w:rPr>
        <w:t>„</w:t>
      </w:r>
      <w:r w:rsidRPr="00CE1968">
        <w:rPr>
          <w:rFonts w:eastAsia="Arial" w:cs="Times New Roman"/>
          <w:b/>
          <w:i/>
          <w:color w:val="000000"/>
        </w:rPr>
        <w:t>persoană împuternicită de operator</w:t>
      </w:r>
      <w:r w:rsidRPr="00CE1968">
        <w:rPr>
          <w:rFonts w:eastAsia="Arial" w:cs="Times New Roman"/>
          <w:i/>
          <w:color w:val="000000"/>
        </w:rPr>
        <w:t>”</w:t>
      </w:r>
      <w:r w:rsidRPr="00CE1968">
        <w:rPr>
          <w:rFonts w:eastAsia="Arial" w:cs="Times New Roman"/>
          <w:color w:val="000000"/>
        </w:rPr>
        <w:t xml:space="preserve"> - înseamnă persoana fizică sau juridică, autoritatea publică, agenția sau alt organism care prelucrează datele cu caracter personal în numele operatorului;</w:t>
      </w:r>
    </w:p>
    <w:p w14:paraId="5B9E4A02" w14:textId="77777777" w:rsidR="00EE7ED3" w:rsidRPr="00CE1968" w:rsidRDefault="00EE7ED3" w:rsidP="00CE1968">
      <w:pPr>
        <w:spacing w:after="0" w:line="240" w:lineRule="auto"/>
        <w:rPr>
          <w:rFonts w:eastAsia="Arial" w:cs="Times New Roman"/>
          <w:i/>
          <w:color w:val="000000"/>
        </w:rPr>
      </w:pPr>
    </w:p>
    <w:p w14:paraId="628A1A66" w14:textId="77777777" w:rsidR="00EE7ED3" w:rsidRPr="00CE1968" w:rsidRDefault="00000000" w:rsidP="00CE1968">
      <w:pPr>
        <w:spacing w:after="0" w:line="240" w:lineRule="auto"/>
        <w:rPr>
          <w:rFonts w:eastAsia="Arial" w:cs="Times New Roman"/>
          <w:color w:val="000000"/>
        </w:rPr>
      </w:pPr>
      <w:r w:rsidRPr="00CE1968">
        <w:rPr>
          <w:rFonts w:eastAsia="Arial" w:cs="Times New Roman"/>
          <w:i/>
          <w:color w:val="000000"/>
        </w:rPr>
        <w:t>„</w:t>
      </w:r>
      <w:r w:rsidRPr="00CE1968">
        <w:rPr>
          <w:rFonts w:eastAsia="Arial" w:cs="Times New Roman"/>
          <w:b/>
          <w:i/>
          <w:color w:val="000000"/>
        </w:rPr>
        <w:t>destinatar</w:t>
      </w:r>
      <w:r w:rsidRPr="00CE1968">
        <w:rPr>
          <w:rFonts w:eastAsia="Arial" w:cs="Times New Roman"/>
          <w:i/>
          <w:color w:val="000000"/>
        </w:rPr>
        <w:t>”</w:t>
      </w:r>
      <w:r w:rsidRPr="00CE1968">
        <w:rPr>
          <w:rFonts w:eastAsia="Arial" w:cs="Times New Roman"/>
          <w:color w:val="000000"/>
        </w:rPr>
        <w:t xml:space="preserve"> - înseamnă persoana fizică sau juridică, autoritatea publică, agenția sau alt organism căreia (căruia) îi sunt divulgate datele cu caracter personal, indiferent dacă este sau nu o parte terță. Cu toate acestea, autoritățile publice cărora li se pot comunica date cu caracter personal în cadrul unei anumite anchete în conformitate cu dreptul intern nu sunt considerate destinatari; prelucrarea acestor date de către autoritățile publice respective respectă normele aplicabile în materie de protecție a datelor, în conformitate cu scopurile prelucrării;</w:t>
      </w:r>
    </w:p>
    <w:p w14:paraId="67239591" w14:textId="77777777" w:rsidR="00EE7ED3" w:rsidRPr="00CE1968" w:rsidRDefault="00EE7ED3" w:rsidP="00CE1968">
      <w:pPr>
        <w:spacing w:after="0" w:line="240" w:lineRule="auto"/>
        <w:rPr>
          <w:rFonts w:eastAsia="Arial" w:cs="Times New Roman"/>
          <w:i/>
          <w:color w:val="000000"/>
        </w:rPr>
      </w:pPr>
    </w:p>
    <w:p w14:paraId="5B2DC5B3" w14:textId="77777777" w:rsidR="00EE7ED3" w:rsidRPr="00CE1968" w:rsidRDefault="00000000" w:rsidP="00CE1968">
      <w:pPr>
        <w:spacing w:after="0" w:line="240" w:lineRule="auto"/>
        <w:rPr>
          <w:rFonts w:eastAsia="Arial" w:cs="Times New Roman"/>
          <w:color w:val="000000"/>
        </w:rPr>
      </w:pPr>
      <w:r w:rsidRPr="00CE1968">
        <w:rPr>
          <w:rFonts w:eastAsia="Arial" w:cs="Times New Roman"/>
          <w:i/>
          <w:color w:val="000000"/>
        </w:rPr>
        <w:t>„</w:t>
      </w:r>
      <w:r w:rsidRPr="00CE1968">
        <w:rPr>
          <w:rFonts w:eastAsia="Arial" w:cs="Times New Roman"/>
          <w:b/>
          <w:i/>
          <w:color w:val="000000"/>
        </w:rPr>
        <w:t>parte terță</w:t>
      </w:r>
      <w:r w:rsidRPr="00CE1968">
        <w:rPr>
          <w:rFonts w:eastAsia="Arial" w:cs="Times New Roman"/>
          <w:i/>
          <w:color w:val="000000"/>
        </w:rPr>
        <w:t>”</w:t>
      </w:r>
      <w:r w:rsidRPr="00CE1968">
        <w:rPr>
          <w:rFonts w:eastAsia="Arial" w:cs="Times New Roman"/>
          <w:color w:val="000000"/>
        </w:rPr>
        <w:t xml:space="preserve"> - înseamnă o persoană fizică sau juridică, autoritate publică, agenție sau organism altul decât persoana vizată, operatorul, persoana împuternicită de operator și persoanele care, sub directa autoritate a operatorului sau a persoanei împuternicite de operator, sunt autorizate să prelucreze date cu caracter personal;</w:t>
      </w:r>
    </w:p>
    <w:p w14:paraId="06063EB2" w14:textId="77777777" w:rsidR="00EE7ED3" w:rsidRPr="00CE1968" w:rsidRDefault="00EE7ED3" w:rsidP="00CE1968">
      <w:pPr>
        <w:spacing w:after="0" w:line="240" w:lineRule="auto"/>
        <w:rPr>
          <w:rFonts w:eastAsia="Arial" w:cs="Times New Roman"/>
          <w:color w:val="000000"/>
        </w:rPr>
      </w:pPr>
    </w:p>
    <w:p w14:paraId="389FDDE6" w14:textId="77777777" w:rsidR="00EE7ED3" w:rsidRPr="00CE1968" w:rsidRDefault="00000000" w:rsidP="00CE1968">
      <w:pPr>
        <w:spacing w:after="0" w:line="240" w:lineRule="auto"/>
        <w:rPr>
          <w:rFonts w:eastAsia="Arial" w:cs="Times New Roman"/>
          <w:color w:val="000000"/>
        </w:rPr>
      </w:pPr>
      <w:r w:rsidRPr="00CE1968">
        <w:rPr>
          <w:rFonts w:eastAsia="Arial" w:cs="Times New Roman"/>
          <w:i/>
          <w:color w:val="000000"/>
        </w:rPr>
        <w:t>„</w:t>
      </w:r>
      <w:r w:rsidRPr="00CE1968">
        <w:rPr>
          <w:rFonts w:eastAsia="Arial" w:cs="Times New Roman"/>
          <w:b/>
          <w:i/>
          <w:color w:val="000000"/>
        </w:rPr>
        <w:t>consimțământ</w:t>
      </w:r>
      <w:r w:rsidRPr="00CE1968">
        <w:rPr>
          <w:rFonts w:eastAsia="Arial" w:cs="Times New Roman"/>
          <w:i/>
          <w:color w:val="000000"/>
        </w:rPr>
        <w:t>”</w:t>
      </w:r>
      <w:r w:rsidRPr="00CE1968">
        <w:rPr>
          <w:rFonts w:eastAsia="Arial" w:cs="Times New Roman"/>
          <w:color w:val="000000"/>
        </w:rPr>
        <w:t xml:space="preserve"> - al persoanei vizate înseamnă orice manifestare de voință liberă, specifică, informată și lipsită de ambiguitate a persoanei vizate prin care aceasta acceptă, printr-o declarație sau printr-o acțiune fără echivoc, ca datele cu caracter personal care o privesc să fie prelucrate;</w:t>
      </w:r>
    </w:p>
    <w:p w14:paraId="681092F9" w14:textId="77777777" w:rsidR="00EE7ED3" w:rsidRPr="00CE1968" w:rsidRDefault="00EE7ED3" w:rsidP="00CE1968">
      <w:pPr>
        <w:spacing w:after="0" w:line="240" w:lineRule="auto"/>
        <w:rPr>
          <w:rFonts w:eastAsia="Arial" w:cs="Times New Roman"/>
          <w:i/>
          <w:color w:val="000000"/>
        </w:rPr>
      </w:pPr>
    </w:p>
    <w:p w14:paraId="5EE3532A" w14:textId="77777777" w:rsidR="00EE7ED3" w:rsidRPr="00CE1968" w:rsidRDefault="00000000" w:rsidP="00CE1968">
      <w:pPr>
        <w:spacing w:after="0" w:line="240" w:lineRule="auto"/>
        <w:rPr>
          <w:rFonts w:eastAsia="Arial" w:cs="Times New Roman"/>
          <w:color w:val="000000"/>
        </w:rPr>
      </w:pPr>
      <w:r w:rsidRPr="00CE1968">
        <w:rPr>
          <w:rFonts w:eastAsia="Arial" w:cs="Times New Roman"/>
          <w:i/>
          <w:color w:val="000000"/>
        </w:rPr>
        <w:t>„</w:t>
      </w:r>
      <w:r w:rsidRPr="00CE1968">
        <w:rPr>
          <w:rFonts w:eastAsia="Arial" w:cs="Times New Roman"/>
          <w:b/>
          <w:i/>
          <w:color w:val="000000"/>
        </w:rPr>
        <w:t>încălcarea securității datelor cu caracter personal</w:t>
      </w:r>
      <w:r w:rsidRPr="00CE1968">
        <w:rPr>
          <w:rFonts w:eastAsia="Arial" w:cs="Times New Roman"/>
          <w:i/>
          <w:color w:val="000000"/>
        </w:rPr>
        <w:t>”</w:t>
      </w:r>
      <w:r w:rsidRPr="00CE1968">
        <w:rPr>
          <w:rFonts w:eastAsia="Arial" w:cs="Times New Roman"/>
          <w:color w:val="000000"/>
        </w:rPr>
        <w:t xml:space="preserve"> - înseamnă o încălcare a securității care duce, în mod accidental sau ilegal, la distrugerea, pierderea, modificarea, sau divulgarea neautorizată a datelor cu caracter personal transmise, stocate sau prelucrate </w:t>
      </w:r>
    </w:p>
    <w:p w14:paraId="51FA6400" w14:textId="77777777" w:rsidR="00EE7ED3" w:rsidRPr="000930AA" w:rsidRDefault="00000000" w:rsidP="00CE1968">
      <w:pPr>
        <w:spacing w:after="0" w:line="240" w:lineRule="auto"/>
        <w:rPr>
          <w:rFonts w:eastAsia="Arial" w:cs="Times New Roman"/>
          <w:color w:val="000000"/>
        </w:rPr>
      </w:pPr>
      <w:r w:rsidRPr="00CE1968">
        <w:rPr>
          <w:rFonts w:eastAsia="Arial" w:cs="Times New Roman"/>
          <w:color w:val="000000"/>
        </w:rPr>
        <w:t>într-un alt mod, sau la accesul neautorizat la acestea;</w:t>
      </w:r>
    </w:p>
    <w:p w14:paraId="0DDB2381" w14:textId="77777777" w:rsidR="00EE7ED3" w:rsidRPr="00CE1968" w:rsidRDefault="00000000" w:rsidP="00CE1968">
      <w:pPr>
        <w:spacing w:after="0" w:line="240" w:lineRule="auto"/>
        <w:rPr>
          <w:rFonts w:cs="Times New Roman"/>
          <w:b/>
        </w:rPr>
      </w:pPr>
      <w:r w:rsidRPr="00CE1968">
        <w:rPr>
          <w:rFonts w:cs="Times New Roman"/>
          <w:b/>
        </w:rPr>
        <w:t>2. CADRUL GENERAL</w:t>
      </w:r>
    </w:p>
    <w:p w14:paraId="2AEDB4A0" w14:textId="77777777" w:rsidR="00EE7ED3" w:rsidRPr="00EF3504" w:rsidRDefault="00000000" w:rsidP="004C5DF4">
      <w:pPr>
        <w:spacing w:before="120" w:after="120" w:line="240" w:lineRule="auto"/>
        <w:rPr>
          <w:b/>
          <w:lang w:eastAsia="ru-RU"/>
        </w:rPr>
      </w:pPr>
      <w:r w:rsidRPr="00CE1968">
        <w:rPr>
          <w:rFonts w:cs="Times New Roman"/>
          <w:b/>
          <w:bCs/>
        </w:rPr>
        <w:t>Scop</w:t>
      </w:r>
      <w:r w:rsidRPr="00CE1968">
        <w:rPr>
          <w:rFonts w:cs="Times New Roman"/>
        </w:rPr>
        <w:t>. Prezent</w:t>
      </w:r>
      <w:r>
        <w:rPr>
          <w:rFonts w:cs="Times New Roman"/>
        </w:rPr>
        <w:t>ul</w:t>
      </w:r>
      <w:r w:rsidRPr="00CE1968">
        <w:rPr>
          <w:rFonts w:cs="Times New Roman"/>
        </w:rPr>
        <w:t xml:space="preserve"> </w:t>
      </w:r>
      <w:r>
        <w:rPr>
          <w:rFonts w:cs="Times New Roman"/>
        </w:rPr>
        <w:t>Regulament</w:t>
      </w:r>
      <w:r w:rsidRPr="00CE1968">
        <w:rPr>
          <w:rFonts w:cs="Times New Roman"/>
        </w:rPr>
        <w:t xml:space="preserve"> are ca scop asigurarea securității resurselor informaționale ale </w:t>
      </w:r>
      <w:r w:rsidRPr="00CE1968">
        <w:rPr>
          <w:rFonts w:cs="Times New Roman"/>
          <w:b/>
          <w:lang w:eastAsia="ru-RU"/>
        </w:rPr>
        <w:t xml:space="preserve">PRIMĂRIEI </w:t>
      </w:r>
      <w:r>
        <w:rPr>
          <w:b/>
          <w:bCs/>
        </w:rPr>
        <w:t>SATULUI MERENI</w:t>
      </w:r>
      <w:r>
        <w:rPr>
          <w:b/>
        </w:rPr>
        <w:t>.</w:t>
      </w:r>
    </w:p>
    <w:p w14:paraId="7C3730C4" w14:textId="77777777" w:rsidR="00EE7ED3" w:rsidRPr="00CE1968" w:rsidRDefault="00000000" w:rsidP="00CE1968">
      <w:pPr>
        <w:spacing w:after="0" w:line="240" w:lineRule="auto"/>
        <w:rPr>
          <w:rFonts w:cs="Times New Roman"/>
        </w:rPr>
      </w:pPr>
      <w:r w:rsidRPr="00965F59">
        <w:rPr>
          <w:rFonts w:cs="Times New Roman"/>
          <w:bCs/>
          <w:lang w:eastAsia="ru-RU"/>
        </w:rPr>
        <w:t xml:space="preserve">(în continuare </w:t>
      </w:r>
      <w:r w:rsidRPr="00965F59">
        <w:rPr>
          <w:rFonts w:cs="Times New Roman"/>
          <w:b/>
          <w:lang w:eastAsia="ru-RU"/>
        </w:rPr>
        <w:t>”Operator”</w:t>
      </w:r>
      <w:r w:rsidRPr="00965F59">
        <w:rPr>
          <w:rFonts w:cs="Times New Roman"/>
          <w:bCs/>
          <w:lang w:eastAsia="ru-RU"/>
        </w:rPr>
        <w:t xml:space="preserve"> sau </w:t>
      </w:r>
      <w:r w:rsidRPr="00965F59">
        <w:rPr>
          <w:rFonts w:cs="Times New Roman"/>
          <w:b/>
          <w:lang w:eastAsia="ru-RU"/>
        </w:rPr>
        <w:t>”entitatea”</w:t>
      </w:r>
      <w:r>
        <w:rPr>
          <w:rFonts w:cs="Times New Roman"/>
          <w:b/>
          <w:lang w:eastAsia="ru-RU"/>
        </w:rPr>
        <w:t>)</w:t>
      </w:r>
      <w:r w:rsidRPr="00CE1968">
        <w:rPr>
          <w:rFonts w:cs="Times New Roman"/>
        </w:rPr>
        <w:t>. Se va urmări protecția resurselor informaționale împotriva modificărilor neautorizate sau accidentale, asigurând acuratețea și completitudinea acestora, precum și protecția resurselor informaționale împotriva divulgării neautorizate.</w:t>
      </w:r>
    </w:p>
    <w:p w14:paraId="6C56DCD1" w14:textId="77777777" w:rsidR="00EE7ED3" w:rsidRPr="00CE1968" w:rsidRDefault="00EE7ED3" w:rsidP="00CE1968">
      <w:pPr>
        <w:spacing w:after="0" w:line="240" w:lineRule="auto"/>
        <w:rPr>
          <w:rFonts w:cs="Times New Roman"/>
        </w:rPr>
      </w:pPr>
    </w:p>
    <w:p w14:paraId="5B622374" w14:textId="77777777" w:rsidR="00EE7ED3" w:rsidRPr="00CE1968" w:rsidRDefault="00000000" w:rsidP="00CE1968">
      <w:pPr>
        <w:spacing w:after="0" w:line="240" w:lineRule="auto"/>
        <w:rPr>
          <w:rFonts w:eastAsia="Arial" w:cs="Times New Roman"/>
          <w:b/>
          <w:color w:val="000000"/>
        </w:rPr>
      </w:pPr>
      <w:r w:rsidRPr="00CE1968">
        <w:rPr>
          <w:rFonts w:eastAsia="Arial" w:cs="Times New Roman"/>
          <w:b/>
          <w:color w:val="000000"/>
        </w:rPr>
        <w:t>3. DOMENIUL DE APLICARE</w:t>
      </w:r>
    </w:p>
    <w:p w14:paraId="5EF6F7C6" w14:textId="77777777" w:rsidR="00EE7ED3" w:rsidRPr="00CE1968" w:rsidRDefault="00000000" w:rsidP="00CE1968">
      <w:pPr>
        <w:spacing w:after="0" w:line="240" w:lineRule="auto"/>
        <w:rPr>
          <w:rFonts w:eastAsia="Arial" w:cs="Times New Roman"/>
          <w:color w:val="000000"/>
        </w:rPr>
      </w:pPr>
      <w:r w:rsidRPr="00CE1968">
        <w:rPr>
          <w:rFonts w:cs="Times New Roman"/>
        </w:rPr>
        <w:t>Prezent</w:t>
      </w:r>
      <w:r>
        <w:rPr>
          <w:rFonts w:cs="Times New Roman"/>
        </w:rPr>
        <w:t>ul</w:t>
      </w:r>
      <w:r w:rsidRPr="00CE1968">
        <w:rPr>
          <w:rFonts w:cs="Times New Roman"/>
        </w:rPr>
        <w:t xml:space="preserve"> </w:t>
      </w:r>
      <w:r>
        <w:rPr>
          <w:rFonts w:cs="Times New Roman"/>
        </w:rPr>
        <w:t>Regulament</w:t>
      </w:r>
      <w:r w:rsidRPr="00CE1968">
        <w:rPr>
          <w:rFonts w:cs="Times New Roman"/>
        </w:rPr>
        <w:t xml:space="preserve"> </w:t>
      </w:r>
      <w:r w:rsidRPr="00CE1968">
        <w:rPr>
          <w:rFonts w:eastAsia="Arial" w:cs="Times New Roman"/>
          <w:color w:val="000000"/>
        </w:rPr>
        <w:t xml:space="preserve">se aplică tuturor structurilor organizatorice/departamentelor Operatorului de date </w:t>
      </w:r>
      <w:r w:rsidRPr="00CE1968">
        <w:rPr>
          <w:rFonts w:cs="Times New Roman"/>
          <w:b/>
          <w:lang w:eastAsia="ru-RU"/>
        </w:rPr>
        <w:t xml:space="preserve">PRIMĂRIA </w:t>
      </w:r>
      <w:r>
        <w:rPr>
          <w:b/>
          <w:bCs/>
        </w:rPr>
        <w:t>SATULUI MERENI</w:t>
      </w:r>
      <w:r w:rsidRPr="00CE1968">
        <w:rPr>
          <w:rFonts w:eastAsia="Arial" w:cs="Times New Roman"/>
          <w:color w:val="000000"/>
        </w:rPr>
        <w:t>.</w:t>
      </w:r>
    </w:p>
    <w:p w14:paraId="438C5094" w14:textId="77777777" w:rsidR="00EE7ED3" w:rsidRPr="00CE1968" w:rsidRDefault="00000000" w:rsidP="00CE1968">
      <w:pPr>
        <w:spacing w:after="0" w:line="240" w:lineRule="auto"/>
        <w:rPr>
          <w:rFonts w:eastAsia="Arial" w:cs="Times New Roman"/>
          <w:color w:val="000000"/>
        </w:rPr>
      </w:pPr>
      <w:r w:rsidRPr="00CE1968">
        <w:rPr>
          <w:rFonts w:cs="Times New Roman"/>
        </w:rPr>
        <w:t>Prezent</w:t>
      </w:r>
      <w:r>
        <w:rPr>
          <w:rFonts w:cs="Times New Roman"/>
        </w:rPr>
        <w:t>ul</w:t>
      </w:r>
      <w:r w:rsidRPr="00CE1968">
        <w:rPr>
          <w:rFonts w:cs="Times New Roman"/>
        </w:rPr>
        <w:t xml:space="preserve"> </w:t>
      </w:r>
      <w:r>
        <w:rPr>
          <w:rFonts w:cs="Times New Roman"/>
        </w:rPr>
        <w:t>Regulament</w:t>
      </w:r>
      <w:r w:rsidRPr="00CE1968">
        <w:rPr>
          <w:rFonts w:cs="Times New Roman"/>
        </w:rPr>
        <w:t xml:space="preserve"> </w:t>
      </w:r>
      <w:r w:rsidRPr="00CE1968">
        <w:rPr>
          <w:rFonts w:eastAsia="Arial" w:cs="Times New Roman"/>
          <w:color w:val="000000"/>
        </w:rPr>
        <w:t>va fi considerată ca având caracter general și se va aplica tuturor prelucrărilor efectuate de Operator. În cazul în care se constată existența anumitor aspecte legate de gestionare datelor cu caracter general pentru care prezent</w:t>
      </w:r>
      <w:r>
        <w:rPr>
          <w:rFonts w:eastAsia="Arial" w:cs="Times New Roman"/>
          <w:color w:val="000000"/>
        </w:rPr>
        <w:t>ul</w:t>
      </w:r>
      <w:r w:rsidRPr="00CE1968">
        <w:rPr>
          <w:rFonts w:eastAsia="Arial" w:cs="Times New Roman"/>
          <w:color w:val="000000"/>
        </w:rPr>
        <w:t xml:space="preserve"> </w:t>
      </w:r>
      <w:r>
        <w:rPr>
          <w:rFonts w:eastAsia="Arial" w:cs="Times New Roman"/>
          <w:color w:val="000000"/>
        </w:rPr>
        <w:t>Regulament</w:t>
      </w:r>
      <w:r w:rsidRPr="00CE1968">
        <w:rPr>
          <w:rFonts w:eastAsia="Arial" w:cs="Times New Roman"/>
          <w:color w:val="000000"/>
        </w:rPr>
        <w:t xml:space="preserve"> nu oferă directive corespunzătoare, angajații trebuie să solicite imediat consiliere din partea Responsabilului pentru Protecția Datelor (DPO), dacă a fost numit, sau reprezentantului legal al Operatorului.</w:t>
      </w:r>
    </w:p>
    <w:p w14:paraId="78FC1BF3" w14:textId="77777777" w:rsidR="00EE7ED3" w:rsidRPr="00CE1968" w:rsidRDefault="00EE7ED3" w:rsidP="00CE1968">
      <w:pPr>
        <w:spacing w:after="0" w:line="240" w:lineRule="auto"/>
        <w:rPr>
          <w:rFonts w:cs="Times New Roman"/>
        </w:rPr>
      </w:pPr>
    </w:p>
    <w:p w14:paraId="7AC91F7A" w14:textId="77777777" w:rsidR="00EE7ED3" w:rsidRPr="00CE1968" w:rsidRDefault="00000000" w:rsidP="00CE1968">
      <w:pPr>
        <w:spacing w:after="0" w:line="240" w:lineRule="auto"/>
        <w:rPr>
          <w:rFonts w:cs="Times New Roman"/>
          <w:b/>
          <w:bCs/>
        </w:rPr>
      </w:pPr>
      <w:r w:rsidRPr="00CE1968">
        <w:rPr>
          <w:rFonts w:cs="Times New Roman"/>
          <w:b/>
          <w:bCs/>
        </w:rPr>
        <w:t>4. PREVEDERI GENERALE</w:t>
      </w:r>
    </w:p>
    <w:p w14:paraId="10C9823C" w14:textId="77777777" w:rsidR="00EE7ED3" w:rsidRPr="00CE1968" w:rsidRDefault="00EE7ED3" w:rsidP="00CE1968">
      <w:pPr>
        <w:spacing w:after="0" w:line="240" w:lineRule="auto"/>
        <w:rPr>
          <w:rFonts w:eastAsia="Arial" w:cs="Times New Roman"/>
          <w:color w:val="000000"/>
          <w:lang w:eastAsia="en-GB"/>
        </w:rPr>
      </w:pPr>
    </w:p>
    <w:p w14:paraId="1D95F577" w14:textId="77777777" w:rsidR="00EE7ED3" w:rsidRPr="00CE1968" w:rsidRDefault="00000000" w:rsidP="00CE1968">
      <w:pPr>
        <w:spacing w:after="0" w:line="240" w:lineRule="auto"/>
        <w:rPr>
          <w:rFonts w:cs="Times New Roman"/>
        </w:rPr>
      </w:pPr>
      <w:r w:rsidRPr="00CE1968">
        <w:rPr>
          <w:rFonts w:cs="Times New Roman"/>
          <w:b/>
          <w:bCs/>
        </w:rPr>
        <w:t>4.1. Principii</w:t>
      </w:r>
      <w:r w:rsidRPr="00CE1968">
        <w:rPr>
          <w:rFonts w:cs="Times New Roman"/>
        </w:rPr>
        <w:t xml:space="preserve">. Toți angajații și prestatorii de servicii care utilizează resursele informaționale ale  Operatorului de date </w:t>
      </w:r>
      <w:r w:rsidRPr="00CE1968">
        <w:rPr>
          <w:rFonts w:cs="Times New Roman"/>
          <w:b/>
          <w:lang w:eastAsia="ru-RU"/>
        </w:rPr>
        <w:t xml:space="preserve">PRIMĂRIA </w:t>
      </w:r>
      <w:r>
        <w:rPr>
          <w:b/>
          <w:bCs/>
        </w:rPr>
        <w:t>SATULUI MERENI</w:t>
      </w:r>
      <w:r w:rsidRPr="00CE1968">
        <w:rPr>
          <w:rFonts w:cs="Times New Roman"/>
        </w:rPr>
        <w:t xml:space="preserve"> au responsabilitatea de a proteja activele informaționale ale Operatorului, folosind prezent</w:t>
      </w:r>
      <w:r>
        <w:rPr>
          <w:rFonts w:cs="Times New Roman"/>
        </w:rPr>
        <w:t>ul</w:t>
      </w:r>
      <w:r w:rsidRPr="00CE1968">
        <w:rPr>
          <w:rFonts w:cs="Times New Roman"/>
        </w:rPr>
        <w:t xml:space="preserve"> </w:t>
      </w:r>
      <w:r>
        <w:rPr>
          <w:rFonts w:cs="Times New Roman"/>
        </w:rPr>
        <w:t>Regulament</w:t>
      </w:r>
      <w:r w:rsidRPr="00CE1968">
        <w:rPr>
          <w:rFonts w:cs="Times New Roman"/>
        </w:rPr>
        <w:t xml:space="preserve"> drept un instrument principal și aderând la standardele, procedurile și îndrumările incluse în acesta.</w:t>
      </w:r>
    </w:p>
    <w:p w14:paraId="1CF69C84" w14:textId="77777777" w:rsidR="00EE7ED3" w:rsidRPr="00CE1968" w:rsidRDefault="00EE7ED3" w:rsidP="00CE1968">
      <w:pPr>
        <w:spacing w:after="0" w:line="240" w:lineRule="auto"/>
        <w:rPr>
          <w:rFonts w:cs="Times New Roman"/>
        </w:rPr>
      </w:pPr>
    </w:p>
    <w:p w14:paraId="3BDF35F7" w14:textId="77777777" w:rsidR="00EE7ED3" w:rsidRPr="00CE1968" w:rsidRDefault="00000000" w:rsidP="00CE1968">
      <w:pPr>
        <w:spacing w:after="0" w:line="240" w:lineRule="auto"/>
        <w:rPr>
          <w:rFonts w:cs="Times New Roman"/>
        </w:rPr>
      </w:pPr>
      <w:r w:rsidRPr="00CE1968">
        <w:rPr>
          <w:rFonts w:cs="Times New Roman"/>
        </w:rPr>
        <w:t>Rețelele, aplicațiile și sistemele informatice ale Operatorului sunt disponibile în momentul în care este nevoie de ele. Acestea nu pot fi accesate decât de către utilizatorii autorizați și conțin informații corecte și complete.</w:t>
      </w:r>
    </w:p>
    <w:p w14:paraId="7D261F8A" w14:textId="77777777" w:rsidR="00EE7ED3" w:rsidRPr="00CE1968" w:rsidRDefault="00EE7ED3" w:rsidP="00CE1968">
      <w:pPr>
        <w:spacing w:after="0" w:line="240" w:lineRule="auto"/>
        <w:rPr>
          <w:rFonts w:cs="Times New Roman"/>
        </w:rPr>
      </w:pPr>
    </w:p>
    <w:p w14:paraId="3A94F708" w14:textId="77777777" w:rsidR="00EE7ED3" w:rsidRPr="00CE1968" w:rsidRDefault="00000000" w:rsidP="00CE1968">
      <w:pPr>
        <w:spacing w:after="0" w:line="240" w:lineRule="auto"/>
        <w:rPr>
          <w:rFonts w:cs="Times New Roman"/>
        </w:rPr>
      </w:pPr>
      <w:r w:rsidRPr="00CE1968">
        <w:rPr>
          <w:rFonts w:cs="Times New Roman"/>
        </w:rPr>
        <w:t>Prin implementarea unor măsuri atât tehnice, cât și operaționale, Operatorul va proteja toate programele, echipamentele și activele informaționale aflate în patrimoniul ei.</w:t>
      </w:r>
    </w:p>
    <w:p w14:paraId="7FD5B828" w14:textId="77777777" w:rsidR="00EE7ED3" w:rsidRPr="00CE1968" w:rsidRDefault="00EE7ED3" w:rsidP="00CE1968">
      <w:pPr>
        <w:spacing w:after="0" w:line="240" w:lineRule="auto"/>
        <w:rPr>
          <w:rFonts w:cs="Times New Roman"/>
        </w:rPr>
      </w:pPr>
    </w:p>
    <w:p w14:paraId="4506D6F5" w14:textId="77777777" w:rsidR="00EE7ED3" w:rsidRPr="00CE1968" w:rsidRDefault="00000000" w:rsidP="00CE1968">
      <w:pPr>
        <w:spacing w:after="0" w:line="240" w:lineRule="auto"/>
        <w:rPr>
          <w:rFonts w:cs="Times New Roman"/>
        </w:rPr>
      </w:pPr>
      <w:r>
        <w:rPr>
          <w:rFonts w:cs="Times New Roman"/>
          <w:b/>
          <w:bCs/>
        </w:rPr>
        <w:t>4</w:t>
      </w:r>
      <w:r w:rsidRPr="00CE1968">
        <w:rPr>
          <w:rFonts w:cs="Times New Roman"/>
          <w:b/>
          <w:bCs/>
        </w:rPr>
        <w:t>.2. Informarea utilizatorilor</w:t>
      </w:r>
      <w:r w:rsidRPr="00CE1968">
        <w:rPr>
          <w:rFonts w:cs="Times New Roman"/>
        </w:rPr>
        <w:t xml:space="preserve">.  Fiecare angajat/prestator de servicii care utilizează resursele informaționale ale  Operatorului de date </w:t>
      </w:r>
      <w:r w:rsidRPr="00CE1968">
        <w:rPr>
          <w:rFonts w:cs="Times New Roman"/>
          <w:b/>
          <w:lang w:eastAsia="ru-RU"/>
        </w:rPr>
        <w:t xml:space="preserve">PRIMĂRIA </w:t>
      </w:r>
      <w:r>
        <w:rPr>
          <w:b/>
          <w:bCs/>
        </w:rPr>
        <w:t>SATULUI MERENI</w:t>
      </w:r>
      <w:r w:rsidRPr="00CE1968">
        <w:rPr>
          <w:rFonts w:cs="Times New Roman"/>
          <w:b/>
          <w:lang w:eastAsia="ru-RU"/>
        </w:rPr>
        <w:t>,</w:t>
      </w:r>
      <w:r w:rsidRPr="00CE1968">
        <w:rPr>
          <w:rFonts w:cs="Times New Roman"/>
        </w:rPr>
        <w:t xml:space="preserve"> va participa în momentul angajării și ulterior, anual, la cursuri de securitate a informațiilor organizate de conducerea Operatorului. De asemenea, fiecărui angajat/prestator de servicii îi vor fi puse la dispoziție, în momentul angajării/semnării contractului de colaborare, copii ale prezent</w:t>
      </w:r>
      <w:r>
        <w:rPr>
          <w:rFonts w:cs="Times New Roman"/>
        </w:rPr>
        <w:t>ului</w:t>
      </w:r>
      <w:r w:rsidRPr="00CE1968">
        <w:rPr>
          <w:rFonts w:cs="Times New Roman"/>
        </w:rPr>
        <w:t xml:space="preserve"> </w:t>
      </w:r>
      <w:r>
        <w:rPr>
          <w:rFonts w:cs="Times New Roman"/>
        </w:rPr>
        <w:t>Regulament</w:t>
      </w:r>
      <w:r w:rsidRPr="00CE1968">
        <w:rPr>
          <w:rFonts w:cs="Times New Roman"/>
        </w:rPr>
        <w:t xml:space="preserve">, precum și ale tuturor normelor și procedurilor operaționale IT, pe care va trebui să le respecte. Aceștia își vor exprima acordul cu privire la respectarea acestor norme prin semnarea formulatorului din </w:t>
      </w:r>
      <w:r w:rsidRPr="00CE1968">
        <w:rPr>
          <w:rFonts w:cs="Times New Roman"/>
          <w:b/>
          <w:bCs/>
        </w:rPr>
        <w:t>Anexa 1</w:t>
      </w:r>
      <w:r w:rsidRPr="00CE1968">
        <w:rPr>
          <w:rFonts w:cs="Times New Roman"/>
        </w:rPr>
        <w:t xml:space="preserve"> a acestui document.</w:t>
      </w:r>
    </w:p>
    <w:p w14:paraId="32715BBB" w14:textId="77777777" w:rsidR="00EE7ED3" w:rsidRPr="00CE1968" w:rsidRDefault="00EE7ED3" w:rsidP="00CE1968">
      <w:pPr>
        <w:spacing w:after="0" w:line="240" w:lineRule="auto"/>
        <w:rPr>
          <w:rFonts w:cs="Times New Roman"/>
        </w:rPr>
      </w:pPr>
    </w:p>
    <w:p w14:paraId="41D8EFE6" w14:textId="77777777" w:rsidR="00EE7ED3" w:rsidRPr="00CE1968" w:rsidRDefault="00000000" w:rsidP="00CE1968">
      <w:pPr>
        <w:spacing w:after="0" w:line="240" w:lineRule="auto"/>
        <w:rPr>
          <w:rFonts w:cs="Times New Roman"/>
        </w:rPr>
      </w:pPr>
      <w:r w:rsidRPr="00CE1968">
        <w:rPr>
          <w:rFonts w:cs="Times New Roman"/>
        </w:rPr>
        <w:t>De asemenea, prezent</w:t>
      </w:r>
      <w:r>
        <w:rPr>
          <w:rFonts w:cs="Times New Roman"/>
        </w:rPr>
        <w:t>ul</w:t>
      </w:r>
      <w:r w:rsidRPr="00CE1968">
        <w:rPr>
          <w:rFonts w:cs="Times New Roman"/>
        </w:rPr>
        <w:t xml:space="preserve"> </w:t>
      </w:r>
      <w:r>
        <w:rPr>
          <w:rFonts w:cs="Times New Roman"/>
        </w:rPr>
        <w:t>Regulament</w:t>
      </w:r>
      <w:r w:rsidRPr="00CE1968">
        <w:rPr>
          <w:rFonts w:cs="Times New Roman"/>
        </w:rPr>
        <w:t xml:space="preserve"> precum și celelalte norme și proceduri operaționale IT vor fi postate pe Intranetul Operatorului într-o locație disponibilă tuturor angajaților. Angajații vor fi informați cu privire la această locație. Prezent</w:t>
      </w:r>
      <w:r>
        <w:rPr>
          <w:rFonts w:cs="Times New Roman"/>
        </w:rPr>
        <w:t>ul</w:t>
      </w:r>
      <w:r w:rsidRPr="00CE1968">
        <w:rPr>
          <w:rFonts w:cs="Times New Roman"/>
        </w:rPr>
        <w:t xml:space="preserve"> </w:t>
      </w:r>
      <w:r>
        <w:rPr>
          <w:rFonts w:cs="Times New Roman"/>
        </w:rPr>
        <w:t>Regulament</w:t>
      </w:r>
      <w:r w:rsidRPr="00CE1968">
        <w:rPr>
          <w:rFonts w:cs="Times New Roman"/>
        </w:rPr>
        <w:t xml:space="preserve"> precum și celelalte procedurii operaționale se adresează deopotrivă și prestatorilor de servicii ai Operatorului, care vor folosi sau vor avea acces la resursele fizice și informaționale ale Operatorului. Pentru a dovedi luarea la cunoștință a prevederilor incluse în aceste norme, colaboratorii vor semna formularul din </w:t>
      </w:r>
      <w:r w:rsidRPr="00CE1968">
        <w:rPr>
          <w:rFonts w:cs="Times New Roman"/>
          <w:b/>
          <w:bCs/>
        </w:rPr>
        <w:t>Anexa 1.</w:t>
      </w:r>
    </w:p>
    <w:p w14:paraId="3A7811AA" w14:textId="77777777" w:rsidR="00EE7ED3" w:rsidRPr="00CE1968" w:rsidRDefault="00EE7ED3" w:rsidP="00CE1968">
      <w:pPr>
        <w:spacing w:after="0" w:line="240" w:lineRule="auto"/>
        <w:rPr>
          <w:rFonts w:cs="Times New Roman"/>
        </w:rPr>
      </w:pPr>
    </w:p>
    <w:p w14:paraId="2B4A68B2" w14:textId="77777777" w:rsidR="00EE7ED3" w:rsidRPr="00CE1968" w:rsidRDefault="00000000" w:rsidP="00CE1968">
      <w:pPr>
        <w:spacing w:after="0" w:line="240" w:lineRule="auto"/>
        <w:rPr>
          <w:rFonts w:cs="Times New Roman"/>
        </w:rPr>
      </w:pPr>
      <w:r>
        <w:rPr>
          <w:rFonts w:cs="Times New Roman"/>
          <w:b/>
          <w:bCs/>
        </w:rPr>
        <w:t>4</w:t>
      </w:r>
      <w:r w:rsidRPr="00CE1968">
        <w:rPr>
          <w:rFonts w:cs="Times New Roman"/>
          <w:b/>
          <w:bCs/>
        </w:rPr>
        <w:t>.3. Evaluarea riscurilor</w:t>
      </w:r>
      <w:r w:rsidRPr="00CE1968">
        <w:rPr>
          <w:rFonts w:cs="Times New Roman"/>
        </w:rPr>
        <w:t>. Operatorul realizează în mod continuu evaluarea riscurilor pentru toate sistemele informatice, aplicațiile și rețele care sunt utilizate în cadrul tuturor proceselor Operatorului. Totodată, se vor identifica măsurile necesare pentru protecția împotriva breșelor de confidențialitate, integritate și disponibilitate.</w:t>
      </w:r>
    </w:p>
    <w:p w14:paraId="609F4882" w14:textId="77777777" w:rsidR="00EE7ED3" w:rsidRPr="00CE1968" w:rsidRDefault="00EE7ED3" w:rsidP="00CE1968">
      <w:pPr>
        <w:spacing w:after="0" w:line="240" w:lineRule="auto"/>
        <w:rPr>
          <w:rFonts w:cs="Times New Roman"/>
        </w:rPr>
      </w:pPr>
    </w:p>
    <w:p w14:paraId="59AD86E1" w14:textId="77777777" w:rsidR="00EE7ED3" w:rsidRPr="00CE1968" w:rsidRDefault="00000000" w:rsidP="00CE1968">
      <w:pPr>
        <w:spacing w:after="0" w:line="240" w:lineRule="auto"/>
        <w:rPr>
          <w:rFonts w:cs="Times New Roman"/>
        </w:rPr>
      </w:pPr>
      <w:r>
        <w:rPr>
          <w:rFonts w:cs="Times New Roman"/>
          <w:b/>
          <w:bCs/>
        </w:rPr>
        <w:t>4</w:t>
      </w:r>
      <w:r w:rsidRPr="00CE1968">
        <w:rPr>
          <w:rFonts w:cs="Times New Roman"/>
          <w:b/>
          <w:bCs/>
        </w:rPr>
        <w:t>.4. Utilizarea informațiilor</w:t>
      </w:r>
      <w:r w:rsidRPr="00CE1968">
        <w:rPr>
          <w:rFonts w:cs="Times New Roman"/>
        </w:rPr>
        <w:t xml:space="preserve">. Fiecare angajator/ prestator de servicii care utilizează resursele informaționale ale  Operatorului de date </w:t>
      </w:r>
      <w:r w:rsidRPr="00CE1968">
        <w:rPr>
          <w:rFonts w:cs="Times New Roman"/>
          <w:b/>
          <w:lang w:eastAsia="ru-RU"/>
        </w:rPr>
        <w:t xml:space="preserve">PRIMĂRIA </w:t>
      </w:r>
      <w:r>
        <w:rPr>
          <w:b/>
          <w:bCs/>
        </w:rPr>
        <w:t>SATULUI MERENI</w:t>
      </w:r>
      <w:r w:rsidRPr="00CE1968">
        <w:rPr>
          <w:rFonts w:cs="Times New Roman"/>
        </w:rPr>
        <w:t xml:space="preserve"> trebuie să aibă acces doar la informația necesară pentru a-și îndeplini sarcinile. Informațiile sensibile trebuie accesate doar de către angajații / prestatorilor de servicii cărora proprietarul aplicației respective le-a acordat drept de acces.</w:t>
      </w:r>
    </w:p>
    <w:p w14:paraId="711C55E7" w14:textId="77777777" w:rsidR="00EE7ED3" w:rsidRPr="00CE1968" w:rsidRDefault="00EE7ED3" w:rsidP="00CE1968">
      <w:pPr>
        <w:spacing w:after="0" w:line="240" w:lineRule="auto"/>
        <w:rPr>
          <w:rFonts w:cs="Times New Roman"/>
        </w:rPr>
      </w:pPr>
    </w:p>
    <w:p w14:paraId="67187BE5" w14:textId="77777777" w:rsidR="00EE7ED3" w:rsidRPr="00CE1968" w:rsidRDefault="00000000" w:rsidP="00CE1968">
      <w:pPr>
        <w:spacing w:after="0" w:line="240" w:lineRule="auto"/>
        <w:rPr>
          <w:rFonts w:cs="Times New Roman"/>
        </w:rPr>
      </w:pPr>
      <w:r w:rsidRPr="00CE1968">
        <w:rPr>
          <w:rFonts w:cs="Times New Roman"/>
        </w:rPr>
        <w:lastRenderedPageBreak/>
        <w:t xml:space="preserve">Informațiile Operatorului nu trebuie </w:t>
      </w:r>
      <w:r w:rsidRPr="00730014">
        <w:rPr>
          <w:rFonts w:cs="Times New Roman"/>
        </w:rPr>
        <w:t>în alte scopuri decât cele administrative și de interes public, aprobate în mod oficial de către Conducere</w:t>
      </w:r>
      <w:r w:rsidRPr="00CE1968">
        <w:rPr>
          <w:rFonts w:cs="Times New Roman"/>
        </w:rPr>
        <w:t xml:space="preserve">. Folosirea neaprobată a informațiilor Operatorului este interzisă. </w:t>
      </w:r>
    </w:p>
    <w:p w14:paraId="3155FF7F" w14:textId="77777777" w:rsidR="00EE7ED3" w:rsidRPr="00CE1968" w:rsidRDefault="00EE7ED3" w:rsidP="00CE1968">
      <w:pPr>
        <w:spacing w:after="0" w:line="240" w:lineRule="auto"/>
        <w:rPr>
          <w:rFonts w:cs="Times New Roman"/>
        </w:rPr>
      </w:pPr>
    </w:p>
    <w:p w14:paraId="4B3775EA" w14:textId="77777777" w:rsidR="00EE7ED3" w:rsidRPr="00CE1968" w:rsidRDefault="00000000" w:rsidP="00CE1968">
      <w:pPr>
        <w:spacing w:after="0" w:line="240" w:lineRule="auto"/>
        <w:rPr>
          <w:rFonts w:cs="Times New Roman"/>
        </w:rPr>
      </w:pPr>
      <w:r w:rsidRPr="00CE1968">
        <w:rPr>
          <w:rFonts w:cs="Times New Roman"/>
        </w:rPr>
        <w:t>Utilizatorilor nu le este permis să efectueze nicio activitate în sistemele informatice ale Operatorului ce ar putea conduce la deteriorarea imaginii Operatorului.</w:t>
      </w:r>
    </w:p>
    <w:p w14:paraId="29B3767D" w14:textId="77777777" w:rsidR="00EE7ED3" w:rsidRPr="00CE1968" w:rsidRDefault="00EE7ED3" w:rsidP="00CE1968">
      <w:pPr>
        <w:spacing w:after="0" w:line="240" w:lineRule="auto"/>
        <w:rPr>
          <w:rFonts w:cs="Times New Roman"/>
        </w:rPr>
      </w:pPr>
    </w:p>
    <w:p w14:paraId="64D56323" w14:textId="77777777" w:rsidR="00EE7ED3" w:rsidRPr="00CE1968" w:rsidRDefault="00000000" w:rsidP="00730014">
      <w:pPr>
        <w:spacing w:after="0" w:line="240" w:lineRule="auto"/>
        <w:rPr>
          <w:rFonts w:cs="Times New Roman"/>
        </w:rPr>
      </w:pPr>
      <w:r w:rsidRPr="00CE1968">
        <w:rPr>
          <w:rFonts w:cs="Times New Roman"/>
        </w:rPr>
        <w:t xml:space="preserve">Folosirea în scop personal a informațiilor Operatorului, cum ar fi listele de distribuție a </w:t>
      </w:r>
    </w:p>
    <w:p w14:paraId="69492BBA" w14:textId="77777777" w:rsidR="00EE7ED3" w:rsidRPr="00CE1968" w:rsidRDefault="00000000" w:rsidP="00730014">
      <w:pPr>
        <w:spacing w:after="0" w:line="240" w:lineRule="auto"/>
        <w:rPr>
          <w:rFonts w:cs="Times New Roman"/>
        </w:rPr>
      </w:pPr>
      <w:r w:rsidRPr="00CE1968">
        <w:rPr>
          <w:rFonts w:cs="Times New Roman"/>
        </w:rPr>
        <w:t>e-mail-urilor, este interzisă.</w:t>
      </w:r>
    </w:p>
    <w:p w14:paraId="371F5BA2" w14:textId="77777777" w:rsidR="00EE7ED3" w:rsidRPr="00CE1968" w:rsidRDefault="00EE7ED3" w:rsidP="00CE1968">
      <w:pPr>
        <w:spacing w:after="0" w:line="240" w:lineRule="auto"/>
        <w:rPr>
          <w:rFonts w:cs="Times New Roman"/>
        </w:rPr>
      </w:pPr>
    </w:p>
    <w:p w14:paraId="490B2041" w14:textId="77777777" w:rsidR="00EE7ED3" w:rsidRPr="00CE1968" w:rsidRDefault="00000000" w:rsidP="00CE1968">
      <w:pPr>
        <w:spacing w:after="0" w:line="240" w:lineRule="auto"/>
        <w:rPr>
          <w:rFonts w:cs="Times New Roman"/>
        </w:rPr>
      </w:pPr>
      <w:r w:rsidRPr="00CE1968">
        <w:rPr>
          <w:rFonts w:cs="Times New Roman"/>
        </w:rPr>
        <w:t>Nu este permisă utilizarea de programe licențiate de către Operator pe calculatoare personale, cu excepția cazului în care sistemul a fost desemnat să proceseze informații ale Operatorului.</w:t>
      </w:r>
    </w:p>
    <w:p w14:paraId="4AE1459D" w14:textId="77777777" w:rsidR="00EE7ED3" w:rsidRPr="00CE1968" w:rsidRDefault="00EE7ED3" w:rsidP="00CE1968">
      <w:pPr>
        <w:spacing w:after="0" w:line="240" w:lineRule="auto"/>
        <w:rPr>
          <w:rFonts w:cs="Times New Roman"/>
        </w:rPr>
      </w:pPr>
    </w:p>
    <w:p w14:paraId="3F38765F" w14:textId="77777777" w:rsidR="00EE7ED3" w:rsidRDefault="00000000" w:rsidP="00CE1968">
      <w:pPr>
        <w:spacing w:after="0" w:line="240" w:lineRule="auto"/>
        <w:rPr>
          <w:rFonts w:cs="Times New Roman"/>
        </w:rPr>
      </w:pPr>
      <w:r w:rsidRPr="00CE1968">
        <w:rPr>
          <w:rFonts w:cs="Times New Roman"/>
        </w:rPr>
        <w:t xml:space="preserve">Toate activitățile utilizatorilor sunt înregistrate și analizate ulterior. O conduită nepotrivită poate duce la acțiuni disciplinare inclusiv revocarea drepturilor de acces. </w:t>
      </w:r>
      <w:r w:rsidRPr="00BF1BB4">
        <w:rPr>
          <w:rFonts w:cs="Times New Roman"/>
        </w:rPr>
        <w:t>„Resursele informatice, stațiile de lucru și sistemele de telecomunicații ale Primăriei sunt destinate exclusiv exercitării atribuțiilor de serviciu și executării sarcinilor de interes public.”</w:t>
      </w:r>
    </w:p>
    <w:p w14:paraId="7421E849" w14:textId="77777777" w:rsidR="00EE7ED3" w:rsidRPr="00CE1968" w:rsidRDefault="00EE7ED3" w:rsidP="00CE1968">
      <w:pPr>
        <w:spacing w:after="0" w:line="240" w:lineRule="auto"/>
        <w:rPr>
          <w:rFonts w:cs="Times New Roman"/>
        </w:rPr>
      </w:pPr>
    </w:p>
    <w:p w14:paraId="53D92730" w14:textId="77777777" w:rsidR="00EE7ED3" w:rsidRPr="00CE1968" w:rsidRDefault="00000000" w:rsidP="00CE1968">
      <w:pPr>
        <w:spacing w:after="0" w:line="240" w:lineRule="auto"/>
        <w:rPr>
          <w:rFonts w:cs="Times New Roman"/>
          <w:b/>
          <w:bCs/>
        </w:rPr>
      </w:pPr>
      <w:r>
        <w:rPr>
          <w:rFonts w:cs="Times New Roman"/>
          <w:b/>
          <w:bCs/>
        </w:rPr>
        <w:t>4</w:t>
      </w:r>
      <w:r w:rsidRPr="00CE1968">
        <w:rPr>
          <w:rFonts w:cs="Times New Roman"/>
          <w:b/>
          <w:bCs/>
        </w:rPr>
        <w:t>.5. Politica pentru parole</w:t>
      </w:r>
    </w:p>
    <w:p w14:paraId="4CC14137" w14:textId="77777777" w:rsidR="00EE7ED3" w:rsidRPr="00CE1968" w:rsidRDefault="00EE7ED3" w:rsidP="00CE1968">
      <w:pPr>
        <w:spacing w:after="0" w:line="240" w:lineRule="auto"/>
        <w:rPr>
          <w:rFonts w:cs="Times New Roman"/>
        </w:rPr>
      </w:pPr>
    </w:p>
    <w:p w14:paraId="2CEFC096" w14:textId="77777777" w:rsidR="00EE7ED3" w:rsidRPr="00CE1968" w:rsidRDefault="00000000" w:rsidP="00CE1968">
      <w:pPr>
        <w:spacing w:after="0" w:line="240" w:lineRule="auto"/>
        <w:rPr>
          <w:rFonts w:cs="Times New Roman"/>
        </w:rPr>
      </w:pPr>
      <w:r w:rsidRPr="00CE1968">
        <w:rPr>
          <w:rFonts w:cs="Times New Roman"/>
        </w:rPr>
        <w:t>Accesul la sistemul informatic al Operatorului trebuie să fie restricționat pe bază de nume de utilizator și parolă.</w:t>
      </w:r>
    </w:p>
    <w:p w14:paraId="04BBF9A9" w14:textId="77777777" w:rsidR="00EE7ED3" w:rsidRPr="00CE1968" w:rsidRDefault="00EE7ED3" w:rsidP="00CE1968">
      <w:pPr>
        <w:spacing w:after="0" w:line="240" w:lineRule="auto"/>
        <w:rPr>
          <w:rFonts w:cs="Times New Roman"/>
        </w:rPr>
      </w:pPr>
    </w:p>
    <w:p w14:paraId="3A658097" w14:textId="77777777" w:rsidR="00EE7ED3" w:rsidRPr="00CE1968" w:rsidRDefault="00000000" w:rsidP="00CE1968">
      <w:pPr>
        <w:spacing w:after="0" w:line="240" w:lineRule="auto"/>
        <w:rPr>
          <w:rFonts w:cs="Times New Roman"/>
        </w:rPr>
      </w:pPr>
      <w:r w:rsidRPr="00CE1968">
        <w:rPr>
          <w:rFonts w:cs="Times New Roman"/>
        </w:rPr>
        <w:t>Parolele asociate conturilor de utilizatori nu trebuie folosite pentru autentificarea în sisteme externe (de ex. Conturi personale de e-mail, conturi pe site-uri comerciale etc.). Parolele trebuie să difere de la o aplicație accesată la alta. Alegeți parole diferite pentru aplicații față de cele pentru accesul în rețea.</w:t>
      </w:r>
    </w:p>
    <w:p w14:paraId="63030389" w14:textId="77777777" w:rsidR="00EE7ED3" w:rsidRPr="00CE1968" w:rsidRDefault="00EE7ED3" w:rsidP="00CE1968">
      <w:pPr>
        <w:spacing w:after="0" w:line="240" w:lineRule="auto"/>
        <w:rPr>
          <w:rFonts w:cs="Times New Roman"/>
        </w:rPr>
      </w:pPr>
    </w:p>
    <w:p w14:paraId="05AB8114" w14:textId="77777777" w:rsidR="00EE7ED3" w:rsidRPr="00CE1968" w:rsidRDefault="00000000" w:rsidP="00CE1968">
      <w:pPr>
        <w:spacing w:after="0" w:line="240" w:lineRule="auto"/>
        <w:rPr>
          <w:rFonts w:cs="Times New Roman"/>
        </w:rPr>
      </w:pPr>
      <w:r w:rsidRPr="00CE1968">
        <w:rPr>
          <w:rFonts w:cs="Times New Roman"/>
        </w:rPr>
        <w:t>Utilizatorii nu trebuie să dezvăluie nimănui parolele utilizate în cadrul sistemelor informatice ale Operatorului, nici măcar celorlalți angajați. Toate parolele sunt calificate ca informații confidențiale.</w:t>
      </w:r>
    </w:p>
    <w:p w14:paraId="1F839BBB" w14:textId="77777777" w:rsidR="00EE7ED3" w:rsidRPr="00CE1968" w:rsidRDefault="00EE7ED3" w:rsidP="00CE1968">
      <w:pPr>
        <w:spacing w:after="0" w:line="240" w:lineRule="auto"/>
        <w:rPr>
          <w:rFonts w:cs="Times New Roman"/>
        </w:rPr>
      </w:pPr>
    </w:p>
    <w:p w14:paraId="16FA2902" w14:textId="77777777" w:rsidR="00EE7ED3" w:rsidRPr="00CE1968" w:rsidRDefault="00000000" w:rsidP="00CE1968">
      <w:pPr>
        <w:spacing w:after="0" w:line="240" w:lineRule="auto"/>
        <w:rPr>
          <w:rFonts w:cs="Times New Roman"/>
        </w:rPr>
      </w:pPr>
      <w:r w:rsidRPr="00CE1968">
        <w:rPr>
          <w:rFonts w:cs="Times New Roman"/>
        </w:rPr>
        <w:t>Nu este permisă stocarea parolelor în sistemele informatice. Nu este permisă scrierea parolelor în clar pe hârtie sau pe un alt suport.</w:t>
      </w:r>
    </w:p>
    <w:p w14:paraId="1603DD90" w14:textId="77777777" w:rsidR="00EE7ED3" w:rsidRPr="00CE1968" w:rsidRDefault="00EE7ED3" w:rsidP="00CE1968">
      <w:pPr>
        <w:spacing w:after="0" w:line="240" w:lineRule="auto"/>
        <w:rPr>
          <w:rFonts w:cs="Times New Roman"/>
        </w:rPr>
      </w:pPr>
    </w:p>
    <w:p w14:paraId="2D579AC1" w14:textId="77777777" w:rsidR="00EE7ED3" w:rsidRPr="00CE1968" w:rsidRDefault="00000000" w:rsidP="00CE1968">
      <w:pPr>
        <w:spacing w:after="0" w:line="240" w:lineRule="auto"/>
        <w:rPr>
          <w:rFonts w:cs="Times New Roman"/>
        </w:rPr>
      </w:pPr>
      <w:r w:rsidRPr="00CE1968">
        <w:rPr>
          <w:rFonts w:cs="Times New Roman"/>
        </w:rPr>
        <w:t xml:space="preserve">Pentru protejarea parolelor, utilizatorii trebuie să: </w:t>
      </w:r>
    </w:p>
    <w:p w14:paraId="14D8B5DB" w14:textId="77777777" w:rsidR="00EE7ED3" w:rsidRPr="00CE1968" w:rsidRDefault="00000000" w:rsidP="00CE1968">
      <w:pPr>
        <w:numPr>
          <w:ilvl w:val="0"/>
          <w:numId w:val="6"/>
        </w:numPr>
        <w:spacing w:after="0" w:line="240" w:lineRule="auto"/>
        <w:rPr>
          <w:rFonts w:cs="Times New Roman"/>
        </w:rPr>
      </w:pPr>
      <w:r w:rsidRPr="00CE1968">
        <w:rPr>
          <w:rFonts w:cs="Times New Roman"/>
        </w:rPr>
        <w:t>NU destăinuie sub nicio circumstanță nicio parolă NIMĂNUI;</w:t>
      </w:r>
    </w:p>
    <w:p w14:paraId="58C560EF" w14:textId="77777777" w:rsidR="00EE7ED3" w:rsidRPr="00CE1968" w:rsidRDefault="00000000" w:rsidP="00CE1968">
      <w:pPr>
        <w:numPr>
          <w:ilvl w:val="0"/>
          <w:numId w:val="6"/>
        </w:numPr>
        <w:spacing w:after="0" w:line="240" w:lineRule="auto"/>
        <w:rPr>
          <w:rFonts w:cs="Times New Roman"/>
        </w:rPr>
      </w:pPr>
      <w:r w:rsidRPr="00CE1968">
        <w:rPr>
          <w:rFonts w:cs="Times New Roman"/>
        </w:rPr>
        <w:t>NU împărtășească parolele cu membrii familiei;</w:t>
      </w:r>
    </w:p>
    <w:p w14:paraId="27248A84" w14:textId="77777777" w:rsidR="00EE7ED3" w:rsidRPr="00CE1968" w:rsidRDefault="00000000" w:rsidP="00CE1968">
      <w:pPr>
        <w:numPr>
          <w:ilvl w:val="0"/>
          <w:numId w:val="6"/>
        </w:numPr>
        <w:spacing w:after="0" w:line="240" w:lineRule="auto"/>
        <w:rPr>
          <w:rFonts w:cs="Times New Roman"/>
        </w:rPr>
      </w:pPr>
      <w:r w:rsidRPr="00CE1968">
        <w:rPr>
          <w:rFonts w:cs="Times New Roman"/>
        </w:rPr>
        <w:t>NU dezvăluie parola colegilor de serviciu pe perioada concediului;</w:t>
      </w:r>
    </w:p>
    <w:p w14:paraId="3FE2ADB0" w14:textId="77777777" w:rsidR="00EE7ED3" w:rsidRPr="00CE1968" w:rsidRDefault="00000000" w:rsidP="00CE1968">
      <w:pPr>
        <w:numPr>
          <w:ilvl w:val="0"/>
          <w:numId w:val="6"/>
        </w:numPr>
        <w:spacing w:after="0" w:line="240" w:lineRule="auto"/>
        <w:rPr>
          <w:rFonts w:cs="Times New Roman"/>
        </w:rPr>
      </w:pPr>
      <w:r w:rsidRPr="00CE1968">
        <w:rPr>
          <w:rFonts w:cs="Times New Roman"/>
        </w:rPr>
        <w:t>NU ofere NIMĂNUI detalii cu privire la parolă („numărul meu de la mașină”);</w:t>
      </w:r>
    </w:p>
    <w:p w14:paraId="762E1A91" w14:textId="77777777" w:rsidR="00EE7ED3" w:rsidRPr="00CE1968" w:rsidRDefault="00000000" w:rsidP="00CE1968">
      <w:pPr>
        <w:numPr>
          <w:ilvl w:val="0"/>
          <w:numId w:val="6"/>
        </w:numPr>
        <w:spacing w:after="0" w:line="240" w:lineRule="auto"/>
        <w:rPr>
          <w:rFonts w:cs="Times New Roman"/>
        </w:rPr>
      </w:pPr>
      <w:r w:rsidRPr="00CE1968">
        <w:rPr>
          <w:rFonts w:cs="Times New Roman"/>
        </w:rPr>
        <w:t>NU scrie în clar parola pe hârtie sau în mesaje electronice;</w:t>
      </w:r>
    </w:p>
    <w:p w14:paraId="61BE2083" w14:textId="77777777" w:rsidR="00EE7ED3" w:rsidRPr="00CE1968" w:rsidRDefault="00000000" w:rsidP="00CE1968">
      <w:pPr>
        <w:numPr>
          <w:ilvl w:val="0"/>
          <w:numId w:val="6"/>
        </w:numPr>
        <w:spacing w:after="0" w:line="240" w:lineRule="auto"/>
        <w:rPr>
          <w:rFonts w:cs="Times New Roman"/>
        </w:rPr>
      </w:pPr>
      <w:r w:rsidRPr="00CE1968">
        <w:rPr>
          <w:rFonts w:cs="Times New Roman"/>
        </w:rPr>
        <w:t>NU păstreze parolele scrise;</w:t>
      </w:r>
    </w:p>
    <w:p w14:paraId="55F23AE6" w14:textId="77777777" w:rsidR="00EE7ED3" w:rsidRPr="00CE1968" w:rsidRDefault="00000000" w:rsidP="00CE1968">
      <w:pPr>
        <w:numPr>
          <w:ilvl w:val="0"/>
          <w:numId w:val="6"/>
        </w:numPr>
        <w:spacing w:after="0" w:line="240" w:lineRule="auto"/>
        <w:rPr>
          <w:rFonts w:cs="Times New Roman"/>
        </w:rPr>
      </w:pPr>
      <w:r w:rsidRPr="00CE1968">
        <w:rPr>
          <w:rFonts w:cs="Times New Roman"/>
        </w:rPr>
        <w:t>NU stocheze parolele sub formă de fișiere pe NICIUN sistem de calcul (nici pe echipamentele mobile) fără ca acele fișiere să fie criptate;</w:t>
      </w:r>
    </w:p>
    <w:p w14:paraId="48CA6651" w14:textId="77777777" w:rsidR="00EE7ED3" w:rsidRPr="00CE1968" w:rsidRDefault="00EE7ED3" w:rsidP="00CE1968">
      <w:pPr>
        <w:spacing w:after="0" w:line="240" w:lineRule="auto"/>
        <w:rPr>
          <w:rFonts w:cs="Times New Roman"/>
        </w:rPr>
      </w:pPr>
    </w:p>
    <w:p w14:paraId="17C40653" w14:textId="77777777" w:rsidR="00EE7ED3" w:rsidRPr="00CE1968" w:rsidRDefault="00000000" w:rsidP="00CE1968">
      <w:pPr>
        <w:spacing w:after="0" w:line="240" w:lineRule="auto"/>
        <w:rPr>
          <w:rFonts w:cs="Times New Roman"/>
        </w:rPr>
      </w:pPr>
      <w:r w:rsidRPr="00CE1968">
        <w:rPr>
          <w:rFonts w:cs="Times New Roman"/>
        </w:rPr>
        <w:t>Este necesar ca utilizatorii să schimbe parola cel puțin o dată la 90 de zile. Dacă un utilizator suspectează că o persoană a aflat un cont de utilizator sau o parolă ce nu ii este atribuită, trebuie să raporteze departamentului IT și să-și schimbe imediat parola în cazul în care aceasta este la cauză.</w:t>
      </w:r>
    </w:p>
    <w:p w14:paraId="563349E9" w14:textId="77777777" w:rsidR="00EE7ED3" w:rsidRPr="00CE1968" w:rsidRDefault="00EE7ED3" w:rsidP="00CE1968">
      <w:pPr>
        <w:spacing w:after="0" w:line="240" w:lineRule="auto"/>
        <w:rPr>
          <w:rFonts w:cs="Times New Roman"/>
          <w:b/>
          <w:bCs/>
        </w:rPr>
      </w:pPr>
    </w:p>
    <w:p w14:paraId="08A74C7C" w14:textId="77777777" w:rsidR="00EE7ED3" w:rsidRPr="00CE1968" w:rsidRDefault="00000000" w:rsidP="00CE1968">
      <w:pPr>
        <w:spacing w:after="0" w:line="240" w:lineRule="auto"/>
        <w:rPr>
          <w:rFonts w:cs="Times New Roman"/>
          <w:b/>
          <w:bCs/>
        </w:rPr>
      </w:pPr>
      <w:r w:rsidRPr="00CE1968">
        <w:rPr>
          <w:rFonts w:cs="Times New Roman"/>
          <w:b/>
          <w:bCs/>
        </w:rPr>
        <w:t>Parolele adecvate au următoarele caracteristici:</w:t>
      </w:r>
    </w:p>
    <w:p w14:paraId="152DE68C" w14:textId="77777777" w:rsidR="00EE7ED3" w:rsidRPr="00CE1968" w:rsidRDefault="00000000" w:rsidP="00CE1968">
      <w:pPr>
        <w:numPr>
          <w:ilvl w:val="0"/>
          <w:numId w:val="7"/>
        </w:numPr>
        <w:spacing w:after="0" w:line="240" w:lineRule="auto"/>
        <w:rPr>
          <w:rFonts w:cs="Times New Roman"/>
        </w:rPr>
      </w:pPr>
      <w:r w:rsidRPr="00CE1968">
        <w:rPr>
          <w:rFonts w:cs="Times New Roman"/>
        </w:rPr>
        <w:t>conțin atât majuscule, cât și litere mici (A-Z, a-z);</w:t>
      </w:r>
    </w:p>
    <w:p w14:paraId="1CF256DD" w14:textId="77777777" w:rsidR="00EE7ED3" w:rsidRPr="00CE1968" w:rsidRDefault="00000000" w:rsidP="00CE1968">
      <w:pPr>
        <w:numPr>
          <w:ilvl w:val="0"/>
          <w:numId w:val="7"/>
        </w:numPr>
        <w:spacing w:after="0" w:line="240" w:lineRule="auto"/>
        <w:rPr>
          <w:rFonts w:cs="Times New Roman"/>
        </w:rPr>
      </w:pPr>
      <w:r w:rsidRPr="00CE1968">
        <w:rPr>
          <w:rFonts w:cs="Times New Roman"/>
        </w:rPr>
        <w:t>conțin cifre și cel puțin un caracter alfanumeric (0-9,!@#$%^&amp;*()_+:?;.);</w:t>
      </w:r>
    </w:p>
    <w:p w14:paraId="17FB1323" w14:textId="77777777" w:rsidR="00EE7ED3" w:rsidRPr="00CE1968" w:rsidRDefault="00000000" w:rsidP="00CE1968">
      <w:pPr>
        <w:numPr>
          <w:ilvl w:val="0"/>
          <w:numId w:val="7"/>
        </w:numPr>
        <w:spacing w:after="0" w:line="240" w:lineRule="auto"/>
        <w:rPr>
          <w:rFonts w:cs="Times New Roman"/>
        </w:rPr>
      </w:pPr>
      <w:r w:rsidRPr="00CE1968">
        <w:rPr>
          <w:rFonts w:cs="Times New Roman"/>
        </w:rPr>
        <w:t>nu se bazează pe informații personale precum nume, numere de telefon etc.;</w:t>
      </w:r>
    </w:p>
    <w:p w14:paraId="1619D7B2" w14:textId="77777777" w:rsidR="00EE7ED3" w:rsidRPr="00CE1968" w:rsidRDefault="00000000" w:rsidP="00CE1968">
      <w:pPr>
        <w:numPr>
          <w:ilvl w:val="0"/>
          <w:numId w:val="7"/>
        </w:numPr>
        <w:spacing w:after="0" w:line="240" w:lineRule="auto"/>
        <w:rPr>
          <w:rFonts w:cs="Times New Roman"/>
        </w:rPr>
      </w:pPr>
      <w:r w:rsidRPr="00CE1968">
        <w:rPr>
          <w:rFonts w:cs="Times New Roman"/>
        </w:rPr>
        <w:lastRenderedPageBreak/>
        <w:t>nu coincid și nu conțin numele de utilizator;</w:t>
      </w:r>
    </w:p>
    <w:p w14:paraId="7874810E" w14:textId="77777777" w:rsidR="00EE7ED3" w:rsidRPr="00CE1968" w:rsidRDefault="00000000" w:rsidP="00CE1968">
      <w:pPr>
        <w:numPr>
          <w:ilvl w:val="0"/>
          <w:numId w:val="7"/>
        </w:numPr>
        <w:spacing w:after="0" w:line="240" w:lineRule="auto"/>
        <w:rPr>
          <w:rFonts w:cs="Times New Roman"/>
        </w:rPr>
      </w:pPr>
      <w:r w:rsidRPr="00CE1968">
        <w:rPr>
          <w:rFonts w:cs="Times New Roman"/>
        </w:rPr>
        <w:t>au lungimea minimă de opt caractere.</w:t>
      </w:r>
    </w:p>
    <w:p w14:paraId="2887FB89" w14:textId="77777777" w:rsidR="00EE7ED3" w:rsidRPr="00CE1968" w:rsidRDefault="00EE7ED3" w:rsidP="00CE1968">
      <w:pPr>
        <w:spacing w:after="0" w:line="240" w:lineRule="auto"/>
        <w:rPr>
          <w:rFonts w:cs="Times New Roman"/>
        </w:rPr>
      </w:pPr>
    </w:p>
    <w:p w14:paraId="03C97D95" w14:textId="77777777" w:rsidR="00EE7ED3" w:rsidRPr="00CE1968" w:rsidRDefault="00000000" w:rsidP="00CE1968">
      <w:pPr>
        <w:spacing w:after="0" w:line="240" w:lineRule="auto"/>
        <w:rPr>
          <w:rFonts w:cs="Times New Roman"/>
        </w:rPr>
      </w:pPr>
      <w:r w:rsidRPr="00CE1968">
        <w:rPr>
          <w:rFonts w:cs="Times New Roman"/>
        </w:rPr>
        <w:t>Parolele neadecvate reprezintă parole cu grad scăzut de complexitate ce sunt deseori caracterizate de una dintre următoarele specificații:</w:t>
      </w:r>
    </w:p>
    <w:p w14:paraId="63E36331" w14:textId="77777777" w:rsidR="00EE7ED3" w:rsidRPr="00CE1968" w:rsidRDefault="00000000" w:rsidP="00CE1968">
      <w:pPr>
        <w:numPr>
          <w:ilvl w:val="0"/>
          <w:numId w:val="8"/>
        </w:numPr>
        <w:spacing w:after="0" w:line="240" w:lineRule="auto"/>
        <w:rPr>
          <w:rFonts w:cs="Times New Roman"/>
        </w:rPr>
      </w:pPr>
      <w:r w:rsidRPr="00CE1968">
        <w:rPr>
          <w:rFonts w:cs="Times New Roman"/>
        </w:rPr>
        <w:t>reprezintă un cuvânt folosit în mod uzual, cum ar fi:</w:t>
      </w:r>
    </w:p>
    <w:p w14:paraId="25613322" w14:textId="77777777" w:rsidR="00EE7ED3" w:rsidRPr="00CE1968" w:rsidRDefault="00000000" w:rsidP="00CE1968">
      <w:pPr>
        <w:spacing w:after="0" w:line="240" w:lineRule="auto"/>
        <w:rPr>
          <w:rFonts w:cs="Times New Roman"/>
        </w:rPr>
      </w:pPr>
      <w:r w:rsidRPr="00CE1968">
        <w:rPr>
          <w:rFonts w:cs="Times New Roman"/>
        </w:rPr>
        <w:t>- numele de familie al utilizatorului, numele copiilor, colegilor de serviciu, animalelor</w:t>
      </w:r>
      <w:r>
        <w:rPr>
          <w:rFonts w:cs="Times New Roman"/>
        </w:rPr>
        <w:t xml:space="preserve">, </w:t>
      </w:r>
      <w:r w:rsidRPr="00CE1968">
        <w:rPr>
          <w:rFonts w:cs="Times New Roman"/>
        </w:rPr>
        <w:t>etc.;</w:t>
      </w:r>
    </w:p>
    <w:p w14:paraId="1CF35B26" w14:textId="77777777" w:rsidR="00EE7ED3" w:rsidRPr="00CE1968" w:rsidRDefault="00000000" w:rsidP="00CE1968">
      <w:pPr>
        <w:spacing w:after="0" w:line="240" w:lineRule="auto"/>
        <w:rPr>
          <w:rFonts w:cs="Times New Roman"/>
        </w:rPr>
      </w:pPr>
      <w:r w:rsidRPr="00CE1968">
        <w:rPr>
          <w:rFonts w:cs="Times New Roman"/>
        </w:rPr>
        <w:t>- zilele de naștere, adrese, numere de telefon, numărul de la mașină sau alte informații personale;</w:t>
      </w:r>
    </w:p>
    <w:p w14:paraId="3EFC7255" w14:textId="77777777" w:rsidR="00EE7ED3" w:rsidRPr="00CE1968" w:rsidRDefault="00000000" w:rsidP="00CE1968">
      <w:pPr>
        <w:spacing w:after="0" w:line="240" w:lineRule="auto"/>
        <w:rPr>
          <w:rFonts w:cs="Times New Roman"/>
        </w:rPr>
      </w:pPr>
      <w:r w:rsidRPr="00CE1968">
        <w:rPr>
          <w:rFonts w:cs="Times New Roman"/>
        </w:rPr>
        <w:t>- cuvinte sau succesiuni de litere sau cifre de genul: abcdef,123456,zyxwvuts, 123321 etc.;</w:t>
      </w:r>
    </w:p>
    <w:p w14:paraId="75BB0330" w14:textId="77777777" w:rsidR="00EE7ED3" w:rsidRPr="00CE1968" w:rsidRDefault="00000000" w:rsidP="00CE1968">
      <w:pPr>
        <w:spacing w:after="0" w:line="240" w:lineRule="auto"/>
        <w:rPr>
          <w:rFonts w:cs="Times New Roman"/>
        </w:rPr>
      </w:pPr>
      <w:r w:rsidRPr="00CE1968">
        <w:rPr>
          <w:rFonts w:cs="Times New Roman"/>
        </w:rPr>
        <w:t>- oricare dintre cuvintele de mai sus scrise în ordinul invers;</w:t>
      </w:r>
    </w:p>
    <w:p w14:paraId="22764040" w14:textId="77777777" w:rsidR="00EE7ED3" w:rsidRPr="00CE1968" w:rsidRDefault="00000000" w:rsidP="00CE1968">
      <w:pPr>
        <w:numPr>
          <w:ilvl w:val="0"/>
          <w:numId w:val="8"/>
        </w:numPr>
        <w:spacing w:after="0" w:line="240" w:lineRule="auto"/>
        <w:rPr>
          <w:rFonts w:cs="Times New Roman"/>
        </w:rPr>
      </w:pPr>
      <w:r w:rsidRPr="00CE1968">
        <w:rPr>
          <w:rFonts w:cs="Times New Roman"/>
        </w:rPr>
        <w:t>coincid sau conțin numele de utilizator;</w:t>
      </w:r>
    </w:p>
    <w:p w14:paraId="2D8B9BD0" w14:textId="77777777" w:rsidR="00EE7ED3" w:rsidRPr="00CE1968" w:rsidRDefault="00000000" w:rsidP="00CE1968">
      <w:pPr>
        <w:numPr>
          <w:ilvl w:val="0"/>
          <w:numId w:val="8"/>
        </w:numPr>
        <w:spacing w:after="0" w:line="240" w:lineRule="auto"/>
        <w:rPr>
          <w:rFonts w:cs="Times New Roman"/>
        </w:rPr>
      </w:pPr>
      <w:r w:rsidRPr="00CE1968">
        <w:rPr>
          <w:rFonts w:cs="Times New Roman"/>
        </w:rPr>
        <w:t>au lungimea mai mică de opt caractere.</w:t>
      </w:r>
    </w:p>
    <w:p w14:paraId="5FE535C1" w14:textId="77777777" w:rsidR="00EE7ED3" w:rsidRPr="00CE1968" w:rsidRDefault="00EE7ED3" w:rsidP="00CE1968">
      <w:pPr>
        <w:spacing w:after="0" w:line="240" w:lineRule="auto"/>
        <w:rPr>
          <w:rFonts w:cs="Times New Roman"/>
        </w:rPr>
      </w:pPr>
    </w:p>
    <w:p w14:paraId="774C19FB" w14:textId="77777777" w:rsidR="00EE7ED3" w:rsidRPr="00CE1968" w:rsidRDefault="00000000" w:rsidP="00CE1968">
      <w:pPr>
        <w:spacing w:after="0" w:line="240" w:lineRule="auto"/>
        <w:rPr>
          <w:rFonts w:cs="Times New Roman"/>
          <w:b/>
          <w:bCs/>
        </w:rPr>
      </w:pPr>
      <w:r>
        <w:rPr>
          <w:rFonts w:cs="Times New Roman"/>
          <w:b/>
          <w:bCs/>
        </w:rPr>
        <w:t>4</w:t>
      </w:r>
      <w:r w:rsidRPr="00CE1968">
        <w:rPr>
          <w:rFonts w:cs="Times New Roman"/>
          <w:b/>
          <w:bCs/>
        </w:rPr>
        <w:t>.6. Accesul la distanță</w:t>
      </w:r>
    </w:p>
    <w:p w14:paraId="3D8DAF77" w14:textId="77777777" w:rsidR="00EE7ED3" w:rsidRPr="00CE1968" w:rsidRDefault="00EE7ED3" w:rsidP="00CE1968">
      <w:pPr>
        <w:spacing w:after="0" w:line="240" w:lineRule="auto"/>
        <w:rPr>
          <w:rFonts w:cs="Times New Roman"/>
        </w:rPr>
      </w:pPr>
    </w:p>
    <w:p w14:paraId="7F9136AD" w14:textId="77777777" w:rsidR="00EE7ED3" w:rsidRPr="00CE1968" w:rsidRDefault="00000000" w:rsidP="00CE1968">
      <w:pPr>
        <w:spacing w:after="0" w:line="240" w:lineRule="auto"/>
        <w:rPr>
          <w:rFonts w:cs="Times New Roman"/>
        </w:rPr>
      </w:pPr>
      <w:r w:rsidRPr="00CE1968">
        <w:rPr>
          <w:rFonts w:cs="Times New Roman"/>
        </w:rPr>
        <w:t>Accesul la distanță se va face folosind un mecanism de autentificare cu parolă valabilă o singură dată sau prin chei publice/private protejate cu parole corespunzătoare. Accesul la distanță se acordă după aprobarea Departamentului IT și conducătorului Operatorului.</w:t>
      </w:r>
    </w:p>
    <w:p w14:paraId="00EB91DF" w14:textId="77777777" w:rsidR="00EE7ED3" w:rsidRPr="00CE1968" w:rsidRDefault="00EE7ED3" w:rsidP="00CE1968">
      <w:pPr>
        <w:spacing w:after="0" w:line="240" w:lineRule="auto"/>
        <w:rPr>
          <w:rFonts w:cs="Times New Roman"/>
        </w:rPr>
      </w:pPr>
    </w:p>
    <w:p w14:paraId="6847D7C6" w14:textId="77777777" w:rsidR="00EE7ED3" w:rsidRPr="00CE1968" w:rsidRDefault="00000000" w:rsidP="00CE1968">
      <w:pPr>
        <w:spacing w:after="0" w:line="240" w:lineRule="auto"/>
        <w:rPr>
          <w:rFonts w:cs="Times New Roman"/>
        </w:rPr>
      </w:pPr>
      <w:r w:rsidRPr="00CE1968">
        <w:rPr>
          <w:rFonts w:cs="Times New Roman"/>
        </w:rPr>
        <w:t>Accesul de la distanță în sistemele Operatorului impune respectarea următoarelor reguli:</w:t>
      </w:r>
    </w:p>
    <w:p w14:paraId="272DB6E0" w14:textId="77777777" w:rsidR="00EE7ED3" w:rsidRPr="00CE1968" w:rsidRDefault="00000000" w:rsidP="00CE1968">
      <w:pPr>
        <w:numPr>
          <w:ilvl w:val="0"/>
          <w:numId w:val="9"/>
        </w:numPr>
        <w:spacing w:after="0" w:line="240" w:lineRule="auto"/>
        <w:rPr>
          <w:rFonts w:cs="Times New Roman"/>
        </w:rPr>
      </w:pPr>
      <w:r w:rsidRPr="00CE1968">
        <w:rPr>
          <w:rFonts w:cs="Times New Roman"/>
        </w:rPr>
        <w:t>Remote control – descriere proces de acces sistem (se identifică partea care încearcă să acceseze, se comunică parola de acces prin telefon, nu e-mail: parola de acces este regenerată la fiecare logare).</w:t>
      </w:r>
    </w:p>
    <w:p w14:paraId="1FCD7C8E" w14:textId="77777777" w:rsidR="00EE7ED3" w:rsidRPr="00CE1968" w:rsidRDefault="00000000" w:rsidP="00CE1968">
      <w:pPr>
        <w:numPr>
          <w:ilvl w:val="0"/>
          <w:numId w:val="9"/>
        </w:numPr>
        <w:spacing w:after="0" w:line="240" w:lineRule="auto"/>
        <w:rPr>
          <w:rFonts w:cs="Times New Roman"/>
        </w:rPr>
      </w:pPr>
      <w:r w:rsidRPr="00CE1968">
        <w:rPr>
          <w:rFonts w:cs="Times New Roman"/>
        </w:rPr>
        <w:t>Înainte de a iniția conexiunea la rețeaua Operatorului, angajații trebuie să se asigure că echipamentul de calcul pe care îl folosesc nu este conectat în același timp la o altă rețea.</w:t>
      </w:r>
    </w:p>
    <w:p w14:paraId="29300A83" w14:textId="77777777" w:rsidR="00EE7ED3" w:rsidRPr="00CE1968" w:rsidRDefault="00000000" w:rsidP="00CE1968">
      <w:pPr>
        <w:numPr>
          <w:ilvl w:val="0"/>
          <w:numId w:val="9"/>
        </w:numPr>
        <w:spacing w:after="0" w:line="240" w:lineRule="auto"/>
        <w:rPr>
          <w:rFonts w:cs="Times New Roman"/>
        </w:rPr>
      </w:pPr>
      <w:r w:rsidRPr="00CE1968">
        <w:rPr>
          <w:rFonts w:cs="Times New Roman"/>
        </w:rPr>
        <w:t>Orice altă configurație hardware sau sotfware de acces de la distanță în afara celor agreate de Operator trebuie aprobată de Departamentul IT.</w:t>
      </w:r>
    </w:p>
    <w:p w14:paraId="330FFC89" w14:textId="77777777" w:rsidR="00EE7ED3" w:rsidRPr="00CE1968" w:rsidRDefault="00000000" w:rsidP="00CE1968">
      <w:pPr>
        <w:numPr>
          <w:ilvl w:val="0"/>
          <w:numId w:val="9"/>
        </w:numPr>
        <w:spacing w:after="0" w:line="240" w:lineRule="auto"/>
        <w:rPr>
          <w:rFonts w:cs="Times New Roman"/>
        </w:rPr>
      </w:pPr>
      <w:r w:rsidRPr="00CE1968">
        <w:rPr>
          <w:rFonts w:cs="Times New Roman"/>
        </w:rPr>
        <w:t>Conectarea de la distanță la rețeaua Operatorului implică folosirea unui software antivirus agreat și actualizat zilnic la ultimele semnături de virusuri.</w:t>
      </w:r>
    </w:p>
    <w:p w14:paraId="0757EF69" w14:textId="77777777" w:rsidR="00EE7ED3" w:rsidRPr="00CE1968" w:rsidRDefault="00000000" w:rsidP="00CE1968">
      <w:pPr>
        <w:numPr>
          <w:ilvl w:val="0"/>
          <w:numId w:val="9"/>
        </w:numPr>
        <w:spacing w:after="0" w:line="240" w:lineRule="auto"/>
        <w:rPr>
          <w:rFonts w:cs="Times New Roman"/>
        </w:rPr>
      </w:pPr>
      <w:r w:rsidRPr="00CE1968">
        <w:rPr>
          <w:rFonts w:cs="Times New Roman"/>
        </w:rPr>
        <w:t>Angajații vor accesa sistemele Operatorului de la distanța numai folosind echipamentele Operatorului, configurate și protejate corespunzător (PC-uri, Laptopuri, PDA-uri, tablete etc.), sau după caz, în cazuri excepționale folosind echipamentele personale, doar cu autorizarea conducătorului.</w:t>
      </w:r>
    </w:p>
    <w:p w14:paraId="5388483D" w14:textId="77777777" w:rsidR="00EE7ED3" w:rsidRDefault="00EE7ED3" w:rsidP="00CE1968">
      <w:pPr>
        <w:spacing w:after="0" w:line="240" w:lineRule="auto"/>
        <w:rPr>
          <w:rFonts w:cs="Times New Roman"/>
        </w:rPr>
      </w:pPr>
    </w:p>
    <w:p w14:paraId="2E4835BC" w14:textId="77777777" w:rsidR="00EE7ED3" w:rsidRDefault="00EE7ED3" w:rsidP="00CE1968">
      <w:pPr>
        <w:spacing w:after="0" w:line="240" w:lineRule="auto"/>
        <w:rPr>
          <w:rFonts w:cs="Times New Roman"/>
        </w:rPr>
      </w:pPr>
    </w:p>
    <w:p w14:paraId="23424484" w14:textId="77777777" w:rsidR="00EE7ED3" w:rsidRPr="00CE1968" w:rsidRDefault="00EE7ED3" w:rsidP="00CE1968">
      <w:pPr>
        <w:spacing w:after="0" w:line="240" w:lineRule="auto"/>
        <w:rPr>
          <w:rFonts w:cs="Times New Roman"/>
        </w:rPr>
      </w:pPr>
    </w:p>
    <w:p w14:paraId="404B3FEA" w14:textId="77777777" w:rsidR="00EE7ED3" w:rsidRPr="00CE1968" w:rsidRDefault="00000000" w:rsidP="00CE1968">
      <w:pPr>
        <w:spacing w:after="0" w:line="240" w:lineRule="auto"/>
        <w:rPr>
          <w:rFonts w:cs="Times New Roman"/>
          <w:b/>
          <w:bCs/>
        </w:rPr>
      </w:pPr>
      <w:r>
        <w:rPr>
          <w:rFonts w:cs="Times New Roman"/>
          <w:b/>
          <w:bCs/>
        </w:rPr>
        <w:t>4</w:t>
      </w:r>
      <w:r w:rsidRPr="00CE1968">
        <w:rPr>
          <w:rFonts w:cs="Times New Roman"/>
          <w:b/>
          <w:bCs/>
        </w:rPr>
        <w:t>.7. Raportarea incidentelor</w:t>
      </w:r>
    </w:p>
    <w:p w14:paraId="21DFC42F" w14:textId="77777777" w:rsidR="00EE7ED3" w:rsidRPr="00CE1968" w:rsidRDefault="00EE7ED3" w:rsidP="00CE1968">
      <w:pPr>
        <w:spacing w:after="0" w:line="240" w:lineRule="auto"/>
        <w:rPr>
          <w:rFonts w:cs="Times New Roman"/>
        </w:rPr>
      </w:pPr>
    </w:p>
    <w:p w14:paraId="20760030" w14:textId="77777777" w:rsidR="00EE7ED3" w:rsidRDefault="00000000" w:rsidP="00CE1968">
      <w:pPr>
        <w:spacing w:after="0" w:line="240" w:lineRule="auto"/>
        <w:rPr>
          <w:rFonts w:cs="Times New Roman"/>
        </w:rPr>
      </w:pPr>
      <w:r w:rsidRPr="007B162C">
        <w:rPr>
          <w:rFonts w:cs="Times New Roman"/>
        </w:rPr>
        <w:t>În cazul oricărui incident de securitate a datelor (pierderea unui laptop, spargerea unei parole, email trimis greșit), angajatul este obligat să raporteze cazul telefonic către Responsabilul cu protecția datelor (DPO) în termen de maximum 2 ore de la constatare.</w:t>
      </w:r>
    </w:p>
    <w:p w14:paraId="69F2055B" w14:textId="77777777" w:rsidR="00EE7ED3" w:rsidRPr="00CE1968" w:rsidRDefault="00EE7ED3" w:rsidP="00CE1968">
      <w:pPr>
        <w:spacing w:after="0" w:line="240" w:lineRule="auto"/>
        <w:rPr>
          <w:rFonts w:cs="Times New Roman"/>
        </w:rPr>
      </w:pPr>
    </w:p>
    <w:p w14:paraId="04C45EAF" w14:textId="77777777" w:rsidR="00EE7ED3" w:rsidRPr="00CE1968" w:rsidRDefault="00000000" w:rsidP="00CE1968">
      <w:pPr>
        <w:spacing w:after="0" w:line="240" w:lineRule="auto"/>
        <w:rPr>
          <w:rFonts w:cs="Times New Roman"/>
        </w:rPr>
      </w:pPr>
      <w:r w:rsidRPr="00CE1968">
        <w:rPr>
          <w:rFonts w:cs="Times New Roman"/>
        </w:rPr>
        <w:t>Angajații vor raporta incidentele întâlnite către responsabilii din cadrul Operatorului prin trimiterea unui mesaj electronice în care vor specifica condițiile de apariție ale incidentului, alături de toate detaliile observate la momentul procedurii.</w:t>
      </w:r>
    </w:p>
    <w:p w14:paraId="7C712541" w14:textId="77777777" w:rsidR="00EE7ED3" w:rsidRPr="00CE1968" w:rsidRDefault="00EE7ED3" w:rsidP="00CE1968">
      <w:pPr>
        <w:spacing w:after="0" w:line="240" w:lineRule="auto"/>
        <w:rPr>
          <w:rFonts w:cs="Times New Roman"/>
        </w:rPr>
      </w:pPr>
    </w:p>
    <w:p w14:paraId="1BAF2BF9" w14:textId="77777777" w:rsidR="00EE7ED3" w:rsidRPr="00CE1968" w:rsidRDefault="00000000" w:rsidP="00CE1968">
      <w:pPr>
        <w:spacing w:after="0" w:line="240" w:lineRule="auto"/>
        <w:rPr>
          <w:rFonts w:cs="Times New Roman"/>
        </w:rPr>
      </w:pPr>
      <w:r w:rsidRPr="00CE1968">
        <w:rPr>
          <w:rFonts w:cs="Times New Roman"/>
        </w:rPr>
        <w:t>Procesul de raportare a incidentelor de securitate a informației folosește aceleași căi de raportare ca și în cazul incidentelor obișnuite.</w:t>
      </w:r>
    </w:p>
    <w:p w14:paraId="2A369E97" w14:textId="77777777" w:rsidR="00EE7ED3" w:rsidRPr="00CE1968" w:rsidRDefault="00EE7ED3" w:rsidP="00CE1968">
      <w:pPr>
        <w:spacing w:after="0" w:line="240" w:lineRule="auto"/>
        <w:rPr>
          <w:rFonts w:cs="Times New Roman"/>
        </w:rPr>
      </w:pPr>
    </w:p>
    <w:p w14:paraId="0C6EC400" w14:textId="77777777" w:rsidR="00EE7ED3" w:rsidRPr="00CE1968" w:rsidRDefault="00000000" w:rsidP="00CE1968">
      <w:pPr>
        <w:spacing w:after="0" w:line="240" w:lineRule="auto"/>
        <w:rPr>
          <w:rFonts w:cs="Times New Roman"/>
          <w:b/>
        </w:rPr>
      </w:pPr>
      <w:r>
        <w:rPr>
          <w:rFonts w:cs="Times New Roman"/>
          <w:b/>
        </w:rPr>
        <w:t>5</w:t>
      </w:r>
      <w:r w:rsidRPr="00CE1968">
        <w:rPr>
          <w:rFonts w:cs="Times New Roman"/>
          <w:b/>
        </w:rPr>
        <w:t>. ROLURI ȘI RESPONSABILITĂȚI</w:t>
      </w:r>
    </w:p>
    <w:p w14:paraId="1061EFDF" w14:textId="77777777" w:rsidR="00EE7ED3" w:rsidRPr="00CE1968" w:rsidRDefault="00EE7ED3" w:rsidP="00CE1968">
      <w:pPr>
        <w:spacing w:after="0" w:line="240" w:lineRule="auto"/>
        <w:rPr>
          <w:rFonts w:cs="Times New Roman"/>
          <w:b/>
        </w:rPr>
      </w:pPr>
    </w:p>
    <w:p w14:paraId="183BF683" w14:textId="77777777" w:rsidR="00EE7ED3" w:rsidRPr="00CE1968" w:rsidRDefault="00000000" w:rsidP="00CE1968">
      <w:pPr>
        <w:spacing w:after="0" w:line="240" w:lineRule="auto"/>
        <w:rPr>
          <w:rFonts w:cs="Times New Roman"/>
          <w:b/>
          <w:bCs/>
        </w:rPr>
      </w:pPr>
      <w:r>
        <w:rPr>
          <w:rFonts w:cs="Times New Roman"/>
          <w:b/>
          <w:bCs/>
        </w:rPr>
        <w:t>5</w:t>
      </w:r>
      <w:r w:rsidRPr="00CE1968">
        <w:rPr>
          <w:rFonts w:cs="Times New Roman"/>
          <w:b/>
          <w:bCs/>
        </w:rPr>
        <w:t>.1. Angajații</w:t>
      </w:r>
    </w:p>
    <w:p w14:paraId="4F6CB16B" w14:textId="77777777" w:rsidR="00EE7ED3" w:rsidRPr="00CE1968" w:rsidRDefault="00EE7ED3" w:rsidP="00CE1968">
      <w:pPr>
        <w:spacing w:after="0" w:line="240" w:lineRule="auto"/>
        <w:rPr>
          <w:rFonts w:cs="Times New Roman"/>
        </w:rPr>
      </w:pPr>
    </w:p>
    <w:p w14:paraId="17DF27B2" w14:textId="77777777" w:rsidR="00EE7ED3" w:rsidRPr="00CE1968" w:rsidRDefault="00000000" w:rsidP="00CE1968">
      <w:pPr>
        <w:spacing w:after="0" w:line="240" w:lineRule="auto"/>
        <w:rPr>
          <w:rFonts w:cs="Times New Roman"/>
        </w:rPr>
      </w:pPr>
      <w:r w:rsidRPr="00CE1968">
        <w:rPr>
          <w:rFonts w:cs="Times New Roman"/>
        </w:rPr>
        <w:t>Toți angajații care activează în cadrul Operatorului au următoarele responsabilități:</w:t>
      </w:r>
    </w:p>
    <w:p w14:paraId="670298A0" w14:textId="77777777" w:rsidR="00EE7ED3" w:rsidRPr="00CE1968" w:rsidRDefault="00000000" w:rsidP="00CE1968">
      <w:pPr>
        <w:numPr>
          <w:ilvl w:val="0"/>
          <w:numId w:val="16"/>
        </w:numPr>
        <w:spacing w:after="0" w:line="240" w:lineRule="auto"/>
        <w:rPr>
          <w:rFonts w:cs="Times New Roman"/>
        </w:rPr>
      </w:pPr>
      <w:r w:rsidRPr="00CE1968">
        <w:rPr>
          <w:rFonts w:cs="Times New Roman"/>
        </w:rPr>
        <w:t xml:space="preserve">să respecte </w:t>
      </w:r>
      <w:r>
        <w:rPr>
          <w:rFonts w:cs="Times New Roman"/>
        </w:rPr>
        <w:t>Regulamentul</w:t>
      </w:r>
      <w:r w:rsidRPr="00CE1968">
        <w:rPr>
          <w:rFonts w:cs="Times New Roman"/>
        </w:rPr>
        <w:t xml:space="preserve"> privind resursele informatice;</w:t>
      </w:r>
    </w:p>
    <w:p w14:paraId="69A61E78" w14:textId="77777777" w:rsidR="00EE7ED3" w:rsidRPr="00CE1968" w:rsidRDefault="00000000" w:rsidP="00CE1968">
      <w:pPr>
        <w:numPr>
          <w:ilvl w:val="0"/>
          <w:numId w:val="16"/>
        </w:numPr>
        <w:spacing w:after="0" w:line="240" w:lineRule="auto"/>
        <w:rPr>
          <w:rFonts w:cs="Times New Roman"/>
        </w:rPr>
      </w:pPr>
      <w:r w:rsidRPr="00CE1968">
        <w:rPr>
          <w:rFonts w:cs="Times New Roman"/>
        </w:rPr>
        <w:t>să asiste în sesiuni de informare și la cursuri de securitatea informației;</w:t>
      </w:r>
    </w:p>
    <w:p w14:paraId="24EBD476" w14:textId="77777777" w:rsidR="00EE7ED3" w:rsidRPr="00CE1968" w:rsidRDefault="00000000" w:rsidP="00CE1968">
      <w:pPr>
        <w:numPr>
          <w:ilvl w:val="0"/>
          <w:numId w:val="16"/>
        </w:numPr>
        <w:spacing w:after="0" w:line="240" w:lineRule="auto"/>
        <w:rPr>
          <w:rFonts w:cs="Times New Roman"/>
        </w:rPr>
      </w:pPr>
      <w:r w:rsidRPr="00CE1968">
        <w:rPr>
          <w:rFonts w:cs="Times New Roman"/>
        </w:rPr>
        <w:t>să se familiarizeze și să acționeze în concordanță cu toate cerințele Operatorului referitoare la securitatea informației;</w:t>
      </w:r>
    </w:p>
    <w:p w14:paraId="064277CE" w14:textId="77777777" w:rsidR="00EE7ED3" w:rsidRPr="00CE1968" w:rsidRDefault="00000000" w:rsidP="00CE1968">
      <w:pPr>
        <w:numPr>
          <w:ilvl w:val="0"/>
          <w:numId w:val="16"/>
        </w:numPr>
        <w:spacing w:after="0" w:line="240" w:lineRule="auto"/>
        <w:rPr>
          <w:rFonts w:cs="Times New Roman"/>
        </w:rPr>
      </w:pPr>
      <w:r w:rsidRPr="00CE1968">
        <w:rPr>
          <w:rFonts w:cs="Times New Roman"/>
        </w:rPr>
        <w:t>să solicite șefului lor direct acces la resursele informaționale care le sunt necesare;</w:t>
      </w:r>
    </w:p>
    <w:p w14:paraId="3EFAD182" w14:textId="77777777" w:rsidR="00EE7ED3" w:rsidRPr="00CE1968" w:rsidRDefault="00000000" w:rsidP="00CE1968">
      <w:pPr>
        <w:numPr>
          <w:ilvl w:val="0"/>
          <w:numId w:val="16"/>
        </w:numPr>
        <w:spacing w:after="0" w:line="240" w:lineRule="auto"/>
        <w:rPr>
          <w:rFonts w:cs="Times New Roman"/>
        </w:rPr>
      </w:pPr>
      <w:r w:rsidRPr="00CE1968">
        <w:rPr>
          <w:rFonts w:cs="Times New Roman"/>
        </w:rPr>
        <w:t>să raporteze toate activitățile suspecte și problemele de securitate;</w:t>
      </w:r>
    </w:p>
    <w:p w14:paraId="3744407E" w14:textId="77777777" w:rsidR="00EE7ED3" w:rsidRPr="00CE1968" w:rsidRDefault="00000000" w:rsidP="00CE1968">
      <w:pPr>
        <w:numPr>
          <w:ilvl w:val="0"/>
          <w:numId w:val="16"/>
        </w:numPr>
        <w:spacing w:after="0" w:line="240" w:lineRule="auto"/>
        <w:rPr>
          <w:rFonts w:cs="Times New Roman"/>
        </w:rPr>
      </w:pPr>
      <w:r w:rsidRPr="00CE1968">
        <w:rPr>
          <w:rFonts w:cs="Times New Roman"/>
        </w:rPr>
        <w:t>să raporteze orice suspiciune de breșă de securitate sau breșă de securitate ca atare;</w:t>
      </w:r>
    </w:p>
    <w:p w14:paraId="506AFA90" w14:textId="77777777" w:rsidR="00EE7ED3" w:rsidRPr="00CE1968" w:rsidRDefault="00000000" w:rsidP="00CE1968">
      <w:pPr>
        <w:numPr>
          <w:ilvl w:val="0"/>
          <w:numId w:val="16"/>
        </w:numPr>
        <w:spacing w:after="0" w:line="240" w:lineRule="auto"/>
        <w:rPr>
          <w:rFonts w:cs="Times New Roman"/>
        </w:rPr>
      </w:pPr>
      <w:r w:rsidRPr="00CE1968">
        <w:rPr>
          <w:rFonts w:cs="Times New Roman"/>
        </w:rPr>
        <w:t>să prevină introducerea în sistemele informaționale din cadrul Operatorului de produse software cu potențial distructiv;</w:t>
      </w:r>
    </w:p>
    <w:p w14:paraId="331B4985" w14:textId="77777777" w:rsidR="00EE7ED3" w:rsidRPr="00CE1968" w:rsidRDefault="00000000" w:rsidP="00CE1968">
      <w:pPr>
        <w:numPr>
          <w:ilvl w:val="0"/>
          <w:numId w:val="16"/>
        </w:numPr>
        <w:spacing w:after="0" w:line="240" w:lineRule="auto"/>
        <w:rPr>
          <w:rFonts w:cs="Times New Roman"/>
        </w:rPr>
      </w:pPr>
      <w:r w:rsidRPr="00CE1968">
        <w:rPr>
          <w:rFonts w:cs="Times New Roman"/>
        </w:rPr>
        <w:t>să păstreze în bună stare resursele informaționale, produsele software și echipamentele hardware ale Operatorului.</w:t>
      </w:r>
    </w:p>
    <w:p w14:paraId="38E039AD" w14:textId="77777777" w:rsidR="00EE7ED3" w:rsidRPr="00CE1968" w:rsidRDefault="00EE7ED3" w:rsidP="00CE1968">
      <w:pPr>
        <w:spacing w:after="0" w:line="240" w:lineRule="auto"/>
        <w:rPr>
          <w:rFonts w:cs="Times New Roman"/>
        </w:rPr>
      </w:pPr>
    </w:p>
    <w:p w14:paraId="0D116AD5" w14:textId="77777777" w:rsidR="00EE7ED3" w:rsidRPr="00CE1968" w:rsidRDefault="00000000" w:rsidP="00CE1968">
      <w:pPr>
        <w:spacing w:after="0" w:line="240" w:lineRule="auto"/>
        <w:rPr>
          <w:rFonts w:cs="Times New Roman"/>
          <w:b/>
          <w:bCs/>
        </w:rPr>
      </w:pPr>
      <w:r>
        <w:rPr>
          <w:rFonts w:cs="Times New Roman"/>
          <w:b/>
          <w:bCs/>
        </w:rPr>
        <w:t>5</w:t>
      </w:r>
      <w:r w:rsidRPr="00CE1968">
        <w:rPr>
          <w:rFonts w:cs="Times New Roman"/>
          <w:b/>
          <w:bCs/>
        </w:rPr>
        <w:t>.2. Conducerea Operatorului</w:t>
      </w:r>
    </w:p>
    <w:p w14:paraId="703C1DB4" w14:textId="77777777" w:rsidR="00EE7ED3" w:rsidRPr="00CE1968" w:rsidRDefault="00EE7ED3" w:rsidP="00CE1968">
      <w:pPr>
        <w:spacing w:after="0" w:line="240" w:lineRule="auto"/>
        <w:rPr>
          <w:rFonts w:cs="Times New Roman"/>
        </w:rPr>
      </w:pPr>
    </w:p>
    <w:p w14:paraId="4D4C88A9" w14:textId="77777777" w:rsidR="00EE7ED3" w:rsidRPr="00CE1968" w:rsidRDefault="00000000" w:rsidP="00CE1968">
      <w:pPr>
        <w:spacing w:after="0" w:line="240" w:lineRule="auto"/>
        <w:rPr>
          <w:rFonts w:cs="Times New Roman"/>
        </w:rPr>
      </w:pPr>
      <w:r w:rsidRPr="00CE1968">
        <w:rPr>
          <w:rFonts w:cs="Times New Roman"/>
        </w:rPr>
        <w:t>Are următoarele responsabilități:</w:t>
      </w:r>
    </w:p>
    <w:p w14:paraId="0C23A86B" w14:textId="77777777" w:rsidR="00EE7ED3" w:rsidRPr="00CE1968" w:rsidRDefault="00000000" w:rsidP="00CE1968">
      <w:pPr>
        <w:numPr>
          <w:ilvl w:val="0"/>
          <w:numId w:val="19"/>
        </w:numPr>
        <w:spacing w:after="0" w:line="240" w:lineRule="auto"/>
        <w:rPr>
          <w:rFonts w:cs="Times New Roman"/>
        </w:rPr>
      </w:pPr>
      <w:r w:rsidRPr="00CE1968">
        <w:rPr>
          <w:rFonts w:cs="Times New Roman"/>
        </w:rPr>
        <w:t>să asigure securitatea bunurilor organizației (informație, echipamente hardware, produse software folosite de către angajați și de către terțe părți);</w:t>
      </w:r>
    </w:p>
    <w:p w14:paraId="4F00CF5C" w14:textId="77777777" w:rsidR="00EE7ED3" w:rsidRPr="00CE1968" w:rsidRDefault="00000000" w:rsidP="00CE1968">
      <w:pPr>
        <w:numPr>
          <w:ilvl w:val="0"/>
          <w:numId w:val="19"/>
        </w:numPr>
        <w:spacing w:after="0" w:line="240" w:lineRule="auto"/>
        <w:rPr>
          <w:rFonts w:cs="Times New Roman"/>
        </w:rPr>
      </w:pPr>
      <w:r w:rsidRPr="00CE1968">
        <w:rPr>
          <w:rFonts w:cs="Times New Roman"/>
        </w:rPr>
        <w:t xml:space="preserve">să asigure aplicarea </w:t>
      </w:r>
      <w:r>
        <w:rPr>
          <w:rFonts w:cs="Times New Roman"/>
        </w:rPr>
        <w:t>Regulamentului privind resursele informatice</w:t>
      </w:r>
      <w:r w:rsidRPr="00CE1968">
        <w:rPr>
          <w:rFonts w:cs="Times New Roman"/>
        </w:rPr>
        <w:t>;</w:t>
      </w:r>
    </w:p>
    <w:p w14:paraId="6D1FE8FE" w14:textId="77777777" w:rsidR="00EE7ED3" w:rsidRPr="00CE1968" w:rsidRDefault="00000000" w:rsidP="00CE1968">
      <w:pPr>
        <w:numPr>
          <w:ilvl w:val="0"/>
          <w:numId w:val="19"/>
        </w:numPr>
        <w:spacing w:after="0" w:line="240" w:lineRule="auto"/>
        <w:rPr>
          <w:rFonts w:cs="Times New Roman"/>
        </w:rPr>
      </w:pPr>
      <w:r w:rsidRPr="00CE1968">
        <w:rPr>
          <w:rFonts w:cs="Times New Roman"/>
        </w:rPr>
        <w:t>să se asigure că toți angajații sunt conștienți de responsabilitățile de securitate pe care le au;</w:t>
      </w:r>
    </w:p>
    <w:p w14:paraId="7C3A39AD" w14:textId="77777777" w:rsidR="00EE7ED3" w:rsidRPr="00CE1968" w:rsidRDefault="00000000" w:rsidP="00CE1968">
      <w:pPr>
        <w:numPr>
          <w:ilvl w:val="0"/>
          <w:numId w:val="19"/>
        </w:numPr>
        <w:spacing w:after="0" w:line="240" w:lineRule="auto"/>
        <w:rPr>
          <w:rFonts w:cs="Times New Roman"/>
        </w:rPr>
      </w:pPr>
      <w:r w:rsidRPr="00CE1968">
        <w:rPr>
          <w:rFonts w:cs="Times New Roman"/>
        </w:rPr>
        <w:t>să se asigure raportarea și înregistrarea tuturor incidentelor de securitate;</w:t>
      </w:r>
    </w:p>
    <w:p w14:paraId="60C3A725" w14:textId="77777777" w:rsidR="00EE7ED3" w:rsidRPr="00CE1968" w:rsidRDefault="00000000" w:rsidP="00CE1968">
      <w:pPr>
        <w:numPr>
          <w:ilvl w:val="0"/>
          <w:numId w:val="19"/>
        </w:numPr>
        <w:spacing w:after="0" w:line="240" w:lineRule="auto"/>
        <w:rPr>
          <w:rFonts w:cs="Times New Roman"/>
        </w:rPr>
      </w:pPr>
      <w:r w:rsidRPr="00CE1968">
        <w:rPr>
          <w:rFonts w:cs="Times New Roman"/>
        </w:rPr>
        <w:t>să asigure că orice încălcare a securității informației de către angajați este investigată în mod corespunzător;</w:t>
      </w:r>
    </w:p>
    <w:p w14:paraId="4CF015AD" w14:textId="77777777" w:rsidR="00EE7ED3" w:rsidRPr="00CE1968" w:rsidRDefault="00000000" w:rsidP="00CE1968">
      <w:pPr>
        <w:numPr>
          <w:ilvl w:val="0"/>
          <w:numId w:val="19"/>
        </w:numPr>
        <w:spacing w:after="0" w:line="240" w:lineRule="auto"/>
        <w:rPr>
          <w:rFonts w:cs="Times New Roman"/>
        </w:rPr>
      </w:pPr>
      <w:r w:rsidRPr="00CE1968">
        <w:rPr>
          <w:rFonts w:cs="Times New Roman"/>
        </w:rPr>
        <w:t>să asigure faptul că angajații au fost instruiți corespunzător cu privire la securitatea informației;</w:t>
      </w:r>
    </w:p>
    <w:p w14:paraId="317C6285" w14:textId="77777777" w:rsidR="00EE7ED3" w:rsidRDefault="00000000" w:rsidP="00CE1968">
      <w:pPr>
        <w:numPr>
          <w:ilvl w:val="0"/>
          <w:numId w:val="19"/>
        </w:numPr>
        <w:spacing w:after="0" w:line="240" w:lineRule="auto"/>
        <w:rPr>
          <w:rFonts w:cs="Times New Roman"/>
        </w:rPr>
      </w:pPr>
      <w:r w:rsidRPr="00CE1968">
        <w:rPr>
          <w:rFonts w:cs="Times New Roman"/>
        </w:rPr>
        <w:t xml:space="preserve">să emită </w:t>
      </w:r>
      <w:r>
        <w:rPr>
          <w:rFonts w:cs="Times New Roman"/>
        </w:rPr>
        <w:t>dispoziții</w:t>
      </w:r>
      <w:r w:rsidRPr="00CE1968">
        <w:rPr>
          <w:rFonts w:cs="Times New Roman"/>
        </w:rPr>
        <w:t xml:space="preserve"> prin care este dispusă cercetarea faptelor angajaților care au încălcat prevederile prezentei proceduri.</w:t>
      </w:r>
    </w:p>
    <w:p w14:paraId="0BDC4589" w14:textId="77777777" w:rsidR="00EE7ED3" w:rsidRDefault="00EE7ED3" w:rsidP="00D238CC">
      <w:pPr>
        <w:spacing w:after="0" w:line="240" w:lineRule="auto"/>
        <w:rPr>
          <w:rFonts w:cs="Times New Roman"/>
        </w:rPr>
      </w:pPr>
    </w:p>
    <w:p w14:paraId="1C645B9C" w14:textId="77777777" w:rsidR="00EE7ED3" w:rsidRDefault="00EE7ED3" w:rsidP="00D238CC">
      <w:pPr>
        <w:spacing w:after="0" w:line="240" w:lineRule="auto"/>
        <w:rPr>
          <w:rFonts w:cs="Times New Roman"/>
        </w:rPr>
      </w:pPr>
    </w:p>
    <w:p w14:paraId="511B240C" w14:textId="77777777" w:rsidR="00EE7ED3" w:rsidRDefault="00EE7ED3" w:rsidP="00D238CC">
      <w:pPr>
        <w:spacing w:after="0" w:line="240" w:lineRule="auto"/>
        <w:rPr>
          <w:rFonts w:cs="Times New Roman"/>
        </w:rPr>
      </w:pPr>
    </w:p>
    <w:p w14:paraId="1942B8ED" w14:textId="77777777" w:rsidR="00EE7ED3" w:rsidRDefault="00EE7ED3" w:rsidP="00D238CC">
      <w:pPr>
        <w:spacing w:after="0" w:line="240" w:lineRule="auto"/>
        <w:rPr>
          <w:rFonts w:cs="Times New Roman"/>
        </w:rPr>
      </w:pPr>
    </w:p>
    <w:p w14:paraId="2FBD2A66" w14:textId="77777777" w:rsidR="00EE7ED3" w:rsidRPr="00CE1968" w:rsidRDefault="00EE7ED3" w:rsidP="00D238CC">
      <w:pPr>
        <w:spacing w:after="0" w:line="240" w:lineRule="auto"/>
        <w:rPr>
          <w:rFonts w:cs="Times New Roman"/>
        </w:rPr>
      </w:pPr>
    </w:p>
    <w:p w14:paraId="07105DC8" w14:textId="77777777" w:rsidR="00EE7ED3" w:rsidRPr="00CE1968" w:rsidRDefault="00EE7ED3" w:rsidP="00CE1968">
      <w:pPr>
        <w:spacing w:after="0" w:line="240" w:lineRule="auto"/>
        <w:rPr>
          <w:rFonts w:cs="Times New Roman"/>
        </w:rPr>
      </w:pPr>
    </w:p>
    <w:p w14:paraId="19EA6327" w14:textId="77777777" w:rsidR="00EE7ED3" w:rsidRPr="00CE1968" w:rsidRDefault="00000000" w:rsidP="0043253A">
      <w:pPr>
        <w:spacing w:after="0" w:line="240" w:lineRule="auto"/>
        <w:rPr>
          <w:rFonts w:cs="Times New Roman"/>
          <w:b/>
        </w:rPr>
      </w:pPr>
      <w:r>
        <w:rPr>
          <w:rFonts w:cs="Times New Roman"/>
          <w:b/>
        </w:rPr>
        <w:t>6</w:t>
      </w:r>
      <w:r w:rsidRPr="00CE1968">
        <w:rPr>
          <w:rFonts w:cs="Times New Roman"/>
          <w:b/>
        </w:rPr>
        <w:t>. Dispoziții finale</w:t>
      </w:r>
    </w:p>
    <w:p w14:paraId="4FEA8A10" w14:textId="77777777" w:rsidR="00EE7ED3" w:rsidRPr="00CE1968" w:rsidRDefault="00EE7ED3" w:rsidP="00CE1968">
      <w:pPr>
        <w:spacing w:after="0" w:line="240" w:lineRule="auto"/>
        <w:ind w:left="360"/>
        <w:rPr>
          <w:rFonts w:cs="Times New Roman"/>
          <w:b/>
          <w:bCs/>
        </w:rPr>
      </w:pPr>
    </w:p>
    <w:p w14:paraId="73BF58CF" w14:textId="77777777" w:rsidR="00EE7ED3" w:rsidRPr="00CE1968" w:rsidRDefault="00000000" w:rsidP="00CE1968">
      <w:pPr>
        <w:spacing w:after="0" w:line="240" w:lineRule="auto"/>
        <w:ind w:left="360"/>
        <w:rPr>
          <w:rFonts w:cs="Times New Roman"/>
          <w:b/>
          <w:bCs/>
        </w:rPr>
      </w:pPr>
      <w:r>
        <w:rPr>
          <w:rFonts w:cs="Times New Roman"/>
          <w:b/>
          <w:bCs/>
        </w:rPr>
        <w:t>Răspunderea în</w:t>
      </w:r>
      <w:r w:rsidRPr="00CE1968">
        <w:rPr>
          <w:rFonts w:cs="Times New Roman"/>
          <w:b/>
          <w:bCs/>
        </w:rPr>
        <w:t xml:space="preserve"> cazul încălcării procedurii</w:t>
      </w:r>
    </w:p>
    <w:p w14:paraId="0EBEE49B" w14:textId="77777777" w:rsidR="00EE7ED3" w:rsidRPr="00CE1968" w:rsidRDefault="00EE7ED3" w:rsidP="00CE1968">
      <w:pPr>
        <w:spacing w:after="0" w:line="240" w:lineRule="auto"/>
        <w:ind w:left="360"/>
        <w:rPr>
          <w:rFonts w:cs="Times New Roman"/>
        </w:rPr>
      </w:pPr>
    </w:p>
    <w:p w14:paraId="4C54B4E5" w14:textId="77777777" w:rsidR="00EE7ED3" w:rsidRPr="00CE1968" w:rsidRDefault="00000000" w:rsidP="00CE1968">
      <w:pPr>
        <w:spacing w:after="0" w:line="240" w:lineRule="auto"/>
        <w:ind w:left="360"/>
        <w:rPr>
          <w:rFonts w:cs="Times New Roman"/>
        </w:rPr>
      </w:pPr>
      <w:r w:rsidRPr="00CE1968">
        <w:rPr>
          <w:rFonts w:cs="Times New Roman"/>
        </w:rPr>
        <w:t>Încălcarea prevederilor acestei proceduri poate determina aplicarea unor măsuri disciplinare, inclusiv desfacerea  contractului de muncă din motive care țin de persoana angajatului sau chiar răspunderea penală a persoanei care se face vinovată de încălcarea prevederilor prezentei Proceduri, atunci când legile în vigoare o impun.</w:t>
      </w:r>
    </w:p>
    <w:p w14:paraId="68ACA3EF" w14:textId="77777777" w:rsidR="00EE7ED3" w:rsidRDefault="00EE7ED3" w:rsidP="00CE1968">
      <w:pPr>
        <w:spacing w:after="0" w:line="240" w:lineRule="auto"/>
        <w:ind w:left="360"/>
        <w:rPr>
          <w:rFonts w:cs="Times New Roman"/>
        </w:rPr>
      </w:pPr>
    </w:p>
    <w:p w14:paraId="4219F37F" w14:textId="77777777" w:rsidR="00EE7ED3" w:rsidRPr="00DF449D" w:rsidRDefault="00000000" w:rsidP="00CE1968">
      <w:pPr>
        <w:spacing w:after="0" w:line="240" w:lineRule="auto"/>
        <w:ind w:left="360"/>
        <w:rPr>
          <w:rFonts w:cs="Times New Roman"/>
        </w:rPr>
      </w:pPr>
      <w:r w:rsidRPr="00DF449D">
        <w:rPr>
          <w:rFonts w:cs="Times New Roman"/>
        </w:rPr>
        <w:t xml:space="preserve">Prestatorii de servicii care utilizează resursele informaționale ale  Operatorului de date </w:t>
      </w:r>
      <w:r w:rsidRPr="00095B0F">
        <w:rPr>
          <w:rFonts w:cs="Times New Roman"/>
          <w:b/>
          <w:bCs/>
          <w:lang w:eastAsia="ru-RU"/>
        </w:rPr>
        <w:t xml:space="preserve">PRIMĂRIA </w:t>
      </w:r>
      <w:r>
        <w:rPr>
          <w:b/>
          <w:bCs/>
        </w:rPr>
        <w:t>SATULUI MERENI</w:t>
      </w:r>
      <w:r w:rsidRPr="00DF449D">
        <w:rPr>
          <w:rFonts w:cs="Times New Roman"/>
          <w:lang w:eastAsia="ru-RU"/>
        </w:rPr>
        <w:t xml:space="preserve">, de asemenea poartă răspundere deplină în conformitate cu legislația în vigoare, în cazul în care </w:t>
      </w:r>
      <w:r w:rsidRPr="00DF449D">
        <w:rPr>
          <w:rFonts w:cs="Times New Roman"/>
        </w:rPr>
        <w:t xml:space="preserve">se face vinovată de încălcarea prevederilor prezentei Proceduri. </w:t>
      </w:r>
    </w:p>
    <w:p w14:paraId="789F29A6" w14:textId="77777777" w:rsidR="00EE7ED3" w:rsidRPr="00CE1968" w:rsidRDefault="00EE7ED3" w:rsidP="00CE1968">
      <w:pPr>
        <w:spacing w:after="0" w:line="240" w:lineRule="auto"/>
        <w:ind w:left="360"/>
        <w:rPr>
          <w:rFonts w:cs="Times New Roman"/>
        </w:rPr>
      </w:pPr>
    </w:p>
    <w:p w14:paraId="0D0DAF55" w14:textId="77777777" w:rsidR="00EE7ED3" w:rsidRPr="00CE1968" w:rsidRDefault="00000000" w:rsidP="00CE1968">
      <w:pPr>
        <w:spacing w:after="0" w:line="240" w:lineRule="auto"/>
        <w:ind w:left="360"/>
        <w:rPr>
          <w:rFonts w:cs="Times New Roman"/>
        </w:rPr>
      </w:pPr>
      <w:r w:rsidRPr="00CE1968">
        <w:rPr>
          <w:rFonts w:cs="Times New Roman"/>
        </w:rPr>
        <w:t>În condițiile menționate, lipsa de înțelegere în cazul în care procedura va fi încălcată nu va putea fi invocată de către utilizatorii cărora le este adresată această procedură.</w:t>
      </w:r>
    </w:p>
    <w:p w14:paraId="610C0441" w14:textId="77777777" w:rsidR="00EE7ED3" w:rsidRPr="00CE1968" w:rsidRDefault="00EE7ED3" w:rsidP="00CE1968">
      <w:pPr>
        <w:spacing w:after="0" w:line="240" w:lineRule="auto"/>
        <w:ind w:left="360"/>
        <w:rPr>
          <w:rFonts w:cs="Times New Roman"/>
        </w:rPr>
      </w:pPr>
    </w:p>
    <w:p w14:paraId="250C0A2E" w14:textId="77777777" w:rsidR="00EE7ED3" w:rsidRDefault="00EE7ED3" w:rsidP="00CE1968">
      <w:pPr>
        <w:spacing w:after="0" w:line="240" w:lineRule="auto"/>
        <w:rPr>
          <w:rFonts w:cs="Times New Roman"/>
        </w:rPr>
      </w:pPr>
    </w:p>
    <w:p w14:paraId="59EF5502" w14:textId="77777777" w:rsidR="00EE7ED3" w:rsidRDefault="00EE7ED3" w:rsidP="00CE1968">
      <w:pPr>
        <w:spacing w:after="0" w:line="240" w:lineRule="auto"/>
        <w:rPr>
          <w:rFonts w:cs="Times New Roman"/>
        </w:rPr>
      </w:pPr>
    </w:p>
    <w:p w14:paraId="4D9D26CF" w14:textId="77777777" w:rsidR="00EE7ED3" w:rsidRDefault="00EE7ED3" w:rsidP="00CE1968">
      <w:pPr>
        <w:spacing w:after="0" w:line="240" w:lineRule="auto"/>
        <w:rPr>
          <w:rFonts w:cs="Times New Roman"/>
        </w:rPr>
      </w:pPr>
    </w:p>
    <w:p w14:paraId="20E6C16C" w14:textId="77777777" w:rsidR="00EE7ED3" w:rsidRDefault="00EE7ED3" w:rsidP="00CE1968">
      <w:pPr>
        <w:spacing w:after="0" w:line="240" w:lineRule="auto"/>
        <w:rPr>
          <w:rFonts w:cs="Times New Roman"/>
        </w:rPr>
      </w:pPr>
    </w:p>
    <w:p w14:paraId="4F970721" w14:textId="77777777" w:rsidR="00EE7ED3" w:rsidRDefault="00EE7ED3" w:rsidP="00CE1968">
      <w:pPr>
        <w:spacing w:after="0" w:line="240" w:lineRule="auto"/>
        <w:rPr>
          <w:rFonts w:cs="Times New Roman"/>
        </w:rPr>
      </w:pPr>
    </w:p>
    <w:p w14:paraId="6FF94DFC" w14:textId="77777777" w:rsidR="00EE7ED3" w:rsidRDefault="00EE7ED3" w:rsidP="00CE1968">
      <w:pPr>
        <w:spacing w:after="0" w:line="240" w:lineRule="auto"/>
        <w:rPr>
          <w:rFonts w:cs="Times New Roman"/>
        </w:rPr>
      </w:pPr>
    </w:p>
    <w:p w14:paraId="4A31A3F3" w14:textId="77777777" w:rsidR="00EE7ED3" w:rsidRDefault="00EE7ED3" w:rsidP="00CE1968">
      <w:pPr>
        <w:spacing w:after="0" w:line="240" w:lineRule="auto"/>
        <w:rPr>
          <w:rFonts w:cs="Times New Roman"/>
        </w:rPr>
      </w:pPr>
    </w:p>
    <w:p w14:paraId="6D6B6E3A" w14:textId="77777777" w:rsidR="00EE7ED3" w:rsidRDefault="00EE7ED3" w:rsidP="00CE1968">
      <w:pPr>
        <w:spacing w:after="0" w:line="240" w:lineRule="auto"/>
        <w:rPr>
          <w:rFonts w:cs="Times New Roman"/>
        </w:rPr>
      </w:pPr>
    </w:p>
    <w:p w14:paraId="4D7095D0" w14:textId="77777777" w:rsidR="00EE7ED3" w:rsidRDefault="00EE7ED3" w:rsidP="00CE1968">
      <w:pPr>
        <w:spacing w:after="0" w:line="240" w:lineRule="auto"/>
        <w:rPr>
          <w:rFonts w:cs="Times New Roman"/>
        </w:rPr>
      </w:pPr>
    </w:p>
    <w:p w14:paraId="73303862" w14:textId="77777777" w:rsidR="00EE7ED3" w:rsidRDefault="00EE7ED3" w:rsidP="00CE1968">
      <w:pPr>
        <w:spacing w:after="0" w:line="240" w:lineRule="auto"/>
        <w:rPr>
          <w:rFonts w:cs="Times New Roman"/>
        </w:rPr>
      </w:pPr>
    </w:p>
    <w:p w14:paraId="1BEFF00E" w14:textId="77777777" w:rsidR="00EE7ED3" w:rsidRDefault="00EE7ED3" w:rsidP="00CE1968">
      <w:pPr>
        <w:spacing w:after="0" w:line="240" w:lineRule="auto"/>
        <w:rPr>
          <w:rFonts w:cs="Times New Roman"/>
        </w:rPr>
      </w:pPr>
    </w:p>
    <w:p w14:paraId="5ED904A7" w14:textId="77777777" w:rsidR="00EE7ED3" w:rsidRDefault="00EE7ED3" w:rsidP="00CE1968">
      <w:pPr>
        <w:spacing w:after="0" w:line="240" w:lineRule="auto"/>
        <w:rPr>
          <w:rFonts w:cs="Times New Roman"/>
        </w:rPr>
      </w:pPr>
    </w:p>
    <w:p w14:paraId="46946404" w14:textId="77777777" w:rsidR="00EE7ED3" w:rsidRDefault="00EE7ED3" w:rsidP="00CE1968">
      <w:pPr>
        <w:spacing w:after="0" w:line="240" w:lineRule="auto"/>
        <w:rPr>
          <w:rFonts w:cs="Times New Roman"/>
        </w:rPr>
      </w:pPr>
    </w:p>
    <w:p w14:paraId="45CDD621" w14:textId="77777777" w:rsidR="00EE7ED3" w:rsidRDefault="00EE7ED3" w:rsidP="00CE1968">
      <w:pPr>
        <w:spacing w:after="0" w:line="240" w:lineRule="auto"/>
        <w:rPr>
          <w:rFonts w:cs="Times New Roman"/>
        </w:rPr>
      </w:pPr>
    </w:p>
    <w:p w14:paraId="049C8051" w14:textId="77777777" w:rsidR="00EE7ED3" w:rsidRDefault="00EE7ED3" w:rsidP="00CE1968">
      <w:pPr>
        <w:spacing w:after="0" w:line="240" w:lineRule="auto"/>
        <w:rPr>
          <w:rFonts w:cs="Times New Roman"/>
        </w:rPr>
      </w:pPr>
    </w:p>
    <w:p w14:paraId="02F34C1E" w14:textId="77777777" w:rsidR="00EE7ED3" w:rsidRDefault="00EE7ED3" w:rsidP="00CE1968">
      <w:pPr>
        <w:spacing w:after="0" w:line="240" w:lineRule="auto"/>
        <w:rPr>
          <w:rFonts w:cs="Times New Roman"/>
        </w:rPr>
      </w:pPr>
    </w:p>
    <w:p w14:paraId="4ABBC036" w14:textId="77777777" w:rsidR="00EE7ED3" w:rsidRDefault="00EE7ED3" w:rsidP="00CE1968">
      <w:pPr>
        <w:spacing w:after="0" w:line="240" w:lineRule="auto"/>
        <w:rPr>
          <w:rFonts w:cs="Times New Roman"/>
        </w:rPr>
      </w:pPr>
    </w:p>
    <w:p w14:paraId="1FC9C2FE" w14:textId="77777777" w:rsidR="00EE7ED3" w:rsidRDefault="00EE7ED3" w:rsidP="00CE1968">
      <w:pPr>
        <w:spacing w:after="0" w:line="240" w:lineRule="auto"/>
        <w:rPr>
          <w:rFonts w:cs="Times New Roman"/>
        </w:rPr>
      </w:pPr>
    </w:p>
    <w:p w14:paraId="1A4A5FEB" w14:textId="77777777" w:rsidR="00EE7ED3" w:rsidRDefault="00EE7ED3" w:rsidP="00CE1968">
      <w:pPr>
        <w:spacing w:after="0" w:line="240" w:lineRule="auto"/>
        <w:rPr>
          <w:rFonts w:cs="Times New Roman"/>
        </w:rPr>
      </w:pPr>
    </w:p>
    <w:p w14:paraId="324E8573" w14:textId="77777777" w:rsidR="00EE7ED3" w:rsidRDefault="00EE7ED3" w:rsidP="00CE1968">
      <w:pPr>
        <w:spacing w:after="0" w:line="240" w:lineRule="auto"/>
        <w:rPr>
          <w:rFonts w:cs="Times New Roman"/>
        </w:rPr>
      </w:pPr>
    </w:p>
    <w:p w14:paraId="096266C5" w14:textId="77777777" w:rsidR="00EE7ED3" w:rsidRDefault="00EE7ED3" w:rsidP="00CE1968">
      <w:pPr>
        <w:spacing w:after="0" w:line="240" w:lineRule="auto"/>
        <w:rPr>
          <w:rFonts w:cs="Times New Roman"/>
        </w:rPr>
      </w:pPr>
    </w:p>
    <w:p w14:paraId="1F0D4CD0" w14:textId="77777777" w:rsidR="00EE7ED3" w:rsidRDefault="00EE7ED3" w:rsidP="00CE1968">
      <w:pPr>
        <w:spacing w:after="0" w:line="240" w:lineRule="auto"/>
        <w:rPr>
          <w:rFonts w:cs="Times New Roman"/>
        </w:rPr>
      </w:pPr>
    </w:p>
    <w:p w14:paraId="5C4898B5" w14:textId="77777777" w:rsidR="00EE7ED3" w:rsidRDefault="00EE7ED3" w:rsidP="00CE1968">
      <w:pPr>
        <w:spacing w:after="0" w:line="240" w:lineRule="auto"/>
        <w:rPr>
          <w:rFonts w:cs="Times New Roman"/>
        </w:rPr>
      </w:pPr>
    </w:p>
    <w:p w14:paraId="68174D17" w14:textId="77777777" w:rsidR="00EE7ED3" w:rsidRDefault="00EE7ED3" w:rsidP="00CE1968">
      <w:pPr>
        <w:spacing w:after="0" w:line="240" w:lineRule="auto"/>
        <w:rPr>
          <w:rFonts w:cs="Times New Roman"/>
        </w:rPr>
      </w:pPr>
    </w:p>
    <w:p w14:paraId="60F5566D" w14:textId="77777777" w:rsidR="00EE7ED3" w:rsidRDefault="00EE7ED3" w:rsidP="00CE1968">
      <w:pPr>
        <w:spacing w:after="0" w:line="240" w:lineRule="auto"/>
        <w:rPr>
          <w:rFonts w:cs="Times New Roman"/>
        </w:rPr>
      </w:pPr>
    </w:p>
    <w:p w14:paraId="3F018317" w14:textId="77777777" w:rsidR="00EE7ED3" w:rsidRDefault="00EE7ED3" w:rsidP="00CE1968">
      <w:pPr>
        <w:spacing w:after="0" w:line="240" w:lineRule="auto"/>
        <w:rPr>
          <w:rFonts w:cs="Times New Roman"/>
        </w:rPr>
      </w:pPr>
    </w:p>
    <w:p w14:paraId="380EEDFC" w14:textId="77777777" w:rsidR="00EE7ED3" w:rsidRDefault="00EE7ED3" w:rsidP="00CE1968">
      <w:pPr>
        <w:spacing w:after="0" w:line="240" w:lineRule="auto"/>
        <w:rPr>
          <w:rFonts w:cs="Times New Roman"/>
        </w:rPr>
      </w:pPr>
    </w:p>
    <w:p w14:paraId="2FCCB437" w14:textId="77777777" w:rsidR="00EE7ED3" w:rsidRDefault="00EE7ED3" w:rsidP="00CE1968">
      <w:pPr>
        <w:spacing w:after="0" w:line="240" w:lineRule="auto"/>
        <w:rPr>
          <w:rFonts w:cs="Times New Roman"/>
        </w:rPr>
      </w:pPr>
    </w:p>
    <w:p w14:paraId="5B2A6963" w14:textId="77777777" w:rsidR="00EE7ED3" w:rsidRDefault="00EE7ED3" w:rsidP="00CE1968">
      <w:pPr>
        <w:spacing w:after="0" w:line="240" w:lineRule="auto"/>
        <w:rPr>
          <w:rFonts w:cs="Times New Roman"/>
        </w:rPr>
      </w:pPr>
    </w:p>
    <w:p w14:paraId="0519D8C7" w14:textId="77777777" w:rsidR="00EE7ED3" w:rsidRDefault="00EE7ED3" w:rsidP="00CE1968">
      <w:pPr>
        <w:spacing w:after="0" w:line="240" w:lineRule="auto"/>
        <w:rPr>
          <w:rFonts w:cs="Times New Roman"/>
        </w:rPr>
      </w:pPr>
    </w:p>
    <w:p w14:paraId="4B9E0DA7" w14:textId="77777777" w:rsidR="00EE7ED3" w:rsidRDefault="00EE7ED3" w:rsidP="00CE1968">
      <w:pPr>
        <w:spacing w:after="0" w:line="240" w:lineRule="auto"/>
        <w:rPr>
          <w:rFonts w:cs="Times New Roman"/>
        </w:rPr>
      </w:pPr>
    </w:p>
    <w:p w14:paraId="097EA4D3" w14:textId="77777777" w:rsidR="00EE7ED3" w:rsidRPr="00CE1968" w:rsidRDefault="00EE7ED3" w:rsidP="00CE1968">
      <w:pPr>
        <w:spacing w:line="240" w:lineRule="auto"/>
        <w:rPr>
          <w:rFonts w:cs="Times New Roman"/>
        </w:rPr>
      </w:pPr>
    </w:p>
    <w:p w14:paraId="5A85EE5E" w14:textId="77777777" w:rsidR="00EE7ED3" w:rsidRPr="00CE1968" w:rsidRDefault="00000000" w:rsidP="00CE1968">
      <w:pPr>
        <w:spacing w:line="240" w:lineRule="auto"/>
        <w:ind w:firstLine="360"/>
        <w:rPr>
          <w:rFonts w:cs="Times New Roman"/>
        </w:rPr>
      </w:pPr>
      <w:r w:rsidRPr="00CE1968">
        <w:rPr>
          <w:rFonts w:cs="Times New Roman"/>
          <w:b/>
          <w:bCs/>
        </w:rPr>
        <w:t xml:space="preserve">Anexa 1 – Acord de respectare a </w:t>
      </w:r>
      <w:r>
        <w:rPr>
          <w:rFonts w:cs="Times New Roman"/>
          <w:b/>
          <w:bCs/>
        </w:rPr>
        <w:t>Regulamentului</w:t>
      </w:r>
      <w:r w:rsidRPr="00CE1968">
        <w:rPr>
          <w:rFonts w:cs="Times New Roman"/>
          <w:b/>
          <w:bCs/>
        </w:rPr>
        <w:t xml:space="preserve"> de Securitate a Informațiilor</w:t>
      </w:r>
      <w:r>
        <w:rPr>
          <w:rFonts w:cs="Times New Roman"/>
          <w:b/>
          <w:bCs/>
        </w:rPr>
        <w:t xml:space="preserve"> în cadrul </w:t>
      </w:r>
      <w:r w:rsidRPr="00095B0F">
        <w:rPr>
          <w:rFonts w:cs="Times New Roman"/>
          <w:b/>
          <w:bCs/>
          <w:lang w:eastAsia="ru-RU"/>
        </w:rPr>
        <w:t>PRIMĂRI</w:t>
      </w:r>
      <w:r>
        <w:rPr>
          <w:rFonts w:cs="Times New Roman"/>
          <w:b/>
          <w:bCs/>
          <w:lang w:eastAsia="ru-RU"/>
        </w:rPr>
        <w:t>EI</w:t>
      </w:r>
      <w:r w:rsidRPr="00095B0F">
        <w:rPr>
          <w:rFonts w:cs="Times New Roman"/>
          <w:b/>
          <w:bCs/>
          <w:lang w:eastAsia="ru-RU"/>
        </w:rPr>
        <w:t xml:space="preserve"> </w:t>
      </w:r>
      <w:r>
        <w:rPr>
          <w:b/>
          <w:bCs/>
        </w:rPr>
        <w:t>SATULUI MERENI</w:t>
      </w:r>
    </w:p>
    <w:p w14:paraId="5F16836F" w14:textId="77777777" w:rsidR="00EE7ED3" w:rsidRPr="00CE1968" w:rsidRDefault="00EE7ED3" w:rsidP="00CE1968">
      <w:pPr>
        <w:spacing w:after="0" w:line="240" w:lineRule="auto"/>
        <w:ind w:left="360"/>
        <w:rPr>
          <w:rFonts w:cs="Times New Roman"/>
        </w:rPr>
      </w:pPr>
    </w:p>
    <w:p w14:paraId="7DBD19C1" w14:textId="77777777" w:rsidR="00EE7ED3" w:rsidRPr="00CE1968" w:rsidRDefault="00000000" w:rsidP="00CE1968">
      <w:pPr>
        <w:spacing w:after="0" w:line="240" w:lineRule="auto"/>
        <w:ind w:left="360"/>
        <w:rPr>
          <w:rFonts w:cs="Times New Roman"/>
        </w:rPr>
      </w:pPr>
      <w:r w:rsidRPr="00CE1968">
        <w:rPr>
          <w:rFonts w:cs="Times New Roman"/>
        </w:rPr>
        <w:t>Numele complet al utilizatorului: ______________________</w:t>
      </w:r>
    </w:p>
    <w:p w14:paraId="5A91F88C" w14:textId="77777777" w:rsidR="00EE7ED3" w:rsidRPr="00CE1968" w:rsidRDefault="00000000" w:rsidP="00CE1968">
      <w:pPr>
        <w:spacing w:after="0" w:line="240" w:lineRule="auto"/>
        <w:ind w:left="360"/>
        <w:rPr>
          <w:rFonts w:cs="Times New Roman"/>
        </w:rPr>
      </w:pPr>
      <w:r w:rsidRPr="00CE1968">
        <w:rPr>
          <w:rFonts w:cs="Times New Roman"/>
        </w:rPr>
        <w:t>Datele de contact: ______________________</w:t>
      </w:r>
    </w:p>
    <w:p w14:paraId="2CF90161" w14:textId="77777777" w:rsidR="00EE7ED3" w:rsidRPr="00CE1968" w:rsidRDefault="00EE7ED3" w:rsidP="00CE1968">
      <w:pPr>
        <w:spacing w:after="0" w:line="240" w:lineRule="auto"/>
        <w:ind w:left="360"/>
        <w:rPr>
          <w:rFonts w:cs="Times New Roman"/>
        </w:rPr>
      </w:pPr>
    </w:p>
    <w:p w14:paraId="67B6BD01" w14:textId="77777777" w:rsidR="00EE7ED3" w:rsidRPr="00CE1968" w:rsidRDefault="00000000" w:rsidP="00CE1968">
      <w:pPr>
        <w:spacing w:after="0" w:line="240" w:lineRule="auto"/>
        <w:ind w:left="360"/>
        <w:rPr>
          <w:rFonts w:cs="Times New Roman"/>
        </w:rPr>
      </w:pPr>
      <w:r w:rsidRPr="00CE1968">
        <w:rPr>
          <w:rFonts w:cs="Times New Roman"/>
        </w:rPr>
        <w:t>Subsemnatul identificat mai sus, am luat la cunoștință prevederile Procedurii privind resursele informatice și îmi exprim prin semnarea prezentului formular acordul cu privire la următoarele:</w:t>
      </w:r>
    </w:p>
    <w:p w14:paraId="687DB63D" w14:textId="77777777" w:rsidR="00EE7ED3" w:rsidRPr="00CE1968" w:rsidRDefault="00000000" w:rsidP="00CE1968">
      <w:pPr>
        <w:numPr>
          <w:ilvl w:val="0"/>
          <w:numId w:val="23"/>
        </w:numPr>
        <w:spacing w:after="0" w:line="240" w:lineRule="auto"/>
        <w:rPr>
          <w:rFonts w:cs="Times New Roman"/>
        </w:rPr>
      </w:pPr>
      <w:r w:rsidRPr="00CE1968">
        <w:rPr>
          <w:rFonts w:cs="Times New Roman"/>
        </w:rPr>
        <w:t xml:space="preserve">Să respect toate prevederile </w:t>
      </w:r>
      <w:r>
        <w:rPr>
          <w:rFonts w:cs="Times New Roman"/>
        </w:rPr>
        <w:t xml:space="preserve">Regulamentelor </w:t>
      </w:r>
      <w:r w:rsidRPr="00CE1968">
        <w:rPr>
          <w:rFonts w:cs="Times New Roman"/>
        </w:rPr>
        <w:t>și procedurilor</w:t>
      </w:r>
      <w:r>
        <w:rPr>
          <w:rFonts w:cs="Times New Roman"/>
        </w:rPr>
        <w:t>/politicilor</w:t>
      </w:r>
      <w:r w:rsidRPr="00CE1968">
        <w:rPr>
          <w:rFonts w:cs="Times New Roman"/>
        </w:rPr>
        <w:t xml:space="preserve"> existente în cadrul Operatorului, precum și în </w:t>
      </w:r>
      <w:r>
        <w:rPr>
          <w:rFonts w:cs="Times New Roman"/>
        </w:rPr>
        <w:t>Regulamentul</w:t>
      </w:r>
      <w:r w:rsidRPr="00CE1968">
        <w:rPr>
          <w:rFonts w:cs="Times New Roman"/>
        </w:rPr>
        <w:t xml:space="preserve"> privind resursele informatice. În acest sens, am luat la cunoștință conținutul tuturor acestor documente.</w:t>
      </w:r>
    </w:p>
    <w:p w14:paraId="39C52B0F" w14:textId="77777777" w:rsidR="00EE7ED3" w:rsidRPr="00CE1968" w:rsidRDefault="00000000" w:rsidP="00CE1968">
      <w:pPr>
        <w:numPr>
          <w:ilvl w:val="0"/>
          <w:numId w:val="23"/>
        </w:numPr>
        <w:spacing w:after="0" w:line="240" w:lineRule="auto"/>
        <w:rPr>
          <w:rFonts w:cs="Times New Roman"/>
        </w:rPr>
      </w:pPr>
      <w:r w:rsidRPr="00CE1968">
        <w:rPr>
          <w:rFonts w:cs="Times New Roman"/>
        </w:rPr>
        <w:t>Să adopt toate măsurile de precauție necesare în vederea eliminării riscurilor de dezvăluire către persoane neautorizate a informațiilor interne ale Operatorului sau a informațiilor care mi-au fost încredințate de către Operator.</w:t>
      </w:r>
    </w:p>
    <w:p w14:paraId="5C11C3AD" w14:textId="77777777" w:rsidR="00EE7ED3" w:rsidRPr="00CE1968" w:rsidRDefault="00000000" w:rsidP="00CE1968">
      <w:pPr>
        <w:numPr>
          <w:ilvl w:val="0"/>
          <w:numId w:val="23"/>
        </w:numPr>
        <w:spacing w:after="0" w:line="240" w:lineRule="auto"/>
        <w:rPr>
          <w:rFonts w:cs="Times New Roman"/>
        </w:rPr>
      </w:pPr>
      <w:r w:rsidRPr="00CE1968">
        <w:rPr>
          <w:rFonts w:cs="Times New Roman"/>
        </w:rPr>
        <w:t xml:space="preserve">Să returnez odată cu finalizarea activității mele pentru Operator, toate materialele la care am primit acces ca rezultat al activității mele în cadrul acesteia. Înțeleg faptul că îmi este interzisă folosirea acestor informații în scopuri personale și nici nu am autorizarea de a dezvălui aceste </w:t>
      </w:r>
      <w:r w:rsidRPr="00CE1968">
        <w:rPr>
          <w:rFonts w:cs="Times New Roman"/>
        </w:rPr>
        <w:lastRenderedPageBreak/>
        <w:t xml:space="preserve">materiale terților </w:t>
      </w:r>
      <w:r w:rsidRPr="001B0022">
        <w:rPr>
          <w:rFonts w:cs="Times New Roman"/>
        </w:rPr>
        <w:t xml:space="preserve">fără aprobarea explicită în scris a Conducerii </w:t>
      </w:r>
      <w:r w:rsidRPr="00234DE6">
        <w:rPr>
          <w:rFonts w:cs="Times New Roman"/>
          <w:b/>
          <w:bCs/>
        </w:rPr>
        <w:t>Primăriei</w:t>
      </w:r>
      <w:r w:rsidRPr="001B0022">
        <w:rPr>
          <w:rFonts w:cs="Times New Roman"/>
        </w:rPr>
        <w:t xml:space="preserve"> </w:t>
      </w:r>
      <w:r>
        <w:rPr>
          <w:b/>
          <w:bCs/>
        </w:rPr>
        <w:t>SATULUI MERENI</w:t>
      </w:r>
      <w:r w:rsidRPr="001B0022">
        <w:rPr>
          <w:rFonts w:cs="Times New Roman"/>
        </w:rPr>
        <w:t>, în condițiile legii</w:t>
      </w:r>
      <w:r w:rsidRPr="00CE1968">
        <w:rPr>
          <w:rFonts w:cs="Times New Roman"/>
        </w:rPr>
        <w:t>.</w:t>
      </w:r>
    </w:p>
    <w:p w14:paraId="308CACE6" w14:textId="77777777" w:rsidR="00EE7ED3" w:rsidRPr="00CE1968" w:rsidRDefault="00000000" w:rsidP="00CE1968">
      <w:pPr>
        <w:numPr>
          <w:ilvl w:val="0"/>
          <w:numId w:val="23"/>
        </w:numPr>
        <w:spacing w:after="0" w:line="240" w:lineRule="auto"/>
        <w:rPr>
          <w:rFonts w:cs="Times New Roman"/>
        </w:rPr>
      </w:pPr>
      <w:r w:rsidRPr="00CE1968">
        <w:rPr>
          <w:rFonts w:cs="Times New Roman"/>
        </w:rPr>
        <w:t xml:space="preserve">Să informez prompt șeful direct despre orice situație de încălcare sau posibilă încălcare a </w:t>
      </w:r>
      <w:r>
        <w:rPr>
          <w:rFonts w:cs="Times New Roman"/>
        </w:rPr>
        <w:t>Regulamentelor/</w:t>
      </w:r>
      <w:r w:rsidRPr="00CE1968">
        <w:rPr>
          <w:rFonts w:cs="Times New Roman"/>
        </w:rPr>
        <w:t>Politicilor din cadrul Operatorului.</w:t>
      </w:r>
    </w:p>
    <w:p w14:paraId="1FD1C05C" w14:textId="77777777" w:rsidR="00EE7ED3" w:rsidRPr="00CE1968" w:rsidRDefault="00000000" w:rsidP="00CE1968">
      <w:pPr>
        <w:numPr>
          <w:ilvl w:val="0"/>
          <w:numId w:val="23"/>
        </w:numPr>
        <w:spacing w:after="0" w:line="240" w:lineRule="auto"/>
        <w:rPr>
          <w:rFonts w:cs="Times New Roman"/>
        </w:rPr>
      </w:pPr>
      <w:r w:rsidRPr="00CE1968">
        <w:rPr>
          <w:rFonts w:cs="Times New Roman"/>
        </w:rPr>
        <w:t xml:space="preserve">Sunt de acord cu faptul că încălcarea </w:t>
      </w:r>
      <w:r>
        <w:rPr>
          <w:rFonts w:cs="Times New Roman"/>
        </w:rPr>
        <w:t>Regulamentului</w:t>
      </w:r>
      <w:r w:rsidRPr="00CE1968">
        <w:rPr>
          <w:rFonts w:cs="Times New Roman"/>
        </w:rPr>
        <w:t xml:space="preserve"> privind resursele informatice </w:t>
      </w:r>
      <w:r w:rsidRPr="001B0022">
        <w:rPr>
          <w:rFonts w:cs="Times New Roman"/>
        </w:rPr>
        <w:t>poate duce la aplicarea de măsuri disciplinare, la revocarea drepturilor, la eliberarea din funcție / destituirea din funcția publică sau desfacerea contractului individual de muncă, după caz</w:t>
      </w:r>
      <w:r>
        <w:rPr>
          <w:rFonts w:cs="Times New Roman"/>
        </w:rPr>
        <w:t xml:space="preserve"> </w:t>
      </w:r>
      <w:r w:rsidRPr="00CE1968">
        <w:rPr>
          <w:rFonts w:cs="Times New Roman"/>
        </w:rPr>
        <w:t>și eventual la răspunderea legală pe cale civilă sau penală.</w:t>
      </w:r>
    </w:p>
    <w:p w14:paraId="4CCD43DE" w14:textId="77777777" w:rsidR="00EE7ED3" w:rsidRPr="00CE1968" w:rsidRDefault="00EE7ED3" w:rsidP="00CE1968">
      <w:pPr>
        <w:spacing w:after="0" w:line="240" w:lineRule="auto"/>
        <w:ind w:left="720"/>
        <w:rPr>
          <w:rFonts w:cs="Times New Roman"/>
        </w:rPr>
      </w:pPr>
    </w:p>
    <w:p w14:paraId="79B16932" w14:textId="77777777" w:rsidR="00EE7ED3" w:rsidRPr="00CE1968" w:rsidRDefault="00EE7ED3" w:rsidP="00CE1968">
      <w:pPr>
        <w:spacing w:after="0" w:line="240" w:lineRule="auto"/>
        <w:ind w:left="720"/>
        <w:rPr>
          <w:rFonts w:cs="Times New Roman"/>
        </w:rPr>
      </w:pPr>
    </w:p>
    <w:p w14:paraId="261DA34B" w14:textId="77777777" w:rsidR="00EE7ED3" w:rsidRPr="00CE1968" w:rsidRDefault="00000000" w:rsidP="00CE1968">
      <w:pPr>
        <w:spacing w:after="0" w:line="240" w:lineRule="auto"/>
        <w:ind w:left="720"/>
        <w:rPr>
          <w:rFonts w:cs="Times New Roman"/>
          <w:b/>
          <w:bCs/>
        </w:rPr>
      </w:pPr>
      <w:r w:rsidRPr="00CE1968">
        <w:rPr>
          <w:rFonts w:cs="Times New Roman"/>
          <w:b/>
          <w:bCs/>
        </w:rPr>
        <w:t>Data</w:t>
      </w:r>
    </w:p>
    <w:p w14:paraId="5A0E3F19" w14:textId="77777777" w:rsidR="00EE7ED3" w:rsidRPr="00CE1968" w:rsidRDefault="00EE7ED3" w:rsidP="00CE1968">
      <w:pPr>
        <w:spacing w:after="0" w:line="240" w:lineRule="auto"/>
        <w:ind w:left="720"/>
        <w:rPr>
          <w:rFonts w:cs="Times New Roman"/>
          <w:b/>
          <w:bCs/>
        </w:rPr>
      </w:pPr>
    </w:p>
    <w:p w14:paraId="6F978D87" w14:textId="77777777" w:rsidR="00EE7ED3" w:rsidRPr="00CE1968" w:rsidRDefault="00000000" w:rsidP="00CE1968">
      <w:pPr>
        <w:spacing w:after="0" w:line="240" w:lineRule="auto"/>
        <w:ind w:left="720"/>
        <w:rPr>
          <w:rFonts w:cs="Times New Roman"/>
          <w:b/>
          <w:bCs/>
        </w:rPr>
      </w:pPr>
      <w:r w:rsidRPr="00CE1968">
        <w:rPr>
          <w:rFonts w:cs="Times New Roman"/>
          <w:b/>
          <w:bCs/>
        </w:rPr>
        <w:t>Semnătura</w:t>
      </w:r>
    </w:p>
    <w:p w14:paraId="241D6004" w14:textId="77777777" w:rsidR="00EE7ED3" w:rsidRPr="00CE1968" w:rsidRDefault="00EE7ED3" w:rsidP="00CE1968">
      <w:pPr>
        <w:spacing w:line="240" w:lineRule="auto"/>
        <w:rPr>
          <w:rFonts w:cs="Times New Roman"/>
        </w:rPr>
      </w:pPr>
    </w:p>
    <w:p w14:paraId="15F9498E" w14:textId="77777777" w:rsidR="006D4E92" w:rsidRDefault="00000000">
      <w:r>
        <w:br w:type="page"/>
      </w:r>
    </w:p>
    <w:p w14:paraId="178786BC" w14:textId="77777777" w:rsidR="006D4E92" w:rsidRDefault="00000000">
      <w:pPr>
        <w:jc w:val="right"/>
      </w:pPr>
      <w:r>
        <w:rPr>
          <w:b/>
          <w:sz w:val="20"/>
        </w:rPr>
        <w:lastRenderedPageBreak/>
        <w:t>Anexa nr. 7</w:t>
      </w:r>
      <w:r>
        <w:rPr>
          <w:b/>
          <w:sz w:val="20"/>
        </w:rPr>
        <w:br/>
        <w:t>la Decizia Consiliului local Mereni</w:t>
      </w:r>
      <w:r>
        <w:rPr>
          <w:b/>
          <w:sz w:val="20"/>
        </w:rPr>
        <w:br/>
        <w:t>nr. ____/____ din ______________ 2026</w:t>
      </w:r>
    </w:p>
    <w:p w14:paraId="45488BF9" w14:textId="77777777" w:rsidR="00EE7ED3" w:rsidRPr="00563B50" w:rsidRDefault="00000000" w:rsidP="00916751">
      <w:pPr>
        <w:jc w:val="right"/>
        <w:rPr>
          <w:rFonts w:cs="Times New Roman"/>
          <w:b/>
          <w:bCs/>
          <w:szCs w:val="24"/>
        </w:rPr>
      </w:pPr>
      <w:r w:rsidRPr="00563B50">
        <w:rPr>
          <w:rFonts w:cs="Times New Roman"/>
          <w:b/>
          <w:bCs/>
          <w:szCs w:val="24"/>
        </w:rPr>
        <w:t>APROBAT</w:t>
      </w:r>
    </w:p>
    <w:p w14:paraId="0B2EB9B5" w14:textId="77777777" w:rsidR="00EE7ED3" w:rsidRPr="00563B50" w:rsidRDefault="00000000" w:rsidP="00916751">
      <w:pPr>
        <w:jc w:val="right"/>
        <w:rPr>
          <w:rFonts w:cs="Times New Roman"/>
          <w:szCs w:val="24"/>
        </w:rPr>
      </w:pPr>
      <w:r w:rsidRPr="00563B50">
        <w:rPr>
          <w:rFonts w:cs="Times New Roman"/>
          <w:b/>
          <w:bCs/>
          <w:szCs w:val="24"/>
        </w:rPr>
        <w:t>PRIN DECIZIA CONSILIULUI LOCAL MERENI</w:t>
      </w:r>
      <w:r w:rsidRPr="00563B50">
        <w:rPr>
          <w:rFonts w:cs="Times New Roman"/>
          <w:szCs w:val="24"/>
        </w:rPr>
        <w:br/>
        <w:t>nr. ______ din ________________________ 2026</w:t>
      </w:r>
    </w:p>
    <w:p w14:paraId="1A971DF6" w14:textId="77777777" w:rsidR="00EE7ED3" w:rsidRDefault="00EE7ED3" w:rsidP="00A52587">
      <w:pPr>
        <w:jc w:val="right"/>
        <w:rPr>
          <w:b/>
          <w:szCs w:val="24"/>
        </w:rPr>
      </w:pPr>
    </w:p>
    <w:p w14:paraId="32652B9A" w14:textId="77777777" w:rsidR="00EE7ED3" w:rsidRDefault="00EE7ED3" w:rsidP="00A52587">
      <w:pPr>
        <w:jc w:val="center"/>
        <w:rPr>
          <w:b/>
          <w:szCs w:val="24"/>
        </w:rPr>
      </w:pPr>
    </w:p>
    <w:p w14:paraId="6E46867D" w14:textId="77777777" w:rsidR="00EE7ED3" w:rsidRDefault="00EE7ED3" w:rsidP="00A52587">
      <w:pPr>
        <w:jc w:val="center"/>
        <w:rPr>
          <w:b/>
          <w:szCs w:val="24"/>
        </w:rPr>
      </w:pPr>
    </w:p>
    <w:p w14:paraId="22A2578F" w14:textId="77777777" w:rsidR="00EE7ED3" w:rsidRDefault="00EE7ED3" w:rsidP="00A52587">
      <w:pPr>
        <w:jc w:val="center"/>
        <w:rPr>
          <w:b/>
          <w:szCs w:val="24"/>
        </w:rPr>
      </w:pPr>
    </w:p>
    <w:p w14:paraId="4905BD06" w14:textId="77777777" w:rsidR="00EE7ED3" w:rsidRDefault="00EE7ED3" w:rsidP="00A52587">
      <w:pPr>
        <w:jc w:val="center"/>
        <w:rPr>
          <w:b/>
          <w:szCs w:val="24"/>
        </w:rPr>
      </w:pPr>
    </w:p>
    <w:p w14:paraId="7C31723B" w14:textId="77777777" w:rsidR="00EE7ED3" w:rsidRDefault="00EE7ED3" w:rsidP="00A52587">
      <w:pPr>
        <w:jc w:val="center"/>
        <w:rPr>
          <w:b/>
          <w:szCs w:val="24"/>
        </w:rPr>
      </w:pPr>
    </w:p>
    <w:p w14:paraId="0FF84696" w14:textId="77777777" w:rsidR="00EE7ED3" w:rsidRDefault="00EE7ED3" w:rsidP="00A52587">
      <w:pPr>
        <w:jc w:val="center"/>
        <w:rPr>
          <w:b/>
          <w:szCs w:val="24"/>
        </w:rPr>
      </w:pPr>
    </w:p>
    <w:p w14:paraId="42B8936D" w14:textId="77777777" w:rsidR="00EE7ED3" w:rsidRDefault="00EE7ED3" w:rsidP="00A52587">
      <w:pPr>
        <w:jc w:val="center"/>
        <w:rPr>
          <w:b/>
          <w:szCs w:val="24"/>
        </w:rPr>
      </w:pPr>
    </w:p>
    <w:p w14:paraId="3DFC9982" w14:textId="77777777" w:rsidR="00EE7ED3" w:rsidRDefault="00000000" w:rsidP="00C57AC7">
      <w:pPr>
        <w:jc w:val="center"/>
        <w:rPr>
          <w:rFonts w:eastAsia="Arial" w:cs="Times New Roman"/>
          <w:b/>
          <w:bCs/>
          <w:szCs w:val="24"/>
        </w:rPr>
      </w:pPr>
      <w:r>
        <w:rPr>
          <w:rFonts w:eastAsia="Arial" w:cs="Times New Roman"/>
          <w:b/>
          <w:bCs/>
          <w:szCs w:val="24"/>
        </w:rPr>
        <w:t>REGULAMENTUL</w:t>
      </w:r>
      <w:r w:rsidRPr="00693F1B">
        <w:rPr>
          <w:rFonts w:eastAsia="Arial" w:cs="Times New Roman"/>
          <w:b/>
          <w:bCs/>
          <w:szCs w:val="24"/>
        </w:rPr>
        <w:t xml:space="preserve"> PRIVIND TRANSFERUL DE DATE CU CARACTER PERSONAL</w:t>
      </w:r>
    </w:p>
    <w:p w14:paraId="1E99F30F" w14:textId="77777777" w:rsidR="00EE7ED3" w:rsidRDefault="00EE7ED3" w:rsidP="009D7F1C">
      <w:pPr>
        <w:rPr>
          <w:rFonts w:eastAsia="Arial" w:cs="Times New Roman"/>
          <w:b/>
          <w:bCs/>
          <w:szCs w:val="24"/>
        </w:rPr>
      </w:pPr>
    </w:p>
    <w:p w14:paraId="130E5055" w14:textId="77777777" w:rsidR="00EE7ED3" w:rsidRDefault="00EE7ED3" w:rsidP="009D7F1C">
      <w:pPr>
        <w:rPr>
          <w:rFonts w:eastAsia="Arial" w:cs="Times New Roman"/>
          <w:b/>
          <w:bCs/>
          <w:szCs w:val="24"/>
        </w:rPr>
      </w:pPr>
    </w:p>
    <w:p w14:paraId="272C841A" w14:textId="77777777" w:rsidR="00EE7ED3" w:rsidRDefault="00EE7ED3" w:rsidP="009D7F1C">
      <w:pPr>
        <w:rPr>
          <w:rFonts w:eastAsia="Arial" w:cs="Times New Roman"/>
          <w:b/>
          <w:bCs/>
          <w:szCs w:val="24"/>
        </w:rPr>
      </w:pPr>
    </w:p>
    <w:p w14:paraId="71D4AE43" w14:textId="77777777" w:rsidR="00EE7ED3" w:rsidRDefault="00EE7ED3" w:rsidP="009D7F1C">
      <w:pPr>
        <w:rPr>
          <w:rFonts w:eastAsia="Arial" w:cs="Times New Roman"/>
          <w:b/>
          <w:bCs/>
          <w:szCs w:val="24"/>
        </w:rPr>
      </w:pPr>
    </w:p>
    <w:p w14:paraId="072E31DC" w14:textId="77777777" w:rsidR="00EE7ED3" w:rsidRDefault="00EE7ED3" w:rsidP="009D7F1C">
      <w:pPr>
        <w:rPr>
          <w:rFonts w:eastAsia="Arial" w:cs="Times New Roman"/>
          <w:b/>
          <w:bCs/>
          <w:szCs w:val="24"/>
        </w:rPr>
      </w:pPr>
    </w:p>
    <w:p w14:paraId="123B7F98" w14:textId="77777777" w:rsidR="00EE7ED3" w:rsidRDefault="00EE7ED3" w:rsidP="009D7F1C">
      <w:pPr>
        <w:rPr>
          <w:rFonts w:eastAsia="Arial" w:cs="Times New Roman"/>
          <w:b/>
          <w:bCs/>
          <w:szCs w:val="24"/>
        </w:rPr>
      </w:pPr>
    </w:p>
    <w:p w14:paraId="0F9AA651" w14:textId="77777777" w:rsidR="00EE7ED3" w:rsidRDefault="00EE7ED3" w:rsidP="009D7F1C">
      <w:pPr>
        <w:rPr>
          <w:rFonts w:eastAsia="Arial" w:cs="Times New Roman"/>
          <w:b/>
          <w:bCs/>
          <w:szCs w:val="24"/>
        </w:rPr>
      </w:pPr>
    </w:p>
    <w:p w14:paraId="3AEB1877" w14:textId="77777777" w:rsidR="00EE7ED3" w:rsidRDefault="00EE7ED3" w:rsidP="009D7F1C">
      <w:pPr>
        <w:rPr>
          <w:rFonts w:eastAsia="Arial" w:cs="Times New Roman"/>
          <w:b/>
          <w:bCs/>
          <w:szCs w:val="24"/>
        </w:rPr>
      </w:pPr>
    </w:p>
    <w:p w14:paraId="6816590E" w14:textId="77777777" w:rsidR="00EE7ED3" w:rsidRDefault="00EE7ED3" w:rsidP="009D7F1C">
      <w:pPr>
        <w:rPr>
          <w:rFonts w:eastAsia="Arial" w:cs="Times New Roman"/>
          <w:b/>
          <w:bCs/>
          <w:szCs w:val="24"/>
        </w:rPr>
      </w:pPr>
    </w:p>
    <w:p w14:paraId="3C636765" w14:textId="77777777" w:rsidR="00EE7ED3" w:rsidRDefault="00EE7ED3" w:rsidP="009D7F1C">
      <w:pPr>
        <w:rPr>
          <w:rFonts w:eastAsia="Arial" w:cs="Times New Roman"/>
          <w:b/>
          <w:bCs/>
          <w:szCs w:val="24"/>
        </w:rPr>
      </w:pPr>
    </w:p>
    <w:p w14:paraId="4C826A74" w14:textId="77777777" w:rsidR="00EE7ED3" w:rsidRDefault="00EE7ED3" w:rsidP="009D7F1C">
      <w:pPr>
        <w:rPr>
          <w:rFonts w:eastAsia="Arial" w:cs="Times New Roman"/>
          <w:b/>
          <w:bCs/>
          <w:szCs w:val="24"/>
        </w:rPr>
      </w:pPr>
    </w:p>
    <w:p w14:paraId="423AB909" w14:textId="77777777" w:rsidR="00EE7ED3" w:rsidRDefault="00EE7ED3" w:rsidP="009D7F1C">
      <w:pPr>
        <w:rPr>
          <w:rFonts w:eastAsia="Arial" w:cs="Times New Roman"/>
          <w:b/>
          <w:bCs/>
          <w:szCs w:val="24"/>
        </w:rPr>
      </w:pPr>
    </w:p>
    <w:p w14:paraId="61D96064" w14:textId="77777777" w:rsidR="00EE7ED3" w:rsidRDefault="00EE7ED3" w:rsidP="009D7F1C">
      <w:pPr>
        <w:rPr>
          <w:rFonts w:eastAsia="Arial" w:cs="Times New Roman"/>
          <w:b/>
          <w:bCs/>
          <w:szCs w:val="24"/>
        </w:rPr>
      </w:pPr>
    </w:p>
    <w:p w14:paraId="6B53B929" w14:textId="77777777" w:rsidR="00EE7ED3" w:rsidRDefault="00EE7ED3" w:rsidP="009D7F1C">
      <w:pPr>
        <w:rPr>
          <w:rFonts w:eastAsia="Arial" w:cs="Times New Roman"/>
          <w:b/>
          <w:bCs/>
          <w:szCs w:val="24"/>
        </w:rPr>
      </w:pPr>
    </w:p>
    <w:p w14:paraId="05F35C20" w14:textId="77777777" w:rsidR="00EE7ED3" w:rsidRDefault="00EE7ED3" w:rsidP="009D7F1C">
      <w:pPr>
        <w:rPr>
          <w:rFonts w:eastAsia="Arial" w:cs="Times New Roman"/>
          <w:b/>
          <w:bCs/>
          <w:szCs w:val="24"/>
        </w:rPr>
      </w:pPr>
    </w:p>
    <w:p w14:paraId="6421DF69" w14:textId="77777777" w:rsidR="00EE7ED3" w:rsidRDefault="00EE7ED3" w:rsidP="009D7F1C">
      <w:pPr>
        <w:rPr>
          <w:rFonts w:eastAsia="Arial" w:cs="Times New Roman"/>
          <w:b/>
          <w:bCs/>
          <w:szCs w:val="24"/>
        </w:rPr>
      </w:pPr>
    </w:p>
    <w:p w14:paraId="0284AA4C" w14:textId="77777777" w:rsidR="00EE7ED3" w:rsidRDefault="00EE7ED3" w:rsidP="009D7F1C">
      <w:pPr>
        <w:rPr>
          <w:rFonts w:eastAsia="Arial" w:cs="Times New Roman"/>
          <w:b/>
          <w:bCs/>
          <w:szCs w:val="24"/>
        </w:rPr>
      </w:pPr>
    </w:p>
    <w:p w14:paraId="3685CF58" w14:textId="77777777" w:rsidR="00EE7ED3" w:rsidRPr="00C57AC7" w:rsidRDefault="00EE7ED3" w:rsidP="00C57AC7">
      <w:pPr>
        <w:rPr>
          <w:rFonts w:eastAsia="Arial" w:cs="Times New Roman"/>
          <w:b/>
          <w:bCs/>
          <w:szCs w:val="24"/>
        </w:rPr>
      </w:pPr>
    </w:p>
    <w:p w14:paraId="4670437B" w14:textId="77777777" w:rsidR="00EE7ED3" w:rsidRPr="00693F1B" w:rsidRDefault="00000000" w:rsidP="00E22F27">
      <w:pPr>
        <w:jc w:val="both"/>
        <w:rPr>
          <w:rFonts w:eastAsia="Arial" w:cs="Times New Roman"/>
          <w:b/>
          <w:bCs/>
          <w:szCs w:val="24"/>
        </w:rPr>
      </w:pPr>
      <w:r w:rsidRPr="00693F1B">
        <w:rPr>
          <w:rFonts w:eastAsia="Arial" w:cs="Times New Roman"/>
          <w:b/>
          <w:bCs/>
          <w:szCs w:val="24"/>
        </w:rPr>
        <w:t>1. DEFINIȚII</w:t>
      </w:r>
    </w:p>
    <w:p w14:paraId="5BD98E5D" w14:textId="77777777" w:rsidR="00EE7ED3" w:rsidRPr="00693F1B" w:rsidRDefault="00000000" w:rsidP="00E22F27">
      <w:pPr>
        <w:jc w:val="both"/>
        <w:rPr>
          <w:rFonts w:eastAsia="Arial" w:cs="Times New Roman"/>
          <w:szCs w:val="24"/>
        </w:rPr>
      </w:pPr>
      <w:r w:rsidRPr="00693F1B">
        <w:rPr>
          <w:rFonts w:eastAsia="Arial" w:cs="Times New Roman"/>
          <w:b/>
          <w:bCs/>
          <w:szCs w:val="24"/>
        </w:rPr>
        <w:t>„</w:t>
      </w:r>
      <w:proofErr w:type="spellStart"/>
      <w:r w:rsidRPr="00693F1B">
        <w:rPr>
          <w:rFonts w:eastAsia="Arial" w:cs="Times New Roman"/>
          <w:b/>
          <w:bCs/>
          <w:szCs w:val="24"/>
        </w:rPr>
        <w:t>Legea</w:t>
      </w:r>
      <w:proofErr w:type="spellEnd"/>
      <w:r w:rsidRPr="00693F1B">
        <w:rPr>
          <w:rFonts w:eastAsia="Arial" w:cs="Times New Roman"/>
          <w:b/>
          <w:bCs/>
          <w:szCs w:val="24"/>
        </w:rPr>
        <w:t xml:space="preserve"> nr. 195/2024”</w:t>
      </w:r>
      <w:r w:rsidRPr="00693F1B">
        <w:rPr>
          <w:rFonts w:eastAsia="Arial" w:cs="Times New Roman"/>
          <w:szCs w:val="24"/>
        </w:rPr>
        <w:t xml:space="preserve"> - </w:t>
      </w:r>
      <w:proofErr w:type="spellStart"/>
      <w:r w:rsidRPr="00693F1B">
        <w:rPr>
          <w:rFonts w:eastAsia="Arial" w:cs="Times New Roman"/>
          <w:szCs w:val="24"/>
        </w:rPr>
        <w:t>Legea</w:t>
      </w:r>
      <w:proofErr w:type="spellEnd"/>
      <w:r w:rsidRPr="00693F1B">
        <w:rPr>
          <w:rFonts w:eastAsia="Arial" w:cs="Times New Roman"/>
          <w:szCs w:val="24"/>
        </w:rPr>
        <w:t xml:space="preserve"> nr. 195 </w:t>
      </w:r>
      <w:proofErr w:type="gramStart"/>
      <w:r w:rsidRPr="00693F1B">
        <w:rPr>
          <w:rFonts w:eastAsia="Arial" w:cs="Times New Roman"/>
          <w:szCs w:val="24"/>
        </w:rPr>
        <w:t>din</w:t>
      </w:r>
      <w:proofErr w:type="gramEnd"/>
      <w:r w:rsidRPr="00693F1B">
        <w:rPr>
          <w:rFonts w:eastAsia="Arial" w:cs="Times New Roman"/>
          <w:szCs w:val="24"/>
        </w:rPr>
        <w:t xml:space="preserve"> 24.07.2024 </w:t>
      </w:r>
      <w:proofErr w:type="spellStart"/>
      <w:r w:rsidRPr="00693F1B">
        <w:rPr>
          <w:rFonts w:eastAsia="Arial" w:cs="Times New Roman"/>
          <w:szCs w:val="24"/>
        </w:rPr>
        <w:t>privind</w:t>
      </w:r>
      <w:proofErr w:type="spellEnd"/>
      <w:r w:rsidRPr="00693F1B">
        <w:rPr>
          <w:rFonts w:eastAsia="Arial" w:cs="Times New Roman"/>
          <w:szCs w:val="24"/>
        </w:rPr>
        <w:t xml:space="preserve"> </w:t>
      </w:r>
      <w:proofErr w:type="spellStart"/>
      <w:r w:rsidRPr="00693F1B">
        <w:rPr>
          <w:rFonts w:eastAsia="Arial" w:cs="Times New Roman"/>
          <w:szCs w:val="24"/>
        </w:rPr>
        <w:t>protecția</w:t>
      </w:r>
      <w:proofErr w:type="spellEnd"/>
      <w:r w:rsidRPr="00693F1B">
        <w:rPr>
          <w:rFonts w:eastAsia="Arial" w:cs="Times New Roman"/>
          <w:szCs w:val="24"/>
        </w:rPr>
        <w:t xml:space="preserve"> </w:t>
      </w:r>
      <w:proofErr w:type="spellStart"/>
      <w:r w:rsidRPr="00693F1B">
        <w:rPr>
          <w:rFonts w:eastAsia="Arial" w:cs="Times New Roman"/>
          <w:szCs w:val="24"/>
        </w:rPr>
        <w:t>datelor</w:t>
      </w:r>
      <w:proofErr w:type="spellEnd"/>
      <w:r w:rsidRPr="00693F1B">
        <w:rPr>
          <w:rFonts w:eastAsia="Arial" w:cs="Times New Roman"/>
          <w:szCs w:val="24"/>
        </w:rPr>
        <w:t xml:space="preserve"> cu </w:t>
      </w:r>
      <w:proofErr w:type="spellStart"/>
      <w:r w:rsidRPr="00693F1B">
        <w:rPr>
          <w:rFonts w:eastAsia="Arial" w:cs="Times New Roman"/>
          <w:szCs w:val="24"/>
        </w:rPr>
        <w:t>caracter</w:t>
      </w:r>
      <w:proofErr w:type="spellEnd"/>
      <w:r w:rsidRPr="00693F1B">
        <w:rPr>
          <w:rFonts w:eastAsia="Arial" w:cs="Times New Roman"/>
          <w:szCs w:val="24"/>
        </w:rPr>
        <w:t xml:space="preserve"> personal din Republica Moldova, care </w:t>
      </w:r>
      <w:proofErr w:type="spellStart"/>
      <w:r w:rsidRPr="00693F1B">
        <w:rPr>
          <w:rFonts w:eastAsia="Arial" w:cs="Times New Roman"/>
          <w:szCs w:val="24"/>
        </w:rPr>
        <w:t>transpune</w:t>
      </w:r>
      <w:proofErr w:type="spellEnd"/>
      <w:r w:rsidRPr="00693F1B">
        <w:rPr>
          <w:rFonts w:eastAsia="Arial" w:cs="Times New Roman"/>
          <w:szCs w:val="24"/>
        </w:rPr>
        <w:t xml:space="preserve"> </w:t>
      </w:r>
      <w:proofErr w:type="spellStart"/>
      <w:r w:rsidRPr="00693F1B">
        <w:rPr>
          <w:rFonts w:eastAsia="Arial" w:cs="Times New Roman"/>
          <w:szCs w:val="24"/>
        </w:rPr>
        <w:t>standardele</w:t>
      </w:r>
      <w:proofErr w:type="spellEnd"/>
      <w:r w:rsidRPr="00693F1B">
        <w:rPr>
          <w:rFonts w:eastAsia="Arial" w:cs="Times New Roman"/>
          <w:szCs w:val="24"/>
        </w:rPr>
        <w:t xml:space="preserve"> </w:t>
      </w:r>
      <w:proofErr w:type="spellStart"/>
      <w:r w:rsidRPr="00693F1B">
        <w:rPr>
          <w:rFonts w:eastAsia="Arial" w:cs="Times New Roman"/>
          <w:szCs w:val="24"/>
        </w:rPr>
        <w:t>Regulamentului</w:t>
      </w:r>
      <w:proofErr w:type="spellEnd"/>
      <w:r w:rsidRPr="00693F1B">
        <w:rPr>
          <w:rFonts w:eastAsia="Arial" w:cs="Times New Roman"/>
          <w:szCs w:val="24"/>
        </w:rPr>
        <w:t xml:space="preserve"> (UE) 2016/679 (GDPR)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dreptul</w:t>
      </w:r>
      <w:proofErr w:type="spellEnd"/>
      <w:r w:rsidRPr="00693F1B">
        <w:rPr>
          <w:rFonts w:eastAsia="Arial" w:cs="Times New Roman"/>
          <w:szCs w:val="24"/>
        </w:rPr>
        <w:t xml:space="preserve"> </w:t>
      </w:r>
      <w:proofErr w:type="spellStart"/>
      <w:r w:rsidRPr="00693F1B">
        <w:rPr>
          <w:rFonts w:eastAsia="Arial" w:cs="Times New Roman"/>
          <w:szCs w:val="24"/>
        </w:rPr>
        <w:t>național</w:t>
      </w:r>
      <w:proofErr w:type="spellEnd"/>
      <w:r w:rsidRPr="00693F1B">
        <w:rPr>
          <w:rFonts w:eastAsia="Arial" w:cs="Times New Roman"/>
          <w:szCs w:val="24"/>
        </w:rPr>
        <w:t xml:space="preserve"> </w:t>
      </w:r>
      <w:proofErr w:type="spellStart"/>
      <w:r w:rsidRPr="00693F1B">
        <w:rPr>
          <w:rFonts w:eastAsia="Arial" w:cs="Times New Roman"/>
          <w:szCs w:val="24"/>
        </w:rPr>
        <w:t>și</w:t>
      </w:r>
      <w:proofErr w:type="spellEnd"/>
      <w:r w:rsidRPr="00693F1B">
        <w:rPr>
          <w:rFonts w:eastAsia="Arial" w:cs="Times New Roman"/>
          <w:szCs w:val="24"/>
        </w:rPr>
        <w:t xml:space="preserve"> </w:t>
      </w:r>
      <w:proofErr w:type="spellStart"/>
      <w:r w:rsidRPr="00693F1B">
        <w:rPr>
          <w:rFonts w:eastAsia="Arial" w:cs="Times New Roman"/>
          <w:szCs w:val="24"/>
        </w:rPr>
        <w:t>reglementează</w:t>
      </w:r>
      <w:proofErr w:type="spellEnd"/>
      <w:r w:rsidRPr="00693F1B">
        <w:rPr>
          <w:rFonts w:eastAsia="Arial" w:cs="Times New Roman"/>
          <w:szCs w:val="24"/>
        </w:rPr>
        <w:t xml:space="preserve"> </w:t>
      </w:r>
      <w:proofErr w:type="spellStart"/>
      <w:r w:rsidRPr="00693F1B">
        <w:rPr>
          <w:rFonts w:eastAsia="Arial" w:cs="Times New Roman"/>
          <w:szCs w:val="24"/>
        </w:rPr>
        <w:t>protecția</w:t>
      </w:r>
      <w:proofErr w:type="spellEnd"/>
      <w:r w:rsidRPr="00693F1B">
        <w:rPr>
          <w:rFonts w:eastAsia="Arial" w:cs="Times New Roman"/>
          <w:szCs w:val="24"/>
        </w:rPr>
        <w:t xml:space="preserve"> </w:t>
      </w:r>
      <w:proofErr w:type="spellStart"/>
      <w:r w:rsidRPr="00693F1B">
        <w:rPr>
          <w:rFonts w:eastAsia="Arial" w:cs="Times New Roman"/>
          <w:szCs w:val="24"/>
        </w:rPr>
        <w:t>persoanelor</w:t>
      </w:r>
      <w:proofErr w:type="spellEnd"/>
      <w:r w:rsidRPr="00693F1B">
        <w:rPr>
          <w:rFonts w:eastAsia="Arial" w:cs="Times New Roman"/>
          <w:szCs w:val="24"/>
        </w:rPr>
        <w:t xml:space="preserve"> </w:t>
      </w:r>
      <w:proofErr w:type="spellStart"/>
      <w:r w:rsidRPr="00693F1B">
        <w:rPr>
          <w:rFonts w:eastAsia="Arial" w:cs="Times New Roman"/>
          <w:szCs w:val="24"/>
        </w:rPr>
        <w:t>fizice</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ceea</w:t>
      </w:r>
      <w:proofErr w:type="spellEnd"/>
      <w:r w:rsidRPr="00693F1B">
        <w:rPr>
          <w:rFonts w:eastAsia="Arial" w:cs="Times New Roman"/>
          <w:szCs w:val="24"/>
        </w:rPr>
        <w:t xml:space="preserve"> </w:t>
      </w:r>
      <w:proofErr w:type="spellStart"/>
      <w:r w:rsidRPr="00693F1B">
        <w:rPr>
          <w:rFonts w:eastAsia="Arial" w:cs="Times New Roman"/>
          <w:szCs w:val="24"/>
        </w:rPr>
        <w:t>ce</w:t>
      </w:r>
      <w:proofErr w:type="spellEnd"/>
      <w:r w:rsidRPr="00693F1B">
        <w:rPr>
          <w:rFonts w:eastAsia="Arial" w:cs="Times New Roman"/>
          <w:szCs w:val="24"/>
        </w:rPr>
        <w:t xml:space="preserve"> </w:t>
      </w:r>
      <w:proofErr w:type="spellStart"/>
      <w:r w:rsidRPr="00693F1B">
        <w:rPr>
          <w:rFonts w:eastAsia="Arial" w:cs="Times New Roman"/>
          <w:szCs w:val="24"/>
        </w:rPr>
        <w:t>privește</w:t>
      </w:r>
      <w:proofErr w:type="spellEnd"/>
      <w:r w:rsidRPr="00693F1B">
        <w:rPr>
          <w:rFonts w:eastAsia="Arial" w:cs="Times New Roman"/>
          <w:szCs w:val="24"/>
        </w:rPr>
        <w:t xml:space="preserve"> </w:t>
      </w:r>
      <w:proofErr w:type="spellStart"/>
      <w:r w:rsidRPr="00693F1B">
        <w:rPr>
          <w:rFonts w:eastAsia="Arial" w:cs="Times New Roman"/>
          <w:szCs w:val="24"/>
        </w:rPr>
        <w:t>prelucrarea</w:t>
      </w:r>
      <w:proofErr w:type="spellEnd"/>
      <w:r w:rsidRPr="00693F1B">
        <w:rPr>
          <w:rFonts w:eastAsia="Arial" w:cs="Times New Roman"/>
          <w:szCs w:val="24"/>
        </w:rPr>
        <w:t xml:space="preserve"> </w:t>
      </w:r>
      <w:proofErr w:type="spellStart"/>
      <w:r w:rsidRPr="00693F1B">
        <w:rPr>
          <w:rFonts w:eastAsia="Arial" w:cs="Times New Roman"/>
          <w:szCs w:val="24"/>
        </w:rPr>
        <w:t>datelor</w:t>
      </w:r>
      <w:proofErr w:type="spellEnd"/>
      <w:r w:rsidRPr="00693F1B">
        <w:rPr>
          <w:rFonts w:eastAsia="Arial" w:cs="Times New Roman"/>
          <w:szCs w:val="24"/>
        </w:rPr>
        <w:t xml:space="preserve"> cu </w:t>
      </w:r>
      <w:proofErr w:type="spellStart"/>
      <w:r w:rsidRPr="00693F1B">
        <w:rPr>
          <w:rFonts w:eastAsia="Arial" w:cs="Times New Roman"/>
          <w:szCs w:val="24"/>
        </w:rPr>
        <w:t>caracter</w:t>
      </w:r>
      <w:proofErr w:type="spellEnd"/>
      <w:r w:rsidRPr="00693F1B">
        <w:rPr>
          <w:rFonts w:eastAsia="Arial" w:cs="Times New Roman"/>
          <w:szCs w:val="24"/>
        </w:rPr>
        <w:t xml:space="preserve"> personal </w:t>
      </w:r>
      <w:proofErr w:type="spellStart"/>
      <w:r w:rsidRPr="00693F1B">
        <w:rPr>
          <w:rFonts w:eastAsia="Arial" w:cs="Times New Roman"/>
          <w:szCs w:val="24"/>
        </w:rPr>
        <w:t>și</w:t>
      </w:r>
      <w:proofErr w:type="spellEnd"/>
      <w:r w:rsidRPr="00693F1B">
        <w:rPr>
          <w:rFonts w:eastAsia="Arial" w:cs="Times New Roman"/>
          <w:szCs w:val="24"/>
        </w:rPr>
        <w:t xml:space="preserve"> </w:t>
      </w:r>
      <w:proofErr w:type="spellStart"/>
      <w:r w:rsidRPr="00693F1B">
        <w:rPr>
          <w:rFonts w:eastAsia="Arial" w:cs="Times New Roman"/>
          <w:szCs w:val="24"/>
        </w:rPr>
        <w:t>privind</w:t>
      </w:r>
      <w:proofErr w:type="spellEnd"/>
      <w:r w:rsidRPr="00693F1B">
        <w:rPr>
          <w:rFonts w:eastAsia="Arial" w:cs="Times New Roman"/>
          <w:szCs w:val="24"/>
        </w:rPr>
        <w:t xml:space="preserve"> libera </w:t>
      </w:r>
      <w:proofErr w:type="spellStart"/>
      <w:r w:rsidRPr="00693F1B">
        <w:rPr>
          <w:rFonts w:eastAsia="Arial" w:cs="Times New Roman"/>
          <w:szCs w:val="24"/>
        </w:rPr>
        <w:t>circulație</w:t>
      </w:r>
      <w:proofErr w:type="spellEnd"/>
      <w:r w:rsidRPr="00693F1B">
        <w:rPr>
          <w:rFonts w:eastAsia="Arial" w:cs="Times New Roman"/>
          <w:szCs w:val="24"/>
        </w:rPr>
        <w:t xml:space="preserve"> </w:t>
      </w:r>
      <w:proofErr w:type="gramStart"/>
      <w:r w:rsidRPr="00693F1B">
        <w:rPr>
          <w:rFonts w:eastAsia="Arial" w:cs="Times New Roman"/>
          <w:szCs w:val="24"/>
        </w:rPr>
        <w:t>a</w:t>
      </w:r>
      <w:proofErr w:type="gramEnd"/>
      <w:r w:rsidRPr="00693F1B">
        <w:rPr>
          <w:rFonts w:eastAsia="Arial" w:cs="Times New Roman"/>
          <w:szCs w:val="24"/>
        </w:rPr>
        <w:t xml:space="preserve"> </w:t>
      </w:r>
      <w:proofErr w:type="spellStart"/>
      <w:r w:rsidRPr="00693F1B">
        <w:rPr>
          <w:rFonts w:eastAsia="Arial" w:cs="Times New Roman"/>
          <w:szCs w:val="24"/>
        </w:rPr>
        <w:t>acestor</w:t>
      </w:r>
      <w:proofErr w:type="spellEnd"/>
      <w:r w:rsidRPr="00693F1B">
        <w:rPr>
          <w:rFonts w:eastAsia="Arial" w:cs="Times New Roman"/>
          <w:szCs w:val="24"/>
        </w:rPr>
        <w:t xml:space="preserve"> date;</w:t>
      </w:r>
    </w:p>
    <w:p w14:paraId="443766F8" w14:textId="77777777" w:rsidR="00EE7ED3" w:rsidRPr="00693F1B" w:rsidRDefault="00000000" w:rsidP="00E22F27">
      <w:pPr>
        <w:jc w:val="both"/>
        <w:rPr>
          <w:rFonts w:eastAsia="Arial" w:cs="Times New Roman"/>
          <w:szCs w:val="24"/>
        </w:rPr>
      </w:pPr>
      <w:r w:rsidRPr="00693F1B">
        <w:rPr>
          <w:rFonts w:eastAsia="Arial" w:cs="Times New Roman"/>
          <w:b/>
          <w:bCs/>
          <w:szCs w:val="24"/>
        </w:rPr>
        <w:t>„</w:t>
      </w:r>
      <w:proofErr w:type="gramStart"/>
      <w:r w:rsidRPr="00693F1B">
        <w:rPr>
          <w:rFonts w:eastAsia="Arial" w:cs="Times New Roman"/>
          <w:b/>
          <w:bCs/>
          <w:szCs w:val="24"/>
        </w:rPr>
        <w:t>date</w:t>
      </w:r>
      <w:proofErr w:type="gramEnd"/>
      <w:r w:rsidRPr="00693F1B">
        <w:rPr>
          <w:rFonts w:eastAsia="Arial" w:cs="Times New Roman"/>
          <w:b/>
          <w:bCs/>
          <w:szCs w:val="24"/>
        </w:rPr>
        <w:t xml:space="preserve"> cu </w:t>
      </w:r>
      <w:proofErr w:type="spellStart"/>
      <w:r w:rsidRPr="00693F1B">
        <w:rPr>
          <w:rFonts w:eastAsia="Arial" w:cs="Times New Roman"/>
          <w:b/>
          <w:bCs/>
          <w:szCs w:val="24"/>
        </w:rPr>
        <w:t>caracter</w:t>
      </w:r>
      <w:proofErr w:type="spellEnd"/>
      <w:r w:rsidRPr="00693F1B">
        <w:rPr>
          <w:rFonts w:eastAsia="Arial" w:cs="Times New Roman"/>
          <w:b/>
          <w:bCs/>
          <w:szCs w:val="24"/>
        </w:rPr>
        <w:t xml:space="preserve"> personal”</w:t>
      </w:r>
      <w:r w:rsidRPr="00693F1B">
        <w:rPr>
          <w:rFonts w:eastAsia="Arial" w:cs="Times New Roman"/>
          <w:szCs w:val="24"/>
        </w:rPr>
        <w:t xml:space="preserve"> - </w:t>
      </w:r>
      <w:proofErr w:type="spellStart"/>
      <w:r w:rsidRPr="00D7384A">
        <w:rPr>
          <w:rFonts w:eastAsia="Arial" w:cs="Times New Roman"/>
          <w:szCs w:val="24"/>
        </w:rPr>
        <w:t>orice</w:t>
      </w:r>
      <w:proofErr w:type="spellEnd"/>
      <w:r w:rsidRPr="00D7384A">
        <w:rPr>
          <w:rFonts w:eastAsia="Arial" w:cs="Times New Roman"/>
          <w:szCs w:val="24"/>
        </w:rPr>
        <w:t xml:space="preserve"> </w:t>
      </w:r>
      <w:proofErr w:type="spellStart"/>
      <w:r w:rsidRPr="00D7384A">
        <w:rPr>
          <w:rFonts w:eastAsia="Arial" w:cs="Times New Roman"/>
          <w:szCs w:val="24"/>
        </w:rPr>
        <w:t>informații</w:t>
      </w:r>
      <w:proofErr w:type="spellEnd"/>
      <w:r w:rsidRPr="00D7384A">
        <w:rPr>
          <w:rFonts w:eastAsia="Arial" w:cs="Times New Roman"/>
          <w:szCs w:val="24"/>
        </w:rPr>
        <w:t xml:space="preserve"> </w:t>
      </w:r>
      <w:proofErr w:type="spellStart"/>
      <w:r w:rsidRPr="00D7384A">
        <w:rPr>
          <w:rFonts w:eastAsia="Arial" w:cs="Times New Roman"/>
          <w:szCs w:val="24"/>
        </w:rPr>
        <w:t>privind</w:t>
      </w:r>
      <w:proofErr w:type="spellEnd"/>
      <w:r w:rsidRPr="00D7384A">
        <w:rPr>
          <w:rFonts w:eastAsia="Arial" w:cs="Times New Roman"/>
          <w:szCs w:val="24"/>
        </w:rPr>
        <w:t xml:space="preserve"> o </w:t>
      </w:r>
      <w:proofErr w:type="spellStart"/>
      <w:r w:rsidRPr="00D7384A">
        <w:rPr>
          <w:rFonts w:eastAsia="Arial" w:cs="Times New Roman"/>
          <w:szCs w:val="24"/>
        </w:rPr>
        <w:t>persoană</w:t>
      </w:r>
      <w:proofErr w:type="spellEnd"/>
      <w:r w:rsidRPr="00D7384A">
        <w:rPr>
          <w:rFonts w:eastAsia="Arial" w:cs="Times New Roman"/>
          <w:szCs w:val="24"/>
        </w:rPr>
        <w:t xml:space="preserve"> fizică identificată sau identificabilă (în continuare – </w:t>
      </w:r>
      <w:r w:rsidRPr="00D7384A">
        <w:rPr>
          <w:rFonts w:eastAsia="Arial" w:cs="Times New Roman"/>
          <w:i/>
          <w:iCs/>
          <w:szCs w:val="24"/>
        </w:rPr>
        <w:t>persoană vizată</w:t>
      </w:r>
      <w:r w:rsidRPr="00D7384A">
        <w:rPr>
          <w:rFonts w:eastAsia="Arial" w:cs="Times New Roman"/>
          <w:szCs w:val="24"/>
        </w:rPr>
        <w:t xml:space="preserve">). Persoana fizică identificabilă este o persoană care poate fi identificată, direct sau indirect, în special, prin referire la un element de identificare, cum ar fi un nume, un număr de identificare, date de localizare, un identificator online, sau la unul ori mai multe elemente specifice, proprii identității sale fizice, </w:t>
      </w:r>
      <w:proofErr w:type="spellStart"/>
      <w:r w:rsidRPr="00D7384A">
        <w:rPr>
          <w:rFonts w:eastAsia="Arial" w:cs="Times New Roman"/>
          <w:szCs w:val="24"/>
        </w:rPr>
        <w:t>fiziologice</w:t>
      </w:r>
      <w:proofErr w:type="spellEnd"/>
      <w:r w:rsidRPr="00D7384A">
        <w:rPr>
          <w:rFonts w:eastAsia="Arial" w:cs="Times New Roman"/>
          <w:szCs w:val="24"/>
        </w:rPr>
        <w:t xml:space="preserve">, </w:t>
      </w:r>
      <w:proofErr w:type="spellStart"/>
      <w:r w:rsidRPr="00D7384A">
        <w:rPr>
          <w:rFonts w:eastAsia="Arial" w:cs="Times New Roman"/>
          <w:szCs w:val="24"/>
        </w:rPr>
        <w:t>genetice</w:t>
      </w:r>
      <w:proofErr w:type="spellEnd"/>
      <w:r w:rsidRPr="00D7384A">
        <w:rPr>
          <w:rFonts w:eastAsia="Arial" w:cs="Times New Roman"/>
          <w:szCs w:val="24"/>
        </w:rPr>
        <w:t xml:space="preserve">, </w:t>
      </w:r>
      <w:proofErr w:type="spellStart"/>
      <w:r w:rsidRPr="00D7384A">
        <w:rPr>
          <w:rFonts w:eastAsia="Arial" w:cs="Times New Roman"/>
          <w:szCs w:val="24"/>
        </w:rPr>
        <w:t>psihice</w:t>
      </w:r>
      <w:proofErr w:type="spellEnd"/>
      <w:r w:rsidRPr="00D7384A">
        <w:rPr>
          <w:rFonts w:eastAsia="Arial" w:cs="Times New Roman"/>
          <w:szCs w:val="24"/>
        </w:rPr>
        <w:t xml:space="preserve">, </w:t>
      </w:r>
      <w:proofErr w:type="spellStart"/>
      <w:r w:rsidRPr="00D7384A">
        <w:rPr>
          <w:rFonts w:eastAsia="Arial" w:cs="Times New Roman"/>
          <w:szCs w:val="24"/>
        </w:rPr>
        <w:t>economice</w:t>
      </w:r>
      <w:proofErr w:type="spellEnd"/>
      <w:r w:rsidRPr="00D7384A">
        <w:rPr>
          <w:rFonts w:eastAsia="Arial" w:cs="Times New Roman"/>
          <w:szCs w:val="24"/>
        </w:rPr>
        <w:t xml:space="preserve">, </w:t>
      </w:r>
      <w:proofErr w:type="spellStart"/>
      <w:r w:rsidRPr="00D7384A">
        <w:rPr>
          <w:rFonts w:eastAsia="Arial" w:cs="Times New Roman"/>
          <w:szCs w:val="24"/>
        </w:rPr>
        <w:t>culturale</w:t>
      </w:r>
      <w:proofErr w:type="spellEnd"/>
      <w:r w:rsidRPr="00D7384A">
        <w:rPr>
          <w:rFonts w:eastAsia="Arial" w:cs="Times New Roman"/>
          <w:szCs w:val="24"/>
        </w:rPr>
        <w:t xml:space="preserve"> </w:t>
      </w:r>
      <w:proofErr w:type="spellStart"/>
      <w:r w:rsidRPr="00D7384A">
        <w:rPr>
          <w:rFonts w:eastAsia="Arial" w:cs="Times New Roman"/>
          <w:szCs w:val="24"/>
        </w:rPr>
        <w:t>sau</w:t>
      </w:r>
      <w:proofErr w:type="spellEnd"/>
      <w:r w:rsidRPr="00D7384A">
        <w:rPr>
          <w:rFonts w:eastAsia="Arial" w:cs="Times New Roman"/>
          <w:szCs w:val="24"/>
        </w:rPr>
        <w:t xml:space="preserve"> </w:t>
      </w:r>
      <w:proofErr w:type="spellStart"/>
      <w:r w:rsidRPr="00D7384A">
        <w:rPr>
          <w:rFonts w:eastAsia="Arial" w:cs="Times New Roman"/>
          <w:szCs w:val="24"/>
        </w:rPr>
        <w:t>sociale</w:t>
      </w:r>
      <w:proofErr w:type="spellEnd"/>
      <w:r w:rsidRPr="00693F1B">
        <w:rPr>
          <w:rFonts w:eastAsia="Arial" w:cs="Times New Roman"/>
          <w:szCs w:val="24"/>
        </w:rPr>
        <w:t>;</w:t>
      </w:r>
    </w:p>
    <w:p w14:paraId="1C760220" w14:textId="77777777" w:rsidR="00EE7ED3" w:rsidRPr="00693F1B" w:rsidRDefault="00000000" w:rsidP="00E22F27">
      <w:pPr>
        <w:jc w:val="both"/>
        <w:rPr>
          <w:rFonts w:eastAsia="Arial" w:cs="Times New Roman"/>
          <w:szCs w:val="24"/>
        </w:rPr>
      </w:pPr>
      <w:r w:rsidRPr="00693F1B">
        <w:rPr>
          <w:rFonts w:eastAsia="Arial" w:cs="Times New Roman"/>
          <w:b/>
          <w:bCs/>
          <w:szCs w:val="24"/>
        </w:rPr>
        <w:t>„</w:t>
      </w:r>
      <w:proofErr w:type="spellStart"/>
      <w:r w:rsidRPr="00693F1B">
        <w:rPr>
          <w:rFonts w:eastAsia="Arial" w:cs="Times New Roman"/>
          <w:b/>
          <w:bCs/>
          <w:szCs w:val="24"/>
        </w:rPr>
        <w:t>prelucrare</w:t>
      </w:r>
      <w:proofErr w:type="spellEnd"/>
      <w:r w:rsidRPr="00693F1B">
        <w:rPr>
          <w:rFonts w:eastAsia="Arial" w:cs="Times New Roman"/>
          <w:b/>
          <w:bCs/>
          <w:szCs w:val="24"/>
        </w:rPr>
        <w:t>”</w:t>
      </w:r>
      <w:r w:rsidRPr="00693F1B">
        <w:rPr>
          <w:rFonts w:eastAsia="Arial" w:cs="Times New Roman"/>
          <w:szCs w:val="24"/>
        </w:rPr>
        <w:t xml:space="preserve"> - </w:t>
      </w:r>
      <w:proofErr w:type="spellStart"/>
      <w:r w:rsidRPr="00693F1B">
        <w:rPr>
          <w:rFonts w:eastAsia="Arial" w:cs="Times New Roman"/>
          <w:szCs w:val="24"/>
        </w:rPr>
        <w:t>înseamnă</w:t>
      </w:r>
      <w:proofErr w:type="spellEnd"/>
      <w:r w:rsidRPr="00693F1B">
        <w:rPr>
          <w:rFonts w:eastAsia="Arial" w:cs="Times New Roman"/>
          <w:szCs w:val="24"/>
        </w:rPr>
        <w:t xml:space="preserve"> </w:t>
      </w:r>
      <w:proofErr w:type="spellStart"/>
      <w:r w:rsidRPr="00693F1B">
        <w:rPr>
          <w:rFonts w:eastAsia="Arial" w:cs="Times New Roman"/>
          <w:szCs w:val="24"/>
        </w:rPr>
        <w:t>orice</w:t>
      </w:r>
      <w:proofErr w:type="spellEnd"/>
      <w:r w:rsidRPr="00693F1B">
        <w:rPr>
          <w:rFonts w:eastAsia="Arial" w:cs="Times New Roman"/>
          <w:szCs w:val="24"/>
        </w:rPr>
        <w:t xml:space="preserve"> </w:t>
      </w:r>
      <w:proofErr w:type="spellStart"/>
      <w:r w:rsidRPr="00693F1B">
        <w:rPr>
          <w:rFonts w:eastAsia="Arial" w:cs="Times New Roman"/>
          <w:szCs w:val="24"/>
        </w:rPr>
        <w:t>operațiune</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set de </w:t>
      </w:r>
      <w:proofErr w:type="spellStart"/>
      <w:r w:rsidRPr="00693F1B">
        <w:rPr>
          <w:rFonts w:eastAsia="Arial" w:cs="Times New Roman"/>
          <w:szCs w:val="24"/>
        </w:rPr>
        <w:t>operațiuni</w:t>
      </w:r>
      <w:proofErr w:type="spellEnd"/>
      <w:r w:rsidRPr="00693F1B">
        <w:rPr>
          <w:rFonts w:eastAsia="Arial" w:cs="Times New Roman"/>
          <w:szCs w:val="24"/>
        </w:rPr>
        <w:t xml:space="preserve"> </w:t>
      </w:r>
      <w:proofErr w:type="spellStart"/>
      <w:r w:rsidRPr="00693F1B">
        <w:rPr>
          <w:rFonts w:eastAsia="Arial" w:cs="Times New Roman"/>
          <w:szCs w:val="24"/>
        </w:rPr>
        <w:t>efectuate</w:t>
      </w:r>
      <w:proofErr w:type="spellEnd"/>
      <w:r w:rsidRPr="00693F1B">
        <w:rPr>
          <w:rFonts w:eastAsia="Arial" w:cs="Times New Roman"/>
          <w:szCs w:val="24"/>
        </w:rPr>
        <w:t xml:space="preserve"> </w:t>
      </w:r>
      <w:proofErr w:type="spellStart"/>
      <w:r w:rsidRPr="00693F1B">
        <w:rPr>
          <w:rFonts w:eastAsia="Arial" w:cs="Times New Roman"/>
          <w:szCs w:val="24"/>
        </w:rPr>
        <w:t>asupra</w:t>
      </w:r>
      <w:proofErr w:type="spellEnd"/>
      <w:r w:rsidRPr="00693F1B">
        <w:rPr>
          <w:rFonts w:eastAsia="Arial" w:cs="Times New Roman"/>
          <w:szCs w:val="24"/>
        </w:rPr>
        <w:t xml:space="preserve"> </w:t>
      </w:r>
      <w:proofErr w:type="spellStart"/>
      <w:r w:rsidRPr="00693F1B">
        <w:rPr>
          <w:rFonts w:eastAsia="Arial" w:cs="Times New Roman"/>
          <w:szCs w:val="24"/>
        </w:rPr>
        <w:t>datelor</w:t>
      </w:r>
      <w:proofErr w:type="spellEnd"/>
      <w:r w:rsidRPr="00693F1B">
        <w:rPr>
          <w:rFonts w:eastAsia="Arial" w:cs="Times New Roman"/>
          <w:szCs w:val="24"/>
        </w:rPr>
        <w:t xml:space="preserve"> cu </w:t>
      </w:r>
      <w:proofErr w:type="spellStart"/>
      <w:r w:rsidRPr="00693F1B">
        <w:rPr>
          <w:rFonts w:eastAsia="Arial" w:cs="Times New Roman"/>
          <w:szCs w:val="24"/>
        </w:rPr>
        <w:t>caracter</w:t>
      </w:r>
      <w:proofErr w:type="spellEnd"/>
      <w:r w:rsidRPr="00693F1B">
        <w:rPr>
          <w:rFonts w:eastAsia="Arial" w:cs="Times New Roman"/>
          <w:szCs w:val="24"/>
        </w:rPr>
        <w:t xml:space="preserve"> personal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asupra</w:t>
      </w:r>
      <w:proofErr w:type="spellEnd"/>
      <w:r w:rsidRPr="00693F1B">
        <w:rPr>
          <w:rFonts w:eastAsia="Arial" w:cs="Times New Roman"/>
          <w:szCs w:val="24"/>
        </w:rPr>
        <w:t xml:space="preserve"> </w:t>
      </w:r>
      <w:proofErr w:type="spellStart"/>
      <w:r w:rsidRPr="00693F1B">
        <w:rPr>
          <w:rFonts w:eastAsia="Arial" w:cs="Times New Roman"/>
          <w:szCs w:val="24"/>
        </w:rPr>
        <w:t>seturilor</w:t>
      </w:r>
      <w:proofErr w:type="spellEnd"/>
      <w:r w:rsidRPr="00693F1B">
        <w:rPr>
          <w:rFonts w:eastAsia="Arial" w:cs="Times New Roman"/>
          <w:szCs w:val="24"/>
        </w:rPr>
        <w:t xml:space="preserve"> de date cu </w:t>
      </w:r>
      <w:proofErr w:type="spellStart"/>
      <w:r w:rsidRPr="00693F1B">
        <w:rPr>
          <w:rFonts w:eastAsia="Arial" w:cs="Times New Roman"/>
          <w:szCs w:val="24"/>
        </w:rPr>
        <w:t>caracter</w:t>
      </w:r>
      <w:proofErr w:type="spellEnd"/>
      <w:r w:rsidRPr="00693F1B">
        <w:rPr>
          <w:rFonts w:eastAsia="Arial" w:cs="Times New Roman"/>
          <w:szCs w:val="24"/>
        </w:rPr>
        <w:t xml:space="preserve"> personal, cu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fără</w:t>
      </w:r>
      <w:proofErr w:type="spellEnd"/>
      <w:r w:rsidRPr="00693F1B">
        <w:rPr>
          <w:rFonts w:eastAsia="Arial" w:cs="Times New Roman"/>
          <w:szCs w:val="24"/>
        </w:rPr>
        <w:t xml:space="preserve"> </w:t>
      </w:r>
      <w:proofErr w:type="spellStart"/>
      <w:r w:rsidRPr="00693F1B">
        <w:rPr>
          <w:rFonts w:eastAsia="Arial" w:cs="Times New Roman"/>
          <w:szCs w:val="24"/>
        </w:rPr>
        <w:t>utilizarea</w:t>
      </w:r>
      <w:proofErr w:type="spellEnd"/>
      <w:r w:rsidRPr="00693F1B">
        <w:rPr>
          <w:rFonts w:eastAsia="Arial" w:cs="Times New Roman"/>
          <w:szCs w:val="24"/>
        </w:rPr>
        <w:t xml:space="preserve"> de </w:t>
      </w:r>
      <w:proofErr w:type="spellStart"/>
      <w:r w:rsidRPr="00693F1B">
        <w:rPr>
          <w:rFonts w:eastAsia="Arial" w:cs="Times New Roman"/>
          <w:szCs w:val="24"/>
        </w:rPr>
        <w:t>mijloace</w:t>
      </w:r>
      <w:proofErr w:type="spellEnd"/>
      <w:r w:rsidRPr="00693F1B">
        <w:rPr>
          <w:rFonts w:eastAsia="Arial" w:cs="Times New Roman"/>
          <w:szCs w:val="24"/>
        </w:rPr>
        <w:t xml:space="preserve"> </w:t>
      </w:r>
      <w:proofErr w:type="spellStart"/>
      <w:r w:rsidRPr="00693F1B">
        <w:rPr>
          <w:rFonts w:eastAsia="Arial" w:cs="Times New Roman"/>
          <w:szCs w:val="24"/>
        </w:rPr>
        <w:t>automatizate</w:t>
      </w:r>
      <w:proofErr w:type="spellEnd"/>
      <w:r w:rsidRPr="00693F1B">
        <w:rPr>
          <w:rFonts w:eastAsia="Arial" w:cs="Times New Roman"/>
          <w:szCs w:val="24"/>
        </w:rPr>
        <w:t xml:space="preserve">, cum </w:t>
      </w:r>
      <w:proofErr w:type="spellStart"/>
      <w:r w:rsidRPr="00693F1B">
        <w:rPr>
          <w:rFonts w:eastAsia="Arial" w:cs="Times New Roman"/>
          <w:szCs w:val="24"/>
        </w:rPr>
        <w:t>ar</w:t>
      </w:r>
      <w:proofErr w:type="spellEnd"/>
      <w:r w:rsidRPr="00693F1B">
        <w:rPr>
          <w:rFonts w:eastAsia="Arial" w:cs="Times New Roman"/>
          <w:szCs w:val="24"/>
        </w:rPr>
        <w:t xml:space="preserve"> fi </w:t>
      </w:r>
      <w:proofErr w:type="spellStart"/>
      <w:r w:rsidRPr="00693F1B">
        <w:rPr>
          <w:rFonts w:eastAsia="Arial" w:cs="Times New Roman"/>
          <w:szCs w:val="24"/>
        </w:rPr>
        <w:t>colectarea</w:t>
      </w:r>
      <w:proofErr w:type="spellEnd"/>
      <w:r w:rsidRPr="00693F1B">
        <w:rPr>
          <w:rFonts w:eastAsia="Arial" w:cs="Times New Roman"/>
          <w:szCs w:val="24"/>
        </w:rPr>
        <w:t xml:space="preserve">, </w:t>
      </w:r>
      <w:proofErr w:type="spellStart"/>
      <w:r w:rsidRPr="00693F1B">
        <w:rPr>
          <w:rFonts w:eastAsia="Arial" w:cs="Times New Roman"/>
          <w:szCs w:val="24"/>
        </w:rPr>
        <w:t>înregistrarea</w:t>
      </w:r>
      <w:proofErr w:type="spellEnd"/>
      <w:r w:rsidRPr="00693F1B">
        <w:rPr>
          <w:rFonts w:eastAsia="Arial" w:cs="Times New Roman"/>
          <w:szCs w:val="24"/>
        </w:rPr>
        <w:t xml:space="preserve">, </w:t>
      </w:r>
      <w:proofErr w:type="spellStart"/>
      <w:r w:rsidRPr="00693F1B">
        <w:rPr>
          <w:rFonts w:eastAsia="Arial" w:cs="Times New Roman"/>
          <w:szCs w:val="24"/>
        </w:rPr>
        <w:t>organizarea</w:t>
      </w:r>
      <w:proofErr w:type="spellEnd"/>
      <w:r w:rsidRPr="00693F1B">
        <w:rPr>
          <w:rFonts w:eastAsia="Arial" w:cs="Times New Roman"/>
          <w:szCs w:val="24"/>
        </w:rPr>
        <w:t xml:space="preserve">, </w:t>
      </w:r>
      <w:proofErr w:type="spellStart"/>
      <w:r w:rsidRPr="00693F1B">
        <w:rPr>
          <w:rFonts w:eastAsia="Arial" w:cs="Times New Roman"/>
          <w:szCs w:val="24"/>
        </w:rPr>
        <w:t>structurarea</w:t>
      </w:r>
      <w:proofErr w:type="spellEnd"/>
      <w:r w:rsidRPr="00693F1B">
        <w:rPr>
          <w:rFonts w:eastAsia="Arial" w:cs="Times New Roman"/>
          <w:szCs w:val="24"/>
        </w:rPr>
        <w:t xml:space="preserve">, </w:t>
      </w:r>
      <w:proofErr w:type="spellStart"/>
      <w:r w:rsidRPr="00693F1B">
        <w:rPr>
          <w:rFonts w:eastAsia="Arial" w:cs="Times New Roman"/>
          <w:szCs w:val="24"/>
        </w:rPr>
        <w:t>stocarea</w:t>
      </w:r>
      <w:proofErr w:type="spellEnd"/>
      <w:r w:rsidRPr="00693F1B">
        <w:rPr>
          <w:rFonts w:eastAsia="Arial" w:cs="Times New Roman"/>
          <w:szCs w:val="24"/>
        </w:rPr>
        <w:t xml:space="preserve">, </w:t>
      </w:r>
      <w:proofErr w:type="spellStart"/>
      <w:r w:rsidRPr="00693F1B">
        <w:rPr>
          <w:rFonts w:eastAsia="Arial" w:cs="Times New Roman"/>
          <w:szCs w:val="24"/>
        </w:rPr>
        <w:t>adaptarea</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modificarea</w:t>
      </w:r>
      <w:proofErr w:type="spellEnd"/>
      <w:r w:rsidRPr="00693F1B">
        <w:rPr>
          <w:rFonts w:eastAsia="Arial" w:cs="Times New Roman"/>
          <w:szCs w:val="24"/>
        </w:rPr>
        <w:t xml:space="preserve">, </w:t>
      </w:r>
      <w:proofErr w:type="spellStart"/>
      <w:r w:rsidRPr="00693F1B">
        <w:rPr>
          <w:rFonts w:eastAsia="Arial" w:cs="Times New Roman"/>
          <w:szCs w:val="24"/>
        </w:rPr>
        <w:t>extragerea</w:t>
      </w:r>
      <w:proofErr w:type="spellEnd"/>
      <w:r w:rsidRPr="00693F1B">
        <w:rPr>
          <w:rFonts w:eastAsia="Arial" w:cs="Times New Roman"/>
          <w:szCs w:val="24"/>
        </w:rPr>
        <w:t xml:space="preserve">, </w:t>
      </w:r>
      <w:proofErr w:type="spellStart"/>
      <w:r w:rsidRPr="00693F1B">
        <w:rPr>
          <w:rFonts w:eastAsia="Arial" w:cs="Times New Roman"/>
          <w:szCs w:val="24"/>
        </w:rPr>
        <w:t>consultarea</w:t>
      </w:r>
      <w:proofErr w:type="spellEnd"/>
      <w:r w:rsidRPr="00693F1B">
        <w:rPr>
          <w:rFonts w:eastAsia="Arial" w:cs="Times New Roman"/>
          <w:szCs w:val="24"/>
        </w:rPr>
        <w:t xml:space="preserve">, </w:t>
      </w:r>
      <w:proofErr w:type="spellStart"/>
      <w:r w:rsidRPr="00693F1B">
        <w:rPr>
          <w:rFonts w:eastAsia="Arial" w:cs="Times New Roman"/>
          <w:szCs w:val="24"/>
        </w:rPr>
        <w:t>utilizarea</w:t>
      </w:r>
      <w:proofErr w:type="spellEnd"/>
      <w:r w:rsidRPr="00693F1B">
        <w:rPr>
          <w:rFonts w:eastAsia="Arial" w:cs="Times New Roman"/>
          <w:szCs w:val="24"/>
        </w:rPr>
        <w:t xml:space="preserve">, </w:t>
      </w:r>
      <w:proofErr w:type="spellStart"/>
      <w:r w:rsidRPr="00693F1B">
        <w:rPr>
          <w:rFonts w:eastAsia="Arial" w:cs="Times New Roman"/>
          <w:szCs w:val="24"/>
        </w:rPr>
        <w:t>divulgarea</w:t>
      </w:r>
      <w:proofErr w:type="spellEnd"/>
      <w:r w:rsidRPr="00693F1B">
        <w:rPr>
          <w:rFonts w:eastAsia="Arial" w:cs="Times New Roman"/>
          <w:szCs w:val="24"/>
        </w:rPr>
        <w:t xml:space="preserve"> </w:t>
      </w:r>
      <w:proofErr w:type="spellStart"/>
      <w:r w:rsidRPr="00693F1B">
        <w:rPr>
          <w:rFonts w:eastAsia="Arial" w:cs="Times New Roman"/>
          <w:szCs w:val="24"/>
        </w:rPr>
        <w:t>prin</w:t>
      </w:r>
      <w:proofErr w:type="spellEnd"/>
      <w:r w:rsidRPr="00693F1B">
        <w:rPr>
          <w:rFonts w:eastAsia="Arial" w:cs="Times New Roman"/>
          <w:szCs w:val="24"/>
        </w:rPr>
        <w:t xml:space="preserve"> </w:t>
      </w:r>
      <w:proofErr w:type="spellStart"/>
      <w:r w:rsidRPr="00693F1B">
        <w:rPr>
          <w:rFonts w:eastAsia="Arial" w:cs="Times New Roman"/>
          <w:szCs w:val="24"/>
        </w:rPr>
        <w:t>transmitere</w:t>
      </w:r>
      <w:proofErr w:type="spellEnd"/>
      <w:r w:rsidRPr="00693F1B">
        <w:rPr>
          <w:rFonts w:eastAsia="Arial" w:cs="Times New Roman"/>
          <w:szCs w:val="24"/>
        </w:rPr>
        <w:t xml:space="preserve">, </w:t>
      </w:r>
      <w:proofErr w:type="spellStart"/>
      <w:r w:rsidRPr="00693F1B">
        <w:rPr>
          <w:rFonts w:eastAsia="Arial" w:cs="Times New Roman"/>
          <w:szCs w:val="24"/>
        </w:rPr>
        <w:t>diseminarea</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punerea</w:t>
      </w:r>
      <w:proofErr w:type="spellEnd"/>
      <w:r w:rsidRPr="00693F1B">
        <w:rPr>
          <w:rFonts w:eastAsia="Arial" w:cs="Times New Roman"/>
          <w:szCs w:val="24"/>
        </w:rPr>
        <w:t xml:space="preserve"> la </w:t>
      </w:r>
      <w:proofErr w:type="spellStart"/>
      <w:r w:rsidRPr="00693F1B">
        <w:rPr>
          <w:rFonts w:eastAsia="Arial" w:cs="Times New Roman"/>
          <w:szCs w:val="24"/>
        </w:rPr>
        <w:t>dispoziție</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orice</w:t>
      </w:r>
      <w:proofErr w:type="spellEnd"/>
      <w:r w:rsidRPr="00693F1B">
        <w:rPr>
          <w:rFonts w:eastAsia="Arial" w:cs="Times New Roman"/>
          <w:szCs w:val="24"/>
        </w:rPr>
        <w:t xml:space="preserve"> alt mod, </w:t>
      </w:r>
      <w:proofErr w:type="spellStart"/>
      <w:r w:rsidRPr="00693F1B">
        <w:rPr>
          <w:rFonts w:eastAsia="Arial" w:cs="Times New Roman"/>
          <w:szCs w:val="24"/>
        </w:rPr>
        <w:t>alinierea</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combinarea</w:t>
      </w:r>
      <w:proofErr w:type="spellEnd"/>
      <w:r w:rsidRPr="00693F1B">
        <w:rPr>
          <w:rFonts w:eastAsia="Arial" w:cs="Times New Roman"/>
          <w:szCs w:val="24"/>
        </w:rPr>
        <w:t xml:space="preserve">, </w:t>
      </w:r>
      <w:proofErr w:type="spellStart"/>
      <w:r w:rsidRPr="00693F1B">
        <w:rPr>
          <w:rFonts w:eastAsia="Arial" w:cs="Times New Roman"/>
          <w:szCs w:val="24"/>
        </w:rPr>
        <w:t>restricționarea</w:t>
      </w:r>
      <w:proofErr w:type="spellEnd"/>
      <w:r w:rsidRPr="00693F1B">
        <w:rPr>
          <w:rFonts w:eastAsia="Arial" w:cs="Times New Roman"/>
          <w:szCs w:val="24"/>
        </w:rPr>
        <w:t xml:space="preserve">, </w:t>
      </w:r>
      <w:proofErr w:type="spellStart"/>
      <w:r w:rsidRPr="00693F1B">
        <w:rPr>
          <w:rFonts w:eastAsia="Arial" w:cs="Times New Roman"/>
          <w:szCs w:val="24"/>
        </w:rPr>
        <w:t>ștergerea</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distrugerea</w:t>
      </w:r>
      <w:proofErr w:type="spellEnd"/>
      <w:r w:rsidRPr="00693F1B">
        <w:rPr>
          <w:rFonts w:eastAsia="Arial" w:cs="Times New Roman"/>
          <w:szCs w:val="24"/>
        </w:rPr>
        <w:t>;</w:t>
      </w:r>
    </w:p>
    <w:p w14:paraId="763C4AC8" w14:textId="77777777" w:rsidR="00EE7ED3" w:rsidRPr="00693F1B" w:rsidRDefault="00000000" w:rsidP="00E22F27">
      <w:pPr>
        <w:jc w:val="both"/>
        <w:rPr>
          <w:rFonts w:eastAsia="Arial" w:cs="Times New Roman"/>
          <w:szCs w:val="24"/>
        </w:rPr>
      </w:pPr>
      <w:r w:rsidRPr="00693F1B">
        <w:rPr>
          <w:rFonts w:eastAsia="Arial" w:cs="Times New Roman"/>
          <w:b/>
          <w:bCs/>
          <w:szCs w:val="24"/>
        </w:rPr>
        <w:t>„operator”</w:t>
      </w:r>
      <w:r w:rsidRPr="00693F1B">
        <w:rPr>
          <w:rFonts w:eastAsia="Arial" w:cs="Times New Roman"/>
          <w:szCs w:val="24"/>
        </w:rPr>
        <w:t xml:space="preserve"> - </w:t>
      </w:r>
      <w:proofErr w:type="spellStart"/>
      <w:r w:rsidRPr="00693F1B">
        <w:rPr>
          <w:rFonts w:eastAsia="Arial" w:cs="Times New Roman"/>
          <w:szCs w:val="24"/>
        </w:rPr>
        <w:t>înseamnă</w:t>
      </w:r>
      <w:proofErr w:type="spellEnd"/>
      <w:r w:rsidRPr="00693F1B">
        <w:rPr>
          <w:rFonts w:eastAsia="Arial" w:cs="Times New Roman"/>
          <w:szCs w:val="24"/>
        </w:rPr>
        <w:t xml:space="preserve"> </w:t>
      </w:r>
      <w:proofErr w:type="spellStart"/>
      <w:r w:rsidRPr="00693F1B">
        <w:rPr>
          <w:rFonts w:eastAsia="Arial" w:cs="Times New Roman"/>
          <w:szCs w:val="24"/>
        </w:rPr>
        <w:t>autoritatea</w:t>
      </w:r>
      <w:proofErr w:type="spellEnd"/>
      <w:r w:rsidRPr="00693F1B">
        <w:rPr>
          <w:rFonts w:eastAsia="Arial" w:cs="Times New Roman"/>
          <w:szCs w:val="24"/>
        </w:rPr>
        <w:t xml:space="preserve"> </w:t>
      </w:r>
      <w:proofErr w:type="spellStart"/>
      <w:r w:rsidRPr="00693F1B">
        <w:rPr>
          <w:rFonts w:eastAsia="Arial" w:cs="Times New Roman"/>
          <w:szCs w:val="24"/>
        </w:rPr>
        <w:t>publică</w:t>
      </w:r>
      <w:proofErr w:type="spellEnd"/>
      <w:r w:rsidRPr="00693F1B">
        <w:rPr>
          <w:rFonts w:eastAsia="Arial" w:cs="Times New Roman"/>
          <w:szCs w:val="24"/>
        </w:rPr>
        <w:t xml:space="preserve"> </w:t>
      </w:r>
      <w:proofErr w:type="spellStart"/>
      <w:r w:rsidRPr="00693F1B">
        <w:rPr>
          <w:rFonts w:eastAsia="Arial" w:cs="Times New Roman"/>
          <w:szCs w:val="24"/>
        </w:rPr>
        <w:t>locală</w:t>
      </w:r>
      <w:proofErr w:type="spellEnd"/>
      <w:r w:rsidRPr="00693F1B">
        <w:rPr>
          <w:rFonts w:eastAsia="Arial" w:cs="Times New Roman"/>
          <w:szCs w:val="24"/>
        </w:rPr>
        <w:t xml:space="preserve"> </w:t>
      </w:r>
      <w:proofErr w:type="spellStart"/>
      <w:r w:rsidRPr="00693F1B">
        <w:rPr>
          <w:rFonts w:eastAsia="Arial" w:cs="Times New Roman"/>
          <w:b/>
          <w:bCs/>
          <w:szCs w:val="24"/>
        </w:rPr>
        <w:t>Primări</w:t>
      </w:r>
      <w:r>
        <w:rPr>
          <w:rFonts w:eastAsia="Arial" w:cs="Times New Roman"/>
          <w:b/>
          <w:bCs/>
          <w:szCs w:val="24"/>
        </w:rPr>
        <w:t>a</w:t>
      </w:r>
      <w:proofErr w:type="spellEnd"/>
      <w:r w:rsidRPr="00693F1B">
        <w:rPr>
          <w:rFonts w:eastAsia="Arial" w:cs="Times New Roman"/>
          <w:b/>
          <w:bCs/>
          <w:szCs w:val="24"/>
        </w:rPr>
        <w:t xml:space="preserve"> </w:t>
      </w:r>
      <w:r w:rsidRPr="00916751">
        <w:rPr>
          <w:rFonts w:eastAsia="Arial" w:cs="Times New Roman"/>
          <w:b/>
          <w:bCs/>
          <w:szCs w:val="24"/>
        </w:rPr>
        <w:t>SATULUI MERENI</w:t>
      </w:r>
      <w:r w:rsidRPr="00693F1B">
        <w:rPr>
          <w:rFonts w:eastAsia="Arial" w:cs="Times New Roman"/>
          <w:szCs w:val="24"/>
        </w:rPr>
        <w:t xml:space="preserve"> care, </w:t>
      </w:r>
      <w:proofErr w:type="spellStart"/>
      <w:r w:rsidRPr="00693F1B">
        <w:rPr>
          <w:rFonts w:eastAsia="Arial" w:cs="Times New Roman"/>
          <w:szCs w:val="24"/>
        </w:rPr>
        <w:t>singură</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împreună</w:t>
      </w:r>
      <w:proofErr w:type="spellEnd"/>
      <w:r w:rsidRPr="00693F1B">
        <w:rPr>
          <w:rFonts w:eastAsia="Arial" w:cs="Times New Roman"/>
          <w:szCs w:val="24"/>
        </w:rPr>
        <w:t xml:space="preserve"> cu </w:t>
      </w:r>
      <w:proofErr w:type="spellStart"/>
      <w:r w:rsidRPr="00693F1B">
        <w:rPr>
          <w:rFonts w:eastAsia="Arial" w:cs="Times New Roman"/>
          <w:szCs w:val="24"/>
        </w:rPr>
        <w:t>altele</w:t>
      </w:r>
      <w:proofErr w:type="spellEnd"/>
      <w:r w:rsidRPr="00693F1B">
        <w:rPr>
          <w:rFonts w:eastAsia="Arial" w:cs="Times New Roman"/>
          <w:szCs w:val="24"/>
        </w:rPr>
        <w:t xml:space="preserve">, </w:t>
      </w:r>
      <w:proofErr w:type="spellStart"/>
      <w:r w:rsidRPr="00693F1B">
        <w:rPr>
          <w:rFonts w:eastAsia="Arial" w:cs="Times New Roman"/>
          <w:szCs w:val="24"/>
        </w:rPr>
        <w:t>stabilește</w:t>
      </w:r>
      <w:proofErr w:type="spellEnd"/>
      <w:r w:rsidRPr="00693F1B">
        <w:rPr>
          <w:rFonts w:eastAsia="Arial" w:cs="Times New Roman"/>
          <w:szCs w:val="24"/>
        </w:rPr>
        <w:t xml:space="preserve"> </w:t>
      </w:r>
      <w:proofErr w:type="spellStart"/>
      <w:r w:rsidRPr="00693F1B">
        <w:rPr>
          <w:rFonts w:eastAsia="Arial" w:cs="Times New Roman"/>
          <w:szCs w:val="24"/>
        </w:rPr>
        <w:t>scopurile</w:t>
      </w:r>
      <w:proofErr w:type="spellEnd"/>
      <w:r w:rsidRPr="00693F1B">
        <w:rPr>
          <w:rFonts w:eastAsia="Arial" w:cs="Times New Roman"/>
          <w:szCs w:val="24"/>
        </w:rPr>
        <w:t xml:space="preserve"> </w:t>
      </w:r>
      <w:proofErr w:type="spellStart"/>
      <w:r w:rsidRPr="00693F1B">
        <w:rPr>
          <w:rFonts w:eastAsia="Arial" w:cs="Times New Roman"/>
          <w:szCs w:val="24"/>
        </w:rPr>
        <w:t>și</w:t>
      </w:r>
      <w:proofErr w:type="spellEnd"/>
      <w:r w:rsidRPr="00693F1B">
        <w:rPr>
          <w:rFonts w:eastAsia="Arial" w:cs="Times New Roman"/>
          <w:szCs w:val="24"/>
        </w:rPr>
        <w:t xml:space="preserve"> </w:t>
      </w:r>
      <w:proofErr w:type="spellStart"/>
      <w:r w:rsidRPr="00693F1B">
        <w:rPr>
          <w:rFonts w:eastAsia="Arial" w:cs="Times New Roman"/>
          <w:szCs w:val="24"/>
        </w:rPr>
        <w:t>mijloacele</w:t>
      </w:r>
      <w:proofErr w:type="spellEnd"/>
      <w:r w:rsidRPr="00693F1B">
        <w:rPr>
          <w:rFonts w:eastAsia="Arial" w:cs="Times New Roman"/>
          <w:szCs w:val="24"/>
        </w:rPr>
        <w:t xml:space="preserve"> de </w:t>
      </w:r>
      <w:proofErr w:type="spellStart"/>
      <w:r w:rsidRPr="00693F1B">
        <w:rPr>
          <w:rFonts w:eastAsia="Arial" w:cs="Times New Roman"/>
          <w:szCs w:val="24"/>
        </w:rPr>
        <w:t>prelucrare</w:t>
      </w:r>
      <w:proofErr w:type="spellEnd"/>
      <w:r w:rsidRPr="00693F1B">
        <w:rPr>
          <w:rFonts w:eastAsia="Arial" w:cs="Times New Roman"/>
          <w:szCs w:val="24"/>
        </w:rPr>
        <w:t xml:space="preserve"> a </w:t>
      </w:r>
      <w:proofErr w:type="spellStart"/>
      <w:r w:rsidRPr="00693F1B">
        <w:rPr>
          <w:rFonts w:eastAsia="Arial" w:cs="Times New Roman"/>
          <w:szCs w:val="24"/>
        </w:rPr>
        <w:t>datelor</w:t>
      </w:r>
      <w:proofErr w:type="spellEnd"/>
      <w:r w:rsidRPr="00693F1B">
        <w:rPr>
          <w:rFonts w:eastAsia="Arial" w:cs="Times New Roman"/>
          <w:szCs w:val="24"/>
        </w:rPr>
        <w:t xml:space="preserve"> cu </w:t>
      </w:r>
      <w:proofErr w:type="spellStart"/>
      <w:r w:rsidRPr="00693F1B">
        <w:rPr>
          <w:rFonts w:eastAsia="Arial" w:cs="Times New Roman"/>
          <w:szCs w:val="24"/>
        </w:rPr>
        <w:t>caracter</w:t>
      </w:r>
      <w:proofErr w:type="spellEnd"/>
      <w:r w:rsidRPr="00693F1B">
        <w:rPr>
          <w:rFonts w:eastAsia="Arial" w:cs="Times New Roman"/>
          <w:szCs w:val="24"/>
        </w:rPr>
        <w:t xml:space="preserve"> personal; </w:t>
      </w:r>
      <w:proofErr w:type="spellStart"/>
      <w:r w:rsidRPr="00693F1B">
        <w:rPr>
          <w:rFonts w:eastAsia="Arial" w:cs="Times New Roman"/>
          <w:szCs w:val="24"/>
        </w:rPr>
        <w:t>atunci</w:t>
      </w:r>
      <w:proofErr w:type="spellEnd"/>
      <w:r w:rsidRPr="00693F1B">
        <w:rPr>
          <w:rFonts w:eastAsia="Arial" w:cs="Times New Roman"/>
          <w:szCs w:val="24"/>
        </w:rPr>
        <w:t xml:space="preserve"> </w:t>
      </w:r>
      <w:proofErr w:type="spellStart"/>
      <w:r w:rsidRPr="00693F1B">
        <w:rPr>
          <w:rFonts w:eastAsia="Arial" w:cs="Times New Roman"/>
          <w:szCs w:val="24"/>
        </w:rPr>
        <w:t>când</w:t>
      </w:r>
      <w:proofErr w:type="spellEnd"/>
      <w:r w:rsidRPr="00693F1B">
        <w:rPr>
          <w:rFonts w:eastAsia="Arial" w:cs="Times New Roman"/>
          <w:szCs w:val="24"/>
        </w:rPr>
        <w:t xml:space="preserve"> </w:t>
      </w:r>
      <w:proofErr w:type="spellStart"/>
      <w:r w:rsidRPr="00693F1B">
        <w:rPr>
          <w:rFonts w:eastAsia="Arial" w:cs="Times New Roman"/>
          <w:szCs w:val="24"/>
        </w:rPr>
        <w:t>scopurile</w:t>
      </w:r>
      <w:proofErr w:type="spellEnd"/>
      <w:r w:rsidRPr="00693F1B">
        <w:rPr>
          <w:rFonts w:eastAsia="Arial" w:cs="Times New Roman"/>
          <w:szCs w:val="24"/>
        </w:rPr>
        <w:t xml:space="preserve"> </w:t>
      </w:r>
      <w:proofErr w:type="spellStart"/>
      <w:r w:rsidRPr="00693F1B">
        <w:rPr>
          <w:rFonts w:eastAsia="Arial" w:cs="Times New Roman"/>
          <w:szCs w:val="24"/>
        </w:rPr>
        <w:t>și</w:t>
      </w:r>
      <w:proofErr w:type="spellEnd"/>
      <w:r w:rsidRPr="00693F1B">
        <w:rPr>
          <w:rFonts w:eastAsia="Arial" w:cs="Times New Roman"/>
          <w:szCs w:val="24"/>
        </w:rPr>
        <w:t xml:space="preserve"> </w:t>
      </w:r>
      <w:proofErr w:type="spellStart"/>
      <w:r w:rsidRPr="00693F1B">
        <w:rPr>
          <w:rFonts w:eastAsia="Arial" w:cs="Times New Roman"/>
          <w:szCs w:val="24"/>
        </w:rPr>
        <w:t>mijloacele</w:t>
      </w:r>
      <w:proofErr w:type="spellEnd"/>
      <w:r w:rsidRPr="00693F1B">
        <w:rPr>
          <w:rFonts w:eastAsia="Arial" w:cs="Times New Roman"/>
          <w:szCs w:val="24"/>
        </w:rPr>
        <w:t xml:space="preserve"> </w:t>
      </w:r>
      <w:proofErr w:type="spellStart"/>
      <w:r w:rsidRPr="00693F1B">
        <w:rPr>
          <w:rFonts w:eastAsia="Arial" w:cs="Times New Roman"/>
          <w:szCs w:val="24"/>
        </w:rPr>
        <w:t>prelucrării</w:t>
      </w:r>
      <w:proofErr w:type="spellEnd"/>
      <w:r w:rsidRPr="00693F1B">
        <w:rPr>
          <w:rFonts w:eastAsia="Arial" w:cs="Times New Roman"/>
          <w:szCs w:val="24"/>
        </w:rPr>
        <w:t xml:space="preserve"> sunt </w:t>
      </w:r>
      <w:proofErr w:type="spellStart"/>
      <w:r w:rsidRPr="00693F1B">
        <w:rPr>
          <w:rFonts w:eastAsia="Arial" w:cs="Times New Roman"/>
          <w:szCs w:val="24"/>
        </w:rPr>
        <w:t>stabilite</w:t>
      </w:r>
      <w:proofErr w:type="spellEnd"/>
      <w:r w:rsidRPr="00693F1B">
        <w:rPr>
          <w:rFonts w:eastAsia="Arial" w:cs="Times New Roman"/>
          <w:szCs w:val="24"/>
        </w:rPr>
        <w:t xml:space="preserve"> </w:t>
      </w:r>
      <w:proofErr w:type="spellStart"/>
      <w:r w:rsidRPr="00693F1B">
        <w:rPr>
          <w:rFonts w:eastAsia="Arial" w:cs="Times New Roman"/>
          <w:szCs w:val="24"/>
        </w:rPr>
        <w:t>prin</w:t>
      </w:r>
      <w:proofErr w:type="spellEnd"/>
      <w:r w:rsidRPr="00693F1B">
        <w:rPr>
          <w:rFonts w:eastAsia="Arial" w:cs="Times New Roman"/>
          <w:szCs w:val="24"/>
        </w:rPr>
        <w:t xml:space="preserve"> </w:t>
      </w:r>
      <w:proofErr w:type="spellStart"/>
      <w:r w:rsidRPr="00693F1B">
        <w:rPr>
          <w:rFonts w:eastAsia="Arial" w:cs="Times New Roman"/>
          <w:szCs w:val="24"/>
        </w:rPr>
        <w:t>dreptul</w:t>
      </w:r>
      <w:proofErr w:type="spellEnd"/>
      <w:r w:rsidRPr="00693F1B">
        <w:rPr>
          <w:rFonts w:eastAsia="Arial" w:cs="Times New Roman"/>
          <w:szCs w:val="24"/>
        </w:rPr>
        <w:t xml:space="preserve"> intern, </w:t>
      </w:r>
      <w:proofErr w:type="spellStart"/>
      <w:r w:rsidRPr="00693F1B">
        <w:rPr>
          <w:rFonts w:eastAsia="Arial" w:cs="Times New Roman"/>
          <w:szCs w:val="24"/>
        </w:rPr>
        <w:t>operatorul</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criteriile</w:t>
      </w:r>
      <w:proofErr w:type="spellEnd"/>
      <w:r w:rsidRPr="00693F1B">
        <w:rPr>
          <w:rFonts w:eastAsia="Arial" w:cs="Times New Roman"/>
          <w:szCs w:val="24"/>
        </w:rPr>
        <w:t xml:space="preserve"> </w:t>
      </w:r>
      <w:proofErr w:type="spellStart"/>
      <w:r w:rsidRPr="00693F1B">
        <w:rPr>
          <w:rFonts w:eastAsia="Arial" w:cs="Times New Roman"/>
          <w:szCs w:val="24"/>
        </w:rPr>
        <w:t>specifice</w:t>
      </w:r>
      <w:proofErr w:type="spellEnd"/>
      <w:r w:rsidRPr="00693F1B">
        <w:rPr>
          <w:rFonts w:eastAsia="Arial" w:cs="Times New Roman"/>
          <w:szCs w:val="24"/>
        </w:rPr>
        <w:t xml:space="preserve"> </w:t>
      </w:r>
      <w:proofErr w:type="spellStart"/>
      <w:r w:rsidRPr="00693F1B">
        <w:rPr>
          <w:rFonts w:eastAsia="Arial" w:cs="Times New Roman"/>
          <w:szCs w:val="24"/>
        </w:rPr>
        <w:t>pentru</w:t>
      </w:r>
      <w:proofErr w:type="spellEnd"/>
      <w:r w:rsidRPr="00693F1B">
        <w:rPr>
          <w:rFonts w:eastAsia="Arial" w:cs="Times New Roman"/>
          <w:szCs w:val="24"/>
        </w:rPr>
        <w:t xml:space="preserve"> </w:t>
      </w:r>
      <w:proofErr w:type="spellStart"/>
      <w:r w:rsidRPr="00693F1B">
        <w:rPr>
          <w:rFonts w:eastAsia="Arial" w:cs="Times New Roman"/>
          <w:szCs w:val="24"/>
        </w:rPr>
        <w:t>desemnarea</w:t>
      </w:r>
      <w:proofErr w:type="spellEnd"/>
      <w:r w:rsidRPr="00693F1B">
        <w:rPr>
          <w:rFonts w:eastAsia="Arial" w:cs="Times New Roman"/>
          <w:szCs w:val="24"/>
        </w:rPr>
        <w:t xml:space="preserve"> </w:t>
      </w:r>
      <w:proofErr w:type="spellStart"/>
      <w:r w:rsidRPr="00693F1B">
        <w:rPr>
          <w:rFonts w:eastAsia="Arial" w:cs="Times New Roman"/>
          <w:szCs w:val="24"/>
        </w:rPr>
        <w:t>acestuia</w:t>
      </w:r>
      <w:proofErr w:type="spellEnd"/>
      <w:r w:rsidRPr="00693F1B">
        <w:rPr>
          <w:rFonts w:eastAsia="Arial" w:cs="Times New Roman"/>
          <w:szCs w:val="24"/>
        </w:rPr>
        <w:t xml:space="preserve"> pot fi </w:t>
      </w:r>
      <w:proofErr w:type="spellStart"/>
      <w:r w:rsidRPr="00693F1B">
        <w:rPr>
          <w:rFonts w:eastAsia="Arial" w:cs="Times New Roman"/>
          <w:szCs w:val="24"/>
        </w:rPr>
        <w:t>prevăzute</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dreptul</w:t>
      </w:r>
      <w:proofErr w:type="spellEnd"/>
      <w:r w:rsidRPr="00693F1B">
        <w:rPr>
          <w:rFonts w:eastAsia="Arial" w:cs="Times New Roman"/>
          <w:szCs w:val="24"/>
        </w:rPr>
        <w:t xml:space="preserve"> intern;</w:t>
      </w:r>
    </w:p>
    <w:p w14:paraId="020DCD9A" w14:textId="77777777" w:rsidR="00EE7ED3" w:rsidRPr="00693F1B" w:rsidRDefault="00000000" w:rsidP="00D7384A">
      <w:pPr>
        <w:jc w:val="both"/>
        <w:rPr>
          <w:rFonts w:eastAsia="Arial" w:cs="Times New Roman"/>
          <w:szCs w:val="24"/>
        </w:rPr>
      </w:pPr>
      <w:r w:rsidRPr="00693F1B">
        <w:rPr>
          <w:rFonts w:eastAsia="Arial" w:cs="Times New Roman"/>
          <w:b/>
          <w:bCs/>
          <w:szCs w:val="24"/>
        </w:rPr>
        <w:t>„</w:t>
      </w:r>
      <w:proofErr w:type="spellStart"/>
      <w:r w:rsidRPr="00693F1B">
        <w:rPr>
          <w:rFonts w:eastAsia="Arial" w:cs="Times New Roman"/>
          <w:b/>
          <w:bCs/>
          <w:szCs w:val="24"/>
        </w:rPr>
        <w:t>persoană</w:t>
      </w:r>
      <w:proofErr w:type="spellEnd"/>
      <w:r w:rsidRPr="00693F1B">
        <w:rPr>
          <w:rFonts w:eastAsia="Arial" w:cs="Times New Roman"/>
          <w:b/>
          <w:bCs/>
          <w:szCs w:val="24"/>
        </w:rPr>
        <w:t xml:space="preserve"> </w:t>
      </w:r>
      <w:proofErr w:type="spellStart"/>
      <w:r w:rsidRPr="00693F1B">
        <w:rPr>
          <w:rFonts w:eastAsia="Arial" w:cs="Times New Roman"/>
          <w:b/>
          <w:bCs/>
          <w:szCs w:val="24"/>
        </w:rPr>
        <w:t>împuternicită</w:t>
      </w:r>
      <w:proofErr w:type="spellEnd"/>
      <w:r w:rsidRPr="00693F1B">
        <w:rPr>
          <w:rFonts w:eastAsia="Arial" w:cs="Times New Roman"/>
          <w:b/>
          <w:bCs/>
          <w:szCs w:val="24"/>
        </w:rPr>
        <w:t xml:space="preserve"> de operator”</w:t>
      </w:r>
      <w:r w:rsidRPr="00693F1B">
        <w:rPr>
          <w:rFonts w:eastAsia="Arial" w:cs="Times New Roman"/>
          <w:szCs w:val="24"/>
        </w:rPr>
        <w:t xml:space="preserve"> - </w:t>
      </w:r>
      <w:proofErr w:type="spellStart"/>
      <w:r w:rsidRPr="00693F1B">
        <w:rPr>
          <w:rFonts w:eastAsia="Arial" w:cs="Times New Roman"/>
          <w:szCs w:val="24"/>
        </w:rPr>
        <w:t>înseamnă</w:t>
      </w:r>
      <w:proofErr w:type="spellEnd"/>
      <w:r w:rsidRPr="00693F1B">
        <w:rPr>
          <w:rFonts w:eastAsia="Arial" w:cs="Times New Roman"/>
          <w:szCs w:val="24"/>
        </w:rPr>
        <w:t xml:space="preserve"> </w:t>
      </w:r>
      <w:proofErr w:type="spellStart"/>
      <w:r w:rsidRPr="00693F1B">
        <w:rPr>
          <w:rFonts w:eastAsia="Arial" w:cs="Times New Roman"/>
          <w:szCs w:val="24"/>
        </w:rPr>
        <w:t>persoana</w:t>
      </w:r>
      <w:proofErr w:type="spellEnd"/>
      <w:r w:rsidRPr="00693F1B">
        <w:rPr>
          <w:rFonts w:eastAsia="Arial" w:cs="Times New Roman"/>
          <w:szCs w:val="24"/>
        </w:rPr>
        <w:t xml:space="preserve"> </w:t>
      </w:r>
      <w:proofErr w:type="spellStart"/>
      <w:r w:rsidRPr="00693F1B">
        <w:rPr>
          <w:rFonts w:eastAsia="Arial" w:cs="Times New Roman"/>
          <w:szCs w:val="24"/>
        </w:rPr>
        <w:t>fizică</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juridică</w:t>
      </w:r>
      <w:proofErr w:type="spellEnd"/>
      <w:r w:rsidRPr="00693F1B">
        <w:rPr>
          <w:rFonts w:eastAsia="Arial" w:cs="Times New Roman"/>
          <w:szCs w:val="24"/>
        </w:rPr>
        <w:t xml:space="preserve">, </w:t>
      </w:r>
      <w:proofErr w:type="spellStart"/>
      <w:r w:rsidRPr="00693F1B">
        <w:rPr>
          <w:rFonts w:eastAsia="Arial" w:cs="Times New Roman"/>
          <w:szCs w:val="24"/>
        </w:rPr>
        <w:t>autoritatea</w:t>
      </w:r>
      <w:proofErr w:type="spellEnd"/>
      <w:r w:rsidRPr="00693F1B">
        <w:rPr>
          <w:rFonts w:eastAsia="Arial" w:cs="Times New Roman"/>
          <w:szCs w:val="24"/>
        </w:rPr>
        <w:t xml:space="preserve"> </w:t>
      </w:r>
      <w:proofErr w:type="spellStart"/>
      <w:r w:rsidRPr="00693F1B">
        <w:rPr>
          <w:rFonts w:eastAsia="Arial" w:cs="Times New Roman"/>
          <w:szCs w:val="24"/>
        </w:rPr>
        <w:t>publică</w:t>
      </w:r>
      <w:proofErr w:type="spellEnd"/>
      <w:r w:rsidRPr="00693F1B">
        <w:rPr>
          <w:rFonts w:eastAsia="Arial" w:cs="Times New Roman"/>
          <w:szCs w:val="24"/>
        </w:rPr>
        <w:t xml:space="preserve">, </w:t>
      </w:r>
      <w:proofErr w:type="spellStart"/>
      <w:r w:rsidRPr="00693F1B">
        <w:rPr>
          <w:rFonts w:eastAsia="Arial" w:cs="Times New Roman"/>
          <w:szCs w:val="24"/>
        </w:rPr>
        <w:t>agenția</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alt organism care </w:t>
      </w:r>
      <w:proofErr w:type="spellStart"/>
      <w:r w:rsidRPr="00693F1B">
        <w:rPr>
          <w:rFonts w:eastAsia="Arial" w:cs="Times New Roman"/>
          <w:szCs w:val="24"/>
        </w:rPr>
        <w:t>prelucrează</w:t>
      </w:r>
      <w:proofErr w:type="spellEnd"/>
      <w:r w:rsidRPr="00693F1B">
        <w:rPr>
          <w:rFonts w:eastAsia="Arial" w:cs="Times New Roman"/>
          <w:szCs w:val="24"/>
        </w:rPr>
        <w:t xml:space="preserve"> </w:t>
      </w:r>
      <w:proofErr w:type="spellStart"/>
      <w:r w:rsidRPr="00693F1B">
        <w:rPr>
          <w:rFonts w:eastAsia="Arial" w:cs="Times New Roman"/>
          <w:szCs w:val="24"/>
        </w:rPr>
        <w:t>datele</w:t>
      </w:r>
      <w:proofErr w:type="spellEnd"/>
      <w:r w:rsidRPr="00693F1B">
        <w:rPr>
          <w:rFonts w:eastAsia="Arial" w:cs="Times New Roman"/>
          <w:szCs w:val="24"/>
        </w:rPr>
        <w:t xml:space="preserve"> cu </w:t>
      </w:r>
      <w:proofErr w:type="spellStart"/>
      <w:r w:rsidRPr="00693F1B">
        <w:rPr>
          <w:rFonts w:eastAsia="Arial" w:cs="Times New Roman"/>
          <w:szCs w:val="24"/>
        </w:rPr>
        <w:t>caracter</w:t>
      </w:r>
      <w:proofErr w:type="spellEnd"/>
      <w:r w:rsidRPr="00693F1B">
        <w:rPr>
          <w:rFonts w:eastAsia="Arial" w:cs="Times New Roman"/>
          <w:szCs w:val="24"/>
        </w:rPr>
        <w:t xml:space="preserve"> personal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numele</w:t>
      </w:r>
      <w:proofErr w:type="spellEnd"/>
      <w:r w:rsidRPr="00693F1B">
        <w:rPr>
          <w:rFonts w:eastAsia="Arial" w:cs="Times New Roman"/>
          <w:szCs w:val="24"/>
        </w:rPr>
        <w:t xml:space="preserve"> </w:t>
      </w:r>
      <w:proofErr w:type="spellStart"/>
      <w:r w:rsidRPr="00693F1B">
        <w:rPr>
          <w:rFonts w:eastAsia="Arial" w:cs="Times New Roman"/>
          <w:szCs w:val="24"/>
        </w:rPr>
        <w:t>operatorului</w:t>
      </w:r>
      <w:proofErr w:type="spellEnd"/>
      <w:r w:rsidRPr="00693F1B">
        <w:rPr>
          <w:rFonts w:eastAsia="Arial" w:cs="Times New Roman"/>
          <w:szCs w:val="24"/>
        </w:rPr>
        <w:t xml:space="preserve"> </w:t>
      </w:r>
      <w:proofErr w:type="spellStart"/>
      <w:r w:rsidRPr="00693F1B">
        <w:rPr>
          <w:rFonts w:eastAsia="Arial" w:cs="Times New Roman"/>
          <w:b/>
          <w:bCs/>
          <w:szCs w:val="24"/>
        </w:rPr>
        <w:t>Primări</w:t>
      </w:r>
      <w:r>
        <w:rPr>
          <w:rFonts w:eastAsia="Arial" w:cs="Times New Roman"/>
          <w:b/>
          <w:bCs/>
          <w:szCs w:val="24"/>
        </w:rPr>
        <w:t>a</w:t>
      </w:r>
      <w:proofErr w:type="spellEnd"/>
      <w:r w:rsidRPr="00693F1B">
        <w:rPr>
          <w:rFonts w:eastAsia="Arial" w:cs="Times New Roman"/>
          <w:b/>
          <w:bCs/>
          <w:szCs w:val="24"/>
        </w:rPr>
        <w:t xml:space="preserve"> </w:t>
      </w:r>
      <w:r w:rsidRPr="00916751">
        <w:rPr>
          <w:rFonts w:eastAsia="Arial" w:cs="Times New Roman"/>
          <w:b/>
          <w:bCs/>
          <w:szCs w:val="24"/>
        </w:rPr>
        <w:t>SATULUI MERENI</w:t>
      </w:r>
      <w:r w:rsidRPr="00693F1B">
        <w:rPr>
          <w:rFonts w:eastAsia="Arial" w:cs="Times New Roman"/>
          <w:szCs w:val="24"/>
        </w:rPr>
        <w:t>;</w:t>
      </w:r>
    </w:p>
    <w:p w14:paraId="669532A2" w14:textId="77777777" w:rsidR="00EE7ED3" w:rsidRPr="00693F1B" w:rsidRDefault="00000000" w:rsidP="00D7384A">
      <w:pPr>
        <w:jc w:val="both"/>
        <w:rPr>
          <w:rFonts w:eastAsia="Arial" w:cs="Times New Roman"/>
          <w:szCs w:val="24"/>
        </w:rPr>
      </w:pPr>
      <w:r w:rsidRPr="00693F1B">
        <w:rPr>
          <w:rFonts w:eastAsia="Arial" w:cs="Times New Roman"/>
          <w:b/>
          <w:bCs/>
          <w:szCs w:val="24"/>
        </w:rPr>
        <w:t>„</w:t>
      </w:r>
      <w:proofErr w:type="spellStart"/>
      <w:r w:rsidRPr="00693F1B">
        <w:rPr>
          <w:rFonts w:eastAsia="Arial" w:cs="Times New Roman"/>
          <w:b/>
          <w:bCs/>
          <w:szCs w:val="24"/>
        </w:rPr>
        <w:t>destinatar</w:t>
      </w:r>
      <w:proofErr w:type="spellEnd"/>
      <w:r w:rsidRPr="00693F1B">
        <w:rPr>
          <w:rFonts w:eastAsia="Arial" w:cs="Times New Roman"/>
          <w:b/>
          <w:bCs/>
          <w:szCs w:val="24"/>
        </w:rPr>
        <w:t>”</w:t>
      </w:r>
      <w:r w:rsidRPr="00693F1B">
        <w:rPr>
          <w:rFonts w:eastAsia="Arial" w:cs="Times New Roman"/>
          <w:szCs w:val="24"/>
        </w:rPr>
        <w:t xml:space="preserve"> - </w:t>
      </w:r>
      <w:proofErr w:type="spellStart"/>
      <w:r w:rsidRPr="00693F1B">
        <w:rPr>
          <w:rFonts w:eastAsia="Arial" w:cs="Times New Roman"/>
          <w:szCs w:val="24"/>
        </w:rPr>
        <w:t>înseamnă</w:t>
      </w:r>
      <w:proofErr w:type="spellEnd"/>
      <w:r w:rsidRPr="00693F1B">
        <w:rPr>
          <w:rFonts w:eastAsia="Arial" w:cs="Times New Roman"/>
          <w:szCs w:val="24"/>
        </w:rPr>
        <w:t xml:space="preserve"> </w:t>
      </w:r>
      <w:proofErr w:type="spellStart"/>
      <w:r w:rsidRPr="00693F1B">
        <w:rPr>
          <w:rFonts w:eastAsia="Arial" w:cs="Times New Roman"/>
          <w:szCs w:val="24"/>
        </w:rPr>
        <w:t>persoana</w:t>
      </w:r>
      <w:proofErr w:type="spellEnd"/>
      <w:r w:rsidRPr="00693F1B">
        <w:rPr>
          <w:rFonts w:eastAsia="Arial" w:cs="Times New Roman"/>
          <w:szCs w:val="24"/>
        </w:rPr>
        <w:t xml:space="preserve"> </w:t>
      </w:r>
      <w:proofErr w:type="spellStart"/>
      <w:r w:rsidRPr="00693F1B">
        <w:rPr>
          <w:rFonts w:eastAsia="Arial" w:cs="Times New Roman"/>
          <w:szCs w:val="24"/>
        </w:rPr>
        <w:t>fizică</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juridică</w:t>
      </w:r>
      <w:proofErr w:type="spellEnd"/>
      <w:r w:rsidRPr="00693F1B">
        <w:rPr>
          <w:rFonts w:eastAsia="Arial" w:cs="Times New Roman"/>
          <w:szCs w:val="24"/>
        </w:rPr>
        <w:t xml:space="preserve">, </w:t>
      </w:r>
      <w:proofErr w:type="spellStart"/>
      <w:r w:rsidRPr="00693F1B">
        <w:rPr>
          <w:rFonts w:eastAsia="Arial" w:cs="Times New Roman"/>
          <w:szCs w:val="24"/>
        </w:rPr>
        <w:t>autoritatea</w:t>
      </w:r>
      <w:proofErr w:type="spellEnd"/>
      <w:r w:rsidRPr="00693F1B">
        <w:rPr>
          <w:rFonts w:eastAsia="Arial" w:cs="Times New Roman"/>
          <w:szCs w:val="24"/>
        </w:rPr>
        <w:t xml:space="preserve"> </w:t>
      </w:r>
      <w:proofErr w:type="spellStart"/>
      <w:r w:rsidRPr="00693F1B">
        <w:rPr>
          <w:rFonts w:eastAsia="Arial" w:cs="Times New Roman"/>
          <w:szCs w:val="24"/>
        </w:rPr>
        <w:t>publică</w:t>
      </w:r>
      <w:proofErr w:type="spellEnd"/>
      <w:r w:rsidRPr="00693F1B">
        <w:rPr>
          <w:rFonts w:eastAsia="Arial" w:cs="Times New Roman"/>
          <w:szCs w:val="24"/>
        </w:rPr>
        <w:t xml:space="preserve">, </w:t>
      </w:r>
      <w:proofErr w:type="spellStart"/>
      <w:r w:rsidRPr="00693F1B">
        <w:rPr>
          <w:rFonts w:eastAsia="Arial" w:cs="Times New Roman"/>
          <w:szCs w:val="24"/>
        </w:rPr>
        <w:t>agenția</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alt organism </w:t>
      </w:r>
      <w:proofErr w:type="spellStart"/>
      <w:r w:rsidRPr="00693F1B">
        <w:rPr>
          <w:rFonts w:eastAsia="Arial" w:cs="Times New Roman"/>
          <w:szCs w:val="24"/>
        </w:rPr>
        <w:t>căreia</w:t>
      </w:r>
      <w:proofErr w:type="spellEnd"/>
      <w:r w:rsidRPr="00693F1B">
        <w:rPr>
          <w:rFonts w:eastAsia="Arial" w:cs="Times New Roman"/>
          <w:szCs w:val="24"/>
        </w:rPr>
        <w:t xml:space="preserve"> (</w:t>
      </w:r>
      <w:proofErr w:type="spellStart"/>
      <w:r w:rsidRPr="00693F1B">
        <w:rPr>
          <w:rFonts w:eastAsia="Arial" w:cs="Times New Roman"/>
          <w:szCs w:val="24"/>
        </w:rPr>
        <w:t>căruia</w:t>
      </w:r>
      <w:proofErr w:type="spellEnd"/>
      <w:r w:rsidRPr="00693F1B">
        <w:rPr>
          <w:rFonts w:eastAsia="Arial" w:cs="Times New Roman"/>
          <w:szCs w:val="24"/>
        </w:rPr>
        <w:t xml:space="preserve">) </w:t>
      </w:r>
      <w:proofErr w:type="spellStart"/>
      <w:r w:rsidRPr="00693F1B">
        <w:rPr>
          <w:rFonts w:eastAsia="Arial" w:cs="Times New Roman"/>
          <w:szCs w:val="24"/>
        </w:rPr>
        <w:t>îi</w:t>
      </w:r>
      <w:proofErr w:type="spellEnd"/>
      <w:r w:rsidRPr="00693F1B">
        <w:rPr>
          <w:rFonts w:eastAsia="Arial" w:cs="Times New Roman"/>
          <w:szCs w:val="24"/>
        </w:rPr>
        <w:t xml:space="preserve"> sunt divulgate </w:t>
      </w:r>
      <w:proofErr w:type="spellStart"/>
      <w:r w:rsidRPr="00693F1B">
        <w:rPr>
          <w:rFonts w:eastAsia="Arial" w:cs="Times New Roman"/>
          <w:szCs w:val="24"/>
        </w:rPr>
        <w:t>datele</w:t>
      </w:r>
      <w:proofErr w:type="spellEnd"/>
      <w:r w:rsidRPr="00693F1B">
        <w:rPr>
          <w:rFonts w:eastAsia="Arial" w:cs="Times New Roman"/>
          <w:szCs w:val="24"/>
        </w:rPr>
        <w:t xml:space="preserve"> cu </w:t>
      </w:r>
      <w:proofErr w:type="spellStart"/>
      <w:r w:rsidRPr="00693F1B">
        <w:rPr>
          <w:rFonts w:eastAsia="Arial" w:cs="Times New Roman"/>
          <w:szCs w:val="24"/>
        </w:rPr>
        <w:t>caracter</w:t>
      </w:r>
      <w:proofErr w:type="spellEnd"/>
      <w:r w:rsidRPr="00693F1B">
        <w:rPr>
          <w:rFonts w:eastAsia="Arial" w:cs="Times New Roman"/>
          <w:szCs w:val="24"/>
        </w:rPr>
        <w:t xml:space="preserve"> personal, </w:t>
      </w:r>
      <w:proofErr w:type="spellStart"/>
      <w:r w:rsidRPr="00693F1B">
        <w:rPr>
          <w:rFonts w:eastAsia="Arial" w:cs="Times New Roman"/>
          <w:szCs w:val="24"/>
        </w:rPr>
        <w:t>indiferent</w:t>
      </w:r>
      <w:proofErr w:type="spellEnd"/>
      <w:r w:rsidRPr="00693F1B">
        <w:rPr>
          <w:rFonts w:eastAsia="Arial" w:cs="Times New Roman"/>
          <w:szCs w:val="24"/>
        </w:rPr>
        <w:t xml:space="preserve"> </w:t>
      </w:r>
      <w:proofErr w:type="spellStart"/>
      <w:r w:rsidRPr="00693F1B">
        <w:rPr>
          <w:rFonts w:eastAsia="Arial" w:cs="Times New Roman"/>
          <w:szCs w:val="24"/>
        </w:rPr>
        <w:t>dacă</w:t>
      </w:r>
      <w:proofErr w:type="spellEnd"/>
      <w:r w:rsidRPr="00693F1B">
        <w:rPr>
          <w:rFonts w:eastAsia="Arial" w:cs="Times New Roman"/>
          <w:szCs w:val="24"/>
        </w:rPr>
        <w:t xml:space="preserve"> </w:t>
      </w:r>
      <w:proofErr w:type="spellStart"/>
      <w:r w:rsidRPr="00693F1B">
        <w:rPr>
          <w:rFonts w:eastAsia="Arial" w:cs="Times New Roman"/>
          <w:szCs w:val="24"/>
        </w:rPr>
        <w:t>este</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nu o </w:t>
      </w:r>
      <w:proofErr w:type="spellStart"/>
      <w:r w:rsidRPr="00693F1B">
        <w:rPr>
          <w:rFonts w:eastAsia="Arial" w:cs="Times New Roman"/>
          <w:szCs w:val="24"/>
        </w:rPr>
        <w:t>parte</w:t>
      </w:r>
      <w:proofErr w:type="spellEnd"/>
      <w:r w:rsidRPr="00693F1B">
        <w:rPr>
          <w:rFonts w:eastAsia="Arial" w:cs="Times New Roman"/>
          <w:szCs w:val="24"/>
        </w:rPr>
        <w:t xml:space="preserve"> </w:t>
      </w:r>
      <w:proofErr w:type="spellStart"/>
      <w:r w:rsidRPr="00693F1B">
        <w:rPr>
          <w:rFonts w:eastAsia="Arial" w:cs="Times New Roman"/>
          <w:szCs w:val="24"/>
        </w:rPr>
        <w:t>terță</w:t>
      </w:r>
      <w:proofErr w:type="spellEnd"/>
      <w:r w:rsidRPr="00693F1B">
        <w:rPr>
          <w:rFonts w:eastAsia="Arial" w:cs="Times New Roman"/>
          <w:szCs w:val="24"/>
        </w:rPr>
        <w:t xml:space="preserve">. Cu </w:t>
      </w:r>
      <w:proofErr w:type="spellStart"/>
      <w:r w:rsidRPr="00693F1B">
        <w:rPr>
          <w:rFonts w:eastAsia="Arial" w:cs="Times New Roman"/>
          <w:szCs w:val="24"/>
        </w:rPr>
        <w:t>toate</w:t>
      </w:r>
      <w:proofErr w:type="spellEnd"/>
      <w:r w:rsidRPr="00693F1B">
        <w:rPr>
          <w:rFonts w:eastAsia="Arial" w:cs="Times New Roman"/>
          <w:szCs w:val="24"/>
        </w:rPr>
        <w:t xml:space="preserve"> </w:t>
      </w:r>
      <w:proofErr w:type="spellStart"/>
      <w:r w:rsidRPr="00693F1B">
        <w:rPr>
          <w:rFonts w:eastAsia="Arial" w:cs="Times New Roman"/>
          <w:szCs w:val="24"/>
        </w:rPr>
        <w:t>acestea</w:t>
      </w:r>
      <w:proofErr w:type="spellEnd"/>
      <w:r w:rsidRPr="00693F1B">
        <w:rPr>
          <w:rFonts w:eastAsia="Arial" w:cs="Times New Roman"/>
          <w:szCs w:val="24"/>
        </w:rPr>
        <w:t xml:space="preserve">, </w:t>
      </w:r>
      <w:proofErr w:type="spellStart"/>
      <w:r w:rsidRPr="00693F1B">
        <w:rPr>
          <w:rFonts w:eastAsia="Arial" w:cs="Times New Roman"/>
          <w:szCs w:val="24"/>
        </w:rPr>
        <w:t>autoritățile</w:t>
      </w:r>
      <w:proofErr w:type="spellEnd"/>
      <w:r w:rsidRPr="00693F1B">
        <w:rPr>
          <w:rFonts w:eastAsia="Arial" w:cs="Times New Roman"/>
          <w:szCs w:val="24"/>
        </w:rPr>
        <w:t xml:space="preserve"> </w:t>
      </w:r>
      <w:proofErr w:type="spellStart"/>
      <w:r w:rsidRPr="00693F1B">
        <w:rPr>
          <w:rFonts w:eastAsia="Arial" w:cs="Times New Roman"/>
          <w:szCs w:val="24"/>
        </w:rPr>
        <w:t>publice</w:t>
      </w:r>
      <w:proofErr w:type="spellEnd"/>
      <w:r w:rsidRPr="00693F1B">
        <w:rPr>
          <w:rFonts w:eastAsia="Arial" w:cs="Times New Roman"/>
          <w:szCs w:val="24"/>
        </w:rPr>
        <w:t xml:space="preserve"> </w:t>
      </w:r>
      <w:proofErr w:type="spellStart"/>
      <w:r w:rsidRPr="00693F1B">
        <w:rPr>
          <w:rFonts w:eastAsia="Arial" w:cs="Times New Roman"/>
          <w:szCs w:val="24"/>
        </w:rPr>
        <w:t>cărora</w:t>
      </w:r>
      <w:proofErr w:type="spellEnd"/>
      <w:r w:rsidRPr="00693F1B">
        <w:rPr>
          <w:rFonts w:eastAsia="Arial" w:cs="Times New Roman"/>
          <w:szCs w:val="24"/>
        </w:rPr>
        <w:t xml:space="preserve"> li se pot </w:t>
      </w:r>
      <w:proofErr w:type="spellStart"/>
      <w:r w:rsidRPr="00693F1B">
        <w:rPr>
          <w:rFonts w:eastAsia="Arial" w:cs="Times New Roman"/>
          <w:szCs w:val="24"/>
        </w:rPr>
        <w:t>comunica</w:t>
      </w:r>
      <w:proofErr w:type="spellEnd"/>
      <w:r w:rsidRPr="00693F1B">
        <w:rPr>
          <w:rFonts w:eastAsia="Arial" w:cs="Times New Roman"/>
          <w:szCs w:val="24"/>
        </w:rPr>
        <w:t xml:space="preserve"> date cu </w:t>
      </w:r>
      <w:proofErr w:type="spellStart"/>
      <w:r w:rsidRPr="00693F1B">
        <w:rPr>
          <w:rFonts w:eastAsia="Arial" w:cs="Times New Roman"/>
          <w:szCs w:val="24"/>
        </w:rPr>
        <w:t>caracter</w:t>
      </w:r>
      <w:proofErr w:type="spellEnd"/>
      <w:r w:rsidRPr="00693F1B">
        <w:rPr>
          <w:rFonts w:eastAsia="Arial" w:cs="Times New Roman"/>
          <w:szCs w:val="24"/>
        </w:rPr>
        <w:t xml:space="preserve"> personal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cadrul</w:t>
      </w:r>
      <w:proofErr w:type="spellEnd"/>
      <w:r w:rsidRPr="00693F1B">
        <w:rPr>
          <w:rFonts w:eastAsia="Arial" w:cs="Times New Roman"/>
          <w:szCs w:val="24"/>
        </w:rPr>
        <w:t xml:space="preserve"> </w:t>
      </w:r>
      <w:proofErr w:type="spellStart"/>
      <w:r w:rsidRPr="00693F1B">
        <w:rPr>
          <w:rFonts w:eastAsia="Arial" w:cs="Times New Roman"/>
          <w:szCs w:val="24"/>
        </w:rPr>
        <w:t>unei</w:t>
      </w:r>
      <w:proofErr w:type="spellEnd"/>
      <w:r w:rsidRPr="00693F1B">
        <w:rPr>
          <w:rFonts w:eastAsia="Arial" w:cs="Times New Roman"/>
          <w:szCs w:val="24"/>
        </w:rPr>
        <w:t xml:space="preserve"> </w:t>
      </w:r>
      <w:proofErr w:type="spellStart"/>
      <w:r w:rsidRPr="00693F1B">
        <w:rPr>
          <w:rFonts w:eastAsia="Arial" w:cs="Times New Roman"/>
          <w:szCs w:val="24"/>
        </w:rPr>
        <w:t>anumite</w:t>
      </w:r>
      <w:proofErr w:type="spellEnd"/>
      <w:r w:rsidRPr="00693F1B">
        <w:rPr>
          <w:rFonts w:eastAsia="Arial" w:cs="Times New Roman"/>
          <w:szCs w:val="24"/>
        </w:rPr>
        <w:t xml:space="preserve"> </w:t>
      </w:r>
      <w:proofErr w:type="spellStart"/>
      <w:r w:rsidRPr="00693F1B">
        <w:rPr>
          <w:rFonts w:eastAsia="Arial" w:cs="Times New Roman"/>
          <w:szCs w:val="24"/>
        </w:rPr>
        <w:t>anchete</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conformitate</w:t>
      </w:r>
      <w:proofErr w:type="spellEnd"/>
      <w:r w:rsidRPr="00693F1B">
        <w:rPr>
          <w:rFonts w:eastAsia="Arial" w:cs="Times New Roman"/>
          <w:szCs w:val="24"/>
        </w:rPr>
        <w:t xml:space="preserve"> cu </w:t>
      </w:r>
      <w:proofErr w:type="spellStart"/>
      <w:r w:rsidRPr="00693F1B">
        <w:rPr>
          <w:rFonts w:eastAsia="Arial" w:cs="Times New Roman"/>
          <w:szCs w:val="24"/>
        </w:rPr>
        <w:t>dreptul</w:t>
      </w:r>
      <w:proofErr w:type="spellEnd"/>
      <w:r w:rsidRPr="00693F1B">
        <w:rPr>
          <w:rFonts w:eastAsia="Arial" w:cs="Times New Roman"/>
          <w:szCs w:val="24"/>
        </w:rPr>
        <w:t xml:space="preserve"> intern nu sunt considerate </w:t>
      </w:r>
      <w:proofErr w:type="spellStart"/>
      <w:r w:rsidRPr="00693F1B">
        <w:rPr>
          <w:rFonts w:eastAsia="Arial" w:cs="Times New Roman"/>
          <w:szCs w:val="24"/>
        </w:rPr>
        <w:t>destinatari</w:t>
      </w:r>
      <w:proofErr w:type="spellEnd"/>
      <w:r w:rsidRPr="00693F1B">
        <w:rPr>
          <w:rFonts w:eastAsia="Arial" w:cs="Times New Roman"/>
          <w:szCs w:val="24"/>
        </w:rPr>
        <w:t xml:space="preserve">; </w:t>
      </w:r>
      <w:proofErr w:type="spellStart"/>
      <w:r w:rsidRPr="00693F1B">
        <w:rPr>
          <w:rFonts w:eastAsia="Arial" w:cs="Times New Roman"/>
          <w:szCs w:val="24"/>
        </w:rPr>
        <w:t>prelucrarea</w:t>
      </w:r>
      <w:proofErr w:type="spellEnd"/>
      <w:r w:rsidRPr="00693F1B">
        <w:rPr>
          <w:rFonts w:eastAsia="Arial" w:cs="Times New Roman"/>
          <w:szCs w:val="24"/>
        </w:rPr>
        <w:t xml:space="preserve"> </w:t>
      </w:r>
      <w:proofErr w:type="spellStart"/>
      <w:r w:rsidRPr="00693F1B">
        <w:rPr>
          <w:rFonts w:eastAsia="Arial" w:cs="Times New Roman"/>
          <w:szCs w:val="24"/>
        </w:rPr>
        <w:t>acestor</w:t>
      </w:r>
      <w:proofErr w:type="spellEnd"/>
      <w:r w:rsidRPr="00693F1B">
        <w:rPr>
          <w:rFonts w:eastAsia="Arial" w:cs="Times New Roman"/>
          <w:szCs w:val="24"/>
        </w:rPr>
        <w:t xml:space="preserve"> date de </w:t>
      </w:r>
      <w:proofErr w:type="spellStart"/>
      <w:r w:rsidRPr="00693F1B">
        <w:rPr>
          <w:rFonts w:eastAsia="Arial" w:cs="Times New Roman"/>
          <w:szCs w:val="24"/>
        </w:rPr>
        <w:t>către</w:t>
      </w:r>
      <w:proofErr w:type="spellEnd"/>
      <w:r w:rsidRPr="00693F1B">
        <w:rPr>
          <w:rFonts w:eastAsia="Arial" w:cs="Times New Roman"/>
          <w:szCs w:val="24"/>
        </w:rPr>
        <w:t xml:space="preserve"> </w:t>
      </w:r>
      <w:proofErr w:type="spellStart"/>
      <w:r w:rsidRPr="00693F1B">
        <w:rPr>
          <w:rFonts w:eastAsia="Arial" w:cs="Times New Roman"/>
          <w:szCs w:val="24"/>
        </w:rPr>
        <w:t>autoritățile</w:t>
      </w:r>
      <w:proofErr w:type="spellEnd"/>
      <w:r w:rsidRPr="00693F1B">
        <w:rPr>
          <w:rFonts w:eastAsia="Arial" w:cs="Times New Roman"/>
          <w:szCs w:val="24"/>
        </w:rPr>
        <w:t xml:space="preserve"> </w:t>
      </w:r>
      <w:proofErr w:type="spellStart"/>
      <w:r w:rsidRPr="00693F1B">
        <w:rPr>
          <w:rFonts w:eastAsia="Arial" w:cs="Times New Roman"/>
          <w:szCs w:val="24"/>
        </w:rPr>
        <w:t>publice</w:t>
      </w:r>
      <w:proofErr w:type="spellEnd"/>
      <w:r w:rsidRPr="00693F1B">
        <w:rPr>
          <w:rFonts w:eastAsia="Arial" w:cs="Times New Roman"/>
          <w:szCs w:val="24"/>
        </w:rPr>
        <w:t xml:space="preserve"> respective </w:t>
      </w:r>
      <w:proofErr w:type="spellStart"/>
      <w:r w:rsidRPr="00693F1B">
        <w:rPr>
          <w:rFonts w:eastAsia="Arial" w:cs="Times New Roman"/>
          <w:szCs w:val="24"/>
        </w:rPr>
        <w:t>respectă</w:t>
      </w:r>
      <w:proofErr w:type="spellEnd"/>
      <w:r w:rsidRPr="00693F1B">
        <w:rPr>
          <w:rFonts w:eastAsia="Arial" w:cs="Times New Roman"/>
          <w:szCs w:val="24"/>
        </w:rPr>
        <w:t xml:space="preserve"> </w:t>
      </w:r>
      <w:proofErr w:type="spellStart"/>
      <w:r w:rsidRPr="00693F1B">
        <w:rPr>
          <w:rFonts w:eastAsia="Arial" w:cs="Times New Roman"/>
          <w:szCs w:val="24"/>
        </w:rPr>
        <w:t>normele</w:t>
      </w:r>
      <w:proofErr w:type="spellEnd"/>
      <w:r w:rsidRPr="00693F1B">
        <w:rPr>
          <w:rFonts w:eastAsia="Arial" w:cs="Times New Roman"/>
          <w:szCs w:val="24"/>
        </w:rPr>
        <w:t xml:space="preserve"> </w:t>
      </w:r>
      <w:proofErr w:type="spellStart"/>
      <w:r w:rsidRPr="00693F1B">
        <w:rPr>
          <w:rFonts w:eastAsia="Arial" w:cs="Times New Roman"/>
          <w:szCs w:val="24"/>
        </w:rPr>
        <w:t>aplicabile</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materie</w:t>
      </w:r>
      <w:proofErr w:type="spellEnd"/>
      <w:r w:rsidRPr="00693F1B">
        <w:rPr>
          <w:rFonts w:eastAsia="Arial" w:cs="Times New Roman"/>
          <w:szCs w:val="24"/>
        </w:rPr>
        <w:t xml:space="preserve"> de </w:t>
      </w:r>
      <w:proofErr w:type="spellStart"/>
      <w:r w:rsidRPr="00693F1B">
        <w:rPr>
          <w:rFonts w:eastAsia="Arial" w:cs="Times New Roman"/>
          <w:szCs w:val="24"/>
        </w:rPr>
        <w:t>protecție</w:t>
      </w:r>
      <w:proofErr w:type="spellEnd"/>
      <w:r w:rsidRPr="00693F1B">
        <w:rPr>
          <w:rFonts w:eastAsia="Arial" w:cs="Times New Roman"/>
          <w:szCs w:val="24"/>
        </w:rPr>
        <w:t xml:space="preserve"> a </w:t>
      </w:r>
      <w:proofErr w:type="spellStart"/>
      <w:r w:rsidRPr="00693F1B">
        <w:rPr>
          <w:rFonts w:eastAsia="Arial" w:cs="Times New Roman"/>
          <w:szCs w:val="24"/>
        </w:rPr>
        <w:t>datelor</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conformitate</w:t>
      </w:r>
      <w:proofErr w:type="spellEnd"/>
      <w:r w:rsidRPr="00693F1B">
        <w:rPr>
          <w:rFonts w:eastAsia="Arial" w:cs="Times New Roman"/>
          <w:szCs w:val="24"/>
        </w:rPr>
        <w:t xml:space="preserve"> cu </w:t>
      </w:r>
      <w:proofErr w:type="spellStart"/>
      <w:r w:rsidRPr="00693F1B">
        <w:rPr>
          <w:rFonts w:eastAsia="Arial" w:cs="Times New Roman"/>
          <w:szCs w:val="24"/>
        </w:rPr>
        <w:t>scopurile</w:t>
      </w:r>
      <w:proofErr w:type="spellEnd"/>
      <w:r w:rsidRPr="00693F1B">
        <w:rPr>
          <w:rFonts w:eastAsia="Arial" w:cs="Times New Roman"/>
          <w:szCs w:val="24"/>
        </w:rPr>
        <w:t xml:space="preserve"> </w:t>
      </w:r>
      <w:proofErr w:type="spellStart"/>
      <w:r w:rsidRPr="00693F1B">
        <w:rPr>
          <w:rFonts w:eastAsia="Arial" w:cs="Times New Roman"/>
          <w:szCs w:val="24"/>
        </w:rPr>
        <w:t>prelucrării</w:t>
      </w:r>
      <w:proofErr w:type="spellEnd"/>
      <w:r w:rsidRPr="00693F1B">
        <w:rPr>
          <w:rFonts w:eastAsia="Arial" w:cs="Times New Roman"/>
          <w:szCs w:val="24"/>
        </w:rPr>
        <w:t>;</w:t>
      </w:r>
    </w:p>
    <w:p w14:paraId="04C458B5" w14:textId="77777777" w:rsidR="00EE7ED3" w:rsidRPr="00693F1B" w:rsidRDefault="00000000" w:rsidP="00D7384A">
      <w:pPr>
        <w:jc w:val="both"/>
        <w:rPr>
          <w:rFonts w:eastAsia="Arial" w:cs="Times New Roman"/>
          <w:szCs w:val="24"/>
        </w:rPr>
      </w:pPr>
      <w:r w:rsidRPr="00693F1B">
        <w:rPr>
          <w:rFonts w:eastAsia="Arial" w:cs="Times New Roman"/>
          <w:b/>
          <w:bCs/>
          <w:szCs w:val="24"/>
        </w:rPr>
        <w:t>„</w:t>
      </w:r>
      <w:proofErr w:type="spellStart"/>
      <w:proofErr w:type="gramStart"/>
      <w:r w:rsidRPr="00693F1B">
        <w:rPr>
          <w:rFonts w:eastAsia="Arial" w:cs="Times New Roman"/>
          <w:b/>
          <w:bCs/>
          <w:szCs w:val="24"/>
        </w:rPr>
        <w:t>parte</w:t>
      </w:r>
      <w:proofErr w:type="spellEnd"/>
      <w:proofErr w:type="gramEnd"/>
      <w:r w:rsidRPr="00693F1B">
        <w:rPr>
          <w:rFonts w:eastAsia="Arial" w:cs="Times New Roman"/>
          <w:b/>
          <w:bCs/>
          <w:szCs w:val="24"/>
        </w:rPr>
        <w:t xml:space="preserve"> </w:t>
      </w:r>
      <w:proofErr w:type="spellStart"/>
      <w:r w:rsidRPr="00693F1B">
        <w:rPr>
          <w:rFonts w:eastAsia="Arial" w:cs="Times New Roman"/>
          <w:b/>
          <w:bCs/>
          <w:szCs w:val="24"/>
        </w:rPr>
        <w:t>terță</w:t>
      </w:r>
      <w:proofErr w:type="spellEnd"/>
      <w:r w:rsidRPr="00693F1B">
        <w:rPr>
          <w:rFonts w:eastAsia="Arial" w:cs="Times New Roman"/>
          <w:b/>
          <w:bCs/>
          <w:szCs w:val="24"/>
        </w:rPr>
        <w:t>”</w:t>
      </w:r>
      <w:r w:rsidRPr="00693F1B">
        <w:rPr>
          <w:rFonts w:eastAsia="Arial" w:cs="Times New Roman"/>
          <w:szCs w:val="24"/>
        </w:rPr>
        <w:t xml:space="preserve"> - </w:t>
      </w:r>
      <w:proofErr w:type="spellStart"/>
      <w:r w:rsidRPr="00693F1B">
        <w:rPr>
          <w:rFonts w:eastAsia="Arial" w:cs="Times New Roman"/>
          <w:szCs w:val="24"/>
        </w:rPr>
        <w:t>înseamnă</w:t>
      </w:r>
      <w:proofErr w:type="spellEnd"/>
      <w:r w:rsidRPr="00693F1B">
        <w:rPr>
          <w:rFonts w:eastAsia="Arial" w:cs="Times New Roman"/>
          <w:szCs w:val="24"/>
        </w:rPr>
        <w:t xml:space="preserve"> o </w:t>
      </w:r>
      <w:proofErr w:type="spellStart"/>
      <w:r w:rsidRPr="00693F1B">
        <w:rPr>
          <w:rFonts w:eastAsia="Arial" w:cs="Times New Roman"/>
          <w:szCs w:val="24"/>
        </w:rPr>
        <w:t>persoană</w:t>
      </w:r>
      <w:proofErr w:type="spellEnd"/>
      <w:r w:rsidRPr="00693F1B">
        <w:rPr>
          <w:rFonts w:eastAsia="Arial" w:cs="Times New Roman"/>
          <w:szCs w:val="24"/>
        </w:rPr>
        <w:t xml:space="preserve"> </w:t>
      </w:r>
      <w:proofErr w:type="spellStart"/>
      <w:r w:rsidRPr="00693F1B">
        <w:rPr>
          <w:rFonts w:eastAsia="Arial" w:cs="Times New Roman"/>
          <w:szCs w:val="24"/>
        </w:rPr>
        <w:t>fizică</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juridică</w:t>
      </w:r>
      <w:proofErr w:type="spellEnd"/>
      <w:r w:rsidRPr="00693F1B">
        <w:rPr>
          <w:rFonts w:eastAsia="Arial" w:cs="Times New Roman"/>
          <w:szCs w:val="24"/>
        </w:rPr>
        <w:t xml:space="preserve">, </w:t>
      </w:r>
      <w:proofErr w:type="spellStart"/>
      <w:r w:rsidRPr="00693F1B">
        <w:rPr>
          <w:rFonts w:eastAsia="Arial" w:cs="Times New Roman"/>
          <w:szCs w:val="24"/>
        </w:rPr>
        <w:t>autoritate</w:t>
      </w:r>
      <w:proofErr w:type="spellEnd"/>
      <w:r w:rsidRPr="00693F1B">
        <w:rPr>
          <w:rFonts w:eastAsia="Arial" w:cs="Times New Roman"/>
          <w:szCs w:val="24"/>
        </w:rPr>
        <w:t xml:space="preserve"> </w:t>
      </w:r>
      <w:proofErr w:type="spellStart"/>
      <w:r w:rsidRPr="00693F1B">
        <w:rPr>
          <w:rFonts w:eastAsia="Arial" w:cs="Times New Roman"/>
          <w:szCs w:val="24"/>
        </w:rPr>
        <w:t>publică</w:t>
      </w:r>
      <w:proofErr w:type="spellEnd"/>
      <w:r w:rsidRPr="00693F1B">
        <w:rPr>
          <w:rFonts w:eastAsia="Arial" w:cs="Times New Roman"/>
          <w:szCs w:val="24"/>
        </w:rPr>
        <w:t xml:space="preserve">, </w:t>
      </w:r>
      <w:proofErr w:type="spellStart"/>
      <w:r w:rsidRPr="00693F1B">
        <w:rPr>
          <w:rFonts w:eastAsia="Arial" w:cs="Times New Roman"/>
          <w:szCs w:val="24"/>
        </w:rPr>
        <w:t>agenție</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organism </w:t>
      </w:r>
      <w:proofErr w:type="spellStart"/>
      <w:r w:rsidRPr="00693F1B">
        <w:rPr>
          <w:rFonts w:eastAsia="Arial" w:cs="Times New Roman"/>
          <w:szCs w:val="24"/>
        </w:rPr>
        <w:t>altul</w:t>
      </w:r>
      <w:proofErr w:type="spellEnd"/>
      <w:r w:rsidRPr="00693F1B">
        <w:rPr>
          <w:rFonts w:eastAsia="Arial" w:cs="Times New Roman"/>
          <w:szCs w:val="24"/>
        </w:rPr>
        <w:t xml:space="preserve"> </w:t>
      </w:r>
      <w:proofErr w:type="spellStart"/>
      <w:r w:rsidRPr="00693F1B">
        <w:rPr>
          <w:rFonts w:eastAsia="Arial" w:cs="Times New Roman"/>
          <w:szCs w:val="24"/>
        </w:rPr>
        <w:t>decât</w:t>
      </w:r>
      <w:proofErr w:type="spellEnd"/>
      <w:r w:rsidRPr="00693F1B">
        <w:rPr>
          <w:rFonts w:eastAsia="Arial" w:cs="Times New Roman"/>
          <w:szCs w:val="24"/>
        </w:rPr>
        <w:t xml:space="preserve"> </w:t>
      </w:r>
      <w:proofErr w:type="spellStart"/>
      <w:r w:rsidRPr="00693F1B">
        <w:rPr>
          <w:rFonts w:eastAsia="Arial" w:cs="Times New Roman"/>
          <w:szCs w:val="24"/>
        </w:rPr>
        <w:t>persoana</w:t>
      </w:r>
      <w:proofErr w:type="spellEnd"/>
      <w:r w:rsidRPr="00693F1B">
        <w:rPr>
          <w:rFonts w:eastAsia="Arial" w:cs="Times New Roman"/>
          <w:szCs w:val="24"/>
        </w:rPr>
        <w:t xml:space="preserve"> </w:t>
      </w:r>
      <w:proofErr w:type="spellStart"/>
      <w:r w:rsidRPr="00693F1B">
        <w:rPr>
          <w:rFonts w:eastAsia="Arial" w:cs="Times New Roman"/>
          <w:szCs w:val="24"/>
        </w:rPr>
        <w:t>vizată</w:t>
      </w:r>
      <w:proofErr w:type="spellEnd"/>
      <w:r w:rsidRPr="00693F1B">
        <w:rPr>
          <w:rFonts w:eastAsia="Arial" w:cs="Times New Roman"/>
          <w:szCs w:val="24"/>
        </w:rPr>
        <w:t xml:space="preserve">, </w:t>
      </w:r>
      <w:proofErr w:type="spellStart"/>
      <w:r w:rsidRPr="00693F1B">
        <w:rPr>
          <w:rFonts w:eastAsia="Arial" w:cs="Times New Roman"/>
          <w:szCs w:val="24"/>
        </w:rPr>
        <w:t>operatorul</w:t>
      </w:r>
      <w:proofErr w:type="spellEnd"/>
      <w:r w:rsidRPr="00693F1B">
        <w:rPr>
          <w:rFonts w:eastAsia="Arial" w:cs="Times New Roman"/>
          <w:szCs w:val="24"/>
        </w:rPr>
        <w:t xml:space="preserve"> (</w:t>
      </w:r>
      <w:proofErr w:type="spellStart"/>
      <w:r w:rsidRPr="00693F1B">
        <w:rPr>
          <w:rFonts w:eastAsia="Arial" w:cs="Times New Roman"/>
          <w:szCs w:val="24"/>
        </w:rPr>
        <w:t>Primăria</w:t>
      </w:r>
      <w:proofErr w:type="spellEnd"/>
      <w:r w:rsidRPr="00693F1B">
        <w:rPr>
          <w:rFonts w:eastAsia="Arial" w:cs="Times New Roman"/>
          <w:szCs w:val="24"/>
        </w:rPr>
        <w:t xml:space="preserve">), </w:t>
      </w:r>
      <w:proofErr w:type="spellStart"/>
      <w:r w:rsidRPr="00693F1B">
        <w:rPr>
          <w:rFonts w:eastAsia="Arial" w:cs="Times New Roman"/>
          <w:szCs w:val="24"/>
        </w:rPr>
        <w:t>persoana</w:t>
      </w:r>
      <w:proofErr w:type="spellEnd"/>
      <w:r w:rsidRPr="00693F1B">
        <w:rPr>
          <w:rFonts w:eastAsia="Arial" w:cs="Times New Roman"/>
          <w:szCs w:val="24"/>
        </w:rPr>
        <w:t xml:space="preserve"> </w:t>
      </w:r>
      <w:proofErr w:type="spellStart"/>
      <w:r w:rsidRPr="00693F1B">
        <w:rPr>
          <w:rFonts w:eastAsia="Arial" w:cs="Times New Roman"/>
          <w:szCs w:val="24"/>
        </w:rPr>
        <w:t>împuternicită</w:t>
      </w:r>
      <w:proofErr w:type="spellEnd"/>
      <w:r w:rsidRPr="00693F1B">
        <w:rPr>
          <w:rFonts w:eastAsia="Arial" w:cs="Times New Roman"/>
          <w:szCs w:val="24"/>
        </w:rPr>
        <w:t xml:space="preserve"> de operator </w:t>
      </w:r>
      <w:proofErr w:type="spellStart"/>
      <w:r w:rsidRPr="00693F1B">
        <w:rPr>
          <w:rFonts w:eastAsia="Arial" w:cs="Times New Roman"/>
          <w:szCs w:val="24"/>
        </w:rPr>
        <w:t>și</w:t>
      </w:r>
      <w:proofErr w:type="spellEnd"/>
      <w:r w:rsidRPr="00693F1B">
        <w:rPr>
          <w:rFonts w:eastAsia="Arial" w:cs="Times New Roman"/>
          <w:szCs w:val="24"/>
        </w:rPr>
        <w:t xml:space="preserve"> </w:t>
      </w:r>
      <w:proofErr w:type="spellStart"/>
      <w:r w:rsidRPr="00693F1B">
        <w:rPr>
          <w:rFonts w:eastAsia="Arial" w:cs="Times New Roman"/>
          <w:szCs w:val="24"/>
        </w:rPr>
        <w:t>persoanele</w:t>
      </w:r>
      <w:proofErr w:type="spellEnd"/>
      <w:r w:rsidRPr="00693F1B">
        <w:rPr>
          <w:rFonts w:eastAsia="Arial" w:cs="Times New Roman"/>
          <w:szCs w:val="24"/>
        </w:rPr>
        <w:t xml:space="preserve"> care, sub </w:t>
      </w:r>
      <w:proofErr w:type="spellStart"/>
      <w:r w:rsidRPr="00693F1B">
        <w:rPr>
          <w:rFonts w:eastAsia="Arial" w:cs="Times New Roman"/>
          <w:szCs w:val="24"/>
        </w:rPr>
        <w:t>directa</w:t>
      </w:r>
      <w:proofErr w:type="spellEnd"/>
      <w:r w:rsidRPr="00693F1B">
        <w:rPr>
          <w:rFonts w:eastAsia="Arial" w:cs="Times New Roman"/>
          <w:szCs w:val="24"/>
        </w:rPr>
        <w:t xml:space="preserve"> </w:t>
      </w:r>
      <w:proofErr w:type="spellStart"/>
      <w:r w:rsidRPr="00693F1B">
        <w:rPr>
          <w:rFonts w:eastAsia="Arial" w:cs="Times New Roman"/>
          <w:szCs w:val="24"/>
        </w:rPr>
        <w:t>autoritate</w:t>
      </w:r>
      <w:proofErr w:type="spellEnd"/>
      <w:r w:rsidRPr="00693F1B">
        <w:rPr>
          <w:rFonts w:eastAsia="Arial" w:cs="Times New Roman"/>
          <w:szCs w:val="24"/>
        </w:rPr>
        <w:t xml:space="preserve"> </w:t>
      </w:r>
      <w:proofErr w:type="gramStart"/>
      <w:r w:rsidRPr="00693F1B">
        <w:rPr>
          <w:rFonts w:eastAsia="Arial" w:cs="Times New Roman"/>
          <w:szCs w:val="24"/>
        </w:rPr>
        <w:t>a</w:t>
      </w:r>
      <w:proofErr w:type="gramEnd"/>
      <w:r w:rsidRPr="00693F1B">
        <w:rPr>
          <w:rFonts w:eastAsia="Arial" w:cs="Times New Roman"/>
          <w:szCs w:val="24"/>
        </w:rPr>
        <w:t xml:space="preserve"> </w:t>
      </w:r>
      <w:proofErr w:type="spellStart"/>
      <w:r w:rsidRPr="00693F1B">
        <w:rPr>
          <w:rFonts w:eastAsia="Arial" w:cs="Times New Roman"/>
          <w:szCs w:val="24"/>
        </w:rPr>
        <w:t>operatorului</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a </w:t>
      </w:r>
      <w:proofErr w:type="spellStart"/>
      <w:r w:rsidRPr="00693F1B">
        <w:rPr>
          <w:rFonts w:eastAsia="Arial" w:cs="Times New Roman"/>
          <w:szCs w:val="24"/>
        </w:rPr>
        <w:t>persoanei</w:t>
      </w:r>
      <w:proofErr w:type="spellEnd"/>
      <w:r w:rsidRPr="00693F1B">
        <w:rPr>
          <w:rFonts w:eastAsia="Arial" w:cs="Times New Roman"/>
          <w:szCs w:val="24"/>
        </w:rPr>
        <w:t xml:space="preserve"> </w:t>
      </w:r>
      <w:proofErr w:type="spellStart"/>
      <w:r w:rsidRPr="00693F1B">
        <w:rPr>
          <w:rFonts w:eastAsia="Arial" w:cs="Times New Roman"/>
          <w:szCs w:val="24"/>
        </w:rPr>
        <w:t>împuternicite</w:t>
      </w:r>
      <w:proofErr w:type="spellEnd"/>
      <w:r w:rsidRPr="00693F1B">
        <w:rPr>
          <w:rFonts w:eastAsia="Arial" w:cs="Times New Roman"/>
          <w:szCs w:val="24"/>
        </w:rPr>
        <w:t xml:space="preserve"> de operator, sunt </w:t>
      </w:r>
      <w:proofErr w:type="spellStart"/>
      <w:r w:rsidRPr="00693F1B">
        <w:rPr>
          <w:rFonts w:eastAsia="Arial" w:cs="Times New Roman"/>
          <w:szCs w:val="24"/>
        </w:rPr>
        <w:t>autorizate</w:t>
      </w:r>
      <w:proofErr w:type="spellEnd"/>
      <w:r w:rsidRPr="00693F1B">
        <w:rPr>
          <w:rFonts w:eastAsia="Arial" w:cs="Times New Roman"/>
          <w:szCs w:val="24"/>
        </w:rPr>
        <w:t xml:space="preserve"> să </w:t>
      </w:r>
      <w:proofErr w:type="spellStart"/>
      <w:r w:rsidRPr="00693F1B">
        <w:rPr>
          <w:rFonts w:eastAsia="Arial" w:cs="Times New Roman"/>
          <w:szCs w:val="24"/>
        </w:rPr>
        <w:t>prelucreze</w:t>
      </w:r>
      <w:proofErr w:type="spellEnd"/>
      <w:r w:rsidRPr="00693F1B">
        <w:rPr>
          <w:rFonts w:eastAsia="Arial" w:cs="Times New Roman"/>
          <w:szCs w:val="24"/>
        </w:rPr>
        <w:t xml:space="preserve"> date cu </w:t>
      </w:r>
      <w:proofErr w:type="spellStart"/>
      <w:r w:rsidRPr="00693F1B">
        <w:rPr>
          <w:rFonts w:eastAsia="Arial" w:cs="Times New Roman"/>
          <w:szCs w:val="24"/>
        </w:rPr>
        <w:t>caracter</w:t>
      </w:r>
      <w:proofErr w:type="spellEnd"/>
      <w:r w:rsidRPr="00693F1B">
        <w:rPr>
          <w:rFonts w:eastAsia="Arial" w:cs="Times New Roman"/>
          <w:szCs w:val="24"/>
        </w:rPr>
        <w:t xml:space="preserve"> personal;</w:t>
      </w:r>
    </w:p>
    <w:p w14:paraId="7B8BD8CA" w14:textId="77777777" w:rsidR="00EE7ED3" w:rsidRPr="00693F1B" w:rsidRDefault="00000000" w:rsidP="00D7384A">
      <w:pPr>
        <w:jc w:val="both"/>
        <w:rPr>
          <w:rFonts w:eastAsia="Arial" w:cs="Times New Roman"/>
          <w:szCs w:val="24"/>
        </w:rPr>
      </w:pPr>
      <w:r w:rsidRPr="00693F1B">
        <w:rPr>
          <w:rFonts w:eastAsia="Arial" w:cs="Times New Roman"/>
          <w:b/>
          <w:bCs/>
          <w:szCs w:val="24"/>
        </w:rPr>
        <w:lastRenderedPageBreak/>
        <w:t>„</w:t>
      </w:r>
      <w:proofErr w:type="spellStart"/>
      <w:r w:rsidRPr="00693F1B">
        <w:rPr>
          <w:rFonts w:eastAsia="Arial" w:cs="Times New Roman"/>
          <w:b/>
          <w:bCs/>
          <w:szCs w:val="24"/>
        </w:rPr>
        <w:t>consimțământ</w:t>
      </w:r>
      <w:proofErr w:type="spellEnd"/>
      <w:r w:rsidRPr="00693F1B">
        <w:rPr>
          <w:rFonts w:eastAsia="Arial" w:cs="Times New Roman"/>
          <w:b/>
          <w:bCs/>
          <w:szCs w:val="24"/>
        </w:rPr>
        <w:t>”</w:t>
      </w:r>
      <w:r w:rsidRPr="00693F1B">
        <w:rPr>
          <w:rFonts w:eastAsia="Arial" w:cs="Times New Roman"/>
          <w:szCs w:val="24"/>
        </w:rPr>
        <w:t xml:space="preserve"> - al </w:t>
      </w:r>
      <w:proofErr w:type="spellStart"/>
      <w:r w:rsidRPr="00693F1B">
        <w:rPr>
          <w:rFonts w:eastAsia="Arial" w:cs="Times New Roman"/>
          <w:szCs w:val="24"/>
        </w:rPr>
        <w:t>persoanei</w:t>
      </w:r>
      <w:proofErr w:type="spellEnd"/>
      <w:r w:rsidRPr="00693F1B">
        <w:rPr>
          <w:rFonts w:eastAsia="Arial" w:cs="Times New Roman"/>
          <w:szCs w:val="24"/>
        </w:rPr>
        <w:t xml:space="preserve"> </w:t>
      </w:r>
      <w:proofErr w:type="spellStart"/>
      <w:r w:rsidRPr="00693F1B">
        <w:rPr>
          <w:rFonts w:eastAsia="Arial" w:cs="Times New Roman"/>
          <w:szCs w:val="24"/>
        </w:rPr>
        <w:t>vizate</w:t>
      </w:r>
      <w:proofErr w:type="spellEnd"/>
      <w:r w:rsidRPr="00693F1B">
        <w:rPr>
          <w:rFonts w:eastAsia="Arial" w:cs="Times New Roman"/>
          <w:szCs w:val="24"/>
        </w:rPr>
        <w:t xml:space="preserve"> </w:t>
      </w:r>
      <w:proofErr w:type="spellStart"/>
      <w:r w:rsidRPr="00693F1B">
        <w:rPr>
          <w:rFonts w:eastAsia="Arial" w:cs="Times New Roman"/>
          <w:szCs w:val="24"/>
        </w:rPr>
        <w:t>înseamnă</w:t>
      </w:r>
      <w:proofErr w:type="spellEnd"/>
      <w:r w:rsidRPr="00693F1B">
        <w:rPr>
          <w:rFonts w:eastAsia="Arial" w:cs="Times New Roman"/>
          <w:szCs w:val="24"/>
        </w:rPr>
        <w:t xml:space="preserve"> </w:t>
      </w:r>
      <w:proofErr w:type="spellStart"/>
      <w:r w:rsidRPr="00693F1B">
        <w:rPr>
          <w:rFonts w:eastAsia="Arial" w:cs="Times New Roman"/>
          <w:szCs w:val="24"/>
        </w:rPr>
        <w:t>orice</w:t>
      </w:r>
      <w:proofErr w:type="spellEnd"/>
      <w:r w:rsidRPr="00693F1B">
        <w:rPr>
          <w:rFonts w:eastAsia="Arial" w:cs="Times New Roman"/>
          <w:szCs w:val="24"/>
        </w:rPr>
        <w:t xml:space="preserve"> </w:t>
      </w:r>
      <w:proofErr w:type="spellStart"/>
      <w:r w:rsidRPr="00693F1B">
        <w:rPr>
          <w:rFonts w:eastAsia="Arial" w:cs="Times New Roman"/>
          <w:szCs w:val="24"/>
        </w:rPr>
        <w:t>manifestare</w:t>
      </w:r>
      <w:proofErr w:type="spellEnd"/>
      <w:r w:rsidRPr="00693F1B">
        <w:rPr>
          <w:rFonts w:eastAsia="Arial" w:cs="Times New Roman"/>
          <w:szCs w:val="24"/>
        </w:rPr>
        <w:t xml:space="preserve"> de </w:t>
      </w:r>
      <w:proofErr w:type="spellStart"/>
      <w:r w:rsidRPr="00693F1B">
        <w:rPr>
          <w:rFonts w:eastAsia="Arial" w:cs="Times New Roman"/>
          <w:szCs w:val="24"/>
        </w:rPr>
        <w:t>voință</w:t>
      </w:r>
      <w:proofErr w:type="spellEnd"/>
      <w:r w:rsidRPr="00693F1B">
        <w:rPr>
          <w:rFonts w:eastAsia="Arial" w:cs="Times New Roman"/>
          <w:szCs w:val="24"/>
        </w:rPr>
        <w:t xml:space="preserve"> </w:t>
      </w:r>
      <w:proofErr w:type="spellStart"/>
      <w:r w:rsidRPr="00693F1B">
        <w:rPr>
          <w:rFonts w:eastAsia="Arial" w:cs="Times New Roman"/>
          <w:szCs w:val="24"/>
        </w:rPr>
        <w:t>liberă</w:t>
      </w:r>
      <w:proofErr w:type="spellEnd"/>
      <w:r w:rsidRPr="00693F1B">
        <w:rPr>
          <w:rFonts w:eastAsia="Arial" w:cs="Times New Roman"/>
          <w:szCs w:val="24"/>
        </w:rPr>
        <w:t xml:space="preserve">, </w:t>
      </w:r>
      <w:proofErr w:type="spellStart"/>
      <w:r w:rsidRPr="00693F1B">
        <w:rPr>
          <w:rFonts w:eastAsia="Arial" w:cs="Times New Roman"/>
          <w:szCs w:val="24"/>
        </w:rPr>
        <w:t>specifică</w:t>
      </w:r>
      <w:proofErr w:type="spellEnd"/>
      <w:r w:rsidRPr="00693F1B">
        <w:rPr>
          <w:rFonts w:eastAsia="Arial" w:cs="Times New Roman"/>
          <w:szCs w:val="24"/>
        </w:rPr>
        <w:t xml:space="preserve">, </w:t>
      </w:r>
      <w:proofErr w:type="spellStart"/>
      <w:r w:rsidRPr="00693F1B">
        <w:rPr>
          <w:rFonts w:eastAsia="Arial" w:cs="Times New Roman"/>
          <w:szCs w:val="24"/>
        </w:rPr>
        <w:t>informată</w:t>
      </w:r>
      <w:proofErr w:type="spellEnd"/>
      <w:r w:rsidRPr="00693F1B">
        <w:rPr>
          <w:rFonts w:eastAsia="Arial" w:cs="Times New Roman"/>
          <w:szCs w:val="24"/>
        </w:rPr>
        <w:t xml:space="preserve"> </w:t>
      </w:r>
      <w:proofErr w:type="spellStart"/>
      <w:r w:rsidRPr="00693F1B">
        <w:rPr>
          <w:rFonts w:eastAsia="Arial" w:cs="Times New Roman"/>
          <w:szCs w:val="24"/>
        </w:rPr>
        <w:t>și</w:t>
      </w:r>
      <w:proofErr w:type="spellEnd"/>
      <w:r w:rsidRPr="00693F1B">
        <w:rPr>
          <w:rFonts w:eastAsia="Arial" w:cs="Times New Roman"/>
          <w:szCs w:val="24"/>
        </w:rPr>
        <w:t xml:space="preserve"> </w:t>
      </w:r>
      <w:proofErr w:type="spellStart"/>
      <w:r w:rsidRPr="00693F1B">
        <w:rPr>
          <w:rFonts w:eastAsia="Arial" w:cs="Times New Roman"/>
          <w:szCs w:val="24"/>
        </w:rPr>
        <w:t>lipsită</w:t>
      </w:r>
      <w:proofErr w:type="spellEnd"/>
      <w:r w:rsidRPr="00693F1B">
        <w:rPr>
          <w:rFonts w:eastAsia="Arial" w:cs="Times New Roman"/>
          <w:szCs w:val="24"/>
        </w:rPr>
        <w:t xml:space="preserve"> de </w:t>
      </w:r>
      <w:proofErr w:type="spellStart"/>
      <w:r w:rsidRPr="00693F1B">
        <w:rPr>
          <w:rFonts w:eastAsia="Arial" w:cs="Times New Roman"/>
          <w:szCs w:val="24"/>
        </w:rPr>
        <w:t>ambiguitate</w:t>
      </w:r>
      <w:proofErr w:type="spellEnd"/>
      <w:r w:rsidRPr="00693F1B">
        <w:rPr>
          <w:rFonts w:eastAsia="Arial" w:cs="Times New Roman"/>
          <w:szCs w:val="24"/>
        </w:rPr>
        <w:t xml:space="preserve"> a </w:t>
      </w:r>
      <w:proofErr w:type="spellStart"/>
      <w:r w:rsidRPr="00693F1B">
        <w:rPr>
          <w:rFonts w:eastAsia="Arial" w:cs="Times New Roman"/>
          <w:szCs w:val="24"/>
        </w:rPr>
        <w:t>persoanei</w:t>
      </w:r>
      <w:proofErr w:type="spellEnd"/>
      <w:r w:rsidRPr="00693F1B">
        <w:rPr>
          <w:rFonts w:eastAsia="Arial" w:cs="Times New Roman"/>
          <w:szCs w:val="24"/>
        </w:rPr>
        <w:t xml:space="preserve"> </w:t>
      </w:r>
      <w:proofErr w:type="spellStart"/>
      <w:r w:rsidRPr="00693F1B">
        <w:rPr>
          <w:rFonts w:eastAsia="Arial" w:cs="Times New Roman"/>
          <w:szCs w:val="24"/>
        </w:rPr>
        <w:t>vizate</w:t>
      </w:r>
      <w:proofErr w:type="spellEnd"/>
      <w:r w:rsidRPr="00693F1B">
        <w:rPr>
          <w:rFonts w:eastAsia="Arial" w:cs="Times New Roman"/>
          <w:szCs w:val="24"/>
        </w:rPr>
        <w:t xml:space="preserve"> </w:t>
      </w:r>
      <w:proofErr w:type="spellStart"/>
      <w:r w:rsidRPr="00693F1B">
        <w:rPr>
          <w:rFonts w:eastAsia="Arial" w:cs="Times New Roman"/>
          <w:szCs w:val="24"/>
        </w:rPr>
        <w:t>prin</w:t>
      </w:r>
      <w:proofErr w:type="spellEnd"/>
      <w:r w:rsidRPr="00693F1B">
        <w:rPr>
          <w:rFonts w:eastAsia="Arial" w:cs="Times New Roman"/>
          <w:szCs w:val="24"/>
        </w:rPr>
        <w:t xml:space="preserve"> care </w:t>
      </w:r>
      <w:proofErr w:type="spellStart"/>
      <w:r w:rsidRPr="00693F1B">
        <w:rPr>
          <w:rFonts w:eastAsia="Arial" w:cs="Times New Roman"/>
          <w:szCs w:val="24"/>
        </w:rPr>
        <w:t>aceasta</w:t>
      </w:r>
      <w:proofErr w:type="spellEnd"/>
      <w:r w:rsidRPr="00693F1B">
        <w:rPr>
          <w:rFonts w:eastAsia="Arial" w:cs="Times New Roman"/>
          <w:szCs w:val="24"/>
        </w:rPr>
        <w:t xml:space="preserve"> </w:t>
      </w:r>
      <w:proofErr w:type="spellStart"/>
      <w:r w:rsidRPr="00693F1B">
        <w:rPr>
          <w:rFonts w:eastAsia="Arial" w:cs="Times New Roman"/>
          <w:szCs w:val="24"/>
        </w:rPr>
        <w:t>acceptă</w:t>
      </w:r>
      <w:proofErr w:type="spellEnd"/>
      <w:r w:rsidRPr="00693F1B">
        <w:rPr>
          <w:rFonts w:eastAsia="Arial" w:cs="Times New Roman"/>
          <w:szCs w:val="24"/>
        </w:rPr>
        <w:t xml:space="preserve">, </w:t>
      </w:r>
      <w:proofErr w:type="spellStart"/>
      <w:r w:rsidRPr="00693F1B">
        <w:rPr>
          <w:rFonts w:eastAsia="Arial" w:cs="Times New Roman"/>
          <w:szCs w:val="24"/>
        </w:rPr>
        <w:t>printr</w:t>
      </w:r>
      <w:proofErr w:type="spellEnd"/>
      <w:r w:rsidRPr="00693F1B">
        <w:rPr>
          <w:rFonts w:eastAsia="Arial" w:cs="Times New Roman"/>
          <w:szCs w:val="24"/>
        </w:rPr>
        <w:t xml:space="preserve">-o </w:t>
      </w:r>
      <w:proofErr w:type="spellStart"/>
      <w:r w:rsidRPr="00693F1B">
        <w:rPr>
          <w:rFonts w:eastAsia="Arial" w:cs="Times New Roman"/>
          <w:szCs w:val="24"/>
        </w:rPr>
        <w:t>declarație</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printr</w:t>
      </w:r>
      <w:proofErr w:type="spellEnd"/>
      <w:r w:rsidRPr="00693F1B">
        <w:rPr>
          <w:rFonts w:eastAsia="Arial" w:cs="Times New Roman"/>
          <w:szCs w:val="24"/>
        </w:rPr>
        <w:t xml:space="preserve">-o </w:t>
      </w:r>
      <w:proofErr w:type="spellStart"/>
      <w:r w:rsidRPr="00693F1B">
        <w:rPr>
          <w:rFonts w:eastAsia="Arial" w:cs="Times New Roman"/>
          <w:szCs w:val="24"/>
        </w:rPr>
        <w:t>acțiune</w:t>
      </w:r>
      <w:proofErr w:type="spellEnd"/>
      <w:r w:rsidRPr="00693F1B">
        <w:rPr>
          <w:rFonts w:eastAsia="Arial" w:cs="Times New Roman"/>
          <w:szCs w:val="24"/>
        </w:rPr>
        <w:t xml:space="preserve"> </w:t>
      </w:r>
      <w:proofErr w:type="spellStart"/>
      <w:r w:rsidRPr="00693F1B">
        <w:rPr>
          <w:rFonts w:eastAsia="Arial" w:cs="Times New Roman"/>
          <w:szCs w:val="24"/>
        </w:rPr>
        <w:t>fără</w:t>
      </w:r>
      <w:proofErr w:type="spellEnd"/>
      <w:r w:rsidRPr="00693F1B">
        <w:rPr>
          <w:rFonts w:eastAsia="Arial" w:cs="Times New Roman"/>
          <w:szCs w:val="24"/>
        </w:rPr>
        <w:t xml:space="preserve"> </w:t>
      </w:r>
      <w:proofErr w:type="spellStart"/>
      <w:r w:rsidRPr="00693F1B">
        <w:rPr>
          <w:rFonts w:eastAsia="Arial" w:cs="Times New Roman"/>
          <w:szCs w:val="24"/>
        </w:rPr>
        <w:t>echivoc</w:t>
      </w:r>
      <w:proofErr w:type="spellEnd"/>
      <w:r w:rsidRPr="00693F1B">
        <w:rPr>
          <w:rFonts w:eastAsia="Arial" w:cs="Times New Roman"/>
          <w:szCs w:val="24"/>
        </w:rPr>
        <w:t xml:space="preserve">, ca </w:t>
      </w:r>
      <w:proofErr w:type="spellStart"/>
      <w:r w:rsidRPr="00693F1B">
        <w:rPr>
          <w:rFonts w:eastAsia="Arial" w:cs="Times New Roman"/>
          <w:szCs w:val="24"/>
        </w:rPr>
        <w:t>datele</w:t>
      </w:r>
      <w:proofErr w:type="spellEnd"/>
      <w:r w:rsidRPr="00693F1B">
        <w:rPr>
          <w:rFonts w:eastAsia="Arial" w:cs="Times New Roman"/>
          <w:szCs w:val="24"/>
        </w:rPr>
        <w:t xml:space="preserve"> cu </w:t>
      </w:r>
      <w:proofErr w:type="spellStart"/>
      <w:r w:rsidRPr="00693F1B">
        <w:rPr>
          <w:rFonts w:eastAsia="Arial" w:cs="Times New Roman"/>
          <w:szCs w:val="24"/>
        </w:rPr>
        <w:t>caracter</w:t>
      </w:r>
      <w:proofErr w:type="spellEnd"/>
      <w:r w:rsidRPr="00693F1B">
        <w:rPr>
          <w:rFonts w:eastAsia="Arial" w:cs="Times New Roman"/>
          <w:szCs w:val="24"/>
        </w:rPr>
        <w:t xml:space="preserve"> personal care o </w:t>
      </w:r>
      <w:proofErr w:type="spellStart"/>
      <w:r w:rsidRPr="00693F1B">
        <w:rPr>
          <w:rFonts w:eastAsia="Arial" w:cs="Times New Roman"/>
          <w:szCs w:val="24"/>
        </w:rPr>
        <w:t>privesc</w:t>
      </w:r>
      <w:proofErr w:type="spellEnd"/>
      <w:r w:rsidRPr="00693F1B">
        <w:rPr>
          <w:rFonts w:eastAsia="Arial" w:cs="Times New Roman"/>
          <w:szCs w:val="24"/>
        </w:rPr>
        <w:t xml:space="preserve"> </w:t>
      </w:r>
      <w:proofErr w:type="spellStart"/>
      <w:r w:rsidRPr="00693F1B">
        <w:rPr>
          <w:rFonts w:eastAsia="Arial" w:cs="Times New Roman"/>
          <w:szCs w:val="24"/>
        </w:rPr>
        <w:t>să</w:t>
      </w:r>
      <w:proofErr w:type="spellEnd"/>
      <w:r w:rsidRPr="00693F1B">
        <w:rPr>
          <w:rFonts w:eastAsia="Arial" w:cs="Times New Roman"/>
          <w:szCs w:val="24"/>
        </w:rPr>
        <w:t xml:space="preserve"> fie </w:t>
      </w:r>
      <w:proofErr w:type="spellStart"/>
      <w:r w:rsidRPr="00693F1B">
        <w:rPr>
          <w:rFonts w:eastAsia="Arial" w:cs="Times New Roman"/>
          <w:szCs w:val="24"/>
        </w:rPr>
        <w:t>prelucrate</w:t>
      </w:r>
      <w:proofErr w:type="spellEnd"/>
      <w:r w:rsidRPr="00693F1B">
        <w:rPr>
          <w:rFonts w:eastAsia="Arial" w:cs="Times New Roman"/>
          <w:szCs w:val="24"/>
        </w:rPr>
        <w:t>;</w:t>
      </w:r>
    </w:p>
    <w:p w14:paraId="3F08B0B3" w14:textId="77777777" w:rsidR="00EE7ED3" w:rsidRPr="00693F1B" w:rsidRDefault="00000000" w:rsidP="00D7384A">
      <w:pPr>
        <w:jc w:val="both"/>
        <w:rPr>
          <w:rFonts w:eastAsia="Arial" w:cs="Times New Roman"/>
          <w:szCs w:val="24"/>
        </w:rPr>
      </w:pPr>
      <w:r w:rsidRPr="00693F1B">
        <w:rPr>
          <w:rFonts w:eastAsia="Arial" w:cs="Times New Roman"/>
          <w:b/>
          <w:bCs/>
          <w:szCs w:val="24"/>
        </w:rPr>
        <w:t>„</w:t>
      </w:r>
      <w:proofErr w:type="spellStart"/>
      <w:r w:rsidRPr="00693F1B">
        <w:rPr>
          <w:rFonts w:eastAsia="Arial" w:cs="Times New Roman"/>
          <w:b/>
          <w:bCs/>
          <w:szCs w:val="24"/>
        </w:rPr>
        <w:t>încălcarea</w:t>
      </w:r>
      <w:proofErr w:type="spellEnd"/>
      <w:r w:rsidRPr="00693F1B">
        <w:rPr>
          <w:rFonts w:eastAsia="Arial" w:cs="Times New Roman"/>
          <w:b/>
          <w:bCs/>
          <w:szCs w:val="24"/>
        </w:rPr>
        <w:t xml:space="preserve"> </w:t>
      </w:r>
      <w:proofErr w:type="spellStart"/>
      <w:r w:rsidRPr="00693F1B">
        <w:rPr>
          <w:rFonts w:eastAsia="Arial" w:cs="Times New Roman"/>
          <w:b/>
          <w:bCs/>
          <w:szCs w:val="24"/>
        </w:rPr>
        <w:t>securității</w:t>
      </w:r>
      <w:proofErr w:type="spellEnd"/>
      <w:r w:rsidRPr="00693F1B">
        <w:rPr>
          <w:rFonts w:eastAsia="Arial" w:cs="Times New Roman"/>
          <w:b/>
          <w:bCs/>
          <w:szCs w:val="24"/>
        </w:rPr>
        <w:t xml:space="preserve"> </w:t>
      </w:r>
      <w:proofErr w:type="spellStart"/>
      <w:r w:rsidRPr="00693F1B">
        <w:rPr>
          <w:rFonts w:eastAsia="Arial" w:cs="Times New Roman"/>
          <w:b/>
          <w:bCs/>
          <w:szCs w:val="24"/>
        </w:rPr>
        <w:t>datelor</w:t>
      </w:r>
      <w:proofErr w:type="spellEnd"/>
      <w:r w:rsidRPr="00693F1B">
        <w:rPr>
          <w:rFonts w:eastAsia="Arial" w:cs="Times New Roman"/>
          <w:b/>
          <w:bCs/>
          <w:szCs w:val="24"/>
        </w:rPr>
        <w:t xml:space="preserve"> cu </w:t>
      </w:r>
      <w:proofErr w:type="spellStart"/>
      <w:r w:rsidRPr="00693F1B">
        <w:rPr>
          <w:rFonts w:eastAsia="Arial" w:cs="Times New Roman"/>
          <w:b/>
          <w:bCs/>
          <w:szCs w:val="24"/>
        </w:rPr>
        <w:t>caracter</w:t>
      </w:r>
      <w:proofErr w:type="spellEnd"/>
      <w:r w:rsidRPr="00693F1B">
        <w:rPr>
          <w:rFonts w:eastAsia="Arial" w:cs="Times New Roman"/>
          <w:b/>
          <w:bCs/>
          <w:szCs w:val="24"/>
        </w:rPr>
        <w:t xml:space="preserve"> personal”</w:t>
      </w:r>
      <w:r w:rsidRPr="00693F1B">
        <w:rPr>
          <w:rFonts w:eastAsia="Arial" w:cs="Times New Roman"/>
          <w:szCs w:val="24"/>
        </w:rPr>
        <w:t xml:space="preserve"> - </w:t>
      </w:r>
      <w:proofErr w:type="spellStart"/>
      <w:r w:rsidRPr="00693F1B">
        <w:rPr>
          <w:rFonts w:eastAsia="Arial" w:cs="Times New Roman"/>
          <w:szCs w:val="24"/>
        </w:rPr>
        <w:t>înseamnă</w:t>
      </w:r>
      <w:proofErr w:type="spellEnd"/>
      <w:r w:rsidRPr="00693F1B">
        <w:rPr>
          <w:rFonts w:eastAsia="Arial" w:cs="Times New Roman"/>
          <w:szCs w:val="24"/>
        </w:rPr>
        <w:t xml:space="preserve"> o </w:t>
      </w:r>
      <w:proofErr w:type="spellStart"/>
      <w:r w:rsidRPr="00693F1B">
        <w:rPr>
          <w:rFonts w:eastAsia="Arial" w:cs="Times New Roman"/>
          <w:szCs w:val="24"/>
        </w:rPr>
        <w:t>încălcare</w:t>
      </w:r>
      <w:proofErr w:type="spellEnd"/>
      <w:r w:rsidRPr="00693F1B">
        <w:rPr>
          <w:rFonts w:eastAsia="Arial" w:cs="Times New Roman"/>
          <w:szCs w:val="24"/>
        </w:rPr>
        <w:t xml:space="preserve"> a </w:t>
      </w:r>
      <w:proofErr w:type="spellStart"/>
      <w:r w:rsidRPr="00693F1B">
        <w:rPr>
          <w:rFonts w:eastAsia="Arial" w:cs="Times New Roman"/>
          <w:szCs w:val="24"/>
        </w:rPr>
        <w:t>securității</w:t>
      </w:r>
      <w:proofErr w:type="spellEnd"/>
      <w:r w:rsidRPr="00693F1B">
        <w:rPr>
          <w:rFonts w:eastAsia="Arial" w:cs="Times New Roman"/>
          <w:szCs w:val="24"/>
        </w:rPr>
        <w:t xml:space="preserve"> care duce, </w:t>
      </w:r>
      <w:proofErr w:type="spellStart"/>
      <w:r w:rsidRPr="00693F1B">
        <w:rPr>
          <w:rFonts w:eastAsia="Arial" w:cs="Times New Roman"/>
          <w:szCs w:val="24"/>
        </w:rPr>
        <w:t>în</w:t>
      </w:r>
      <w:proofErr w:type="spellEnd"/>
      <w:r w:rsidRPr="00693F1B">
        <w:rPr>
          <w:rFonts w:eastAsia="Arial" w:cs="Times New Roman"/>
          <w:szCs w:val="24"/>
        </w:rPr>
        <w:t xml:space="preserve"> mod accidental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ilegal</w:t>
      </w:r>
      <w:proofErr w:type="spellEnd"/>
      <w:r w:rsidRPr="00693F1B">
        <w:rPr>
          <w:rFonts w:eastAsia="Arial" w:cs="Times New Roman"/>
          <w:szCs w:val="24"/>
        </w:rPr>
        <w:t xml:space="preserve">, la </w:t>
      </w:r>
      <w:proofErr w:type="spellStart"/>
      <w:r w:rsidRPr="00693F1B">
        <w:rPr>
          <w:rFonts w:eastAsia="Arial" w:cs="Times New Roman"/>
          <w:szCs w:val="24"/>
        </w:rPr>
        <w:t>distrugerea</w:t>
      </w:r>
      <w:proofErr w:type="spellEnd"/>
      <w:r w:rsidRPr="00693F1B">
        <w:rPr>
          <w:rFonts w:eastAsia="Arial" w:cs="Times New Roman"/>
          <w:szCs w:val="24"/>
        </w:rPr>
        <w:t xml:space="preserve">, </w:t>
      </w:r>
      <w:proofErr w:type="spellStart"/>
      <w:r w:rsidRPr="00693F1B">
        <w:rPr>
          <w:rFonts w:eastAsia="Arial" w:cs="Times New Roman"/>
          <w:szCs w:val="24"/>
        </w:rPr>
        <w:t>pierderea</w:t>
      </w:r>
      <w:proofErr w:type="spellEnd"/>
      <w:r w:rsidRPr="00693F1B">
        <w:rPr>
          <w:rFonts w:eastAsia="Arial" w:cs="Times New Roman"/>
          <w:szCs w:val="24"/>
        </w:rPr>
        <w:t xml:space="preserve">, </w:t>
      </w:r>
      <w:proofErr w:type="spellStart"/>
      <w:r w:rsidRPr="00693F1B">
        <w:rPr>
          <w:rFonts w:eastAsia="Arial" w:cs="Times New Roman"/>
          <w:szCs w:val="24"/>
        </w:rPr>
        <w:t>modificarea</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divulgarea</w:t>
      </w:r>
      <w:proofErr w:type="spellEnd"/>
      <w:r w:rsidRPr="00693F1B">
        <w:rPr>
          <w:rFonts w:eastAsia="Arial" w:cs="Times New Roman"/>
          <w:szCs w:val="24"/>
        </w:rPr>
        <w:t xml:space="preserve"> </w:t>
      </w:r>
      <w:proofErr w:type="spellStart"/>
      <w:r w:rsidRPr="00693F1B">
        <w:rPr>
          <w:rFonts w:eastAsia="Arial" w:cs="Times New Roman"/>
          <w:szCs w:val="24"/>
        </w:rPr>
        <w:t>neautorizată</w:t>
      </w:r>
      <w:proofErr w:type="spellEnd"/>
      <w:r w:rsidRPr="00693F1B">
        <w:rPr>
          <w:rFonts w:eastAsia="Arial" w:cs="Times New Roman"/>
          <w:szCs w:val="24"/>
        </w:rPr>
        <w:t xml:space="preserve"> a </w:t>
      </w:r>
      <w:proofErr w:type="spellStart"/>
      <w:r w:rsidRPr="00693F1B">
        <w:rPr>
          <w:rFonts w:eastAsia="Arial" w:cs="Times New Roman"/>
          <w:szCs w:val="24"/>
        </w:rPr>
        <w:t>datelor</w:t>
      </w:r>
      <w:proofErr w:type="spellEnd"/>
      <w:r w:rsidRPr="00693F1B">
        <w:rPr>
          <w:rFonts w:eastAsia="Arial" w:cs="Times New Roman"/>
          <w:szCs w:val="24"/>
        </w:rPr>
        <w:t xml:space="preserve"> cu </w:t>
      </w:r>
      <w:proofErr w:type="spellStart"/>
      <w:r w:rsidRPr="00693F1B">
        <w:rPr>
          <w:rFonts w:eastAsia="Arial" w:cs="Times New Roman"/>
          <w:szCs w:val="24"/>
        </w:rPr>
        <w:t>caracter</w:t>
      </w:r>
      <w:proofErr w:type="spellEnd"/>
      <w:r w:rsidRPr="00693F1B">
        <w:rPr>
          <w:rFonts w:eastAsia="Arial" w:cs="Times New Roman"/>
          <w:szCs w:val="24"/>
        </w:rPr>
        <w:t xml:space="preserve"> personal </w:t>
      </w:r>
      <w:proofErr w:type="spellStart"/>
      <w:r w:rsidRPr="00693F1B">
        <w:rPr>
          <w:rFonts w:eastAsia="Arial" w:cs="Times New Roman"/>
          <w:szCs w:val="24"/>
        </w:rPr>
        <w:t>transmise</w:t>
      </w:r>
      <w:proofErr w:type="spellEnd"/>
      <w:r w:rsidRPr="00693F1B">
        <w:rPr>
          <w:rFonts w:eastAsia="Arial" w:cs="Times New Roman"/>
          <w:szCs w:val="24"/>
        </w:rPr>
        <w:t xml:space="preserve">, </w:t>
      </w:r>
      <w:proofErr w:type="spellStart"/>
      <w:r w:rsidRPr="00693F1B">
        <w:rPr>
          <w:rFonts w:eastAsia="Arial" w:cs="Times New Roman"/>
          <w:szCs w:val="24"/>
        </w:rPr>
        <w:t>stocate</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prelucrate</w:t>
      </w:r>
      <w:proofErr w:type="spellEnd"/>
      <w:r w:rsidRPr="00693F1B">
        <w:rPr>
          <w:rFonts w:eastAsia="Arial" w:cs="Times New Roman"/>
          <w:szCs w:val="24"/>
        </w:rPr>
        <w:t xml:space="preserve"> </w:t>
      </w:r>
      <w:proofErr w:type="spellStart"/>
      <w:r w:rsidRPr="00693F1B">
        <w:rPr>
          <w:rFonts w:eastAsia="Arial" w:cs="Times New Roman"/>
          <w:szCs w:val="24"/>
        </w:rPr>
        <w:t>într</w:t>
      </w:r>
      <w:proofErr w:type="spellEnd"/>
      <w:r w:rsidRPr="00693F1B">
        <w:rPr>
          <w:rFonts w:eastAsia="Arial" w:cs="Times New Roman"/>
          <w:szCs w:val="24"/>
        </w:rPr>
        <w:t xml:space="preserve">-un alt mod, </w:t>
      </w:r>
      <w:proofErr w:type="spellStart"/>
      <w:r w:rsidRPr="00693F1B">
        <w:rPr>
          <w:rFonts w:eastAsia="Arial" w:cs="Times New Roman"/>
          <w:szCs w:val="24"/>
        </w:rPr>
        <w:t>sau</w:t>
      </w:r>
      <w:proofErr w:type="spellEnd"/>
      <w:r w:rsidRPr="00693F1B">
        <w:rPr>
          <w:rFonts w:eastAsia="Arial" w:cs="Times New Roman"/>
          <w:szCs w:val="24"/>
        </w:rPr>
        <w:t xml:space="preserve"> la </w:t>
      </w:r>
      <w:proofErr w:type="spellStart"/>
      <w:r w:rsidRPr="00693F1B">
        <w:rPr>
          <w:rFonts w:eastAsia="Arial" w:cs="Times New Roman"/>
          <w:szCs w:val="24"/>
        </w:rPr>
        <w:t>accesul</w:t>
      </w:r>
      <w:proofErr w:type="spellEnd"/>
      <w:r w:rsidRPr="00693F1B">
        <w:rPr>
          <w:rFonts w:eastAsia="Arial" w:cs="Times New Roman"/>
          <w:szCs w:val="24"/>
        </w:rPr>
        <w:t xml:space="preserve"> </w:t>
      </w:r>
      <w:proofErr w:type="spellStart"/>
      <w:r w:rsidRPr="00693F1B">
        <w:rPr>
          <w:rFonts w:eastAsia="Arial" w:cs="Times New Roman"/>
          <w:szCs w:val="24"/>
        </w:rPr>
        <w:t>neautorizat</w:t>
      </w:r>
      <w:proofErr w:type="spellEnd"/>
      <w:r w:rsidRPr="00693F1B">
        <w:rPr>
          <w:rFonts w:eastAsia="Arial" w:cs="Times New Roman"/>
          <w:szCs w:val="24"/>
        </w:rPr>
        <w:t xml:space="preserve"> la </w:t>
      </w:r>
      <w:proofErr w:type="spellStart"/>
      <w:r w:rsidRPr="00693F1B">
        <w:rPr>
          <w:rFonts w:eastAsia="Arial" w:cs="Times New Roman"/>
          <w:szCs w:val="24"/>
        </w:rPr>
        <w:t>acestea</w:t>
      </w:r>
      <w:proofErr w:type="spellEnd"/>
      <w:r w:rsidRPr="00693F1B">
        <w:rPr>
          <w:rFonts w:eastAsia="Arial" w:cs="Times New Roman"/>
          <w:szCs w:val="24"/>
        </w:rPr>
        <w:t>;</w:t>
      </w:r>
    </w:p>
    <w:p w14:paraId="4B6F8B7C" w14:textId="77777777" w:rsidR="00EE7ED3" w:rsidRPr="00693F1B" w:rsidRDefault="00000000" w:rsidP="00D7384A">
      <w:pPr>
        <w:jc w:val="both"/>
        <w:rPr>
          <w:rFonts w:eastAsia="Arial" w:cs="Times New Roman"/>
          <w:szCs w:val="24"/>
        </w:rPr>
      </w:pPr>
      <w:r w:rsidRPr="00693F1B">
        <w:rPr>
          <w:rFonts w:eastAsia="Arial" w:cs="Times New Roman"/>
          <w:b/>
          <w:bCs/>
          <w:szCs w:val="24"/>
        </w:rPr>
        <w:t>„</w:t>
      </w:r>
      <w:proofErr w:type="spellStart"/>
      <w:r w:rsidRPr="00693F1B">
        <w:rPr>
          <w:rFonts w:eastAsia="Arial" w:cs="Times New Roman"/>
          <w:b/>
          <w:bCs/>
          <w:szCs w:val="24"/>
        </w:rPr>
        <w:t>reprezentant</w:t>
      </w:r>
      <w:proofErr w:type="spellEnd"/>
      <w:r w:rsidRPr="00693F1B">
        <w:rPr>
          <w:rFonts w:eastAsia="Arial" w:cs="Times New Roman"/>
          <w:b/>
          <w:bCs/>
          <w:szCs w:val="24"/>
        </w:rPr>
        <w:t>”</w:t>
      </w:r>
      <w:r w:rsidRPr="00693F1B">
        <w:rPr>
          <w:rFonts w:eastAsia="Arial" w:cs="Times New Roman"/>
          <w:szCs w:val="24"/>
        </w:rPr>
        <w:t xml:space="preserve"> - </w:t>
      </w:r>
      <w:proofErr w:type="spellStart"/>
      <w:r w:rsidRPr="00693F1B">
        <w:rPr>
          <w:rFonts w:eastAsia="Arial" w:cs="Times New Roman"/>
          <w:szCs w:val="24"/>
        </w:rPr>
        <w:t>înseamnă</w:t>
      </w:r>
      <w:proofErr w:type="spellEnd"/>
      <w:r w:rsidRPr="00693F1B">
        <w:rPr>
          <w:rFonts w:eastAsia="Arial" w:cs="Times New Roman"/>
          <w:szCs w:val="24"/>
        </w:rPr>
        <w:t xml:space="preserve"> o </w:t>
      </w:r>
      <w:proofErr w:type="spellStart"/>
      <w:r w:rsidRPr="00693F1B">
        <w:rPr>
          <w:rFonts w:eastAsia="Arial" w:cs="Times New Roman"/>
          <w:szCs w:val="24"/>
        </w:rPr>
        <w:t>persoană</w:t>
      </w:r>
      <w:proofErr w:type="spellEnd"/>
      <w:r w:rsidRPr="00693F1B">
        <w:rPr>
          <w:rFonts w:eastAsia="Arial" w:cs="Times New Roman"/>
          <w:szCs w:val="24"/>
        </w:rPr>
        <w:t xml:space="preserve"> </w:t>
      </w:r>
      <w:proofErr w:type="spellStart"/>
      <w:r w:rsidRPr="00693F1B">
        <w:rPr>
          <w:rFonts w:eastAsia="Arial" w:cs="Times New Roman"/>
          <w:szCs w:val="24"/>
        </w:rPr>
        <w:t>fizică</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juridică</w:t>
      </w:r>
      <w:proofErr w:type="spellEnd"/>
      <w:r w:rsidRPr="00693F1B">
        <w:rPr>
          <w:rFonts w:eastAsia="Arial" w:cs="Times New Roman"/>
          <w:szCs w:val="24"/>
        </w:rPr>
        <w:t xml:space="preserve"> </w:t>
      </w:r>
      <w:proofErr w:type="spellStart"/>
      <w:r w:rsidRPr="00693F1B">
        <w:rPr>
          <w:rFonts w:eastAsia="Arial" w:cs="Times New Roman"/>
          <w:szCs w:val="24"/>
        </w:rPr>
        <w:t>stabilită</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Republica Moldova, </w:t>
      </w:r>
      <w:proofErr w:type="spellStart"/>
      <w:r w:rsidRPr="00693F1B">
        <w:rPr>
          <w:rFonts w:eastAsia="Arial" w:cs="Times New Roman"/>
          <w:szCs w:val="24"/>
        </w:rPr>
        <w:t>desemnată</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scris</w:t>
      </w:r>
      <w:proofErr w:type="spellEnd"/>
      <w:r w:rsidRPr="00693F1B">
        <w:rPr>
          <w:rFonts w:eastAsia="Arial" w:cs="Times New Roman"/>
          <w:szCs w:val="24"/>
        </w:rPr>
        <w:t xml:space="preserve"> de </w:t>
      </w:r>
      <w:proofErr w:type="spellStart"/>
      <w:r w:rsidRPr="00693F1B">
        <w:rPr>
          <w:rFonts w:eastAsia="Arial" w:cs="Times New Roman"/>
          <w:szCs w:val="24"/>
        </w:rPr>
        <w:t>către</w:t>
      </w:r>
      <w:proofErr w:type="spellEnd"/>
      <w:r w:rsidRPr="00693F1B">
        <w:rPr>
          <w:rFonts w:eastAsia="Arial" w:cs="Times New Roman"/>
          <w:szCs w:val="24"/>
        </w:rPr>
        <w:t xml:space="preserve"> operator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persoana</w:t>
      </w:r>
      <w:proofErr w:type="spellEnd"/>
      <w:r w:rsidRPr="00693F1B">
        <w:rPr>
          <w:rFonts w:eastAsia="Arial" w:cs="Times New Roman"/>
          <w:szCs w:val="24"/>
        </w:rPr>
        <w:t xml:space="preserve"> </w:t>
      </w:r>
      <w:proofErr w:type="spellStart"/>
      <w:r w:rsidRPr="00693F1B">
        <w:rPr>
          <w:rFonts w:eastAsia="Arial" w:cs="Times New Roman"/>
          <w:szCs w:val="24"/>
        </w:rPr>
        <w:t>împuternicită</w:t>
      </w:r>
      <w:proofErr w:type="spellEnd"/>
      <w:r w:rsidRPr="00693F1B">
        <w:rPr>
          <w:rFonts w:eastAsia="Arial" w:cs="Times New Roman"/>
          <w:szCs w:val="24"/>
        </w:rPr>
        <w:t xml:space="preserve"> de operator, care </w:t>
      </w:r>
      <w:proofErr w:type="spellStart"/>
      <w:r w:rsidRPr="00693F1B">
        <w:rPr>
          <w:rFonts w:eastAsia="Arial" w:cs="Times New Roman"/>
          <w:szCs w:val="24"/>
        </w:rPr>
        <w:t>reprezintă</w:t>
      </w:r>
      <w:proofErr w:type="spellEnd"/>
      <w:r w:rsidRPr="00693F1B">
        <w:rPr>
          <w:rFonts w:eastAsia="Arial" w:cs="Times New Roman"/>
          <w:szCs w:val="24"/>
        </w:rPr>
        <w:t xml:space="preserve"> </w:t>
      </w:r>
      <w:proofErr w:type="spellStart"/>
      <w:r w:rsidRPr="00693F1B">
        <w:rPr>
          <w:rFonts w:eastAsia="Arial" w:cs="Times New Roman"/>
          <w:szCs w:val="24"/>
        </w:rPr>
        <w:t>operatorul</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persoana</w:t>
      </w:r>
      <w:proofErr w:type="spellEnd"/>
      <w:r w:rsidRPr="00693F1B">
        <w:rPr>
          <w:rFonts w:eastAsia="Arial" w:cs="Times New Roman"/>
          <w:szCs w:val="24"/>
        </w:rPr>
        <w:t xml:space="preserve"> </w:t>
      </w:r>
      <w:proofErr w:type="spellStart"/>
      <w:r w:rsidRPr="00693F1B">
        <w:rPr>
          <w:rFonts w:eastAsia="Arial" w:cs="Times New Roman"/>
          <w:szCs w:val="24"/>
        </w:rPr>
        <w:t>împuternicită</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ceea</w:t>
      </w:r>
      <w:proofErr w:type="spellEnd"/>
      <w:r w:rsidRPr="00693F1B">
        <w:rPr>
          <w:rFonts w:eastAsia="Arial" w:cs="Times New Roman"/>
          <w:szCs w:val="24"/>
        </w:rPr>
        <w:t xml:space="preserve"> </w:t>
      </w:r>
      <w:proofErr w:type="spellStart"/>
      <w:r w:rsidRPr="00693F1B">
        <w:rPr>
          <w:rFonts w:eastAsia="Arial" w:cs="Times New Roman"/>
          <w:szCs w:val="24"/>
        </w:rPr>
        <w:t>ce</w:t>
      </w:r>
      <w:proofErr w:type="spellEnd"/>
      <w:r w:rsidRPr="00693F1B">
        <w:rPr>
          <w:rFonts w:eastAsia="Arial" w:cs="Times New Roman"/>
          <w:szCs w:val="24"/>
        </w:rPr>
        <w:t xml:space="preserve"> </w:t>
      </w:r>
      <w:proofErr w:type="spellStart"/>
      <w:r w:rsidRPr="00693F1B">
        <w:rPr>
          <w:rFonts w:eastAsia="Arial" w:cs="Times New Roman"/>
          <w:szCs w:val="24"/>
        </w:rPr>
        <w:t>privește</w:t>
      </w:r>
      <w:proofErr w:type="spellEnd"/>
      <w:r w:rsidRPr="00693F1B">
        <w:rPr>
          <w:rFonts w:eastAsia="Arial" w:cs="Times New Roman"/>
          <w:szCs w:val="24"/>
        </w:rPr>
        <w:t xml:space="preserve"> </w:t>
      </w:r>
      <w:proofErr w:type="spellStart"/>
      <w:r w:rsidRPr="00693F1B">
        <w:rPr>
          <w:rFonts w:eastAsia="Arial" w:cs="Times New Roman"/>
          <w:szCs w:val="24"/>
        </w:rPr>
        <w:t>obligațiile</w:t>
      </w:r>
      <w:proofErr w:type="spellEnd"/>
      <w:r w:rsidRPr="00693F1B">
        <w:rPr>
          <w:rFonts w:eastAsia="Arial" w:cs="Times New Roman"/>
          <w:szCs w:val="24"/>
        </w:rPr>
        <w:t xml:space="preserve"> lor respective care le </w:t>
      </w:r>
      <w:proofErr w:type="spellStart"/>
      <w:r w:rsidRPr="00693F1B">
        <w:rPr>
          <w:rFonts w:eastAsia="Arial" w:cs="Times New Roman"/>
          <w:szCs w:val="24"/>
        </w:rPr>
        <w:t>revin</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temeiul</w:t>
      </w:r>
      <w:proofErr w:type="spellEnd"/>
      <w:r w:rsidRPr="00693F1B">
        <w:rPr>
          <w:rFonts w:eastAsia="Arial" w:cs="Times New Roman"/>
          <w:szCs w:val="24"/>
        </w:rPr>
        <w:t xml:space="preserve"> </w:t>
      </w:r>
      <w:proofErr w:type="spellStart"/>
      <w:r w:rsidRPr="00693F1B">
        <w:rPr>
          <w:rFonts w:eastAsia="Arial" w:cs="Times New Roman"/>
          <w:szCs w:val="24"/>
        </w:rPr>
        <w:t>Legii</w:t>
      </w:r>
      <w:proofErr w:type="spellEnd"/>
      <w:r w:rsidRPr="00693F1B">
        <w:rPr>
          <w:rFonts w:eastAsia="Arial" w:cs="Times New Roman"/>
          <w:szCs w:val="24"/>
        </w:rPr>
        <w:t xml:space="preserve"> nr. 195/2024;</w:t>
      </w:r>
    </w:p>
    <w:p w14:paraId="1146E054" w14:textId="77777777" w:rsidR="00EE7ED3" w:rsidRPr="00693F1B" w:rsidRDefault="00000000" w:rsidP="00D7384A">
      <w:pPr>
        <w:jc w:val="both"/>
        <w:rPr>
          <w:rFonts w:eastAsia="Arial" w:cs="Times New Roman"/>
          <w:szCs w:val="24"/>
        </w:rPr>
      </w:pPr>
      <w:r w:rsidRPr="00693F1B">
        <w:rPr>
          <w:rFonts w:eastAsia="Arial" w:cs="Times New Roman"/>
          <w:b/>
          <w:bCs/>
          <w:szCs w:val="24"/>
        </w:rPr>
        <w:t>„</w:t>
      </w:r>
      <w:proofErr w:type="gramStart"/>
      <w:r w:rsidRPr="00693F1B">
        <w:rPr>
          <w:rFonts w:eastAsia="Arial" w:cs="Times New Roman"/>
          <w:b/>
          <w:bCs/>
          <w:szCs w:val="24"/>
        </w:rPr>
        <w:t>reguli</w:t>
      </w:r>
      <w:proofErr w:type="gramEnd"/>
      <w:r w:rsidRPr="00693F1B">
        <w:rPr>
          <w:rFonts w:eastAsia="Arial" w:cs="Times New Roman"/>
          <w:b/>
          <w:bCs/>
          <w:szCs w:val="24"/>
        </w:rPr>
        <w:t xml:space="preserve"> </w:t>
      </w:r>
      <w:proofErr w:type="spellStart"/>
      <w:r w:rsidRPr="00693F1B">
        <w:rPr>
          <w:rFonts w:eastAsia="Arial" w:cs="Times New Roman"/>
          <w:b/>
          <w:bCs/>
          <w:szCs w:val="24"/>
        </w:rPr>
        <w:t>corporatiste</w:t>
      </w:r>
      <w:proofErr w:type="spellEnd"/>
      <w:r w:rsidRPr="00693F1B">
        <w:rPr>
          <w:rFonts w:eastAsia="Arial" w:cs="Times New Roman"/>
          <w:b/>
          <w:bCs/>
          <w:szCs w:val="24"/>
        </w:rPr>
        <w:t xml:space="preserve"> </w:t>
      </w:r>
      <w:proofErr w:type="spellStart"/>
      <w:r w:rsidRPr="00693F1B">
        <w:rPr>
          <w:rFonts w:eastAsia="Arial" w:cs="Times New Roman"/>
          <w:b/>
          <w:bCs/>
          <w:szCs w:val="24"/>
        </w:rPr>
        <w:t>obligatorii</w:t>
      </w:r>
      <w:proofErr w:type="spellEnd"/>
      <w:r w:rsidRPr="00693F1B">
        <w:rPr>
          <w:rFonts w:eastAsia="Arial" w:cs="Times New Roman"/>
          <w:b/>
          <w:bCs/>
          <w:szCs w:val="24"/>
        </w:rPr>
        <w:t xml:space="preserve"> / </w:t>
      </w:r>
      <w:proofErr w:type="spellStart"/>
      <w:r w:rsidRPr="00693F1B">
        <w:rPr>
          <w:rFonts w:eastAsia="Arial" w:cs="Times New Roman"/>
          <w:b/>
          <w:bCs/>
          <w:szCs w:val="24"/>
        </w:rPr>
        <w:t>acorduri</w:t>
      </w:r>
      <w:proofErr w:type="spellEnd"/>
      <w:r w:rsidRPr="00693F1B">
        <w:rPr>
          <w:rFonts w:eastAsia="Arial" w:cs="Times New Roman"/>
          <w:b/>
          <w:bCs/>
          <w:szCs w:val="24"/>
        </w:rPr>
        <w:t xml:space="preserve"> de transfer interne”</w:t>
      </w:r>
      <w:r w:rsidRPr="00693F1B">
        <w:rPr>
          <w:rFonts w:eastAsia="Arial" w:cs="Times New Roman"/>
          <w:szCs w:val="24"/>
        </w:rPr>
        <w:t xml:space="preserve"> - </w:t>
      </w:r>
      <w:proofErr w:type="spellStart"/>
      <w:r w:rsidRPr="00693F1B">
        <w:rPr>
          <w:rFonts w:eastAsia="Arial" w:cs="Times New Roman"/>
          <w:szCs w:val="24"/>
        </w:rPr>
        <w:t>înseamnă</w:t>
      </w:r>
      <w:proofErr w:type="spellEnd"/>
      <w:r w:rsidRPr="00693F1B">
        <w:rPr>
          <w:rFonts w:eastAsia="Arial" w:cs="Times New Roman"/>
          <w:szCs w:val="24"/>
        </w:rPr>
        <w:t xml:space="preserve"> </w:t>
      </w:r>
      <w:proofErr w:type="spellStart"/>
      <w:r w:rsidRPr="00693F1B">
        <w:rPr>
          <w:rFonts w:eastAsia="Arial" w:cs="Times New Roman"/>
          <w:szCs w:val="24"/>
        </w:rPr>
        <w:t>politicile</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materie</w:t>
      </w:r>
      <w:proofErr w:type="spellEnd"/>
      <w:r w:rsidRPr="00693F1B">
        <w:rPr>
          <w:rFonts w:eastAsia="Arial" w:cs="Times New Roman"/>
          <w:szCs w:val="24"/>
        </w:rPr>
        <w:t xml:space="preserve"> de </w:t>
      </w:r>
      <w:proofErr w:type="spellStart"/>
      <w:r w:rsidRPr="00693F1B">
        <w:rPr>
          <w:rFonts w:eastAsia="Arial" w:cs="Times New Roman"/>
          <w:szCs w:val="24"/>
        </w:rPr>
        <w:t>protecție</w:t>
      </w:r>
      <w:proofErr w:type="spellEnd"/>
      <w:r w:rsidRPr="00693F1B">
        <w:rPr>
          <w:rFonts w:eastAsia="Arial" w:cs="Times New Roman"/>
          <w:szCs w:val="24"/>
        </w:rPr>
        <w:t xml:space="preserve"> a </w:t>
      </w:r>
      <w:proofErr w:type="spellStart"/>
      <w:r w:rsidRPr="00693F1B">
        <w:rPr>
          <w:rFonts w:eastAsia="Arial" w:cs="Times New Roman"/>
          <w:szCs w:val="24"/>
        </w:rPr>
        <w:t>datelor</w:t>
      </w:r>
      <w:proofErr w:type="spellEnd"/>
      <w:r w:rsidRPr="00693F1B">
        <w:rPr>
          <w:rFonts w:eastAsia="Arial" w:cs="Times New Roman"/>
          <w:szCs w:val="24"/>
        </w:rPr>
        <w:t xml:space="preserve"> cu </w:t>
      </w:r>
      <w:proofErr w:type="spellStart"/>
      <w:r w:rsidRPr="00693F1B">
        <w:rPr>
          <w:rFonts w:eastAsia="Arial" w:cs="Times New Roman"/>
          <w:szCs w:val="24"/>
        </w:rPr>
        <w:t>caracter</w:t>
      </w:r>
      <w:proofErr w:type="spellEnd"/>
      <w:r w:rsidRPr="00693F1B">
        <w:rPr>
          <w:rFonts w:eastAsia="Arial" w:cs="Times New Roman"/>
          <w:szCs w:val="24"/>
        </w:rPr>
        <w:t xml:space="preserve"> personal care </w:t>
      </w:r>
      <w:proofErr w:type="spellStart"/>
      <w:r w:rsidRPr="00693F1B">
        <w:rPr>
          <w:rFonts w:eastAsia="Arial" w:cs="Times New Roman"/>
          <w:szCs w:val="24"/>
        </w:rPr>
        <w:t>trebuie</w:t>
      </w:r>
      <w:proofErr w:type="spellEnd"/>
      <w:r w:rsidRPr="00693F1B">
        <w:rPr>
          <w:rFonts w:eastAsia="Arial" w:cs="Times New Roman"/>
          <w:szCs w:val="24"/>
        </w:rPr>
        <w:t xml:space="preserve"> </w:t>
      </w:r>
      <w:proofErr w:type="spellStart"/>
      <w:r w:rsidRPr="00693F1B">
        <w:rPr>
          <w:rFonts w:eastAsia="Arial" w:cs="Times New Roman"/>
          <w:szCs w:val="24"/>
        </w:rPr>
        <w:t>respectate</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cadrul</w:t>
      </w:r>
      <w:proofErr w:type="spellEnd"/>
      <w:r w:rsidRPr="00693F1B">
        <w:rPr>
          <w:rFonts w:eastAsia="Arial" w:cs="Times New Roman"/>
          <w:szCs w:val="24"/>
        </w:rPr>
        <w:t xml:space="preserve"> </w:t>
      </w:r>
      <w:proofErr w:type="spellStart"/>
      <w:r w:rsidRPr="00693F1B">
        <w:rPr>
          <w:rFonts w:eastAsia="Arial" w:cs="Times New Roman"/>
          <w:szCs w:val="24"/>
        </w:rPr>
        <w:t>structurii</w:t>
      </w:r>
      <w:proofErr w:type="spellEnd"/>
      <w:r w:rsidRPr="00693F1B">
        <w:rPr>
          <w:rFonts w:eastAsia="Arial" w:cs="Times New Roman"/>
          <w:szCs w:val="24"/>
        </w:rPr>
        <w:t xml:space="preserve"> </w:t>
      </w:r>
      <w:proofErr w:type="spellStart"/>
      <w:r w:rsidRPr="00693F1B">
        <w:rPr>
          <w:rFonts w:eastAsia="Arial" w:cs="Times New Roman"/>
          <w:szCs w:val="24"/>
        </w:rPr>
        <w:t>organizaționale</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ceea</w:t>
      </w:r>
      <w:proofErr w:type="spellEnd"/>
      <w:r w:rsidRPr="00693F1B">
        <w:rPr>
          <w:rFonts w:eastAsia="Arial" w:cs="Times New Roman"/>
          <w:szCs w:val="24"/>
        </w:rPr>
        <w:t xml:space="preserve"> </w:t>
      </w:r>
      <w:proofErr w:type="spellStart"/>
      <w:r w:rsidRPr="00693F1B">
        <w:rPr>
          <w:rFonts w:eastAsia="Arial" w:cs="Times New Roman"/>
          <w:szCs w:val="24"/>
        </w:rPr>
        <w:t>ce</w:t>
      </w:r>
      <w:proofErr w:type="spellEnd"/>
      <w:r w:rsidRPr="00693F1B">
        <w:rPr>
          <w:rFonts w:eastAsia="Arial" w:cs="Times New Roman"/>
          <w:szCs w:val="24"/>
        </w:rPr>
        <w:t xml:space="preserve"> </w:t>
      </w:r>
      <w:proofErr w:type="spellStart"/>
      <w:r w:rsidRPr="00693F1B">
        <w:rPr>
          <w:rFonts w:eastAsia="Arial" w:cs="Times New Roman"/>
          <w:szCs w:val="24"/>
        </w:rPr>
        <w:t>privește</w:t>
      </w:r>
      <w:proofErr w:type="spellEnd"/>
      <w:r w:rsidRPr="00693F1B">
        <w:rPr>
          <w:rFonts w:eastAsia="Arial" w:cs="Times New Roman"/>
          <w:szCs w:val="24"/>
        </w:rPr>
        <w:t xml:space="preserve"> </w:t>
      </w:r>
      <w:proofErr w:type="spellStart"/>
      <w:r w:rsidRPr="00693F1B">
        <w:rPr>
          <w:rFonts w:eastAsia="Arial" w:cs="Times New Roman"/>
          <w:szCs w:val="24"/>
        </w:rPr>
        <w:t>transferurile</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seturile</w:t>
      </w:r>
      <w:proofErr w:type="spellEnd"/>
      <w:r w:rsidRPr="00693F1B">
        <w:rPr>
          <w:rFonts w:eastAsia="Arial" w:cs="Times New Roman"/>
          <w:szCs w:val="24"/>
        </w:rPr>
        <w:t xml:space="preserve"> de </w:t>
      </w:r>
      <w:proofErr w:type="spellStart"/>
      <w:r w:rsidRPr="00693F1B">
        <w:rPr>
          <w:rFonts w:eastAsia="Arial" w:cs="Times New Roman"/>
          <w:szCs w:val="24"/>
        </w:rPr>
        <w:t>transferuri</w:t>
      </w:r>
      <w:proofErr w:type="spellEnd"/>
      <w:r w:rsidRPr="00693F1B">
        <w:rPr>
          <w:rFonts w:eastAsia="Arial" w:cs="Times New Roman"/>
          <w:szCs w:val="24"/>
        </w:rPr>
        <w:t xml:space="preserve"> de date cu </w:t>
      </w:r>
      <w:proofErr w:type="spellStart"/>
      <w:r w:rsidRPr="00693F1B">
        <w:rPr>
          <w:rFonts w:eastAsia="Arial" w:cs="Times New Roman"/>
          <w:szCs w:val="24"/>
        </w:rPr>
        <w:t>caracter</w:t>
      </w:r>
      <w:proofErr w:type="spellEnd"/>
      <w:r w:rsidRPr="00693F1B">
        <w:rPr>
          <w:rFonts w:eastAsia="Arial" w:cs="Times New Roman"/>
          <w:szCs w:val="24"/>
        </w:rPr>
        <w:t xml:space="preserve"> personal </w:t>
      </w:r>
      <w:proofErr w:type="spellStart"/>
      <w:r w:rsidRPr="00693F1B">
        <w:rPr>
          <w:rFonts w:eastAsia="Arial" w:cs="Times New Roman"/>
          <w:szCs w:val="24"/>
        </w:rPr>
        <w:t>către</w:t>
      </w:r>
      <w:proofErr w:type="spellEnd"/>
      <w:r w:rsidRPr="00693F1B">
        <w:rPr>
          <w:rFonts w:eastAsia="Arial" w:cs="Times New Roman"/>
          <w:szCs w:val="24"/>
        </w:rPr>
        <w:t xml:space="preserve"> un operator </w:t>
      </w:r>
      <w:proofErr w:type="spellStart"/>
      <w:r w:rsidRPr="00693F1B">
        <w:rPr>
          <w:rFonts w:eastAsia="Arial" w:cs="Times New Roman"/>
          <w:szCs w:val="24"/>
        </w:rPr>
        <w:t>sau</w:t>
      </w:r>
      <w:proofErr w:type="spellEnd"/>
      <w:r w:rsidRPr="00693F1B">
        <w:rPr>
          <w:rFonts w:eastAsia="Arial" w:cs="Times New Roman"/>
          <w:szCs w:val="24"/>
        </w:rPr>
        <w:t xml:space="preserve"> o </w:t>
      </w:r>
      <w:proofErr w:type="spellStart"/>
      <w:r w:rsidRPr="00693F1B">
        <w:rPr>
          <w:rFonts w:eastAsia="Arial" w:cs="Times New Roman"/>
          <w:szCs w:val="24"/>
        </w:rPr>
        <w:t>persoană</w:t>
      </w:r>
      <w:proofErr w:type="spellEnd"/>
      <w:r w:rsidRPr="00693F1B">
        <w:rPr>
          <w:rFonts w:eastAsia="Arial" w:cs="Times New Roman"/>
          <w:szCs w:val="24"/>
        </w:rPr>
        <w:t xml:space="preserve"> </w:t>
      </w:r>
      <w:proofErr w:type="spellStart"/>
      <w:r w:rsidRPr="00693F1B">
        <w:rPr>
          <w:rFonts w:eastAsia="Arial" w:cs="Times New Roman"/>
          <w:szCs w:val="24"/>
        </w:rPr>
        <w:t>împuternicită</w:t>
      </w:r>
      <w:proofErr w:type="spellEnd"/>
      <w:r w:rsidRPr="00693F1B">
        <w:rPr>
          <w:rFonts w:eastAsia="Arial" w:cs="Times New Roman"/>
          <w:szCs w:val="24"/>
        </w:rPr>
        <w:t xml:space="preserve"> de operator </w:t>
      </w:r>
      <w:proofErr w:type="spellStart"/>
      <w:r w:rsidRPr="00693F1B">
        <w:rPr>
          <w:rFonts w:eastAsia="Arial" w:cs="Times New Roman"/>
          <w:szCs w:val="24"/>
        </w:rPr>
        <w:t>într</w:t>
      </w:r>
      <w:proofErr w:type="spellEnd"/>
      <w:r w:rsidRPr="00693F1B">
        <w:rPr>
          <w:rFonts w:eastAsia="Arial" w:cs="Times New Roman"/>
          <w:szCs w:val="24"/>
        </w:rPr>
        <w:t xml:space="preserve">-o </w:t>
      </w:r>
      <w:proofErr w:type="spellStart"/>
      <w:r w:rsidRPr="00693F1B">
        <w:rPr>
          <w:rFonts w:eastAsia="Arial" w:cs="Times New Roman"/>
          <w:szCs w:val="24"/>
        </w:rPr>
        <w:t>țară</w:t>
      </w:r>
      <w:proofErr w:type="spellEnd"/>
      <w:r w:rsidRPr="00693F1B">
        <w:rPr>
          <w:rFonts w:eastAsia="Arial" w:cs="Times New Roman"/>
          <w:szCs w:val="24"/>
        </w:rPr>
        <w:t xml:space="preserve"> </w:t>
      </w:r>
      <w:proofErr w:type="spellStart"/>
      <w:r w:rsidRPr="00693F1B">
        <w:rPr>
          <w:rFonts w:eastAsia="Arial" w:cs="Times New Roman"/>
          <w:szCs w:val="24"/>
        </w:rPr>
        <w:t>terță</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cadrul</w:t>
      </w:r>
      <w:proofErr w:type="spellEnd"/>
      <w:r w:rsidRPr="00693F1B">
        <w:rPr>
          <w:rFonts w:eastAsia="Arial" w:cs="Times New Roman"/>
          <w:szCs w:val="24"/>
        </w:rPr>
        <w:t xml:space="preserve"> </w:t>
      </w:r>
      <w:proofErr w:type="spellStart"/>
      <w:r w:rsidRPr="00693F1B">
        <w:rPr>
          <w:rFonts w:eastAsia="Arial" w:cs="Times New Roman"/>
          <w:szCs w:val="24"/>
        </w:rPr>
        <w:t>unei</w:t>
      </w:r>
      <w:proofErr w:type="spellEnd"/>
      <w:r w:rsidRPr="00693F1B">
        <w:rPr>
          <w:rFonts w:eastAsia="Arial" w:cs="Times New Roman"/>
          <w:szCs w:val="24"/>
        </w:rPr>
        <w:t xml:space="preserve"> </w:t>
      </w:r>
      <w:proofErr w:type="spellStart"/>
      <w:r w:rsidRPr="00693F1B">
        <w:rPr>
          <w:rFonts w:eastAsia="Arial" w:cs="Times New Roman"/>
          <w:szCs w:val="24"/>
        </w:rPr>
        <w:t>activități</w:t>
      </w:r>
      <w:proofErr w:type="spellEnd"/>
      <w:r w:rsidRPr="00693F1B">
        <w:rPr>
          <w:rFonts w:eastAsia="Arial" w:cs="Times New Roman"/>
          <w:szCs w:val="24"/>
        </w:rPr>
        <w:t xml:space="preserve"> administrative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economice</w:t>
      </w:r>
      <w:proofErr w:type="spellEnd"/>
      <w:r w:rsidRPr="00693F1B">
        <w:rPr>
          <w:rFonts w:eastAsia="Arial" w:cs="Times New Roman"/>
          <w:szCs w:val="24"/>
        </w:rPr>
        <w:t xml:space="preserve"> </w:t>
      </w:r>
      <w:proofErr w:type="spellStart"/>
      <w:r w:rsidRPr="00693F1B">
        <w:rPr>
          <w:rFonts w:eastAsia="Arial" w:cs="Times New Roman"/>
          <w:szCs w:val="24"/>
        </w:rPr>
        <w:t>comune</w:t>
      </w:r>
      <w:proofErr w:type="spellEnd"/>
      <w:r w:rsidRPr="00693F1B">
        <w:rPr>
          <w:rFonts w:eastAsia="Arial" w:cs="Times New Roman"/>
          <w:szCs w:val="24"/>
        </w:rPr>
        <w:t>;</w:t>
      </w:r>
    </w:p>
    <w:p w14:paraId="6718A68B" w14:textId="77777777" w:rsidR="00EE7ED3" w:rsidRPr="00693F1B" w:rsidRDefault="00000000" w:rsidP="00D7384A">
      <w:pPr>
        <w:jc w:val="both"/>
        <w:rPr>
          <w:rFonts w:eastAsia="Arial" w:cs="Times New Roman"/>
          <w:szCs w:val="24"/>
        </w:rPr>
      </w:pPr>
      <w:r w:rsidRPr="00693F1B">
        <w:rPr>
          <w:rFonts w:eastAsia="Arial" w:cs="Times New Roman"/>
          <w:b/>
          <w:bCs/>
          <w:szCs w:val="24"/>
        </w:rPr>
        <w:t>„</w:t>
      </w:r>
      <w:proofErr w:type="spellStart"/>
      <w:proofErr w:type="gramStart"/>
      <w:r w:rsidRPr="00693F1B">
        <w:rPr>
          <w:rFonts w:eastAsia="Arial" w:cs="Times New Roman"/>
          <w:b/>
          <w:bCs/>
          <w:szCs w:val="24"/>
        </w:rPr>
        <w:t>autoritate</w:t>
      </w:r>
      <w:proofErr w:type="spellEnd"/>
      <w:proofErr w:type="gramEnd"/>
      <w:r w:rsidRPr="00693F1B">
        <w:rPr>
          <w:rFonts w:eastAsia="Arial" w:cs="Times New Roman"/>
          <w:b/>
          <w:bCs/>
          <w:szCs w:val="24"/>
        </w:rPr>
        <w:t xml:space="preserve"> de </w:t>
      </w:r>
      <w:proofErr w:type="spellStart"/>
      <w:r w:rsidRPr="00693F1B">
        <w:rPr>
          <w:rFonts w:eastAsia="Arial" w:cs="Times New Roman"/>
          <w:b/>
          <w:bCs/>
          <w:szCs w:val="24"/>
        </w:rPr>
        <w:t>supraveghere</w:t>
      </w:r>
      <w:proofErr w:type="spellEnd"/>
      <w:r w:rsidRPr="00693F1B">
        <w:rPr>
          <w:rFonts w:eastAsia="Arial" w:cs="Times New Roman"/>
          <w:b/>
          <w:bCs/>
          <w:szCs w:val="24"/>
        </w:rPr>
        <w:t>”</w:t>
      </w:r>
      <w:r w:rsidRPr="00693F1B">
        <w:rPr>
          <w:rFonts w:eastAsia="Arial" w:cs="Times New Roman"/>
          <w:szCs w:val="24"/>
        </w:rPr>
        <w:t xml:space="preserve"> - </w:t>
      </w:r>
      <w:proofErr w:type="spellStart"/>
      <w:r w:rsidRPr="00693F1B">
        <w:rPr>
          <w:rFonts w:eastAsia="Arial" w:cs="Times New Roman"/>
          <w:szCs w:val="24"/>
        </w:rPr>
        <w:t>înseamnă</w:t>
      </w:r>
      <w:proofErr w:type="spellEnd"/>
      <w:r w:rsidRPr="00693F1B">
        <w:rPr>
          <w:rFonts w:eastAsia="Arial" w:cs="Times New Roman"/>
          <w:szCs w:val="24"/>
        </w:rPr>
        <w:t xml:space="preserve"> o </w:t>
      </w:r>
      <w:proofErr w:type="spellStart"/>
      <w:r w:rsidRPr="00693F1B">
        <w:rPr>
          <w:rFonts w:eastAsia="Arial" w:cs="Times New Roman"/>
          <w:szCs w:val="24"/>
        </w:rPr>
        <w:t>autoritate</w:t>
      </w:r>
      <w:proofErr w:type="spellEnd"/>
      <w:r w:rsidRPr="00693F1B">
        <w:rPr>
          <w:rFonts w:eastAsia="Arial" w:cs="Times New Roman"/>
          <w:szCs w:val="24"/>
        </w:rPr>
        <w:t xml:space="preserve"> </w:t>
      </w:r>
      <w:proofErr w:type="spellStart"/>
      <w:r w:rsidRPr="00693F1B">
        <w:rPr>
          <w:rFonts w:eastAsia="Arial" w:cs="Times New Roman"/>
          <w:szCs w:val="24"/>
        </w:rPr>
        <w:t>publică</w:t>
      </w:r>
      <w:proofErr w:type="spellEnd"/>
      <w:r w:rsidRPr="00693F1B">
        <w:rPr>
          <w:rFonts w:eastAsia="Arial" w:cs="Times New Roman"/>
          <w:szCs w:val="24"/>
        </w:rPr>
        <w:t xml:space="preserve"> </w:t>
      </w:r>
      <w:proofErr w:type="spellStart"/>
      <w:r w:rsidRPr="00693F1B">
        <w:rPr>
          <w:rFonts w:eastAsia="Arial" w:cs="Times New Roman"/>
          <w:szCs w:val="24"/>
        </w:rPr>
        <w:t>independentă</w:t>
      </w:r>
      <w:proofErr w:type="spellEnd"/>
      <w:r w:rsidRPr="00693F1B">
        <w:rPr>
          <w:rFonts w:eastAsia="Arial" w:cs="Times New Roman"/>
          <w:szCs w:val="24"/>
        </w:rPr>
        <w:t xml:space="preserve"> </w:t>
      </w:r>
      <w:proofErr w:type="spellStart"/>
      <w:r w:rsidRPr="00693F1B">
        <w:rPr>
          <w:rFonts w:eastAsia="Arial" w:cs="Times New Roman"/>
          <w:szCs w:val="24"/>
        </w:rPr>
        <w:t>instituită</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temeiul</w:t>
      </w:r>
      <w:proofErr w:type="spellEnd"/>
      <w:r w:rsidRPr="00693F1B">
        <w:rPr>
          <w:rFonts w:eastAsia="Arial" w:cs="Times New Roman"/>
          <w:szCs w:val="24"/>
        </w:rPr>
        <w:t xml:space="preserve"> </w:t>
      </w:r>
      <w:proofErr w:type="spellStart"/>
      <w:r w:rsidRPr="00693F1B">
        <w:rPr>
          <w:rFonts w:eastAsia="Arial" w:cs="Times New Roman"/>
          <w:szCs w:val="24"/>
        </w:rPr>
        <w:t>legii</w:t>
      </w:r>
      <w:proofErr w:type="spellEnd"/>
      <w:r w:rsidRPr="00693F1B">
        <w:rPr>
          <w:rFonts w:eastAsia="Arial" w:cs="Times New Roman"/>
          <w:szCs w:val="24"/>
        </w:rPr>
        <w:t xml:space="preserve">, </w:t>
      </w:r>
      <w:proofErr w:type="spellStart"/>
      <w:r w:rsidRPr="00693F1B">
        <w:rPr>
          <w:rFonts w:eastAsia="Arial" w:cs="Times New Roman"/>
          <w:szCs w:val="24"/>
        </w:rPr>
        <w:t>respectiv</w:t>
      </w:r>
      <w:proofErr w:type="spellEnd"/>
      <w:r w:rsidRPr="00693F1B">
        <w:rPr>
          <w:rFonts w:eastAsia="Arial" w:cs="Times New Roman"/>
          <w:szCs w:val="24"/>
        </w:rPr>
        <w:t xml:space="preserve"> </w:t>
      </w:r>
      <w:proofErr w:type="spellStart"/>
      <w:r w:rsidRPr="00693F1B">
        <w:rPr>
          <w:rFonts w:eastAsia="Arial" w:cs="Times New Roman"/>
          <w:szCs w:val="24"/>
        </w:rPr>
        <w:t>Centrul</w:t>
      </w:r>
      <w:proofErr w:type="spellEnd"/>
      <w:r w:rsidRPr="00693F1B">
        <w:rPr>
          <w:rFonts w:eastAsia="Arial" w:cs="Times New Roman"/>
          <w:szCs w:val="24"/>
        </w:rPr>
        <w:t xml:space="preserve"> </w:t>
      </w:r>
      <w:proofErr w:type="spellStart"/>
      <w:r w:rsidRPr="00693F1B">
        <w:rPr>
          <w:rFonts w:eastAsia="Arial" w:cs="Times New Roman"/>
          <w:szCs w:val="24"/>
        </w:rPr>
        <w:t>Național</w:t>
      </w:r>
      <w:proofErr w:type="spellEnd"/>
      <w:r w:rsidRPr="00693F1B">
        <w:rPr>
          <w:rFonts w:eastAsia="Arial" w:cs="Times New Roman"/>
          <w:szCs w:val="24"/>
        </w:rPr>
        <w:t xml:space="preserve"> </w:t>
      </w:r>
      <w:proofErr w:type="spellStart"/>
      <w:r w:rsidRPr="00693F1B">
        <w:rPr>
          <w:rFonts w:eastAsia="Arial" w:cs="Times New Roman"/>
          <w:szCs w:val="24"/>
        </w:rPr>
        <w:t>pentru</w:t>
      </w:r>
      <w:proofErr w:type="spellEnd"/>
      <w:r w:rsidRPr="00693F1B">
        <w:rPr>
          <w:rFonts w:eastAsia="Arial" w:cs="Times New Roman"/>
          <w:szCs w:val="24"/>
        </w:rPr>
        <w:t xml:space="preserve"> </w:t>
      </w:r>
      <w:proofErr w:type="spellStart"/>
      <w:r w:rsidRPr="00693F1B">
        <w:rPr>
          <w:rFonts w:eastAsia="Arial" w:cs="Times New Roman"/>
          <w:szCs w:val="24"/>
        </w:rPr>
        <w:t>Protecția</w:t>
      </w:r>
      <w:proofErr w:type="spellEnd"/>
      <w:r w:rsidRPr="00693F1B">
        <w:rPr>
          <w:rFonts w:eastAsia="Arial" w:cs="Times New Roman"/>
          <w:szCs w:val="24"/>
        </w:rPr>
        <w:t xml:space="preserve"> </w:t>
      </w:r>
      <w:proofErr w:type="spellStart"/>
      <w:r w:rsidRPr="00693F1B">
        <w:rPr>
          <w:rFonts w:eastAsia="Arial" w:cs="Times New Roman"/>
          <w:szCs w:val="24"/>
        </w:rPr>
        <w:t>Datelor</w:t>
      </w:r>
      <w:proofErr w:type="spellEnd"/>
      <w:r w:rsidRPr="00693F1B">
        <w:rPr>
          <w:rFonts w:eastAsia="Arial" w:cs="Times New Roman"/>
          <w:szCs w:val="24"/>
        </w:rPr>
        <w:t xml:space="preserve"> cu Caracter Personal (CNPDCP) al </w:t>
      </w:r>
      <w:proofErr w:type="spellStart"/>
      <w:r w:rsidRPr="00693F1B">
        <w:rPr>
          <w:rFonts w:eastAsia="Arial" w:cs="Times New Roman"/>
          <w:szCs w:val="24"/>
        </w:rPr>
        <w:t>Republicii</w:t>
      </w:r>
      <w:proofErr w:type="spellEnd"/>
      <w:r w:rsidRPr="00693F1B">
        <w:rPr>
          <w:rFonts w:eastAsia="Arial" w:cs="Times New Roman"/>
          <w:szCs w:val="24"/>
        </w:rPr>
        <w:t xml:space="preserve"> Moldova;</w:t>
      </w:r>
    </w:p>
    <w:p w14:paraId="37BA0CE5" w14:textId="77777777" w:rsidR="00EE7ED3" w:rsidRPr="00693F1B" w:rsidRDefault="00000000" w:rsidP="00D7384A">
      <w:pPr>
        <w:jc w:val="both"/>
        <w:rPr>
          <w:rFonts w:eastAsia="Arial" w:cs="Times New Roman"/>
          <w:szCs w:val="24"/>
        </w:rPr>
      </w:pPr>
      <w:r w:rsidRPr="00693F1B">
        <w:rPr>
          <w:rFonts w:eastAsia="Arial" w:cs="Times New Roman"/>
          <w:b/>
          <w:bCs/>
          <w:szCs w:val="24"/>
        </w:rPr>
        <w:t>„DPO”</w:t>
      </w:r>
      <w:r w:rsidRPr="00693F1B">
        <w:rPr>
          <w:rFonts w:eastAsia="Arial" w:cs="Times New Roman"/>
          <w:szCs w:val="24"/>
        </w:rPr>
        <w:t xml:space="preserve"> - </w:t>
      </w:r>
      <w:proofErr w:type="spellStart"/>
      <w:r w:rsidRPr="00693F1B">
        <w:rPr>
          <w:rFonts w:eastAsia="Arial" w:cs="Times New Roman"/>
          <w:szCs w:val="24"/>
        </w:rPr>
        <w:t>responsabil</w:t>
      </w:r>
      <w:proofErr w:type="spellEnd"/>
      <w:r w:rsidRPr="00693F1B">
        <w:rPr>
          <w:rFonts w:eastAsia="Arial" w:cs="Times New Roman"/>
          <w:szCs w:val="24"/>
        </w:rPr>
        <w:t xml:space="preserve"> cu </w:t>
      </w:r>
      <w:proofErr w:type="spellStart"/>
      <w:r w:rsidRPr="00693F1B">
        <w:rPr>
          <w:rFonts w:eastAsia="Arial" w:cs="Times New Roman"/>
          <w:szCs w:val="24"/>
        </w:rPr>
        <w:t>protecția</w:t>
      </w:r>
      <w:proofErr w:type="spellEnd"/>
      <w:r w:rsidRPr="00693F1B">
        <w:rPr>
          <w:rFonts w:eastAsia="Arial" w:cs="Times New Roman"/>
          <w:szCs w:val="24"/>
        </w:rPr>
        <w:t xml:space="preserve"> </w:t>
      </w:r>
      <w:proofErr w:type="spellStart"/>
      <w:r w:rsidRPr="00693F1B">
        <w:rPr>
          <w:rFonts w:eastAsia="Arial" w:cs="Times New Roman"/>
          <w:szCs w:val="24"/>
        </w:rPr>
        <w:t>datelor</w:t>
      </w:r>
      <w:proofErr w:type="spellEnd"/>
      <w:r w:rsidRPr="00693F1B">
        <w:rPr>
          <w:rFonts w:eastAsia="Arial" w:cs="Times New Roman"/>
          <w:szCs w:val="24"/>
        </w:rPr>
        <w:t xml:space="preserve"> (Data Protection Officer) </w:t>
      </w:r>
      <w:proofErr w:type="spellStart"/>
      <w:r w:rsidRPr="00693F1B">
        <w:rPr>
          <w:rFonts w:eastAsia="Arial" w:cs="Times New Roman"/>
          <w:szCs w:val="24"/>
        </w:rPr>
        <w:t>desemnat</w:t>
      </w:r>
      <w:proofErr w:type="spellEnd"/>
      <w:r w:rsidRPr="00693F1B">
        <w:rPr>
          <w:rFonts w:eastAsia="Arial" w:cs="Times New Roman"/>
          <w:szCs w:val="24"/>
        </w:rPr>
        <w:t xml:space="preserve"> la </w:t>
      </w:r>
      <w:proofErr w:type="spellStart"/>
      <w:r w:rsidRPr="00693F1B">
        <w:rPr>
          <w:rFonts w:eastAsia="Arial" w:cs="Times New Roman"/>
          <w:szCs w:val="24"/>
        </w:rPr>
        <w:t>nivelul</w:t>
      </w:r>
      <w:proofErr w:type="spellEnd"/>
      <w:r w:rsidRPr="00693F1B">
        <w:rPr>
          <w:rFonts w:eastAsia="Arial" w:cs="Times New Roman"/>
          <w:szCs w:val="24"/>
        </w:rPr>
        <w:t xml:space="preserve"> </w:t>
      </w:r>
      <w:proofErr w:type="spellStart"/>
      <w:r w:rsidRPr="00693F1B">
        <w:rPr>
          <w:rFonts w:eastAsia="Arial" w:cs="Times New Roman"/>
          <w:b/>
          <w:bCs/>
          <w:szCs w:val="24"/>
        </w:rPr>
        <w:t>Primăriei</w:t>
      </w:r>
      <w:proofErr w:type="spellEnd"/>
      <w:r w:rsidRPr="00693F1B">
        <w:rPr>
          <w:rFonts w:eastAsia="Arial" w:cs="Times New Roman"/>
          <w:b/>
          <w:bCs/>
          <w:szCs w:val="24"/>
        </w:rPr>
        <w:t xml:space="preserve"> </w:t>
      </w:r>
      <w:r w:rsidRPr="00916751">
        <w:rPr>
          <w:rFonts w:eastAsia="Arial" w:cs="Times New Roman"/>
          <w:b/>
          <w:bCs/>
          <w:szCs w:val="24"/>
        </w:rPr>
        <w:t>SATULUI MERENI</w:t>
      </w:r>
      <w:r w:rsidRPr="00693F1B">
        <w:rPr>
          <w:rFonts w:eastAsia="Arial" w:cs="Times New Roman"/>
          <w:szCs w:val="24"/>
        </w:rPr>
        <w:t>;</w:t>
      </w:r>
    </w:p>
    <w:p w14:paraId="778D8454" w14:textId="77777777" w:rsidR="00EE7ED3" w:rsidRPr="00693F1B" w:rsidRDefault="00000000" w:rsidP="00D7384A">
      <w:pPr>
        <w:jc w:val="both"/>
        <w:rPr>
          <w:rFonts w:eastAsia="Arial" w:cs="Times New Roman"/>
          <w:szCs w:val="24"/>
        </w:rPr>
      </w:pPr>
      <w:r w:rsidRPr="00693F1B">
        <w:rPr>
          <w:rFonts w:eastAsia="Arial" w:cs="Times New Roman"/>
          <w:b/>
          <w:bCs/>
          <w:szCs w:val="24"/>
        </w:rPr>
        <w:t>„DPIA”</w:t>
      </w:r>
      <w:r w:rsidRPr="00693F1B">
        <w:rPr>
          <w:rFonts w:eastAsia="Arial" w:cs="Times New Roman"/>
          <w:szCs w:val="24"/>
        </w:rPr>
        <w:t xml:space="preserve"> - </w:t>
      </w:r>
      <w:proofErr w:type="spellStart"/>
      <w:r w:rsidRPr="00693F1B">
        <w:rPr>
          <w:rFonts w:eastAsia="Arial" w:cs="Times New Roman"/>
          <w:szCs w:val="24"/>
        </w:rPr>
        <w:t>evaluarea</w:t>
      </w:r>
      <w:proofErr w:type="spellEnd"/>
      <w:r w:rsidRPr="00693F1B">
        <w:rPr>
          <w:rFonts w:eastAsia="Arial" w:cs="Times New Roman"/>
          <w:szCs w:val="24"/>
        </w:rPr>
        <w:t xml:space="preserve"> </w:t>
      </w:r>
      <w:proofErr w:type="spellStart"/>
      <w:r w:rsidRPr="00693F1B">
        <w:rPr>
          <w:rFonts w:eastAsia="Arial" w:cs="Times New Roman"/>
          <w:szCs w:val="24"/>
        </w:rPr>
        <w:t>impactului</w:t>
      </w:r>
      <w:proofErr w:type="spellEnd"/>
      <w:r w:rsidRPr="00693F1B">
        <w:rPr>
          <w:rFonts w:eastAsia="Arial" w:cs="Times New Roman"/>
          <w:szCs w:val="24"/>
        </w:rPr>
        <w:t xml:space="preserve"> </w:t>
      </w:r>
      <w:proofErr w:type="spellStart"/>
      <w:r w:rsidRPr="00693F1B">
        <w:rPr>
          <w:rFonts w:eastAsia="Arial" w:cs="Times New Roman"/>
          <w:szCs w:val="24"/>
        </w:rPr>
        <w:t>asupra</w:t>
      </w:r>
      <w:proofErr w:type="spellEnd"/>
      <w:r w:rsidRPr="00693F1B">
        <w:rPr>
          <w:rFonts w:eastAsia="Arial" w:cs="Times New Roman"/>
          <w:szCs w:val="24"/>
        </w:rPr>
        <w:t xml:space="preserve"> </w:t>
      </w:r>
      <w:proofErr w:type="spellStart"/>
      <w:r w:rsidRPr="00693F1B">
        <w:rPr>
          <w:rFonts w:eastAsia="Arial" w:cs="Times New Roman"/>
          <w:szCs w:val="24"/>
        </w:rPr>
        <w:t>protecției</w:t>
      </w:r>
      <w:proofErr w:type="spellEnd"/>
      <w:r w:rsidRPr="00693F1B">
        <w:rPr>
          <w:rFonts w:eastAsia="Arial" w:cs="Times New Roman"/>
          <w:szCs w:val="24"/>
        </w:rPr>
        <w:t xml:space="preserve"> </w:t>
      </w:r>
      <w:proofErr w:type="spellStart"/>
      <w:r w:rsidRPr="00693F1B">
        <w:rPr>
          <w:rFonts w:eastAsia="Arial" w:cs="Times New Roman"/>
          <w:szCs w:val="24"/>
        </w:rPr>
        <w:t>datelor</w:t>
      </w:r>
      <w:proofErr w:type="spellEnd"/>
      <w:r w:rsidRPr="00693F1B">
        <w:rPr>
          <w:rFonts w:eastAsia="Arial" w:cs="Times New Roman"/>
          <w:szCs w:val="24"/>
        </w:rPr>
        <w:t xml:space="preserve"> (Data Protection Impact Assessment);</w:t>
      </w:r>
    </w:p>
    <w:p w14:paraId="0B1A943D" w14:textId="77777777" w:rsidR="00EE7ED3" w:rsidRPr="00B5454B" w:rsidRDefault="00000000" w:rsidP="00B5454B">
      <w:pPr>
        <w:jc w:val="both"/>
        <w:rPr>
          <w:rFonts w:eastAsia="Arial" w:cs="Times New Roman"/>
          <w:szCs w:val="24"/>
        </w:rPr>
      </w:pPr>
      <w:r w:rsidRPr="00693F1B">
        <w:rPr>
          <w:rFonts w:eastAsia="Arial" w:cs="Times New Roman"/>
          <w:b/>
          <w:bCs/>
          <w:szCs w:val="24"/>
        </w:rPr>
        <w:t>„</w:t>
      </w:r>
      <w:proofErr w:type="spellStart"/>
      <w:r w:rsidRPr="00693F1B">
        <w:rPr>
          <w:rFonts w:eastAsia="Arial" w:cs="Times New Roman"/>
          <w:b/>
          <w:bCs/>
          <w:szCs w:val="24"/>
        </w:rPr>
        <w:t>Centrul</w:t>
      </w:r>
      <w:proofErr w:type="spellEnd"/>
      <w:r w:rsidRPr="00693F1B">
        <w:rPr>
          <w:rFonts w:eastAsia="Arial" w:cs="Times New Roman"/>
          <w:b/>
          <w:bCs/>
          <w:szCs w:val="24"/>
        </w:rPr>
        <w:t xml:space="preserve"> / CNPDCP”</w:t>
      </w:r>
      <w:r w:rsidRPr="00693F1B">
        <w:rPr>
          <w:rFonts w:eastAsia="Arial" w:cs="Times New Roman"/>
          <w:szCs w:val="24"/>
        </w:rPr>
        <w:t xml:space="preserve"> - </w:t>
      </w:r>
      <w:proofErr w:type="spellStart"/>
      <w:r w:rsidRPr="00693F1B">
        <w:rPr>
          <w:rFonts w:eastAsia="Arial" w:cs="Times New Roman"/>
          <w:szCs w:val="24"/>
        </w:rPr>
        <w:t>Centrul</w:t>
      </w:r>
      <w:proofErr w:type="spellEnd"/>
      <w:r w:rsidRPr="00693F1B">
        <w:rPr>
          <w:rFonts w:eastAsia="Arial" w:cs="Times New Roman"/>
          <w:szCs w:val="24"/>
        </w:rPr>
        <w:t xml:space="preserve"> </w:t>
      </w:r>
      <w:proofErr w:type="spellStart"/>
      <w:r w:rsidRPr="00693F1B">
        <w:rPr>
          <w:rFonts w:eastAsia="Arial" w:cs="Times New Roman"/>
          <w:szCs w:val="24"/>
        </w:rPr>
        <w:t>Național</w:t>
      </w:r>
      <w:proofErr w:type="spellEnd"/>
      <w:r w:rsidRPr="00693F1B">
        <w:rPr>
          <w:rFonts w:eastAsia="Arial" w:cs="Times New Roman"/>
          <w:szCs w:val="24"/>
        </w:rPr>
        <w:t xml:space="preserve"> </w:t>
      </w:r>
      <w:proofErr w:type="spellStart"/>
      <w:r w:rsidRPr="00693F1B">
        <w:rPr>
          <w:rFonts w:eastAsia="Arial" w:cs="Times New Roman"/>
          <w:szCs w:val="24"/>
        </w:rPr>
        <w:t>pentru</w:t>
      </w:r>
      <w:proofErr w:type="spellEnd"/>
      <w:r w:rsidRPr="00693F1B">
        <w:rPr>
          <w:rFonts w:eastAsia="Arial" w:cs="Times New Roman"/>
          <w:szCs w:val="24"/>
        </w:rPr>
        <w:t xml:space="preserve"> </w:t>
      </w:r>
      <w:proofErr w:type="spellStart"/>
      <w:r w:rsidRPr="00693F1B">
        <w:rPr>
          <w:rFonts w:eastAsia="Arial" w:cs="Times New Roman"/>
          <w:szCs w:val="24"/>
        </w:rPr>
        <w:t>Protecția</w:t>
      </w:r>
      <w:proofErr w:type="spellEnd"/>
      <w:r w:rsidRPr="00693F1B">
        <w:rPr>
          <w:rFonts w:eastAsia="Arial" w:cs="Times New Roman"/>
          <w:szCs w:val="24"/>
        </w:rPr>
        <w:t xml:space="preserve"> </w:t>
      </w:r>
      <w:proofErr w:type="spellStart"/>
      <w:r w:rsidRPr="00693F1B">
        <w:rPr>
          <w:rFonts w:eastAsia="Arial" w:cs="Times New Roman"/>
          <w:szCs w:val="24"/>
        </w:rPr>
        <w:t>Datelor</w:t>
      </w:r>
      <w:proofErr w:type="spellEnd"/>
      <w:r w:rsidRPr="00693F1B">
        <w:rPr>
          <w:rFonts w:eastAsia="Arial" w:cs="Times New Roman"/>
          <w:szCs w:val="24"/>
        </w:rPr>
        <w:t xml:space="preserve"> cu Caracter Personal, </w:t>
      </w:r>
      <w:proofErr w:type="spellStart"/>
      <w:r w:rsidRPr="00693F1B">
        <w:rPr>
          <w:rFonts w:eastAsia="Arial" w:cs="Times New Roman"/>
          <w:szCs w:val="24"/>
        </w:rPr>
        <w:t>organul</w:t>
      </w:r>
      <w:proofErr w:type="spellEnd"/>
      <w:r w:rsidRPr="00693F1B">
        <w:rPr>
          <w:rFonts w:eastAsia="Arial" w:cs="Times New Roman"/>
          <w:szCs w:val="24"/>
        </w:rPr>
        <w:t xml:space="preserve"> de </w:t>
      </w:r>
      <w:proofErr w:type="spellStart"/>
      <w:r w:rsidRPr="00693F1B">
        <w:rPr>
          <w:rFonts w:eastAsia="Arial" w:cs="Times New Roman"/>
          <w:szCs w:val="24"/>
        </w:rPr>
        <w:t>supraveghere</w:t>
      </w:r>
      <w:proofErr w:type="spellEnd"/>
      <w:r w:rsidRPr="00693F1B">
        <w:rPr>
          <w:rFonts w:eastAsia="Arial" w:cs="Times New Roman"/>
          <w:szCs w:val="24"/>
        </w:rPr>
        <w:t xml:space="preserve"> </w:t>
      </w:r>
      <w:proofErr w:type="spellStart"/>
      <w:r w:rsidRPr="00693F1B">
        <w:rPr>
          <w:rFonts w:eastAsia="Arial" w:cs="Times New Roman"/>
          <w:szCs w:val="24"/>
        </w:rPr>
        <w:t>și</w:t>
      </w:r>
      <w:proofErr w:type="spellEnd"/>
      <w:r w:rsidRPr="00693F1B">
        <w:rPr>
          <w:rFonts w:eastAsia="Arial" w:cs="Times New Roman"/>
          <w:szCs w:val="24"/>
        </w:rPr>
        <w:t xml:space="preserve"> control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domeniu</w:t>
      </w:r>
      <w:proofErr w:type="spellEnd"/>
      <w:r w:rsidRPr="00693F1B">
        <w:rPr>
          <w:rFonts w:eastAsia="Arial" w:cs="Times New Roman"/>
          <w:szCs w:val="24"/>
        </w:rPr>
        <w:t>.</w:t>
      </w:r>
    </w:p>
    <w:p w14:paraId="15B5963E" w14:textId="77777777" w:rsidR="00EE7ED3" w:rsidRDefault="00EE7ED3" w:rsidP="009D7F1C">
      <w:pPr>
        <w:rPr>
          <w:rFonts w:eastAsia="Arial" w:cs="Times New Roman"/>
          <w:b/>
          <w:bCs/>
          <w:szCs w:val="24"/>
        </w:rPr>
      </w:pPr>
    </w:p>
    <w:p w14:paraId="72519732" w14:textId="77777777" w:rsidR="00EE7ED3" w:rsidRPr="00693F1B" w:rsidRDefault="00000000" w:rsidP="0089742F">
      <w:pPr>
        <w:jc w:val="center"/>
        <w:rPr>
          <w:rFonts w:eastAsia="Arial" w:cs="Times New Roman"/>
          <w:b/>
          <w:bCs/>
          <w:szCs w:val="24"/>
        </w:rPr>
      </w:pPr>
      <w:r w:rsidRPr="00693F1B">
        <w:rPr>
          <w:rFonts w:eastAsia="Arial" w:cs="Times New Roman"/>
          <w:b/>
          <w:bCs/>
          <w:szCs w:val="24"/>
        </w:rPr>
        <w:t>2. SCOPUL ȘI DOMENIUL DE APLICARE</w:t>
      </w:r>
    </w:p>
    <w:p w14:paraId="3F224EBA" w14:textId="77777777" w:rsidR="00EE7ED3" w:rsidRPr="00693F1B" w:rsidRDefault="00000000" w:rsidP="009D7F1C">
      <w:pPr>
        <w:rPr>
          <w:rFonts w:eastAsia="Arial" w:cs="Times New Roman"/>
          <w:b/>
          <w:bCs/>
          <w:szCs w:val="24"/>
        </w:rPr>
      </w:pPr>
      <w:r w:rsidRPr="00693F1B">
        <w:rPr>
          <w:rFonts w:eastAsia="Arial" w:cs="Times New Roman"/>
          <w:b/>
          <w:bCs/>
          <w:szCs w:val="24"/>
        </w:rPr>
        <w:t>2.1. SCOPUL</w:t>
      </w:r>
    </w:p>
    <w:p w14:paraId="22330F43" w14:textId="77777777" w:rsidR="00EE7ED3" w:rsidRDefault="00000000" w:rsidP="0089742F">
      <w:pPr>
        <w:jc w:val="both"/>
        <w:rPr>
          <w:rFonts w:eastAsia="Arial" w:cs="Times New Roman"/>
          <w:szCs w:val="24"/>
        </w:rPr>
      </w:pPr>
      <w:r w:rsidRPr="00693F1B">
        <w:rPr>
          <w:rFonts w:eastAsia="Arial" w:cs="Times New Roman"/>
          <w:szCs w:val="24"/>
        </w:rPr>
        <w:t xml:space="preserve">2.1.1. </w:t>
      </w:r>
      <w:proofErr w:type="spellStart"/>
      <w:r w:rsidRPr="00693F1B">
        <w:rPr>
          <w:rFonts w:eastAsia="Arial" w:cs="Times New Roman"/>
          <w:szCs w:val="24"/>
        </w:rPr>
        <w:t>Prezent</w:t>
      </w:r>
      <w:r>
        <w:rPr>
          <w:rFonts w:eastAsia="Arial" w:cs="Times New Roman"/>
          <w:szCs w:val="24"/>
        </w:rPr>
        <w:t>ul</w:t>
      </w:r>
      <w:proofErr w:type="spellEnd"/>
      <w:r w:rsidRPr="00693F1B">
        <w:rPr>
          <w:rFonts w:eastAsia="Arial" w:cs="Times New Roman"/>
          <w:szCs w:val="24"/>
        </w:rPr>
        <w:t xml:space="preserve"> </w:t>
      </w:r>
      <w:proofErr w:type="spellStart"/>
      <w:r>
        <w:rPr>
          <w:rFonts w:eastAsia="Arial" w:cs="Times New Roman"/>
          <w:szCs w:val="24"/>
        </w:rPr>
        <w:t>regulament</w:t>
      </w:r>
      <w:proofErr w:type="spellEnd"/>
      <w:r w:rsidRPr="00693F1B">
        <w:rPr>
          <w:rFonts w:eastAsia="Arial" w:cs="Times New Roman"/>
          <w:szCs w:val="24"/>
        </w:rPr>
        <w:t xml:space="preserve"> </w:t>
      </w:r>
      <w:proofErr w:type="spellStart"/>
      <w:r w:rsidRPr="00693F1B">
        <w:rPr>
          <w:rFonts w:eastAsia="Arial" w:cs="Times New Roman"/>
          <w:szCs w:val="24"/>
        </w:rPr>
        <w:t>stabilește</w:t>
      </w:r>
      <w:proofErr w:type="spellEnd"/>
      <w:r w:rsidRPr="00693F1B">
        <w:rPr>
          <w:rFonts w:eastAsia="Arial" w:cs="Times New Roman"/>
          <w:szCs w:val="24"/>
        </w:rPr>
        <w:t xml:space="preserve"> </w:t>
      </w:r>
      <w:proofErr w:type="spellStart"/>
      <w:r w:rsidRPr="00693F1B">
        <w:rPr>
          <w:rFonts w:eastAsia="Arial" w:cs="Times New Roman"/>
          <w:szCs w:val="24"/>
        </w:rPr>
        <w:t>modalitatea</w:t>
      </w:r>
      <w:proofErr w:type="spellEnd"/>
      <w:r w:rsidRPr="00693F1B">
        <w:rPr>
          <w:rFonts w:eastAsia="Arial" w:cs="Times New Roman"/>
          <w:szCs w:val="24"/>
        </w:rPr>
        <w:t xml:space="preserve"> </w:t>
      </w:r>
      <w:proofErr w:type="spellStart"/>
      <w:r w:rsidRPr="00693F1B">
        <w:rPr>
          <w:rFonts w:eastAsia="Arial" w:cs="Times New Roman"/>
          <w:szCs w:val="24"/>
        </w:rPr>
        <w:t>prin</w:t>
      </w:r>
      <w:proofErr w:type="spellEnd"/>
      <w:r w:rsidRPr="00693F1B">
        <w:rPr>
          <w:rFonts w:eastAsia="Arial" w:cs="Times New Roman"/>
          <w:szCs w:val="24"/>
        </w:rPr>
        <w:t xml:space="preserve"> care </w:t>
      </w:r>
      <w:proofErr w:type="spellStart"/>
      <w:r w:rsidRPr="00693F1B">
        <w:rPr>
          <w:rFonts w:eastAsia="Arial" w:cs="Times New Roman"/>
          <w:b/>
          <w:bCs/>
          <w:szCs w:val="24"/>
        </w:rPr>
        <w:t>Primări</w:t>
      </w:r>
      <w:r>
        <w:rPr>
          <w:rFonts w:eastAsia="Arial" w:cs="Times New Roman"/>
          <w:b/>
          <w:bCs/>
          <w:szCs w:val="24"/>
        </w:rPr>
        <w:t>a</w:t>
      </w:r>
      <w:proofErr w:type="spellEnd"/>
      <w:r w:rsidRPr="00693F1B">
        <w:rPr>
          <w:rFonts w:eastAsia="Arial" w:cs="Times New Roman"/>
          <w:b/>
          <w:bCs/>
          <w:szCs w:val="24"/>
        </w:rPr>
        <w:t xml:space="preserve"> </w:t>
      </w:r>
      <w:r w:rsidRPr="00916751">
        <w:rPr>
          <w:rFonts w:eastAsia="Arial" w:cs="Times New Roman"/>
          <w:b/>
          <w:bCs/>
          <w:szCs w:val="24"/>
        </w:rPr>
        <w:t>SATULUI MERENI</w:t>
      </w:r>
      <w:r w:rsidRPr="00693F1B">
        <w:rPr>
          <w:rFonts w:eastAsia="Arial" w:cs="Times New Roman"/>
          <w:szCs w:val="24"/>
        </w:rPr>
        <w:t xml:space="preserve"> </w:t>
      </w:r>
      <w:proofErr w:type="spellStart"/>
      <w:r w:rsidRPr="00693F1B">
        <w:rPr>
          <w:rFonts w:eastAsia="Arial" w:cs="Times New Roman"/>
          <w:szCs w:val="24"/>
        </w:rPr>
        <w:t>transferă</w:t>
      </w:r>
      <w:proofErr w:type="spellEnd"/>
      <w:r w:rsidRPr="00693F1B">
        <w:rPr>
          <w:rFonts w:eastAsia="Arial" w:cs="Times New Roman"/>
          <w:szCs w:val="24"/>
        </w:rPr>
        <w:t xml:space="preserve"> date cu </w:t>
      </w:r>
      <w:proofErr w:type="spellStart"/>
      <w:r w:rsidRPr="00693F1B">
        <w:rPr>
          <w:rFonts w:eastAsia="Arial" w:cs="Times New Roman"/>
          <w:szCs w:val="24"/>
        </w:rPr>
        <w:t>caracter</w:t>
      </w:r>
      <w:proofErr w:type="spellEnd"/>
      <w:r w:rsidRPr="00693F1B">
        <w:rPr>
          <w:rFonts w:eastAsia="Arial" w:cs="Times New Roman"/>
          <w:szCs w:val="24"/>
        </w:rPr>
        <w:t xml:space="preserve"> personal,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conformitate</w:t>
      </w:r>
      <w:proofErr w:type="spellEnd"/>
      <w:r w:rsidRPr="00693F1B">
        <w:rPr>
          <w:rFonts w:eastAsia="Arial" w:cs="Times New Roman"/>
          <w:szCs w:val="24"/>
        </w:rPr>
        <w:t xml:space="preserve"> cu </w:t>
      </w:r>
      <w:proofErr w:type="spellStart"/>
      <w:r w:rsidRPr="00693F1B">
        <w:rPr>
          <w:rFonts w:eastAsia="Arial" w:cs="Times New Roman"/>
          <w:szCs w:val="24"/>
        </w:rPr>
        <w:t>normele</w:t>
      </w:r>
      <w:proofErr w:type="spellEnd"/>
      <w:r w:rsidRPr="00693F1B">
        <w:rPr>
          <w:rFonts w:eastAsia="Arial" w:cs="Times New Roman"/>
          <w:szCs w:val="24"/>
        </w:rPr>
        <w:t xml:space="preserve"> </w:t>
      </w:r>
      <w:proofErr w:type="spellStart"/>
      <w:r w:rsidRPr="00693F1B">
        <w:rPr>
          <w:rFonts w:eastAsia="Arial" w:cs="Times New Roman"/>
          <w:szCs w:val="24"/>
        </w:rPr>
        <w:t>legale</w:t>
      </w:r>
      <w:proofErr w:type="spellEnd"/>
      <w:r w:rsidRPr="00693F1B">
        <w:rPr>
          <w:rFonts w:eastAsia="Arial" w:cs="Times New Roman"/>
          <w:szCs w:val="24"/>
        </w:rPr>
        <w:t xml:space="preserve"> </w:t>
      </w:r>
      <w:proofErr w:type="spellStart"/>
      <w:r w:rsidRPr="00693F1B">
        <w:rPr>
          <w:rFonts w:eastAsia="Arial" w:cs="Times New Roman"/>
          <w:szCs w:val="24"/>
        </w:rPr>
        <w:t>privind</w:t>
      </w:r>
      <w:proofErr w:type="spellEnd"/>
      <w:r w:rsidRPr="00693F1B">
        <w:rPr>
          <w:rFonts w:eastAsia="Arial" w:cs="Times New Roman"/>
          <w:szCs w:val="24"/>
        </w:rPr>
        <w:t xml:space="preserve"> </w:t>
      </w:r>
      <w:proofErr w:type="spellStart"/>
      <w:r w:rsidRPr="00693F1B">
        <w:rPr>
          <w:rFonts w:eastAsia="Arial" w:cs="Times New Roman"/>
          <w:szCs w:val="24"/>
        </w:rPr>
        <w:t>protecția</w:t>
      </w:r>
      <w:proofErr w:type="spellEnd"/>
      <w:r w:rsidRPr="00693F1B">
        <w:rPr>
          <w:rFonts w:eastAsia="Arial" w:cs="Times New Roman"/>
          <w:szCs w:val="24"/>
        </w:rPr>
        <w:t xml:space="preserve"> </w:t>
      </w:r>
      <w:proofErr w:type="spellStart"/>
      <w:r w:rsidRPr="00693F1B">
        <w:rPr>
          <w:rFonts w:eastAsia="Arial" w:cs="Times New Roman"/>
          <w:szCs w:val="24"/>
        </w:rPr>
        <w:t>datelor</w:t>
      </w:r>
      <w:proofErr w:type="spellEnd"/>
      <w:r w:rsidRPr="00693F1B">
        <w:rPr>
          <w:rFonts w:eastAsia="Arial" w:cs="Times New Roman"/>
          <w:szCs w:val="24"/>
        </w:rPr>
        <w:t xml:space="preserve"> cu </w:t>
      </w:r>
      <w:proofErr w:type="spellStart"/>
      <w:r w:rsidRPr="00693F1B">
        <w:rPr>
          <w:rFonts w:eastAsia="Arial" w:cs="Times New Roman"/>
          <w:szCs w:val="24"/>
        </w:rPr>
        <w:t>caracter</w:t>
      </w:r>
      <w:proofErr w:type="spellEnd"/>
      <w:r w:rsidRPr="00693F1B">
        <w:rPr>
          <w:rFonts w:eastAsia="Arial" w:cs="Times New Roman"/>
          <w:szCs w:val="24"/>
        </w:rPr>
        <w:t xml:space="preserve"> personal. </w:t>
      </w:r>
      <w:proofErr w:type="spellStart"/>
      <w:r w:rsidRPr="00693F1B">
        <w:rPr>
          <w:rFonts w:eastAsia="Arial" w:cs="Times New Roman"/>
          <w:szCs w:val="24"/>
        </w:rPr>
        <w:t>Toate</w:t>
      </w:r>
      <w:proofErr w:type="spellEnd"/>
      <w:r w:rsidRPr="00693F1B">
        <w:rPr>
          <w:rFonts w:eastAsia="Arial" w:cs="Times New Roman"/>
          <w:szCs w:val="24"/>
        </w:rPr>
        <w:t xml:space="preserve"> </w:t>
      </w:r>
      <w:proofErr w:type="spellStart"/>
      <w:r w:rsidRPr="00693F1B">
        <w:rPr>
          <w:rFonts w:eastAsia="Arial" w:cs="Times New Roman"/>
          <w:szCs w:val="24"/>
        </w:rPr>
        <w:t>operațiunile</w:t>
      </w:r>
      <w:proofErr w:type="spellEnd"/>
      <w:r w:rsidRPr="00693F1B">
        <w:rPr>
          <w:rFonts w:eastAsia="Arial" w:cs="Times New Roman"/>
          <w:szCs w:val="24"/>
        </w:rPr>
        <w:t xml:space="preserve"> de transfer </w:t>
      </w:r>
      <w:proofErr w:type="spellStart"/>
      <w:r w:rsidRPr="00693F1B">
        <w:rPr>
          <w:rFonts w:eastAsia="Arial" w:cs="Times New Roman"/>
          <w:szCs w:val="24"/>
        </w:rPr>
        <w:t>ce</w:t>
      </w:r>
      <w:proofErr w:type="spellEnd"/>
      <w:r w:rsidRPr="00693F1B">
        <w:rPr>
          <w:rFonts w:eastAsia="Arial" w:cs="Times New Roman"/>
          <w:szCs w:val="24"/>
        </w:rPr>
        <w:t xml:space="preserve"> se </w:t>
      </w:r>
      <w:proofErr w:type="spellStart"/>
      <w:r w:rsidRPr="00693F1B">
        <w:rPr>
          <w:rFonts w:eastAsia="Arial" w:cs="Times New Roman"/>
          <w:szCs w:val="24"/>
        </w:rPr>
        <w:t>supun</w:t>
      </w:r>
      <w:proofErr w:type="spellEnd"/>
      <w:r w:rsidRPr="00693F1B">
        <w:rPr>
          <w:rFonts w:eastAsia="Arial" w:cs="Times New Roman"/>
          <w:szCs w:val="24"/>
        </w:rPr>
        <w:t xml:space="preserve"> </w:t>
      </w:r>
      <w:proofErr w:type="spellStart"/>
      <w:r w:rsidRPr="00693F1B">
        <w:rPr>
          <w:rFonts w:eastAsia="Arial" w:cs="Times New Roman"/>
          <w:szCs w:val="24"/>
        </w:rPr>
        <w:t>prezent</w:t>
      </w:r>
      <w:r>
        <w:rPr>
          <w:rFonts w:eastAsia="Arial" w:cs="Times New Roman"/>
          <w:szCs w:val="24"/>
        </w:rPr>
        <w:t>ului</w:t>
      </w:r>
      <w:proofErr w:type="spellEnd"/>
      <w:r w:rsidRPr="00693F1B">
        <w:rPr>
          <w:rFonts w:eastAsia="Arial" w:cs="Times New Roman"/>
          <w:szCs w:val="24"/>
        </w:rPr>
        <w:t xml:space="preserve"> </w:t>
      </w:r>
      <w:proofErr w:type="spellStart"/>
      <w:r>
        <w:rPr>
          <w:rFonts w:eastAsia="Arial" w:cs="Times New Roman"/>
          <w:szCs w:val="24"/>
        </w:rPr>
        <w:t>Regulament</w:t>
      </w:r>
      <w:proofErr w:type="spellEnd"/>
      <w:r w:rsidRPr="00693F1B">
        <w:rPr>
          <w:rFonts w:eastAsia="Arial" w:cs="Times New Roman"/>
          <w:szCs w:val="24"/>
        </w:rPr>
        <w:t xml:space="preserve">, se fac cu </w:t>
      </w:r>
      <w:proofErr w:type="spellStart"/>
      <w:r w:rsidRPr="00693F1B">
        <w:rPr>
          <w:rFonts w:eastAsia="Arial" w:cs="Times New Roman"/>
          <w:szCs w:val="24"/>
        </w:rPr>
        <w:t>respectarea</w:t>
      </w:r>
      <w:proofErr w:type="spellEnd"/>
      <w:r w:rsidRPr="00693F1B">
        <w:rPr>
          <w:rFonts w:eastAsia="Arial" w:cs="Times New Roman"/>
          <w:szCs w:val="24"/>
        </w:rPr>
        <w:t xml:space="preserve"> </w:t>
      </w:r>
      <w:proofErr w:type="spellStart"/>
      <w:r w:rsidRPr="00693F1B">
        <w:rPr>
          <w:rFonts w:eastAsia="Arial" w:cs="Times New Roman"/>
          <w:szCs w:val="24"/>
        </w:rPr>
        <w:t>drepturilor</w:t>
      </w:r>
      <w:proofErr w:type="spellEnd"/>
      <w:r w:rsidRPr="00693F1B">
        <w:rPr>
          <w:rFonts w:eastAsia="Arial" w:cs="Times New Roman"/>
          <w:szCs w:val="24"/>
        </w:rPr>
        <w:t xml:space="preserve"> </w:t>
      </w:r>
      <w:proofErr w:type="spellStart"/>
      <w:r w:rsidRPr="00693F1B">
        <w:rPr>
          <w:rFonts w:eastAsia="Arial" w:cs="Times New Roman"/>
          <w:szCs w:val="24"/>
        </w:rPr>
        <w:t>și</w:t>
      </w:r>
      <w:proofErr w:type="spellEnd"/>
      <w:r w:rsidRPr="00693F1B">
        <w:rPr>
          <w:rFonts w:eastAsia="Arial" w:cs="Times New Roman"/>
          <w:szCs w:val="24"/>
        </w:rPr>
        <w:t xml:space="preserve"> </w:t>
      </w:r>
      <w:proofErr w:type="spellStart"/>
      <w:r w:rsidRPr="00693F1B">
        <w:rPr>
          <w:rFonts w:eastAsia="Arial" w:cs="Times New Roman"/>
          <w:szCs w:val="24"/>
        </w:rPr>
        <w:t>principiilor</w:t>
      </w:r>
      <w:proofErr w:type="spellEnd"/>
      <w:r w:rsidRPr="00693F1B">
        <w:rPr>
          <w:rFonts w:eastAsia="Arial" w:cs="Times New Roman"/>
          <w:szCs w:val="24"/>
        </w:rPr>
        <w:t xml:space="preserve"> </w:t>
      </w:r>
      <w:proofErr w:type="spellStart"/>
      <w:r w:rsidRPr="00693F1B">
        <w:rPr>
          <w:rFonts w:eastAsia="Arial" w:cs="Times New Roman"/>
          <w:szCs w:val="24"/>
        </w:rPr>
        <w:t>prevăzute</w:t>
      </w:r>
      <w:proofErr w:type="spellEnd"/>
      <w:r w:rsidRPr="00693F1B">
        <w:rPr>
          <w:rFonts w:eastAsia="Arial" w:cs="Times New Roman"/>
          <w:szCs w:val="24"/>
        </w:rPr>
        <w:t xml:space="preserve"> de </w:t>
      </w:r>
      <w:proofErr w:type="spellStart"/>
      <w:r w:rsidRPr="00693F1B">
        <w:rPr>
          <w:rFonts w:eastAsia="Arial" w:cs="Times New Roman"/>
          <w:szCs w:val="24"/>
        </w:rPr>
        <w:t>legislația</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vigoare</w:t>
      </w:r>
      <w:proofErr w:type="spellEnd"/>
      <w:r w:rsidRPr="00693F1B">
        <w:rPr>
          <w:rFonts w:eastAsia="Arial" w:cs="Times New Roman"/>
          <w:szCs w:val="24"/>
        </w:rPr>
        <w:t xml:space="preserve">. De </w:t>
      </w:r>
      <w:proofErr w:type="spellStart"/>
      <w:r w:rsidRPr="00693F1B">
        <w:rPr>
          <w:rFonts w:eastAsia="Arial" w:cs="Times New Roman"/>
          <w:szCs w:val="24"/>
        </w:rPr>
        <w:t>asemenea</w:t>
      </w:r>
      <w:proofErr w:type="spellEnd"/>
      <w:r w:rsidRPr="00693F1B">
        <w:rPr>
          <w:rFonts w:eastAsia="Arial" w:cs="Times New Roman"/>
          <w:szCs w:val="24"/>
        </w:rPr>
        <w:t xml:space="preserve">, </w:t>
      </w:r>
      <w:proofErr w:type="spellStart"/>
      <w:r w:rsidRPr="00693F1B">
        <w:rPr>
          <w:rFonts w:eastAsia="Arial" w:cs="Times New Roman"/>
          <w:szCs w:val="24"/>
        </w:rPr>
        <w:t>toate</w:t>
      </w:r>
      <w:proofErr w:type="spellEnd"/>
      <w:r w:rsidRPr="00693F1B">
        <w:rPr>
          <w:rFonts w:eastAsia="Arial" w:cs="Times New Roman"/>
          <w:szCs w:val="24"/>
        </w:rPr>
        <w:t xml:space="preserve"> </w:t>
      </w:r>
      <w:proofErr w:type="spellStart"/>
      <w:r w:rsidRPr="00693F1B">
        <w:rPr>
          <w:rFonts w:eastAsia="Arial" w:cs="Times New Roman"/>
          <w:szCs w:val="24"/>
        </w:rPr>
        <w:t>operațiunile</w:t>
      </w:r>
      <w:proofErr w:type="spellEnd"/>
      <w:r w:rsidRPr="00693F1B">
        <w:rPr>
          <w:rFonts w:eastAsia="Arial" w:cs="Times New Roman"/>
          <w:szCs w:val="24"/>
        </w:rPr>
        <w:t xml:space="preserve"> de transfer se </w:t>
      </w:r>
      <w:proofErr w:type="spellStart"/>
      <w:r w:rsidRPr="00693F1B">
        <w:rPr>
          <w:rFonts w:eastAsia="Arial" w:cs="Times New Roman"/>
          <w:szCs w:val="24"/>
        </w:rPr>
        <w:t>vor</w:t>
      </w:r>
      <w:proofErr w:type="spellEnd"/>
      <w:r w:rsidRPr="00693F1B">
        <w:rPr>
          <w:rFonts w:eastAsia="Arial" w:cs="Times New Roman"/>
          <w:szCs w:val="24"/>
        </w:rPr>
        <w:t xml:space="preserve"> </w:t>
      </w:r>
      <w:proofErr w:type="spellStart"/>
      <w:r w:rsidRPr="00693F1B">
        <w:rPr>
          <w:rFonts w:eastAsia="Arial" w:cs="Times New Roman"/>
          <w:szCs w:val="24"/>
        </w:rPr>
        <w:t>realiza</w:t>
      </w:r>
      <w:proofErr w:type="spellEnd"/>
      <w:r w:rsidRPr="00693F1B">
        <w:rPr>
          <w:rFonts w:eastAsia="Arial" w:cs="Times New Roman"/>
          <w:szCs w:val="24"/>
        </w:rPr>
        <w:t xml:space="preserve"> </w:t>
      </w:r>
      <w:proofErr w:type="spellStart"/>
      <w:r w:rsidRPr="00693F1B">
        <w:rPr>
          <w:rFonts w:eastAsia="Arial" w:cs="Times New Roman"/>
          <w:szCs w:val="24"/>
        </w:rPr>
        <w:t>având</w:t>
      </w:r>
      <w:proofErr w:type="spellEnd"/>
      <w:r w:rsidRPr="00693F1B">
        <w:rPr>
          <w:rFonts w:eastAsia="Arial" w:cs="Times New Roman"/>
          <w:szCs w:val="24"/>
        </w:rPr>
        <w:t xml:space="preserve"> la </w:t>
      </w:r>
      <w:proofErr w:type="spellStart"/>
      <w:r w:rsidRPr="00693F1B">
        <w:rPr>
          <w:rFonts w:eastAsia="Arial" w:cs="Times New Roman"/>
          <w:szCs w:val="24"/>
        </w:rPr>
        <w:t>bază</w:t>
      </w:r>
      <w:proofErr w:type="spellEnd"/>
      <w:r w:rsidRPr="00693F1B">
        <w:rPr>
          <w:rFonts w:eastAsia="Arial" w:cs="Times New Roman"/>
          <w:szCs w:val="24"/>
        </w:rPr>
        <w:t xml:space="preserve"> un </w:t>
      </w:r>
      <w:proofErr w:type="spellStart"/>
      <w:r w:rsidRPr="00693F1B">
        <w:rPr>
          <w:rFonts w:eastAsia="Arial" w:cs="Times New Roman"/>
          <w:szCs w:val="24"/>
        </w:rPr>
        <w:t>temei</w:t>
      </w:r>
      <w:proofErr w:type="spellEnd"/>
      <w:r w:rsidRPr="00693F1B">
        <w:rPr>
          <w:rFonts w:eastAsia="Arial" w:cs="Times New Roman"/>
          <w:szCs w:val="24"/>
        </w:rPr>
        <w:t xml:space="preserve"> legal, </w:t>
      </w:r>
      <w:proofErr w:type="spellStart"/>
      <w:r w:rsidRPr="00693F1B">
        <w:rPr>
          <w:rFonts w:eastAsia="Arial" w:cs="Times New Roman"/>
          <w:szCs w:val="24"/>
        </w:rPr>
        <w:t>în</w:t>
      </w:r>
      <w:proofErr w:type="spellEnd"/>
      <w:r w:rsidRPr="00693F1B">
        <w:rPr>
          <w:rFonts w:eastAsia="Arial" w:cs="Times New Roman"/>
          <w:szCs w:val="24"/>
        </w:rPr>
        <w:t xml:space="preserve"> mod </w:t>
      </w:r>
      <w:proofErr w:type="spellStart"/>
      <w:r w:rsidRPr="00693F1B">
        <w:rPr>
          <w:rFonts w:eastAsia="Arial" w:cs="Times New Roman"/>
          <w:szCs w:val="24"/>
        </w:rPr>
        <w:t>echitabil</w:t>
      </w:r>
      <w:proofErr w:type="spellEnd"/>
      <w:r w:rsidRPr="00693F1B">
        <w:rPr>
          <w:rFonts w:eastAsia="Arial" w:cs="Times New Roman"/>
          <w:szCs w:val="24"/>
        </w:rPr>
        <w:t xml:space="preserve"> </w:t>
      </w:r>
      <w:proofErr w:type="spellStart"/>
      <w:r w:rsidRPr="00693F1B">
        <w:rPr>
          <w:rFonts w:eastAsia="Arial" w:cs="Times New Roman"/>
          <w:szCs w:val="24"/>
        </w:rPr>
        <w:t>și</w:t>
      </w:r>
      <w:proofErr w:type="spellEnd"/>
      <w:r w:rsidRPr="00693F1B">
        <w:rPr>
          <w:rFonts w:eastAsia="Arial" w:cs="Times New Roman"/>
          <w:szCs w:val="24"/>
        </w:rPr>
        <w:t xml:space="preserve"> transparent. Este </w:t>
      </w:r>
      <w:proofErr w:type="spellStart"/>
      <w:r w:rsidRPr="00693F1B">
        <w:rPr>
          <w:rFonts w:eastAsia="Arial" w:cs="Times New Roman"/>
          <w:szCs w:val="24"/>
        </w:rPr>
        <w:t>interzis</w:t>
      </w:r>
      <w:proofErr w:type="spellEnd"/>
      <w:r w:rsidRPr="00693F1B">
        <w:rPr>
          <w:rFonts w:eastAsia="Arial" w:cs="Times New Roman"/>
          <w:szCs w:val="24"/>
        </w:rPr>
        <w:t xml:space="preserve"> </w:t>
      </w:r>
      <w:proofErr w:type="spellStart"/>
      <w:r w:rsidRPr="00693F1B">
        <w:rPr>
          <w:rFonts w:eastAsia="Arial" w:cs="Times New Roman"/>
          <w:szCs w:val="24"/>
        </w:rPr>
        <w:t>transferul</w:t>
      </w:r>
      <w:proofErr w:type="spellEnd"/>
      <w:r w:rsidRPr="00693F1B">
        <w:rPr>
          <w:rFonts w:eastAsia="Arial" w:cs="Times New Roman"/>
          <w:szCs w:val="24"/>
        </w:rPr>
        <w:t xml:space="preserve"> care nu are la </w:t>
      </w:r>
      <w:proofErr w:type="spellStart"/>
      <w:r w:rsidRPr="00693F1B">
        <w:rPr>
          <w:rFonts w:eastAsia="Arial" w:cs="Times New Roman"/>
          <w:szCs w:val="24"/>
        </w:rPr>
        <w:t>bază</w:t>
      </w:r>
      <w:proofErr w:type="spellEnd"/>
      <w:r w:rsidRPr="00693F1B">
        <w:rPr>
          <w:rFonts w:eastAsia="Arial" w:cs="Times New Roman"/>
          <w:szCs w:val="24"/>
        </w:rPr>
        <w:t xml:space="preserve"> un </w:t>
      </w:r>
      <w:proofErr w:type="spellStart"/>
      <w:r w:rsidRPr="00693F1B">
        <w:rPr>
          <w:rFonts w:eastAsia="Arial" w:cs="Times New Roman"/>
          <w:szCs w:val="24"/>
        </w:rPr>
        <w:t>temei</w:t>
      </w:r>
      <w:proofErr w:type="spellEnd"/>
      <w:r w:rsidRPr="00693F1B">
        <w:rPr>
          <w:rFonts w:eastAsia="Arial" w:cs="Times New Roman"/>
          <w:szCs w:val="24"/>
        </w:rPr>
        <w:t xml:space="preserve"> de </w:t>
      </w:r>
      <w:proofErr w:type="spellStart"/>
      <w:r w:rsidRPr="00693F1B">
        <w:rPr>
          <w:rFonts w:eastAsia="Arial" w:cs="Times New Roman"/>
          <w:szCs w:val="24"/>
        </w:rPr>
        <w:t>prelucrare</w:t>
      </w:r>
      <w:proofErr w:type="spellEnd"/>
      <w:r w:rsidRPr="00693F1B">
        <w:rPr>
          <w:rFonts w:eastAsia="Arial" w:cs="Times New Roman"/>
          <w:szCs w:val="24"/>
        </w:rPr>
        <w:t>.</w:t>
      </w:r>
      <w:r w:rsidRPr="00693F1B">
        <w:rPr>
          <w:rFonts w:eastAsia="Arial" w:cs="Times New Roman"/>
          <w:szCs w:val="24"/>
        </w:rPr>
        <w:br/>
        <w:t xml:space="preserve">2.1.2. </w:t>
      </w:r>
      <w:proofErr w:type="spellStart"/>
      <w:r w:rsidRPr="00693F1B">
        <w:rPr>
          <w:rFonts w:eastAsia="Arial" w:cs="Times New Roman"/>
          <w:szCs w:val="24"/>
        </w:rPr>
        <w:t>Toate</w:t>
      </w:r>
      <w:proofErr w:type="spellEnd"/>
      <w:r w:rsidRPr="00693F1B">
        <w:rPr>
          <w:rFonts w:eastAsia="Arial" w:cs="Times New Roman"/>
          <w:szCs w:val="24"/>
        </w:rPr>
        <w:t xml:space="preserve"> </w:t>
      </w:r>
      <w:proofErr w:type="spellStart"/>
      <w:r w:rsidRPr="00693F1B">
        <w:rPr>
          <w:rFonts w:eastAsia="Arial" w:cs="Times New Roman"/>
          <w:szCs w:val="24"/>
        </w:rPr>
        <w:t>dispozițiile</w:t>
      </w:r>
      <w:proofErr w:type="spellEnd"/>
      <w:r w:rsidRPr="00693F1B">
        <w:rPr>
          <w:rFonts w:eastAsia="Arial" w:cs="Times New Roman"/>
          <w:szCs w:val="24"/>
        </w:rPr>
        <w:t xml:space="preserve"> din </w:t>
      </w:r>
      <w:proofErr w:type="spellStart"/>
      <w:r w:rsidRPr="00693F1B">
        <w:rPr>
          <w:rFonts w:eastAsia="Arial" w:cs="Times New Roman"/>
          <w:szCs w:val="24"/>
        </w:rPr>
        <w:t>prezent</w:t>
      </w:r>
      <w:r>
        <w:rPr>
          <w:rFonts w:eastAsia="Arial" w:cs="Times New Roman"/>
          <w:szCs w:val="24"/>
        </w:rPr>
        <w:t>ul</w:t>
      </w:r>
      <w:proofErr w:type="spellEnd"/>
      <w:r w:rsidRPr="00693F1B">
        <w:rPr>
          <w:rFonts w:eastAsia="Arial" w:cs="Times New Roman"/>
          <w:szCs w:val="24"/>
        </w:rPr>
        <w:t xml:space="preserve"> </w:t>
      </w:r>
      <w:proofErr w:type="spellStart"/>
      <w:r>
        <w:rPr>
          <w:rFonts w:eastAsia="Arial" w:cs="Times New Roman"/>
          <w:szCs w:val="24"/>
        </w:rPr>
        <w:t>Regulament</w:t>
      </w:r>
      <w:proofErr w:type="spellEnd"/>
      <w:r w:rsidRPr="00693F1B">
        <w:rPr>
          <w:rFonts w:eastAsia="Arial" w:cs="Times New Roman"/>
          <w:szCs w:val="24"/>
        </w:rPr>
        <w:t xml:space="preserve"> se </w:t>
      </w:r>
      <w:proofErr w:type="spellStart"/>
      <w:r w:rsidRPr="00693F1B">
        <w:rPr>
          <w:rFonts w:eastAsia="Arial" w:cs="Times New Roman"/>
          <w:szCs w:val="24"/>
        </w:rPr>
        <w:t>aplică</w:t>
      </w:r>
      <w:proofErr w:type="spellEnd"/>
      <w:r w:rsidRPr="00693F1B">
        <w:rPr>
          <w:rFonts w:eastAsia="Arial" w:cs="Times New Roman"/>
          <w:szCs w:val="24"/>
        </w:rPr>
        <w:t xml:space="preserve"> </w:t>
      </w:r>
      <w:proofErr w:type="spellStart"/>
      <w:r w:rsidRPr="00693F1B">
        <w:rPr>
          <w:rFonts w:eastAsia="Arial" w:cs="Times New Roman"/>
          <w:szCs w:val="24"/>
        </w:rPr>
        <w:t>pentru</w:t>
      </w:r>
      <w:proofErr w:type="spellEnd"/>
      <w:r w:rsidRPr="00693F1B">
        <w:rPr>
          <w:rFonts w:eastAsia="Arial" w:cs="Times New Roman"/>
          <w:szCs w:val="24"/>
        </w:rPr>
        <w:t xml:space="preserve"> a se </w:t>
      </w:r>
      <w:proofErr w:type="spellStart"/>
      <w:r w:rsidRPr="00693F1B">
        <w:rPr>
          <w:rFonts w:eastAsia="Arial" w:cs="Times New Roman"/>
          <w:szCs w:val="24"/>
        </w:rPr>
        <w:t>asigura</w:t>
      </w:r>
      <w:proofErr w:type="spellEnd"/>
      <w:r w:rsidRPr="00693F1B">
        <w:rPr>
          <w:rFonts w:eastAsia="Arial" w:cs="Times New Roman"/>
          <w:szCs w:val="24"/>
        </w:rPr>
        <w:t xml:space="preserve"> </w:t>
      </w:r>
      <w:proofErr w:type="spellStart"/>
      <w:r w:rsidRPr="00693F1B">
        <w:rPr>
          <w:rFonts w:eastAsia="Arial" w:cs="Times New Roman"/>
          <w:szCs w:val="24"/>
        </w:rPr>
        <w:t>că</w:t>
      </w:r>
      <w:proofErr w:type="spellEnd"/>
      <w:r w:rsidRPr="00693F1B">
        <w:rPr>
          <w:rFonts w:eastAsia="Arial" w:cs="Times New Roman"/>
          <w:szCs w:val="24"/>
        </w:rPr>
        <w:t xml:space="preserve"> </w:t>
      </w:r>
      <w:proofErr w:type="spellStart"/>
      <w:r w:rsidRPr="00693F1B">
        <w:rPr>
          <w:rFonts w:eastAsia="Arial" w:cs="Times New Roman"/>
          <w:szCs w:val="24"/>
        </w:rPr>
        <w:t>nivelul</w:t>
      </w:r>
      <w:proofErr w:type="spellEnd"/>
      <w:r w:rsidRPr="00693F1B">
        <w:rPr>
          <w:rFonts w:eastAsia="Arial" w:cs="Times New Roman"/>
          <w:szCs w:val="24"/>
        </w:rPr>
        <w:t xml:space="preserve"> de </w:t>
      </w:r>
      <w:proofErr w:type="spellStart"/>
      <w:r w:rsidRPr="00693F1B">
        <w:rPr>
          <w:rFonts w:eastAsia="Arial" w:cs="Times New Roman"/>
          <w:szCs w:val="24"/>
        </w:rPr>
        <w:t>protecție</w:t>
      </w:r>
      <w:proofErr w:type="spellEnd"/>
      <w:r w:rsidRPr="00693F1B">
        <w:rPr>
          <w:rFonts w:eastAsia="Arial" w:cs="Times New Roman"/>
          <w:szCs w:val="24"/>
        </w:rPr>
        <w:t xml:space="preserve"> a </w:t>
      </w:r>
      <w:proofErr w:type="spellStart"/>
      <w:r w:rsidRPr="00693F1B">
        <w:rPr>
          <w:rFonts w:eastAsia="Arial" w:cs="Times New Roman"/>
          <w:szCs w:val="24"/>
        </w:rPr>
        <w:t>persoanelor</w:t>
      </w:r>
      <w:proofErr w:type="spellEnd"/>
      <w:r w:rsidRPr="00693F1B">
        <w:rPr>
          <w:rFonts w:eastAsia="Arial" w:cs="Times New Roman"/>
          <w:szCs w:val="24"/>
        </w:rPr>
        <w:t xml:space="preserve"> </w:t>
      </w:r>
      <w:proofErr w:type="spellStart"/>
      <w:r w:rsidRPr="00693F1B">
        <w:rPr>
          <w:rFonts w:eastAsia="Arial" w:cs="Times New Roman"/>
          <w:szCs w:val="24"/>
        </w:rPr>
        <w:t>fizice</w:t>
      </w:r>
      <w:proofErr w:type="spellEnd"/>
      <w:r w:rsidRPr="00693F1B">
        <w:rPr>
          <w:rFonts w:eastAsia="Arial" w:cs="Times New Roman"/>
          <w:szCs w:val="24"/>
        </w:rPr>
        <w:t xml:space="preserve"> </w:t>
      </w:r>
      <w:proofErr w:type="spellStart"/>
      <w:r w:rsidRPr="00693F1B">
        <w:rPr>
          <w:rFonts w:eastAsia="Arial" w:cs="Times New Roman"/>
          <w:szCs w:val="24"/>
        </w:rPr>
        <w:t>garantat</w:t>
      </w:r>
      <w:proofErr w:type="spellEnd"/>
      <w:r w:rsidRPr="00693F1B">
        <w:rPr>
          <w:rFonts w:eastAsia="Arial" w:cs="Times New Roman"/>
          <w:szCs w:val="24"/>
        </w:rPr>
        <w:t xml:space="preserve"> </w:t>
      </w:r>
      <w:proofErr w:type="spellStart"/>
      <w:r w:rsidRPr="00693F1B">
        <w:rPr>
          <w:rFonts w:eastAsia="Arial" w:cs="Times New Roman"/>
          <w:szCs w:val="24"/>
        </w:rPr>
        <w:t>prin</w:t>
      </w:r>
      <w:proofErr w:type="spellEnd"/>
      <w:r w:rsidRPr="00693F1B">
        <w:rPr>
          <w:rFonts w:eastAsia="Arial" w:cs="Times New Roman"/>
          <w:szCs w:val="24"/>
        </w:rPr>
        <w:t xml:space="preserve"> </w:t>
      </w:r>
      <w:proofErr w:type="spellStart"/>
      <w:r w:rsidRPr="00693F1B">
        <w:rPr>
          <w:rFonts w:eastAsia="Arial" w:cs="Times New Roman"/>
          <w:szCs w:val="24"/>
        </w:rPr>
        <w:t>legislația</w:t>
      </w:r>
      <w:proofErr w:type="spellEnd"/>
      <w:r w:rsidRPr="00693F1B">
        <w:rPr>
          <w:rFonts w:eastAsia="Arial" w:cs="Times New Roman"/>
          <w:szCs w:val="24"/>
        </w:rPr>
        <w:t xml:space="preserve"> </w:t>
      </w:r>
      <w:proofErr w:type="spellStart"/>
      <w:r w:rsidRPr="00693F1B">
        <w:rPr>
          <w:rFonts w:eastAsia="Arial" w:cs="Times New Roman"/>
          <w:szCs w:val="24"/>
        </w:rPr>
        <w:t>aferentă</w:t>
      </w:r>
      <w:proofErr w:type="spellEnd"/>
      <w:r w:rsidRPr="00693F1B">
        <w:rPr>
          <w:rFonts w:eastAsia="Arial" w:cs="Times New Roman"/>
          <w:szCs w:val="24"/>
        </w:rPr>
        <w:t xml:space="preserve"> </w:t>
      </w:r>
      <w:proofErr w:type="spellStart"/>
      <w:r w:rsidRPr="00693F1B">
        <w:rPr>
          <w:rFonts w:eastAsia="Arial" w:cs="Times New Roman"/>
          <w:szCs w:val="24"/>
        </w:rPr>
        <w:t>protecției</w:t>
      </w:r>
      <w:proofErr w:type="spellEnd"/>
      <w:r w:rsidRPr="00693F1B">
        <w:rPr>
          <w:rFonts w:eastAsia="Arial" w:cs="Times New Roman"/>
          <w:szCs w:val="24"/>
        </w:rPr>
        <w:t xml:space="preserve"> </w:t>
      </w:r>
      <w:proofErr w:type="spellStart"/>
      <w:r w:rsidRPr="00693F1B">
        <w:rPr>
          <w:rFonts w:eastAsia="Arial" w:cs="Times New Roman"/>
          <w:szCs w:val="24"/>
        </w:rPr>
        <w:t>datelor</w:t>
      </w:r>
      <w:proofErr w:type="spellEnd"/>
      <w:r w:rsidRPr="00693F1B">
        <w:rPr>
          <w:rFonts w:eastAsia="Arial" w:cs="Times New Roman"/>
          <w:szCs w:val="24"/>
        </w:rPr>
        <w:t xml:space="preserve"> cu </w:t>
      </w:r>
      <w:proofErr w:type="spellStart"/>
      <w:r w:rsidRPr="00693F1B">
        <w:rPr>
          <w:rFonts w:eastAsia="Arial" w:cs="Times New Roman"/>
          <w:szCs w:val="24"/>
        </w:rPr>
        <w:t>caracter</w:t>
      </w:r>
      <w:proofErr w:type="spellEnd"/>
      <w:r w:rsidRPr="00693F1B">
        <w:rPr>
          <w:rFonts w:eastAsia="Arial" w:cs="Times New Roman"/>
          <w:szCs w:val="24"/>
        </w:rPr>
        <w:t xml:space="preserve"> personal, nu </w:t>
      </w:r>
      <w:proofErr w:type="spellStart"/>
      <w:r w:rsidRPr="00693F1B">
        <w:rPr>
          <w:rFonts w:eastAsia="Arial" w:cs="Times New Roman"/>
          <w:szCs w:val="24"/>
        </w:rPr>
        <w:t>este</w:t>
      </w:r>
      <w:proofErr w:type="spellEnd"/>
      <w:r w:rsidRPr="00693F1B">
        <w:rPr>
          <w:rFonts w:eastAsia="Arial" w:cs="Times New Roman"/>
          <w:szCs w:val="24"/>
        </w:rPr>
        <w:t xml:space="preserve"> </w:t>
      </w:r>
      <w:proofErr w:type="spellStart"/>
      <w:r w:rsidRPr="00693F1B">
        <w:rPr>
          <w:rFonts w:eastAsia="Arial" w:cs="Times New Roman"/>
          <w:szCs w:val="24"/>
        </w:rPr>
        <w:t>subminat</w:t>
      </w:r>
      <w:proofErr w:type="spellEnd"/>
      <w:r w:rsidRPr="00693F1B">
        <w:rPr>
          <w:rFonts w:eastAsia="Arial" w:cs="Times New Roman"/>
          <w:szCs w:val="24"/>
        </w:rPr>
        <w:t>.</w:t>
      </w:r>
    </w:p>
    <w:p w14:paraId="1BDD4114" w14:textId="77777777" w:rsidR="00EE7ED3" w:rsidRPr="00693F1B" w:rsidRDefault="00000000" w:rsidP="0089742F">
      <w:pPr>
        <w:jc w:val="both"/>
        <w:rPr>
          <w:rFonts w:eastAsia="Arial" w:cs="Times New Roman"/>
          <w:szCs w:val="24"/>
        </w:rPr>
      </w:pPr>
      <w:r w:rsidRPr="00693F1B">
        <w:rPr>
          <w:rFonts w:eastAsia="Arial" w:cs="Times New Roman"/>
          <w:szCs w:val="24"/>
        </w:rPr>
        <w:t xml:space="preserve">2.1.3. </w:t>
      </w:r>
      <w:proofErr w:type="spellStart"/>
      <w:r w:rsidRPr="00693F1B">
        <w:rPr>
          <w:rFonts w:eastAsia="Arial" w:cs="Times New Roman"/>
          <w:szCs w:val="24"/>
        </w:rPr>
        <w:t>Pentru</w:t>
      </w:r>
      <w:proofErr w:type="spellEnd"/>
      <w:r w:rsidRPr="00693F1B">
        <w:rPr>
          <w:rFonts w:eastAsia="Arial" w:cs="Times New Roman"/>
          <w:szCs w:val="24"/>
        </w:rPr>
        <w:t xml:space="preserve"> </w:t>
      </w:r>
      <w:proofErr w:type="spellStart"/>
      <w:r w:rsidRPr="00693F1B">
        <w:rPr>
          <w:rFonts w:eastAsia="Arial" w:cs="Times New Roman"/>
          <w:szCs w:val="24"/>
        </w:rPr>
        <w:t>orice</w:t>
      </w:r>
      <w:proofErr w:type="spellEnd"/>
      <w:r w:rsidRPr="00693F1B">
        <w:rPr>
          <w:rFonts w:eastAsia="Arial" w:cs="Times New Roman"/>
          <w:szCs w:val="24"/>
        </w:rPr>
        <w:t xml:space="preserve"> </w:t>
      </w:r>
      <w:proofErr w:type="spellStart"/>
      <w:r w:rsidRPr="00693F1B">
        <w:rPr>
          <w:rFonts w:eastAsia="Arial" w:cs="Times New Roman"/>
          <w:szCs w:val="24"/>
        </w:rPr>
        <w:t>neclarități</w:t>
      </w:r>
      <w:proofErr w:type="spellEnd"/>
      <w:r w:rsidRPr="00693F1B">
        <w:rPr>
          <w:rFonts w:eastAsia="Arial" w:cs="Times New Roman"/>
          <w:szCs w:val="24"/>
        </w:rPr>
        <w:t xml:space="preserve"> cu </w:t>
      </w:r>
      <w:proofErr w:type="spellStart"/>
      <w:r w:rsidRPr="00693F1B">
        <w:rPr>
          <w:rFonts w:eastAsia="Arial" w:cs="Times New Roman"/>
          <w:szCs w:val="24"/>
        </w:rPr>
        <w:t>privire</w:t>
      </w:r>
      <w:proofErr w:type="spellEnd"/>
      <w:r w:rsidRPr="00693F1B">
        <w:rPr>
          <w:rFonts w:eastAsia="Arial" w:cs="Times New Roman"/>
          <w:szCs w:val="24"/>
        </w:rPr>
        <w:t xml:space="preserve"> la </w:t>
      </w:r>
      <w:proofErr w:type="spellStart"/>
      <w:r w:rsidRPr="00693F1B">
        <w:rPr>
          <w:rFonts w:eastAsia="Arial" w:cs="Times New Roman"/>
          <w:szCs w:val="24"/>
        </w:rPr>
        <w:t>interpretarea</w:t>
      </w:r>
      <w:proofErr w:type="spellEnd"/>
      <w:r w:rsidRPr="00693F1B">
        <w:rPr>
          <w:rFonts w:eastAsia="Arial" w:cs="Times New Roman"/>
          <w:szCs w:val="24"/>
        </w:rPr>
        <w:t xml:space="preserve"> </w:t>
      </w:r>
      <w:proofErr w:type="spellStart"/>
      <w:r w:rsidRPr="00693F1B">
        <w:rPr>
          <w:rFonts w:eastAsia="Arial" w:cs="Times New Roman"/>
          <w:szCs w:val="24"/>
        </w:rPr>
        <w:t>și</w:t>
      </w:r>
      <w:proofErr w:type="spellEnd"/>
      <w:r w:rsidRPr="00693F1B">
        <w:rPr>
          <w:rFonts w:eastAsia="Arial" w:cs="Times New Roman"/>
          <w:szCs w:val="24"/>
        </w:rPr>
        <w:t xml:space="preserve"> </w:t>
      </w:r>
      <w:proofErr w:type="spellStart"/>
      <w:r w:rsidRPr="00693F1B">
        <w:rPr>
          <w:rFonts w:eastAsia="Arial" w:cs="Times New Roman"/>
          <w:szCs w:val="24"/>
        </w:rPr>
        <w:t>aplicarea</w:t>
      </w:r>
      <w:proofErr w:type="spellEnd"/>
      <w:r w:rsidRPr="00693F1B">
        <w:rPr>
          <w:rFonts w:eastAsia="Arial" w:cs="Times New Roman"/>
          <w:szCs w:val="24"/>
        </w:rPr>
        <w:t xml:space="preserve"> </w:t>
      </w:r>
      <w:proofErr w:type="spellStart"/>
      <w:r w:rsidRPr="00693F1B">
        <w:rPr>
          <w:rFonts w:eastAsia="Arial" w:cs="Times New Roman"/>
          <w:szCs w:val="24"/>
        </w:rPr>
        <w:t>prezent</w:t>
      </w:r>
      <w:r>
        <w:rPr>
          <w:rFonts w:eastAsia="Arial" w:cs="Times New Roman"/>
          <w:szCs w:val="24"/>
        </w:rPr>
        <w:t>ului</w:t>
      </w:r>
      <w:proofErr w:type="spellEnd"/>
      <w:r w:rsidRPr="00693F1B">
        <w:rPr>
          <w:rFonts w:eastAsia="Arial" w:cs="Times New Roman"/>
          <w:szCs w:val="24"/>
        </w:rPr>
        <w:t xml:space="preserve"> </w:t>
      </w:r>
      <w:proofErr w:type="spellStart"/>
      <w:r>
        <w:rPr>
          <w:rFonts w:eastAsia="Arial" w:cs="Times New Roman"/>
          <w:szCs w:val="24"/>
        </w:rPr>
        <w:t>Regulament</w:t>
      </w:r>
      <w:proofErr w:type="spellEnd"/>
      <w:r w:rsidRPr="00693F1B">
        <w:rPr>
          <w:rFonts w:eastAsia="Arial" w:cs="Times New Roman"/>
          <w:szCs w:val="24"/>
        </w:rPr>
        <w:t xml:space="preserve"> se </w:t>
      </w:r>
      <w:proofErr w:type="spellStart"/>
      <w:r w:rsidRPr="00693F1B">
        <w:rPr>
          <w:rFonts w:eastAsia="Arial" w:cs="Times New Roman"/>
          <w:szCs w:val="24"/>
        </w:rPr>
        <w:t>va</w:t>
      </w:r>
      <w:proofErr w:type="spellEnd"/>
      <w:r w:rsidRPr="00693F1B">
        <w:rPr>
          <w:rFonts w:eastAsia="Arial" w:cs="Times New Roman"/>
          <w:szCs w:val="24"/>
        </w:rPr>
        <w:t xml:space="preserve"> </w:t>
      </w:r>
      <w:proofErr w:type="spellStart"/>
      <w:r w:rsidRPr="00693F1B">
        <w:rPr>
          <w:rFonts w:eastAsia="Arial" w:cs="Times New Roman"/>
          <w:szCs w:val="24"/>
        </w:rPr>
        <w:t>sesiza</w:t>
      </w:r>
      <w:proofErr w:type="spellEnd"/>
      <w:r w:rsidRPr="00693F1B">
        <w:rPr>
          <w:rFonts w:eastAsia="Arial" w:cs="Times New Roman"/>
          <w:szCs w:val="24"/>
        </w:rPr>
        <w:t xml:space="preserve"> </w:t>
      </w:r>
      <w:proofErr w:type="spellStart"/>
      <w:r w:rsidRPr="00693F1B">
        <w:rPr>
          <w:rFonts w:eastAsia="Arial" w:cs="Times New Roman"/>
          <w:szCs w:val="24"/>
        </w:rPr>
        <w:t>Responsabilul</w:t>
      </w:r>
      <w:proofErr w:type="spellEnd"/>
      <w:r w:rsidRPr="00693F1B">
        <w:rPr>
          <w:rFonts w:eastAsia="Arial" w:cs="Times New Roman"/>
          <w:szCs w:val="24"/>
        </w:rPr>
        <w:t xml:space="preserve"> cu </w:t>
      </w:r>
      <w:proofErr w:type="spellStart"/>
      <w:r w:rsidRPr="00693F1B">
        <w:rPr>
          <w:rFonts w:eastAsia="Arial" w:cs="Times New Roman"/>
          <w:szCs w:val="24"/>
        </w:rPr>
        <w:t>privire</w:t>
      </w:r>
      <w:proofErr w:type="spellEnd"/>
      <w:r w:rsidRPr="00693F1B">
        <w:rPr>
          <w:rFonts w:eastAsia="Arial" w:cs="Times New Roman"/>
          <w:szCs w:val="24"/>
        </w:rPr>
        <w:t xml:space="preserve"> la </w:t>
      </w:r>
      <w:proofErr w:type="spellStart"/>
      <w:r w:rsidRPr="00693F1B">
        <w:rPr>
          <w:rFonts w:eastAsia="Arial" w:cs="Times New Roman"/>
          <w:szCs w:val="24"/>
        </w:rPr>
        <w:t>protecția</w:t>
      </w:r>
      <w:proofErr w:type="spellEnd"/>
      <w:r w:rsidRPr="00693F1B">
        <w:rPr>
          <w:rFonts w:eastAsia="Arial" w:cs="Times New Roman"/>
          <w:szCs w:val="24"/>
        </w:rPr>
        <w:t xml:space="preserve"> </w:t>
      </w:r>
      <w:proofErr w:type="spellStart"/>
      <w:r w:rsidRPr="00693F1B">
        <w:rPr>
          <w:rFonts w:eastAsia="Arial" w:cs="Times New Roman"/>
          <w:szCs w:val="24"/>
        </w:rPr>
        <w:t>datelor</w:t>
      </w:r>
      <w:proofErr w:type="spellEnd"/>
      <w:r w:rsidRPr="00693F1B">
        <w:rPr>
          <w:rFonts w:eastAsia="Arial" w:cs="Times New Roman"/>
          <w:szCs w:val="24"/>
        </w:rPr>
        <w:t xml:space="preserve"> cu </w:t>
      </w:r>
      <w:proofErr w:type="spellStart"/>
      <w:r w:rsidRPr="00693F1B">
        <w:rPr>
          <w:rFonts w:eastAsia="Arial" w:cs="Times New Roman"/>
          <w:szCs w:val="24"/>
        </w:rPr>
        <w:t>caracter</w:t>
      </w:r>
      <w:proofErr w:type="spellEnd"/>
      <w:r w:rsidRPr="00693F1B">
        <w:rPr>
          <w:rFonts w:eastAsia="Arial" w:cs="Times New Roman"/>
          <w:szCs w:val="24"/>
        </w:rPr>
        <w:t xml:space="preserve"> personal (DPO), </w:t>
      </w:r>
      <w:proofErr w:type="spellStart"/>
      <w:r w:rsidRPr="00693F1B">
        <w:rPr>
          <w:rFonts w:eastAsia="Arial" w:cs="Times New Roman"/>
          <w:szCs w:val="24"/>
        </w:rPr>
        <w:t>dacă</w:t>
      </w:r>
      <w:proofErr w:type="spellEnd"/>
      <w:r w:rsidRPr="00693F1B">
        <w:rPr>
          <w:rFonts w:eastAsia="Arial" w:cs="Times New Roman"/>
          <w:szCs w:val="24"/>
        </w:rPr>
        <w:t xml:space="preserve"> a </w:t>
      </w:r>
      <w:proofErr w:type="spellStart"/>
      <w:r w:rsidRPr="00693F1B">
        <w:rPr>
          <w:rFonts w:eastAsia="Arial" w:cs="Times New Roman"/>
          <w:szCs w:val="24"/>
        </w:rPr>
        <w:t>fost</w:t>
      </w:r>
      <w:proofErr w:type="spellEnd"/>
      <w:r w:rsidRPr="00693F1B">
        <w:rPr>
          <w:rFonts w:eastAsia="Arial" w:cs="Times New Roman"/>
          <w:szCs w:val="24"/>
        </w:rPr>
        <w:t xml:space="preserve"> </w:t>
      </w:r>
      <w:proofErr w:type="spellStart"/>
      <w:r w:rsidRPr="00693F1B">
        <w:rPr>
          <w:rFonts w:eastAsia="Arial" w:cs="Times New Roman"/>
          <w:szCs w:val="24"/>
        </w:rPr>
        <w:t>numit</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reprezentantul</w:t>
      </w:r>
      <w:proofErr w:type="spellEnd"/>
      <w:r w:rsidRPr="00693F1B">
        <w:rPr>
          <w:rFonts w:eastAsia="Arial" w:cs="Times New Roman"/>
          <w:szCs w:val="24"/>
        </w:rPr>
        <w:t xml:space="preserve"> legal (</w:t>
      </w:r>
      <w:proofErr w:type="spellStart"/>
      <w:r w:rsidRPr="00693F1B">
        <w:rPr>
          <w:rFonts w:eastAsia="Arial" w:cs="Times New Roman"/>
          <w:szCs w:val="24"/>
        </w:rPr>
        <w:t>Primarul</w:t>
      </w:r>
      <w:proofErr w:type="spellEnd"/>
      <w:r w:rsidRPr="00693F1B">
        <w:rPr>
          <w:rFonts w:eastAsia="Arial" w:cs="Times New Roman"/>
          <w:szCs w:val="24"/>
        </w:rPr>
        <w:t>).</w:t>
      </w:r>
    </w:p>
    <w:p w14:paraId="12165789" w14:textId="77777777" w:rsidR="00EE7ED3" w:rsidRPr="00693F1B" w:rsidRDefault="00000000" w:rsidP="009D7F1C">
      <w:pPr>
        <w:rPr>
          <w:rFonts w:eastAsia="Arial" w:cs="Times New Roman"/>
          <w:b/>
          <w:bCs/>
          <w:szCs w:val="24"/>
        </w:rPr>
      </w:pPr>
      <w:r w:rsidRPr="00693F1B">
        <w:rPr>
          <w:rFonts w:eastAsia="Arial" w:cs="Times New Roman"/>
          <w:b/>
          <w:bCs/>
          <w:szCs w:val="24"/>
        </w:rPr>
        <w:lastRenderedPageBreak/>
        <w:t>2.2 DOMENIUL DE APLICARE</w:t>
      </w:r>
    </w:p>
    <w:p w14:paraId="7E28F03E" w14:textId="77777777" w:rsidR="00EE7ED3" w:rsidRDefault="00000000" w:rsidP="0057282C">
      <w:pPr>
        <w:jc w:val="both"/>
        <w:rPr>
          <w:rFonts w:eastAsia="Arial" w:cs="Times New Roman"/>
          <w:szCs w:val="24"/>
        </w:rPr>
      </w:pPr>
      <w:r w:rsidRPr="00693F1B">
        <w:rPr>
          <w:rFonts w:eastAsia="Arial" w:cs="Times New Roman"/>
          <w:szCs w:val="24"/>
        </w:rPr>
        <w:t xml:space="preserve">2.2.1. </w:t>
      </w:r>
      <w:proofErr w:type="spellStart"/>
      <w:r w:rsidRPr="00693F1B">
        <w:rPr>
          <w:rFonts w:eastAsia="Arial" w:cs="Times New Roman"/>
          <w:szCs w:val="24"/>
        </w:rPr>
        <w:t>Prezent</w:t>
      </w:r>
      <w:r>
        <w:rPr>
          <w:rFonts w:eastAsia="Arial" w:cs="Times New Roman"/>
          <w:szCs w:val="24"/>
        </w:rPr>
        <w:t>ul</w:t>
      </w:r>
      <w:proofErr w:type="spellEnd"/>
      <w:r w:rsidRPr="00693F1B">
        <w:rPr>
          <w:rFonts w:eastAsia="Arial" w:cs="Times New Roman"/>
          <w:szCs w:val="24"/>
        </w:rPr>
        <w:t xml:space="preserve"> </w:t>
      </w:r>
      <w:proofErr w:type="spellStart"/>
      <w:r>
        <w:rPr>
          <w:rFonts w:eastAsia="Arial" w:cs="Times New Roman"/>
          <w:szCs w:val="24"/>
        </w:rPr>
        <w:t>Regulament</w:t>
      </w:r>
      <w:proofErr w:type="spellEnd"/>
      <w:r w:rsidRPr="00693F1B">
        <w:rPr>
          <w:rFonts w:eastAsia="Arial" w:cs="Times New Roman"/>
          <w:szCs w:val="24"/>
        </w:rPr>
        <w:t xml:space="preserve"> se </w:t>
      </w:r>
      <w:proofErr w:type="spellStart"/>
      <w:r w:rsidRPr="00693F1B">
        <w:rPr>
          <w:rFonts w:eastAsia="Arial" w:cs="Times New Roman"/>
          <w:szCs w:val="24"/>
        </w:rPr>
        <w:t>aplică</w:t>
      </w:r>
      <w:proofErr w:type="spellEnd"/>
      <w:r w:rsidRPr="00693F1B">
        <w:rPr>
          <w:rFonts w:eastAsia="Arial" w:cs="Times New Roman"/>
          <w:szCs w:val="24"/>
        </w:rPr>
        <w:t xml:space="preserve"> </w:t>
      </w:r>
      <w:proofErr w:type="spellStart"/>
      <w:r w:rsidRPr="00693F1B">
        <w:rPr>
          <w:rFonts w:eastAsia="Arial" w:cs="Times New Roman"/>
          <w:szCs w:val="24"/>
        </w:rPr>
        <w:t>transferului</w:t>
      </w:r>
      <w:proofErr w:type="spellEnd"/>
      <w:r w:rsidRPr="00693F1B">
        <w:rPr>
          <w:rFonts w:eastAsia="Arial" w:cs="Times New Roman"/>
          <w:szCs w:val="24"/>
        </w:rPr>
        <w:t xml:space="preserve"> de date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interiorul</w:t>
      </w:r>
      <w:proofErr w:type="spellEnd"/>
      <w:r w:rsidRPr="00693F1B">
        <w:rPr>
          <w:rFonts w:eastAsia="Arial" w:cs="Times New Roman"/>
          <w:szCs w:val="24"/>
        </w:rPr>
        <w:t xml:space="preserve"> </w:t>
      </w:r>
      <w:proofErr w:type="spellStart"/>
      <w:r w:rsidRPr="00693F1B">
        <w:rPr>
          <w:rFonts w:eastAsia="Arial" w:cs="Times New Roman"/>
          <w:szCs w:val="24"/>
        </w:rPr>
        <w:t>autorității</w:t>
      </w:r>
      <w:proofErr w:type="spellEnd"/>
      <w:r w:rsidRPr="00693F1B">
        <w:rPr>
          <w:rFonts w:eastAsia="Arial" w:cs="Times New Roman"/>
          <w:szCs w:val="24"/>
        </w:rPr>
        <w:t xml:space="preserve"> </w:t>
      </w:r>
      <w:proofErr w:type="spellStart"/>
      <w:r w:rsidRPr="00693F1B">
        <w:rPr>
          <w:rFonts w:eastAsia="Arial" w:cs="Times New Roman"/>
          <w:b/>
          <w:bCs/>
          <w:szCs w:val="24"/>
        </w:rPr>
        <w:t>Primări</w:t>
      </w:r>
      <w:r>
        <w:rPr>
          <w:rFonts w:eastAsia="Arial" w:cs="Times New Roman"/>
          <w:b/>
          <w:bCs/>
          <w:szCs w:val="24"/>
        </w:rPr>
        <w:t>a</w:t>
      </w:r>
      <w:proofErr w:type="spellEnd"/>
      <w:r w:rsidRPr="00693F1B">
        <w:rPr>
          <w:rFonts w:eastAsia="Arial" w:cs="Times New Roman"/>
          <w:b/>
          <w:bCs/>
          <w:szCs w:val="24"/>
        </w:rPr>
        <w:t xml:space="preserve"> </w:t>
      </w:r>
      <w:r w:rsidRPr="00916751">
        <w:rPr>
          <w:rFonts w:eastAsia="Arial" w:cs="Times New Roman"/>
          <w:b/>
          <w:bCs/>
          <w:szCs w:val="24"/>
        </w:rPr>
        <w:t>SATULUI MERENI</w:t>
      </w:r>
      <w:r w:rsidRPr="00693F1B">
        <w:rPr>
          <w:rFonts w:eastAsia="Arial" w:cs="Times New Roman"/>
          <w:szCs w:val="24"/>
        </w:rPr>
        <w:t xml:space="preserve"> precum </w:t>
      </w:r>
      <w:proofErr w:type="spellStart"/>
      <w:r w:rsidRPr="00693F1B">
        <w:rPr>
          <w:rFonts w:eastAsia="Arial" w:cs="Times New Roman"/>
          <w:szCs w:val="24"/>
        </w:rPr>
        <w:t>și</w:t>
      </w:r>
      <w:proofErr w:type="spellEnd"/>
      <w:r w:rsidRPr="00693F1B">
        <w:rPr>
          <w:rFonts w:eastAsia="Arial" w:cs="Times New Roman"/>
          <w:szCs w:val="24"/>
        </w:rPr>
        <w:t xml:space="preserve"> </w:t>
      </w:r>
      <w:proofErr w:type="spellStart"/>
      <w:r w:rsidRPr="00693F1B">
        <w:rPr>
          <w:rFonts w:eastAsia="Arial" w:cs="Times New Roman"/>
          <w:szCs w:val="24"/>
        </w:rPr>
        <w:t>către</w:t>
      </w:r>
      <w:proofErr w:type="spellEnd"/>
      <w:r w:rsidRPr="00693F1B">
        <w:rPr>
          <w:rFonts w:eastAsia="Arial" w:cs="Times New Roman"/>
          <w:szCs w:val="24"/>
        </w:rPr>
        <w:t xml:space="preserve"> </w:t>
      </w:r>
      <w:proofErr w:type="spellStart"/>
      <w:r w:rsidRPr="00693F1B">
        <w:rPr>
          <w:rFonts w:eastAsia="Arial" w:cs="Times New Roman"/>
          <w:szCs w:val="24"/>
        </w:rPr>
        <w:t>alți</w:t>
      </w:r>
      <w:proofErr w:type="spellEnd"/>
      <w:r w:rsidRPr="00693F1B">
        <w:rPr>
          <w:rFonts w:eastAsia="Arial" w:cs="Times New Roman"/>
          <w:szCs w:val="24"/>
        </w:rPr>
        <w:t xml:space="preserve"> </w:t>
      </w:r>
      <w:proofErr w:type="spellStart"/>
      <w:r w:rsidRPr="00693F1B">
        <w:rPr>
          <w:rFonts w:eastAsia="Arial" w:cs="Times New Roman"/>
          <w:szCs w:val="24"/>
        </w:rPr>
        <w:t>destinatari</w:t>
      </w:r>
      <w:proofErr w:type="spellEnd"/>
      <w:r w:rsidRPr="00693F1B">
        <w:rPr>
          <w:rFonts w:eastAsia="Arial" w:cs="Times New Roman"/>
          <w:szCs w:val="24"/>
        </w:rPr>
        <w:t xml:space="preserve"> </w:t>
      </w:r>
      <w:proofErr w:type="spellStart"/>
      <w:r w:rsidRPr="00693F1B">
        <w:rPr>
          <w:rFonts w:eastAsia="Arial" w:cs="Times New Roman"/>
          <w:szCs w:val="24"/>
        </w:rPr>
        <w:t>pentru</w:t>
      </w:r>
      <w:proofErr w:type="spellEnd"/>
      <w:r w:rsidRPr="00693F1B">
        <w:rPr>
          <w:rFonts w:eastAsia="Arial" w:cs="Times New Roman"/>
          <w:szCs w:val="24"/>
        </w:rPr>
        <w:t xml:space="preserve"> un scop </w:t>
      </w:r>
      <w:proofErr w:type="spellStart"/>
      <w:r w:rsidRPr="00693F1B">
        <w:rPr>
          <w:rFonts w:eastAsia="Arial" w:cs="Times New Roman"/>
          <w:szCs w:val="24"/>
        </w:rPr>
        <w:t>stabilit</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expres</w:t>
      </w:r>
      <w:proofErr w:type="spellEnd"/>
      <w:r w:rsidRPr="00693F1B">
        <w:rPr>
          <w:rFonts w:eastAsia="Arial" w:cs="Times New Roman"/>
          <w:szCs w:val="24"/>
        </w:rPr>
        <w:t xml:space="preserve"> </w:t>
      </w:r>
      <w:proofErr w:type="spellStart"/>
      <w:r w:rsidRPr="00693F1B">
        <w:rPr>
          <w:rFonts w:eastAsia="Arial" w:cs="Times New Roman"/>
          <w:szCs w:val="24"/>
        </w:rPr>
        <w:t>prevăzut</w:t>
      </w:r>
      <w:proofErr w:type="spellEnd"/>
      <w:r w:rsidRPr="00693F1B">
        <w:rPr>
          <w:rFonts w:eastAsia="Arial" w:cs="Times New Roman"/>
          <w:szCs w:val="24"/>
        </w:rPr>
        <w:t xml:space="preserve"> </w:t>
      </w:r>
      <w:proofErr w:type="spellStart"/>
      <w:r w:rsidRPr="00693F1B">
        <w:rPr>
          <w:rFonts w:eastAsia="Arial" w:cs="Times New Roman"/>
          <w:szCs w:val="24"/>
        </w:rPr>
        <w:t>într</w:t>
      </w:r>
      <w:proofErr w:type="spellEnd"/>
      <w:r w:rsidRPr="00693F1B">
        <w:rPr>
          <w:rFonts w:eastAsia="Arial" w:cs="Times New Roman"/>
          <w:szCs w:val="24"/>
        </w:rPr>
        <w:t xml:space="preserve">-o </w:t>
      </w:r>
      <w:proofErr w:type="spellStart"/>
      <w:r w:rsidRPr="00693F1B">
        <w:rPr>
          <w:rFonts w:eastAsia="Arial" w:cs="Times New Roman"/>
          <w:szCs w:val="24"/>
        </w:rPr>
        <w:t>dispoziție</w:t>
      </w:r>
      <w:proofErr w:type="spellEnd"/>
      <w:r w:rsidRPr="00693F1B">
        <w:rPr>
          <w:rFonts w:eastAsia="Arial" w:cs="Times New Roman"/>
          <w:szCs w:val="24"/>
        </w:rPr>
        <w:t xml:space="preserve"> </w:t>
      </w:r>
      <w:proofErr w:type="spellStart"/>
      <w:r w:rsidRPr="00693F1B">
        <w:rPr>
          <w:rFonts w:eastAsia="Arial" w:cs="Times New Roman"/>
          <w:szCs w:val="24"/>
        </w:rPr>
        <w:t>legală</w:t>
      </w:r>
      <w:proofErr w:type="spellEnd"/>
      <w:r w:rsidRPr="00693F1B">
        <w:rPr>
          <w:rFonts w:eastAsia="Arial" w:cs="Times New Roman"/>
          <w:szCs w:val="24"/>
        </w:rPr>
        <w:t xml:space="preserve">, precum </w:t>
      </w:r>
      <w:proofErr w:type="spellStart"/>
      <w:r w:rsidRPr="00693F1B">
        <w:rPr>
          <w:rFonts w:eastAsia="Arial" w:cs="Times New Roman"/>
          <w:szCs w:val="24"/>
        </w:rPr>
        <w:t>și</w:t>
      </w:r>
      <w:proofErr w:type="spellEnd"/>
      <w:r w:rsidRPr="00693F1B">
        <w:rPr>
          <w:rFonts w:eastAsia="Arial" w:cs="Times New Roman"/>
          <w:szCs w:val="24"/>
        </w:rPr>
        <w:t xml:space="preserve"> </w:t>
      </w:r>
      <w:proofErr w:type="spellStart"/>
      <w:r w:rsidRPr="00693F1B">
        <w:rPr>
          <w:rFonts w:eastAsia="Arial" w:cs="Times New Roman"/>
          <w:szCs w:val="24"/>
        </w:rPr>
        <w:t>atunci</w:t>
      </w:r>
      <w:proofErr w:type="spellEnd"/>
      <w:r w:rsidRPr="00693F1B">
        <w:rPr>
          <w:rFonts w:eastAsia="Arial" w:cs="Times New Roman"/>
          <w:szCs w:val="24"/>
        </w:rPr>
        <w:t xml:space="preserve"> </w:t>
      </w:r>
      <w:proofErr w:type="spellStart"/>
      <w:r w:rsidRPr="00693F1B">
        <w:rPr>
          <w:rFonts w:eastAsia="Arial" w:cs="Times New Roman"/>
          <w:szCs w:val="24"/>
        </w:rPr>
        <w:t>când</w:t>
      </w:r>
      <w:proofErr w:type="spellEnd"/>
      <w:r w:rsidRPr="00693F1B">
        <w:rPr>
          <w:rFonts w:eastAsia="Arial" w:cs="Times New Roman"/>
          <w:szCs w:val="24"/>
        </w:rPr>
        <w:t xml:space="preserve"> </w:t>
      </w:r>
      <w:proofErr w:type="spellStart"/>
      <w:r w:rsidRPr="00693F1B">
        <w:rPr>
          <w:rFonts w:eastAsia="Arial" w:cs="Times New Roman"/>
          <w:szCs w:val="24"/>
        </w:rPr>
        <w:t>prelucrarea</w:t>
      </w:r>
      <w:proofErr w:type="spellEnd"/>
      <w:r w:rsidRPr="00693F1B">
        <w:rPr>
          <w:rFonts w:eastAsia="Arial" w:cs="Times New Roman"/>
          <w:szCs w:val="24"/>
        </w:rPr>
        <w:t xml:space="preserve"> </w:t>
      </w:r>
      <w:proofErr w:type="spellStart"/>
      <w:r w:rsidRPr="00693F1B">
        <w:rPr>
          <w:rFonts w:eastAsia="Arial" w:cs="Times New Roman"/>
          <w:szCs w:val="24"/>
        </w:rPr>
        <w:t>este</w:t>
      </w:r>
      <w:proofErr w:type="spellEnd"/>
      <w:r w:rsidRPr="00693F1B">
        <w:rPr>
          <w:rFonts w:eastAsia="Arial" w:cs="Times New Roman"/>
          <w:szCs w:val="24"/>
        </w:rPr>
        <w:t xml:space="preserve"> </w:t>
      </w:r>
      <w:proofErr w:type="spellStart"/>
      <w:r w:rsidRPr="00693F1B">
        <w:rPr>
          <w:rFonts w:eastAsia="Arial" w:cs="Times New Roman"/>
          <w:szCs w:val="24"/>
        </w:rPr>
        <w:t>necesară</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scopul</w:t>
      </w:r>
      <w:proofErr w:type="spellEnd"/>
      <w:r w:rsidRPr="00693F1B">
        <w:rPr>
          <w:rFonts w:eastAsia="Arial" w:cs="Times New Roman"/>
          <w:szCs w:val="24"/>
        </w:rPr>
        <w:t xml:space="preserve"> </w:t>
      </w:r>
      <w:proofErr w:type="spellStart"/>
      <w:r w:rsidRPr="00693F1B">
        <w:rPr>
          <w:rFonts w:eastAsia="Arial" w:cs="Times New Roman"/>
          <w:szCs w:val="24"/>
        </w:rPr>
        <w:t>îndeplinirii</w:t>
      </w:r>
      <w:proofErr w:type="spellEnd"/>
      <w:r w:rsidRPr="00693F1B">
        <w:rPr>
          <w:rFonts w:eastAsia="Arial" w:cs="Times New Roman"/>
          <w:szCs w:val="24"/>
        </w:rPr>
        <w:t xml:space="preserve"> </w:t>
      </w:r>
      <w:proofErr w:type="spellStart"/>
      <w:r w:rsidRPr="00693F1B">
        <w:rPr>
          <w:rFonts w:eastAsia="Arial" w:cs="Times New Roman"/>
          <w:szCs w:val="24"/>
        </w:rPr>
        <w:t>atribuțiilor</w:t>
      </w:r>
      <w:proofErr w:type="spellEnd"/>
      <w:r w:rsidRPr="00693F1B">
        <w:rPr>
          <w:rFonts w:eastAsia="Arial" w:cs="Times New Roman"/>
          <w:szCs w:val="24"/>
        </w:rPr>
        <w:t xml:space="preserve"> de </w:t>
      </w:r>
      <w:proofErr w:type="spellStart"/>
      <w:r w:rsidRPr="00693F1B">
        <w:rPr>
          <w:rFonts w:eastAsia="Arial" w:cs="Times New Roman"/>
          <w:szCs w:val="24"/>
        </w:rPr>
        <w:t>interes</w:t>
      </w:r>
      <w:proofErr w:type="spellEnd"/>
      <w:r w:rsidRPr="00693F1B">
        <w:rPr>
          <w:rFonts w:eastAsia="Arial" w:cs="Times New Roman"/>
          <w:szCs w:val="24"/>
        </w:rPr>
        <w:t xml:space="preserve"> public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exercitarea</w:t>
      </w:r>
      <w:proofErr w:type="spellEnd"/>
      <w:r w:rsidRPr="00693F1B">
        <w:rPr>
          <w:rFonts w:eastAsia="Arial" w:cs="Times New Roman"/>
          <w:szCs w:val="24"/>
        </w:rPr>
        <w:t xml:space="preserve"> </w:t>
      </w:r>
      <w:proofErr w:type="spellStart"/>
      <w:r w:rsidRPr="00693F1B">
        <w:rPr>
          <w:rFonts w:eastAsia="Arial" w:cs="Times New Roman"/>
          <w:szCs w:val="24"/>
        </w:rPr>
        <w:t>autorității</w:t>
      </w:r>
      <w:proofErr w:type="spellEnd"/>
      <w:r w:rsidRPr="00693F1B">
        <w:rPr>
          <w:rFonts w:eastAsia="Arial" w:cs="Times New Roman"/>
          <w:szCs w:val="24"/>
        </w:rPr>
        <w:t xml:space="preserve"> </w:t>
      </w:r>
      <w:proofErr w:type="spellStart"/>
      <w:r w:rsidRPr="00693F1B">
        <w:rPr>
          <w:rFonts w:eastAsia="Arial" w:cs="Times New Roman"/>
          <w:szCs w:val="24"/>
        </w:rPr>
        <w:t>publice</w:t>
      </w:r>
      <w:proofErr w:type="spellEnd"/>
      <w:r w:rsidRPr="00693F1B">
        <w:rPr>
          <w:rFonts w:eastAsia="Arial" w:cs="Times New Roman"/>
          <w:szCs w:val="24"/>
        </w:rPr>
        <w:t xml:space="preserve"> cu care </w:t>
      </w:r>
      <w:proofErr w:type="spellStart"/>
      <w:r w:rsidRPr="00693F1B">
        <w:rPr>
          <w:rFonts w:eastAsia="Arial" w:cs="Times New Roman"/>
          <w:szCs w:val="24"/>
        </w:rPr>
        <w:t>este</w:t>
      </w:r>
      <w:proofErr w:type="spellEnd"/>
      <w:r w:rsidRPr="00693F1B">
        <w:rPr>
          <w:rFonts w:eastAsia="Arial" w:cs="Times New Roman"/>
          <w:szCs w:val="24"/>
        </w:rPr>
        <w:t xml:space="preserve"> </w:t>
      </w:r>
      <w:proofErr w:type="spellStart"/>
      <w:r w:rsidRPr="00693F1B">
        <w:rPr>
          <w:rFonts w:eastAsia="Arial" w:cs="Times New Roman"/>
          <w:szCs w:val="24"/>
        </w:rPr>
        <w:t>învestit</w:t>
      </w:r>
      <w:proofErr w:type="spellEnd"/>
      <w:r w:rsidRPr="00693F1B">
        <w:rPr>
          <w:rFonts w:eastAsia="Arial" w:cs="Times New Roman"/>
          <w:szCs w:val="24"/>
        </w:rPr>
        <w:t xml:space="preserve"> </w:t>
      </w:r>
      <w:proofErr w:type="spellStart"/>
      <w:r w:rsidRPr="00693F1B">
        <w:rPr>
          <w:rFonts w:eastAsia="Arial" w:cs="Times New Roman"/>
          <w:szCs w:val="24"/>
        </w:rPr>
        <w:t>operatorul</w:t>
      </w:r>
      <w:proofErr w:type="spellEnd"/>
      <w:r w:rsidRPr="00693F1B">
        <w:rPr>
          <w:rFonts w:eastAsia="Arial" w:cs="Times New Roman"/>
          <w:szCs w:val="24"/>
        </w:rPr>
        <w:t xml:space="preserve">, </w:t>
      </w:r>
      <w:proofErr w:type="spellStart"/>
      <w:r w:rsidRPr="00693F1B">
        <w:rPr>
          <w:rFonts w:eastAsia="Arial" w:cs="Times New Roman"/>
          <w:szCs w:val="24"/>
        </w:rPr>
        <w:t>destinatarul</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o </w:t>
      </w:r>
      <w:proofErr w:type="spellStart"/>
      <w:r w:rsidRPr="00693F1B">
        <w:rPr>
          <w:rFonts w:eastAsia="Arial" w:cs="Times New Roman"/>
          <w:szCs w:val="24"/>
        </w:rPr>
        <w:t>parte</w:t>
      </w:r>
      <w:proofErr w:type="spellEnd"/>
      <w:r w:rsidRPr="00693F1B">
        <w:rPr>
          <w:rFonts w:eastAsia="Arial" w:cs="Times New Roman"/>
          <w:szCs w:val="24"/>
        </w:rPr>
        <w:t xml:space="preserve"> </w:t>
      </w:r>
      <w:proofErr w:type="spellStart"/>
      <w:r w:rsidRPr="00693F1B">
        <w:rPr>
          <w:rFonts w:eastAsia="Arial" w:cs="Times New Roman"/>
          <w:szCs w:val="24"/>
        </w:rPr>
        <w:t>terță</w:t>
      </w:r>
      <w:proofErr w:type="spellEnd"/>
      <w:r w:rsidRPr="00693F1B">
        <w:rPr>
          <w:rFonts w:eastAsia="Arial" w:cs="Times New Roman"/>
          <w:szCs w:val="24"/>
        </w:rPr>
        <w:t>.</w:t>
      </w:r>
    </w:p>
    <w:p w14:paraId="039573B0" w14:textId="77777777" w:rsidR="00EE7ED3" w:rsidRDefault="00000000" w:rsidP="0057282C">
      <w:pPr>
        <w:jc w:val="both"/>
        <w:rPr>
          <w:rFonts w:eastAsia="Arial" w:cs="Times New Roman"/>
          <w:szCs w:val="24"/>
        </w:rPr>
      </w:pPr>
      <w:r w:rsidRPr="00693F1B">
        <w:rPr>
          <w:rFonts w:eastAsia="Arial" w:cs="Times New Roman"/>
          <w:szCs w:val="24"/>
        </w:rPr>
        <w:t xml:space="preserve">2.2.2. </w:t>
      </w:r>
      <w:proofErr w:type="spellStart"/>
      <w:r w:rsidRPr="00693F1B">
        <w:rPr>
          <w:rFonts w:eastAsia="Arial" w:cs="Times New Roman"/>
          <w:szCs w:val="24"/>
        </w:rPr>
        <w:t>Prezent</w:t>
      </w:r>
      <w:r>
        <w:rPr>
          <w:rFonts w:eastAsia="Arial" w:cs="Times New Roman"/>
          <w:szCs w:val="24"/>
        </w:rPr>
        <w:t>ul</w:t>
      </w:r>
      <w:proofErr w:type="spellEnd"/>
      <w:r>
        <w:rPr>
          <w:rFonts w:eastAsia="Arial" w:cs="Times New Roman"/>
          <w:szCs w:val="24"/>
        </w:rPr>
        <w:t xml:space="preserve"> </w:t>
      </w:r>
      <w:proofErr w:type="spellStart"/>
      <w:r>
        <w:rPr>
          <w:rFonts w:eastAsia="Arial" w:cs="Times New Roman"/>
          <w:szCs w:val="24"/>
        </w:rPr>
        <w:t>Regulament</w:t>
      </w:r>
      <w:proofErr w:type="spellEnd"/>
      <w:r w:rsidRPr="00693F1B">
        <w:rPr>
          <w:rFonts w:eastAsia="Arial" w:cs="Times New Roman"/>
          <w:szCs w:val="24"/>
        </w:rPr>
        <w:t xml:space="preserve"> se </w:t>
      </w:r>
      <w:proofErr w:type="spellStart"/>
      <w:r w:rsidRPr="00693F1B">
        <w:rPr>
          <w:rFonts w:eastAsia="Arial" w:cs="Times New Roman"/>
          <w:szCs w:val="24"/>
        </w:rPr>
        <w:t>aplică</w:t>
      </w:r>
      <w:proofErr w:type="spellEnd"/>
      <w:r w:rsidRPr="00693F1B">
        <w:rPr>
          <w:rFonts w:eastAsia="Arial" w:cs="Times New Roman"/>
          <w:szCs w:val="24"/>
        </w:rPr>
        <w:t xml:space="preserve"> </w:t>
      </w:r>
      <w:proofErr w:type="spellStart"/>
      <w:r w:rsidRPr="00693F1B">
        <w:rPr>
          <w:rFonts w:eastAsia="Arial" w:cs="Times New Roman"/>
          <w:szCs w:val="24"/>
        </w:rPr>
        <w:t>și</w:t>
      </w:r>
      <w:proofErr w:type="spellEnd"/>
      <w:r w:rsidRPr="00693F1B">
        <w:rPr>
          <w:rFonts w:eastAsia="Arial" w:cs="Times New Roman"/>
          <w:szCs w:val="24"/>
        </w:rPr>
        <w:t xml:space="preserve"> </w:t>
      </w:r>
      <w:proofErr w:type="spellStart"/>
      <w:r w:rsidRPr="00693F1B">
        <w:rPr>
          <w:rFonts w:eastAsia="Arial" w:cs="Times New Roman"/>
          <w:szCs w:val="24"/>
        </w:rPr>
        <w:t>transferului</w:t>
      </w:r>
      <w:proofErr w:type="spellEnd"/>
      <w:r w:rsidRPr="00693F1B">
        <w:rPr>
          <w:rFonts w:eastAsia="Arial" w:cs="Times New Roman"/>
          <w:szCs w:val="24"/>
        </w:rPr>
        <w:t xml:space="preserve"> de date </w:t>
      </w:r>
      <w:proofErr w:type="spellStart"/>
      <w:r w:rsidRPr="00693F1B">
        <w:rPr>
          <w:rFonts w:eastAsia="Arial" w:cs="Times New Roman"/>
          <w:szCs w:val="24"/>
        </w:rPr>
        <w:t>ocazional</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ad-hoc, </w:t>
      </w:r>
      <w:proofErr w:type="spellStart"/>
      <w:r w:rsidRPr="00693F1B">
        <w:rPr>
          <w:rFonts w:eastAsia="Arial" w:cs="Times New Roman"/>
          <w:szCs w:val="24"/>
        </w:rPr>
        <w:t>efectuat</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baza</w:t>
      </w:r>
      <w:proofErr w:type="spellEnd"/>
      <w:r w:rsidRPr="00693F1B">
        <w:rPr>
          <w:rFonts w:eastAsia="Arial" w:cs="Times New Roman"/>
          <w:szCs w:val="24"/>
        </w:rPr>
        <w:t xml:space="preserve"> </w:t>
      </w:r>
      <w:proofErr w:type="spellStart"/>
      <w:r w:rsidRPr="00693F1B">
        <w:rPr>
          <w:rFonts w:eastAsia="Arial" w:cs="Times New Roman"/>
          <w:szCs w:val="24"/>
        </w:rPr>
        <w:t>unei</w:t>
      </w:r>
      <w:proofErr w:type="spellEnd"/>
      <w:r w:rsidRPr="00693F1B">
        <w:rPr>
          <w:rFonts w:eastAsia="Arial" w:cs="Times New Roman"/>
          <w:szCs w:val="24"/>
        </w:rPr>
        <w:t xml:space="preserve"> </w:t>
      </w:r>
      <w:proofErr w:type="spellStart"/>
      <w:r w:rsidRPr="00693F1B">
        <w:rPr>
          <w:rFonts w:eastAsia="Arial" w:cs="Times New Roman"/>
          <w:szCs w:val="24"/>
        </w:rPr>
        <w:t>decizii</w:t>
      </w:r>
      <w:proofErr w:type="spellEnd"/>
      <w:r w:rsidRPr="00693F1B">
        <w:rPr>
          <w:rFonts w:eastAsia="Arial" w:cs="Times New Roman"/>
          <w:szCs w:val="24"/>
        </w:rPr>
        <w:t xml:space="preserve"> de transfer </w:t>
      </w:r>
      <w:proofErr w:type="spellStart"/>
      <w:r w:rsidRPr="00693F1B">
        <w:rPr>
          <w:rFonts w:eastAsia="Arial" w:cs="Times New Roman"/>
          <w:szCs w:val="24"/>
        </w:rPr>
        <w:t>între</w:t>
      </w:r>
      <w:proofErr w:type="spellEnd"/>
      <w:r w:rsidRPr="00693F1B">
        <w:rPr>
          <w:rFonts w:eastAsia="Arial" w:cs="Times New Roman"/>
          <w:szCs w:val="24"/>
        </w:rPr>
        <w:t xml:space="preserve"> </w:t>
      </w:r>
      <w:proofErr w:type="spellStart"/>
      <w:r w:rsidRPr="00693F1B">
        <w:rPr>
          <w:rFonts w:eastAsia="Arial" w:cs="Times New Roman"/>
          <w:szCs w:val="24"/>
        </w:rPr>
        <w:t>aceiași</w:t>
      </w:r>
      <w:proofErr w:type="spellEnd"/>
      <w:r w:rsidRPr="00693F1B">
        <w:rPr>
          <w:rFonts w:eastAsia="Arial" w:cs="Times New Roman"/>
          <w:szCs w:val="24"/>
        </w:rPr>
        <w:t xml:space="preserve"> </w:t>
      </w:r>
      <w:proofErr w:type="spellStart"/>
      <w:r w:rsidRPr="00693F1B">
        <w:rPr>
          <w:rFonts w:eastAsia="Arial" w:cs="Times New Roman"/>
          <w:szCs w:val="24"/>
        </w:rPr>
        <w:t>destinatari</w:t>
      </w:r>
      <w:proofErr w:type="spellEnd"/>
      <w:r w:rsidRPr="00693F1B">
        <w:rPr>
          <w:rFonts w:eastAsia="Arial" w:cs="Times New Roman"/>
          <w:szCs w:val="24"/>
        </w:rPr>
        <w:t xml:space="preserve"> </w:t>
      </w:r>
      <w:proofErr w:type="spellStart"/>
      <w:r w:rsidRPr="00693F1B">
        <w:rPr>
          <w:rFonts w:eastAsia="Arial" w:cs="Times New Roman"/>
          <w:szCs w:val="24"/>
        </w:rPr>
        <w:t>pentru</w:t>
      </w:r>
      <w:proofErr w:type="spellEnd"/>
      <w:r w:rsidRPr="00693F1B">
        <w:rPr>
          <w:rFonts w:eastAsia="Arial" w:cs="Times New Roman"/>
          <w:szCs w:val="24"/>
        </w:rPr>
        <w:t xml:space="preserve"> un scop </w:t>
      </w:r>
      <w:proofErr w:type="spellStart"/>
      <w:r w:rsidRPr="00693F1B">
        <w:rPr>
          <w:rFonts w:eastAsia="Arial" w:cs="Times New Roman"/>
          <w:szCs w:val="24"/>
        </w:rPr>
        <w:t>stabilit</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expres</w:t>
      </w:r>
      <w:proofErr w:type="spellEnd"/>
      <w:r w:rsidRPr="00693F1B">
        <w:rPr>
          <w:rFonts w:eastAsia="Arial" w:cs="Times New Roman"/>
          <w:szCs w:val="24"/>
        </w:rPr>
        <w:t xml:space="preserve"> </w:t>
      </w:r>
      <w:proofErr w:type="spellStart"/>
      <w:r w:rsidRPr="00693F1B">
        <w:rPr>
          <w:rFonts w:eastAsia="Arial" w:cs="Times New Roman"/>
          <w:szCs w:val="24"/>
        </w:rPr>
        <w:t>prevăzut</w:t>
      </w:r>
      <w:proofErr w:type="spellEnd"/>
      <w:r w:rsidRPr="00693F1B">
        <w:rPr>
          <w:rFonts w:eastAsia="Arial" w:cs="Times New Roman"/>
          <w:szCs w:val="24"/>
        </w:rPr>
        <w:t xml:space="preserve"> </w:t>
      </w:r>
      <w:proofErr w:type="spellStart"/>
      <w:r w:rsidRPr="00693F1B">
        <w:rPr>
          <w:rFonts w:eastAsia="Arial" w:cs="Times New Roman"/>
          <w:szCs w:val="24"/>
        </w:rPr>
        <w:t>într</w:t>
      </w:r>
      <w:proofErr w:type="spellEnd"/>
      <w:r w:rsidRPr="00693F1B">
        <w:rPr>
          <w:rFonts w:eastAsia="Arial" w:cs="Times New Roman"/>
          <w:szCs w:val="24"/>
        </w:rPr>
        <w:t xml:space="preserve">-o </w:t>
      </w:r>
      <w:proofErr w:type="spellStart"/>
      <w:r w:rsidRPr="00693F1B">
        <w:rPr>
          <w:rFonts w:eastAsia="Arial" w:cs="Times New Roman"/>
          <w:szCs w:val="24"/>
        </w:rPr>
        <w:t>dispoziție</w:t>
      </w:r>
      <w:proofErr w:type="spellEnd"/>
      <w:r w:rsidRPr="00693F1B">
        <w:rPr>
          <w:rFonts w:eastAsia="Arial" w:cs="Times New Roman"/>
          <w:szCs w:val="24"/>
        </w:rPr>
        <w:t xml:space="preserve"> </w:t>
      </w:r>
      <w:proofErr w:type="spellStart"/>
      <w:r w:rsidRPr="00693F1B">
        <w:rPr>
          <w:rFonts w:eastAsia="Arial" w:cs="Times New Roman"/>
          <w:szCs w:val="24"/>
        </w:rPr>
        <w:t>legală</w:t>
      </w:r>
      <w:proofErr w:type="spellEnd"/>
      <w:r w:rsidRPr="00693F1B">
        <w:rPr>
          <w:rFonts w:eastAsia="Arial" w:cs="Times New Roman"/>
          <w:szCs w:val="24"/>
        </w:rPr>
        <w:t xml:space="preserve">, precum </w:t>
      </w:r>
      <w:proofErr w:type="spellStart"/>
      <w:r w:rsidRPr="00693F1B">
        <w:rPr>
          <w:rFonts w:eastAsia="Arial" w:cs="Times New Roman"/>
          <w:szCs w:val="24"/>
        </w:rPr>
        <w:t>și</w:t>
      </w:r>
      <w:proofErr w:type="spellEnd"/>
      <w:r w:rsidRPr="00693F1B">
        <w:rPr>
          <w:rFonts w:eastAsia="Arial" w:cs="Times New Roman"/>
          <w:szCs w:val="24"/>
        </w:rPr>
        <w:t xml:space="preserve"> </w:t>
      </w:r>
      <w:proofErr w:type="spellStart"/>
      <w:r w:rsidRPr="00693F1B">
        <w:rPr>
          <w:rFonts w:eastAsia="Arial" w:cs="Times New Roman"/>
          <w:szCs w:val="24"/>
        </w:rPr>
        <w:t>atunci</w:t>
      </w:r>
      <w:proofErr w:type="spellEnd"/>
      <w:r w:rsidRPr="00693F1B">
        <w:rPr>
          <w:rFonts w:eastAsia="Arial" w:cs="Times New Roman"/>
          <w:szCs w:val="24"/>
        </w:rPr>
        <w:t xml:space="preserve"> </w:t>
      </w:r>
      <w:proofErr w:type="spellStart"/>
      <w:r w:rsidRPr="00693F1B">
        <w:rPr>
          <w:rFonts w:eastAsia="Arial" w:cs="Times New Roman"/>
          <w:szCs w:val="24"/>
        </w:rPr>
        <w:t>când</w:t>
      </w:r>
      <w:proofErr w:type="spellEnd"/>
      <w:r w:rsidRPr="00693F1B">
        <w:rPr>
          <w:rFonts w:eastAsia="Arial" w:cs="Times New Roman"/>
          <w:szCs w:val="24"/>
        </w:rPr>
        <w:t xml:space="preserve"> </w:t>
      </w:r>
      <w:proofErr w:type="spellStart"/>
      <w:r w:rsidRPr="00693F1B">
        <w:rPr>
          <w:rFonts w:eastAsia="Arial" w:cs="Times New Roman"/>
          <w:szCs w:val="24"/>
        </w:rPr>
        <w:t>prelucrarea</w:t>
      </w:r>
      <w:proofErr w:type="spellEnd"/>
      <w:r w:rsidRPr="00693F1B">
        <w:rPr>
          <w:rFonts w:eastAsia="Arial" w:cs="Times New Roman"/>
          <w:szCs w:val="24"/>
        </w:rPr>
        <w:t xml:space="preserve"> </w:t>
      </w:r>
      <w:proofErr w:type="spellStart"/>
      <w:r w:rsidRPr="00693F1B">
        <w:rPr>
          <w:rFonts w:eastAsia="Arial" w:cs="Times New Roman"/>
          <w:szCs w:val="24"/>
        </w:rPr>
        <w:t>este</w:t>
      </w:r>
      <w:proofErr w:type="spellEnd"/>
      <w:r w:rsidRPr="00693F1B">
        <w:rPr>
          <w:rFonts w:eastAsia="Arial" w:cs="Times New Roman"/>
          <w:szCs w:val="24"/>
        </w:rPr>
        <w:t xml:space="preserve"> </w:t>
      </w:r>
      <w:proofErr w:type="spellStart"/>
      <w:r w:rsidRPr="00693F1B">
        <w:rPr>
          <w:rFonts w:eastAsia="Arial" w:cs="Times New Roman"/>
          <w:szCs w:val="24"/>
        </w:rPr>
        <w:t>necesară</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scopul</w:t>
      </w:r>
      <w:proofErr w:type="spellEnd"/>
      <w:r w:rsidRPr="00693F1B">
        <w:rPr>
          <w:rFonts w:eastAsia="Arial" w:cs="Times New Roman"/>
          <w:szCs w:val="24"/>
        </w:rPr>
        <w:t xml:space="preserve"> </w:t>
      </w:r>
      <w:proofErr w:type="spellStart"/>
      <w:r w:rsidRPr="00693F1B">
        <w:rPr>
          <w:rFonts w:eastAsia="Arial" w:cs="Times New Roman"/>
          <w:szCs w:val="24"/>
        </w:rPr>
        <w:t>îndeplinirii</w:t>
      </w:r>
      <w:proofErr w:type="spellEnd"/>
      <w:r w:rsidRPr="00693F1B">
        <w:rPr>
          <w:rFonts w:eastAsia="Arial" w:cs="Times New Roman"/>
          <w:szCs w:val="24"/>
        </w:rPr>
        <w:t xml:space="preserve"> </w:t>
      </w:r>
      <w:proofErr w:type="spellStart"/>
      <w:r w:rsidRPr="00693F1B">
        <w:rPr>
          <w:rFonts w:eastAsia="Arial" w:cs="Times New Roman"/>
          <w:szCs w:val="24"/>
        </w:rPr>
        <w:t>atribuțiilor</w:t>
      </w:r>
      <w:proofErr w:type="spellEnd"/>
      <w:r w:rsidRPr="00693F1B">
        <w:rPr>
          <w:rFonts w:eastAsia="Arial" w:cs="Times New Roman"/>
          <w:szCs w:val="24"/>
        </w:rPr>
        <w:t xml:space="preserve"> de </w:t>
      </w:r>
      <w:proofErr w:type="spellStart"/>
      <w:r w:rsidRPr="00693F1B">
        <w:rPr>
          <w:rFonts w:eastAsia="Arial" w:cs="Times New Roman"/>
          <w:szCs w:val="24"/>
        </w:rPr>
        <w:t>interes</w:t>
      </w:r>
      <w:proofErr w:type="spellEnd"/>
      <w:r w:rsidRPr="00693F1B">
        <w:rPr>
          <w:rFonts w:eastAsia="Arial" w:cs="Times New Roman"/>
          <w:szCs w:val="24"/>
        </w:rPr>
        <w:t xml:space="preserve"> public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exercitarea</w:t>
      </w:r>
      <w:proofErr w:type="spellEnd"/>
      <w:r w:rsidRPr="00693F1B">
        <w:rPr>
          <w:rFonts w:eastAsia="Arial" w:cs="Times New Roman"/>
          <w:szCs w:val="24"/>
        </w:rPr>
        <w:t xml:space="preserve"> </w:t>
      </w:r>
      <w:proofErr w:type="spellStart"/>
      <w:r w:rsidRPr="00693F1B">
        <w:rPr>
          <w:rFonts w:eastAsia="Arial" w:cs="Times New Roman"/>
          <w:szCs w:val="24"/>
        </w:rPr>
        <w:t>autorității</w:t>
      </w:r>
      <w:proofErr w:type="spellEnd"/>
      <w:r w:rsidRPr="00693F1B">
        <w:rPr>
          <w:rFonts w:eastAsia="Arial" w:cs="Times New Roman"/>
          <w:szCs w:val="24"/>
        </w:rPr>
        <w:t xml:space="preserve"> </w:t>
      </w:r>
      <w:proofErr w:type="spellStart"/>
      <w:r w:rsidRPr="00693F1B">
        <w:rPr>
          <w:rFonts w:eastAsia="Arial" w:cs="Times New Roman"/>
          <w:szCs w:val="24"/>
        </w:rPr>
        <w:t>publice</w:t>
      </w:r>
      <w:proofErr w:type="spellEnd"/>
      <w:r w:rsidRPr="00693F1B">
        <w:rPr>
          <w:rFonts w:eastAsia="Arial" w:cs="Times New Roman"/>
          <w:szCs w:val="24"/>
        </w:rPr>
        <w:t xml:space="preserve"> cu care </w:t>
      </w:r>
      <w:proofErr w:type="spellStart"/>
      <w:r w:rsidRPr="00693F1B">
        <w:rPr>
          <w:rFonts w:eastAsia="Arial" w:cs="Times New Roman"/>
          <w:szCs w:val="24"/>
        </w:rPr>
        <w:t>este</w:t>
      </w:r>
      <w:proofErr w:type="spellEnd"/>
      <w:r w:rsidRPr="00693F1B">
        <w:rPr>
          <w:rFonts w:eastAsia="Arial" w:cs="Times New Roman"/>
          <w:szCs w:val="24"/>
        </w:rPr>
        <w:t xml:space="preserve"> </w:t>
      </w:r>
      <w:proofErr w:type="spellStart"/>
      <w:r w:rsidRPr="00693F1B">
        <w:rPr>
          <w:rFonts w:eastAsia="Arial" w:cs="Times New Roman"/>
          <w:szCs w:val="24"/>
        </w:rPr>
        <w:t>învestit</w:t>
      </w:r>
      <w:proofErr w:type="spellEnd"/>
      <w:r w:rsidRPr="00693F1B">
        <w:rPr>
          <w:rFonts w:eastAsia="Arial" w:cs="Times New Roman"/>
          <w:szCs w:val="24"/>
        </w:rPr>
        <w:t xml:space="preserve"> </w:t>
      </w:r>
      <w:proofErr w:type="spellStart"/>
      <w:r w:rsidRPr="00693F1B">
        <w:rPr>
          <w:rFonts w:eastAsia="Arial" w:cs="Times New Roman"/>
          <w:szCs w:val="24"/>
        </w:rPr>
        <w:t>operatorul</w:t>
      </w:r>
      <w:proofErr w:type="spellEnd"/>
      <w:r w:rsidRPr="00693F1B">
        <w:rPr>
          <w:rFonts w:eastAsia="Arial" w:cs="Times New Roman"/>
          <w:szCs w:val="24"/>
        </w:rPr>
        <w:t xml:space="preserve">, </w:t>
      </w:r>
      <w:proofErr w:type="spellStart"/>
      <w:r w:rsidRPr="00693F1B">
        <w:rPr>
          <w:rFonts w:eastAsia="Arial" w:cs="Times New Roman"/>
          <w:szCs w:val="24"/>
        </w:rPr>
        <w:t>destinatarul</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o </w:t>
      </w:r>
      <w:proofErr w:type="spellStart"/>
      <w:r w:rsidRPr="00693F1B">
        <w:rPr>
          <w:rFonts w:eastAsia="Arial" w:cs="Times New Roman"/>
          <w:szCs w:val="24"/>
        </w:rPr>
        <w:t>parte</w:t>
      </w:r>
      <w:proofErr w:type="spellEnd"/>
      <w:r w:rsidRPr="00693F1B">
        <w:rPr>
          <w:rFonts w:eastAsia="Arial" w:cs="Times New Roman"/>
          <w:szCs w:val="24"/>
        </w:rPr>
        <w:t xml:space="preserve"> </w:t>
      </w:r>
      <w:proofErr w:type="spellStart"/>
      <w:r w:rsidRPr="00693F1B">
        <w:rPr>
          <w:rFonts w:eastAsia="Arial" w:cs="Times New Roman"/>
          <w:szCs w:val="24"/>
        </w:rPr>
        <w:t>terță</w:t>
      </w:r>
      <w:proofErr w:type="spellEnd"/>
      <w:r w:rsidRPr="00693F1B">
        <w:rPr>
          <w:rFonts w:eastAsia="Arial" w:cs="Times New Roman"/>
          <w:szCs w:val="24"/>
        </w:rPr>
        <w:t>.</w:t>
      </w:r>
    </w:p>
    <w:p w14:paraId="1783CF7A" w14:textId="77777777" w:rsidR="00EE7ED3" w:rsidRDefault="00000000" w:rsidP="0057282C">
      <w:pPr>
        <w:jc w:val="both"/>
        <w:rPr>
          <w:rFonts w:eastAsia="Arial" w:cs="Times New Roman"/>
          <w:szCs w:val="24"/>
        </w:rPr>
      </w:pPr>
      <w:r w:rsidRPr="00693F1B">
        <w:rPr>
          <w:rFonts w:eastAsia="Arial" w:cs="Times New Roman"/>
          <w:szCs w:val="24"/>
        </w:rPr>
        <w:t xml:space="preserve">2.2.3. Este </w:t>
      </w:r>
      <w:proofErr w:type="spellStart"/>
      <w:r w:rsidRPr="00693F1B">
        <w:rPr>
          <w:rFonts w:eastAsia="Arial" w:cs="Times New Roman"/>
          <w:szCs w:val="24"/>
        </w:rPr>
        <w:t>interzisă</w:t>
      </w:r>
      <w:proofErr w:type="spellEnd"/>
      <w:r w:rsidRPr="00693F1B">
        <w:rPr>
          <w:rFonts w:eastAsia="Arial" w:cs="Times New Roman"/>
          <w:szCs w:val="24"/>
        </w:rPr>
        <w:t xml:space="preserve"> </w:t>
      </w:r>
      <w:proofErr w:type="spellStart"/>
      <w:r w:rsidRPr="00693F1B">
        <w:rPr>
          <w:rFonts w:eastAsia="Arial" w:cs="Times New Roman"/>
          <w:szCs w:val="24"/>
        </w:rPr>
        <w:t>transmiterea</w:t>
      </w:r>
      <w:proofErr w:type="spellEnd"/>
      <w:r w:rsidRPr="00693F1B">
        <w:rPr>
          <w:rFonts w:eastAsia="Arial" w:cs="Times New Roman"/>
          <w:szCs w:val="24"/>
        </w:rPr>
        <w:t xml:space="preserve"> </w:t>
      </w:r>
      <w:proofErr w:type="spellStart"/>
      <w:r w:rsidRPr="00693F1B">
        <w:rPr>
          <w:rFonts w:eastAsia="Arial" w:cs="Times New Roman"/>
          <w:szCs w:val="24"/>
        </w:rPr>
        <w:t>transfrontalieră</w:t>
      </w:r>
      <w:proofErr w:type="spellEnd"/>
      <w:r w:rsidRPr="00693F1B">
        <w:rPr>
          <w:rFonts w:eastAsia="Arial" w:cs="Times New Roman"/>
          <w:szCs w:val="24"/>
        </w:rPr>
        <w:t xml:space="preserve"> a </w:t>
      </w:r>
      <w:proofErr w:type="spellStart"/>
      <w:r w:rsidRPr="00693F1B">
        <w:rPr>
          <w:rFonts w:eastAsia="Arial" w:cs="Times New Roman"/>
          <w:szCs w:val="24"/>
        </w:rPr>
        <w:t>datelor</w:t>
      </w:r>
      <w:proofErr w:type="spellEnd"/>
      <w:r w:rsidRPr="00693F1B">
        <w:rPr>
          <w:rFonts w:eastAsia="Arial" w:cs="Times New Roman"/>
          <w:szCs w:val="24"/>
        </w:rPr>
        <w:t xml:space="preserve"> cu </w:t>
      </w:r>
      <w:proofErr w:type="spellStart"/>
      <w:r w:rsidRPr="00693F1B">
        <w:rPr>
          <w:rFonts w:eastAsia="Arial" w:cs="Times New Roman"/>
          <w:szCs w:val="24"/>
        </w:rPr>
        <w:t>caracter</w:t>
      </w:r>
      <w:proofErr w:type="spellEnd"/>
      <w:r w:rsidRPr="00693F1B">
        <w:rPr>
          <w:rFonts w:eastAsia="Arial" w:cs="Times New Roman"/>
          <w:szCs w:val="24"/>
        </w:rPr>
        <w:t xml:space="preserve"> personal </w:t>
      </w:r>
      <w:proofErr w:type="spellStart"/>
      <w:r w:rsidRPr="00693F1B">
        <w:rPr>
          <w:rFonts w:eastAsia="Arial" w:cs="Times New Roman"/>
          <w:szCs w:val="24"/>
        </w:rPr>
        <w:t>către</w:t>
      </w:r>
      <w:proofErr w:type="spellEnd"/>
      <w:r w:rsidRPr="00693F1B">
        <w:rPr>
          <w:rFonts w:eastAsia="Arial" w:cs="Times New Roman"/>
          <w:szCs w:val="24"/>
        </w:rPr>
        <w:t xml:space="preserve"> un stat, un </w:t>
      </w:r>
      <w:proofErr w:type="spellStart"/>
      <w:r w:rsidRPr="00693F1B">
        <w:rPr>
          <w:rFonts w:eastAsia="Arial" w:cs="Times New Roman"/>
          <w:szCs w:val="24"/>
        </w:rPr>
        <w:t>ter</w:t>
      </w:r>
      <w:r>
        <w:rPr>
          <w:rFonts w:eastAsia="Arial" w:cs="Times New Roman"/>
          <w:szCs w:val="24"/>
        </w:rPr>
        <w:t>itoriu</w:t>
      </w:r>
      <w:proofErr w:type="spellEnd"/>
      <w:r w:rsidRPr="00693F1B">
        <w:rPr>
          <w:rFonts w:eastAsia="Arial" w:cs="Times New Roman"/>
          <w:szCs w:val="24"/>
        </w:rPr>
        <w:t xml:space="preserve"> </w:t>
      </w:r>
      <w:proofErr w:type="spellStart"/>
      <w:r w:rsidRPr="00693F1B">
        <w:rPr>
          <w:rFonts w:eastAsia="Arial" w:cs="Times New Roman"/>
          <w:szCs w:val="24"/>
        </w:rPr>
        <w:t>ori</w:t>
      </w:r>
      <w:proofErr w:type="spellEnd"/>
      <w:r w:rsidRPr="00693F1B">
        <w:rPr>
          <w:rFonts w:eastAsia="Arial" w:cs="Times New Roman"/>
          <w:szCs w:val="24"/>
        </w:rPr>
        <w:t xml:space="preserve"> </w:t>
      </w:r>
      <w:proofErr w:type="spellStart"/>
      <w:r w:rsidRPr="00693F1B">
        <w:rPr>
          <w:rFonts w:eastAsia="Arial" w:cs="Times New Roman"/>
          <w:szCs w:val="24"/>
        </w:rPr>
        <w:t>unul</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mai</w:t>
      </w:r>
      <w:proofErr w:type="spellEnd"/>
      <w:r w:rsidRPr="00693F1B">
        <w:rPr>
          <w:rFonts w:eastAsia="Arial" w:cs="Times New Roman"/>
          <w:szCs w:val="24"/>
        </w:rPr>
        <w:t xml:space="preserve"> </w:t>
      </w:r>
      <w:proofErr w:type="spellStart"/>
      <w:r w:rsidRPr="00693F1B">
        <w:rPr>
          <w:rFonts w:eastAsia="Arial" w:cs="Times New Roman"/>
          <w:szCs w:val="24"/>
        </w:rPr>
        <w:t>multe</w:t>
      </w:r>
      <w:proofErr w:type="spellEnd"/>
      <w:r w:rsidRPr="00693F1B">
        <w:rPr>
          <w:rFonts w:eastAsia="Arial" w:cs="Times New Roman"/>
          <w:szCs w:val="24"/>
        </w:rPr>
        <w:t xml:space="preserve"> </w:t>
      </w:r>
      <w:proofErr w:type="spellStart"/>
      <w:r w:rsidRPr="00693F1B">
        <w:rPr>
          <w:rFonts w:eastAsia="Arial" w:cs="Times New Roman"/>
          <w:szCs w:val="24"/>
        </w:rPr>
        <w:t>sectoare</w:t>
      </w:r>
      <w:proofErr w:type="spellEnd"/>
      <w:r w:rsidRPr="00693F1B">
        <w:rPr>
          <w:rFonts w:eastAsia="Arial" w:cs="Times New Roman"/>
          <w:szCs w:val="24"/>
        </w:rPr>
        <w:t xml:space="preserve"> </w:t>
      </w:r>
      <w:proofErr w:type="spellStart"/>
      <w:r w:rsidRPr="00693F1B">
        <w:rPr>
          <w:rFonts w:eastAsia="Arial" w:cs="Times New Roman"/>
          <w:szCs w:val="24"/>
        </w:rPr>
        <w:t>specificate</w:t>
      </w:r>
      <w:proofErr w:type="spellEnd"/>
      <w:r w:rsidRPr="00693F1B">
        <w:rPr>
          <w:rFonts w:eastAsia="Arial" w:cs="Times New Roman"/>
          <w:szCs w:val="24"/>
        </w:rPr>
        <w:t xml:space="preserve"> din </w:t>
      </w:r>
      <w:proofErr w:type="spellStart"/>
      <w:r w:rsidRPr="00693F1B">
        <w:rPr>
          <w:rFonts w:eastAsia="Arial" w:cs="Times New Roman"/>
          <w:szCs w:val="24"/>
        </w:rPr>
        <w:t>acel</w:t>
      </w:r>
      <w:proofErr w:type="spellEnd"/>
      <w:r w:rsidRPr="00693F1B">
        <w:rPr>
          <w:rFonts w:eastAsia="Arial" w:cs="Times New Roman"/>
          <w:szCs w:val="24"/>
        </w:rPr>
        <w:t xml:space="preserve"> stat </w:t>
      </w:r>
      <w:proofErr w:type="spellStart"/>
      <w:r w:rsidRPr="00693F1B">
        <w:rPr>
          <w:rFonts w:eastAsia="Arial" w:cs="Times New Roman"/>
          <w:szCs w:val="24"/>
        </w:rPr>
        <w:t>terț</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către</w:t>
      </w:r>
      <w:proofErr w:type="spellEnd"/>
      <w:r w:rsidRPr="00693F1B">
        <w:rPr>
          <w:rFonts w:eastAsia="Arial" w:cs="Times New Roman"/>
          <w:szCs w:val="24"/>
        </w:rPr>
        <w:t xml:space="preserve"> o </w:t>
      </w:r>
      <w:proofErr w:type="spellStart"/>
      <w:r w:rsidRPr="00693F1B">
        <w:rPr>
          <w:rFonts w:eastAsia="Arial" w:cs="Times New Roman"/>
          <w:szCs w:val="24"/>
        </w:rPr>
        <w:t>organizație</w:t>
      </w:r>
      <w:proofErr w:type="spellEnd"/>
      <w:r w:rsidRPr="00693F1B">
        <w:rPr>
          <w:rFonts w:eastAsia="Arial" w:cs="Times New Roman"/>
          <w:szCs w:val="24"/>
        </w:rPr>
        <w:t xml:space="preserve"> </w:t>
      </w:r>
      <w:proofErr w:type="spellStart"/>
      <w:r w:rsidRPr="00693F1B">
        <w:rPr>
          <w:rFonts w:eastAsia="Arial" w:cs="Times New Roman"/>
          <w:szCs w:val="24"/>
        </w:rPr>
        <w:t>internațională</w:t>
      </w:r>
      <w:proofErr w:type="spellEnd"/>
      <w:r w:rsidRPr="00693F1B">
        <w:rPr>
          <w:rFonts w:eastAsia="Arial" w:cs="Times New Roman"/>
          <w:szCs w:val="24"/>
        </w:rPr>
        <w:t xml:space="preserve"> care nu </w:t>
      </w:r>
      <w:proofErr w:type="spellStart"/>
      <w:r w:rsidRPr="00693F1B">
        <w:rPr>
          <w:rFonts w:eastAsia="Arial" w:cs="Times New Roman"/>
          <w:szCs w:val="24"/>
        </w:rPr>
        <w:t>asigură</w:t>
      </w:r>
      <w:proofErr w:type="spellEnd"/>
      <w:r w:rsidRPr="00693F1B">
        <w:rPr>
          <w:rFonts w:eastAsia="Arial" w:cs="Times New Roman"/>
          <w:szCs w:val="24"/>
        </w:rPr>
        <w:t xml:space="preserve"> un </w:t>
      </w:r>
      <w:proofErr w:type="spellStart"/>
      <w:r w:rsidRPr="00693F1B">
        <w:rPr>
          <w:rFonts w:eastAsia="Arial" w:cs="Times New Roman"/>
          <w:szCs w:val="24"/>
        </w:rPr>
        <w:t>nivel</w:t>
      </w:r>
      <w:proofErr w:type="spellEnd"/>
      <w:r w:rsidRPr="00693F1B">
        <w:rPr>
          <w:rFonts w:eastAsia="Arial" w:cs="Times New Roman"/>
          <w:szCs w:val="24"/>
        </w:rPr>
        <w:t xml:space="preserve"> </w:t>
      </w:r>
      <w:proofErr w:type="spellStart"/>
      <w:r w:rsidRPr="00693F1B">
        <w:rPr>
          <w:rFonts w:eastAsia="Arial" w:cs="Times New Roman"/>
          <w:szCs w:val="24"/>
        </w:rPr>
        <w:t>adecvat</w:t>
      </w:r>
      <w:proofErr w:type="spellEnd"/>
      <w:r w:rsidRPr="00693F1B">
        <w:rPr>
          <w:rFonts w:eastAsia="Arial" w:cs="Times New Roman"/>
          <w:szCs w:val="24"/>
        </w:rPr>
        <w:t xml:space="preserve"> de </w:t>
      </w:r>
      <w:proofErr w:type="spellStart"/>
      <w:r w:rsidRPr="00693F1B">
        <w:rPr>
          <w:rFonts w:eastAsia="Arial" w:cs="Times New Roman"/>
          <w:szCs w:val="24"/>
        </w:rPr>
        <w:t>protecție</w:t>
      </w:r>
      <w:proofErr w:type="spellEnd"/>
      <w:r w:rsidRPr="00693F1B">
        <w:rPr>
          <w:rFonts w:eastAsia="Arial" w:cs="Times New Roman"/>
          <w:szCs w:val="24"/>
        </w:rPr>
        <w:t xml:space="preserve"> a </w:t>
      </w:r>
      <w:proofErr w:type="spellStart"/>
      <w:r w:rsidRPr="00693F1B">
        <w:rPr>
          <w:rFonts w:eastAsia="Arial" w:cs="Times New Roman"/>
          <w:szCs w:val="24"/>
        </w:rPr>
        <w:t>datelor</w:t>
      </w:r>
      <w:proofErr w:type="spellEnd"/>
      <w:r w:rsidRPr="00693F1B">
        <w:rPr>
          <w:rFonts w:eastAsia="Arial" w:cs="Times New Roman"/>
          <w:szCs w:val="24"/>
        </w:rPr>
        <w:t xml:space="preserve"> cu </w:t>
      </w:r>
      <w:proofErr w:type="spellStart"/>
      <w:r w:rsidRPr="00693F1B">
        <w:rPr>
          <w:rFonts w:eastAsia="Arial" w:cs="Times New Roman"/>
          <w:szCs w:val="24"/>
        </w:rPr>
        <w:t>caracter</w:t>
      </w:r>
      <w:proofErr w:type="spellEnd"/>
      <w:r w:rsidRPr="00693F1B">
        <w:rPr>
          <w:rFonts w:eastAsia="Arial" w:cs="Times New Roman"/>
          <w:szCs w:val="24"/>
        </w:rPr>
        <w:t xml:space="preserve"> personal. </w:t>
      </w:r>
      <w:proofErr w:type="spellStart"/>
      <w:r w:rsidRPr="00693F1B">
        <w:rPr>
          <w:rFonts w:eastAsia="Arial" w:cs="Times New Roman"/>
          <w:szCs w:val="24"/>
        </w:rPr>
        <w:t>Transmiterea</w:t>
      </w:r>
      <w:proofErr w:type="spellEnd"/>
      <w:r w:rsidRPr="00693F1B">
        <w:rPr>
          <w:rFonts w:eastAsia="Arial" w:cs="Times New Roman"/>
          <w:szCs w:val="24"/>
        </w:rPr>
        <w:t xml:space="preserve"> </w:t>
      </w:r>
      <w:proofErr w:type="spellStart"/>
      <w:r w:rsidRPr="00693F1B">
        <w:rPr>
          <w:rFonts w:eastAsia="Arial" w:cs="Times New Roman"/>
          <w:szCs w:val="24"/>
        </w:rPr>
        <w:t>transfrontalieră</w:t>
      </w:r>
      <w:proofErr w:type="spellEnd"/>
      <w:r w:rsidRPr="00693F1B">
        <w:rPr>
          <w:rFonts w:eastAsia="Arial" w:cs="Times New Roman"/>
          <w:szCs w:val="24"/>
        </w:rPr>
        <w:t xml:space="preserve"> a </w:t>
      </w:r>
      <w:proofErr w:type="spellStart"/>
      <w:r w:rsidRPr="00693F1B">
        <w:rPr>
          <w:rFonts w:eastAsia="Arial" w:cs="Times New Roman"/>
          <w:szCs w:val="24"/>
        </w:rPr>
        <w:t>datelor</w:t>
      </w:r>
      <w:proofErr w:type="spellEnd"/>
      <w:r w:rsidRPr="00693F1B">
        <w:rPr>
          <w:rFonts w:eastAsia="Arial" w:cs="Times New Roman"/>
          <w:szCs w:val="24"/>
        </w:rPr>
        <w:t xml:space="preserve"> </w:t>
      </w:r>
      <w:proofErr w:type="spellStart"/>
      <w:r w:rsidRPr="00693F1B">
        <w:rPr>
          <w:rFonts w:eastAsia="Arial" w:cs="Times New Roman"/>
          <w:szCs w:val="24"/>
        </w:rPr>
        <w:t>este</w:t>
      </w:r>
      <w:proofErr w:type="spellEnd"/>
      <w:r w:rsidRPr="00693F1B">
        <w:rPr>
          <w:rFonts w:eastAsia="Arial" w:cs="Times New Roman"/>
          <w:szCs w:val="24"/>
        </w:rPr>
        <w:t xml:space="preserve"> </w:t>
      </w:r>
      <w:proofErr w:type="spellStart"/>
      <w:r w:rsidRPr="00693F1B">
        <w:rPr>
          <w:rFonts w:eastAsia="Arial" w:cs="Times New Roman"/>
          <w:szCs w:val="24"/>
        </w:rPr>
        <w:t>permisă</w:t>
      </w:r>
      <w:proofErr w:type="spellEnd"/>
      <w:r w:rsidRPr="00693F1B">
        <w:rPr>
          <w:rFonts w:eastAsia="Arial" w:cs="Times New Roman"/>
          <w:szCs w:val="24"/>
        </w:rPr>
        <w:t xml:space="preserve"> </w:t>
      </w:r>
      <w:proofErr w:type="spellStart"/>
      <w:r w:rsidRPr="00693F1B">
        <w:rPr>
          <w:rFonts w:eastAsia="Arial" w:cs="Times New Roman"/>
          <w:szCs w:val="24"/>
        </w:rPr>
        <w:t>și</w:t>
      </w:r>
      <w:proofErr w:type="spellEnd"/>
      <w:r w:rsidRPr="00693F1B">
        <w:rPr>
          <w:rFonts w:eastAsia="Arial" w:cs="Times New Roman"/>
          <w:szCs w:val="24"/>
        </w:rPr>
        <w:t xml:space="preserve"> se </w:t>
      </w:r>
      <w:proofErr w:type="spellStart"/>
      <w:r w:rsidRPr="00693F1B">
        <w:rPr>
          <w:rFonts w:eastAsia="Arial" w:cs="Times New Roman"/>
          <w:szCs w:val="24"/>
        </w:rPr>
        <w:t>poate</w:t>
      </w:r>
      <w:proofErr w:type="spellEnd"/>
      <w:r w:rsidRPr="00693F1B">
        <w:rPr>
          <w:rFonts w:eastAsia="Arial" w:cs="Times New Roman"/>
          <w:szCs w:val="24"/>
        </w:rPr>
        <w:t xml:space="preserve"> </w:t>
      </w:r>
      <w:proofErr w:type="spellStart"/>
      <w:r w:rsidRPr="00693F1B">
        <w:rPr>
          <w:rFonts w:eastAsia="Arial" w:cs="Times New Roman"/>
          <w:szCs w:val="24"/>
        </w:rPr>
        <w:t>realiza</w:t>
      </w:r>
      <w:proofErr w:type="spellEnd"/>
      <w:r w:rsidRPr="00693F1B">
        <w:rPr>
          <w:rFonts w:eastAsia="Arial" w:cs="Times New Roman"/>
          <w:szCs w:val="24"/>
        </w:rPr>
        <w:t xml:space="preserve"> </w:t>
      </w:r>
      <w:proofErr w:type="spellStart"/>
      <w:r w:rsidRPr="00693F1B">
        <w:rPr>
          <w:rFonts w:eastAsia="Arial" w:cs="Times New Roman"/>
          <w:szCs w:val="24"/>
        </w:rPr>
        <w:t>fără</w:t>
      </w:r>
      <w:proofErr w:type="spellEnd"/>
      <w:r w:rsidRPr="00693F1B">
        <w:rPr>
          <w:rFonts w:eastAsia="Arial" w:cs="Times New Roman"/>
          <w:szCs w:val="24"/>
        </w:rPr>
        <w:t xml:space="preserve"> </w:t>
      </w:r>
      <w:proofErr w:type="spellStart"/>
      <w:r w:rsidRPr="00693F1B">
        <w:rPr>
          <w:rFonts w:eastAsia="Arial" w:cs="Times New Roman"/>
          <w:szCs w:val="24"/>
        </w:rPr>
        <w:t>nicio</w:t>
      </w:r>
      <w:proofErr w:type="spellEnd"/>
      <w:r w:rsidRPr="00693F1B">
        <w:rPr>
          <w:rFonts w:eastAsia="Arial" w:cs="Times New Roman"/>
          <w:szCs w:val="24"/>
        </w:rPr>
        <w:t xml:space="preserve"> </w:t>
      </w:r>
      <w:proofErr w:type="spellStart"/>
      <w:r w:rsidRPr="00693F1B">
        <w:rPr>
          <w:rFonts w:eastAsia="Arial" w:cs="Times New Roman"/>
          <w:szCs w:val="24"/>
        </w:rPr>
        <w:t>autorizare</w:t>
      </w:r>
      <w:proofErr w:type="spellEnd"/>
      <w:r w:rsidRPr="00693F1B">
        <w:rPr>
          <w:rFonts w:eastAsia="Arial" w:cs="Times New Roman"/>
          <w:szCs w:val="24"/>
        </w:rPr>
        <w:t xml:space="preserve"> </w:t>
      </w:r>
      <w:proofErr w:type="spellStart"/>
      <w:r w:rsidRPr="00693F1B">
        <w:rPr>
          <w:rFonts w:eastAsia="Arial" w:cs="Times New Roman"/>
          <w:szCs w:val="24"/>
        </w:rPr>
        <w:t>suplimentară</w:t>
      </w:r>
      <w:proofErr w:type="spellEnd"/>
      <w:r w:rsidRPr="00693F1B">
        <w:rPr>
          <w:rFonts w:eastAsia="Arial" w:cs="Times New Roman"/>
          <w:szCs w:val="24"/>
        </w:rPr>
        <w:t xml:space="preserve"> </w:t>
      </w:r>
      <w:proofErr w:type="spellStart"/>
      <w:r w:rsidRPr="00693F1B">
        <w:rPr>
          <w:rFonts w:eastAsia="Arial" w:cs="Times New Roman"/>
          <w:szCs w:val="24"/>
        </w:rPr>
        <w:t>atunci</w:t>
      </w:r>
      <w:proofErr w:type="spellEnd"/>
      <w:r w:rsidRPr="00693F1B">
        <w:rPr>
          <w:rFonts w:eastAsia="Arial" w:cs="Times New Roman"/>
          <w:szCs w:val="24"/>
        </w:rPr>
        <w:t xml:space="preserve"> </w:t>
      </w:r>
      <w:proofErr w:type="spellStart"/>
      <w:r w:rsidRPr="00693F1B">
        <w:rPr>
          <w:rFonts w:eastAsia="Arial" w:cs="Times New Roman"/>
          <w:szCs w:val="24"/>
        </w:rPr>
        <w:t>când</w:t>
      </w:r>
      <w:proofErr w:type="spellEnd"/>
      <w:r w:rsidRPr="00693F1B">
        <w:rPr>
          <w:rFonts w:eastAsia="Arial" w:cs="Times New Roman"/>
          <w:szCs w:val="24"/>
        </w:rPr>
        <w:t xml:space="preserve"> </w:t>
      </w:r>
      <w:proofErr w:type="spellStart"/>
      <w:r w:rsidRPr="00693F1B">
        <w:rPr>
          <w:rFonts w:eastAsia="Arial" w:cs="Times New Roman"/>
          <w:szCs w:val="24"/>
        </w:rPr>
        <w:t>Centrul</w:t>
      </w:r>
      <w:proofErr w:type="spellEnd"/>
      <w:r w:rsidRPr="00693F1B">
        <w:rPr>
          <w:rFonts w:eastAsia="Arial" w:cs="Times New Roman"/>
          <w:szCs w:val="24"/>
        </w:rPr>
        <w:t xml:space="preserve"> </w:t>
      </w:r>
      <w:proofErr w:type="spellStart"/>
      <w:r w:rsidRPr="00693F1B">
        <w:rPr>
          <w:rFonts w:eastAsia="Arial" w:cs="Times New Roman"/>
          <w:szCs w:val="24"/>
        </w:rPr>
        <w:t>Național</w:t>
      </w:r>
      <w:proofErr w:type="spellEnd"/>
      <w:r w:rsidRPr="00693F1B">
        <w:rPr>
          <w:rFonts w:eastAsia="Arial" w:cs="Times New Roman"/>
          <w:szCs w:val="24"/>
        </w:rPr>
        <w:t xml:space="preserve"> </w:t>
      </w:r>
      <w:proofErr w:type="spellStart"/>
      <w:r w:rsidRPr="00693F1B">
        <w:rPr>
          <w:rFonts w:eastAsia="Arial" w:cs="Times New Roman"/>
          <w:szCs w:val="24"/>
        </w:rPr>
        <w:t>pentru</w:t>
      </w:r>
      <w:proofErr w:type="spellEnd"/>
      <w:r w:rsidRPr="00693F1B">
        <w:rPr>
          <w:rFonts w:eastAsia="Arial" w:cs="Times New Roman"/>
          <w:szCs w:val="24"/>
        </w:rPr>
        <w:t xml:space="preserve"> </w:t>
      </w:r>
      <w:proofErr w:type="spellStart"/>
      <w:r w:rsidRPr="00693F1B">
        <w:rPr>
          <w:rFonts w:eastAsia="Arial" w:cs="Times New Roman"/>
          <w:szCs w:val="24"/>
        </w:rPr>
        <w:t>Protecția</w:t>
      </w:r>
      <w:proofErr w:type="spellEnd"/>
      <w:r w:rsidRPr="00693F1B">
        <w:rPr>
          <w:rFonts w:eastAsia="Arial" w:cs="Times New Roman"/>
          <w:szCs w:val="24"/>
        </w:rPr>
        <w:t xml:space="preserve"> </w:t>
      </w:r>
      <w:proofErr w:type="spellStart"/>
      <w:r w:rsidRPr="00693F1B">
        <w:rPr>
          <w:rFonts w:eastAsia="Arial" w:cs="Times New Roman"/>
          <w:szCs w:val="24"/>
        </w:rPr>
        <w:t>Datelor</w:t>
      </w:r>
      <w:proofErr w:type="spellEnd"/>
      <w:r w:rsidRPr="00693F1B">
        <w:rPr>
          <w:rFonts w:eastAsia="Arial" w:cs="Times New Roman"/>
          <w:szCs w:val="24"/>
        </w:rPr>
        <w:t xml:space="preserve"> cu Caracter Personal (CNPDCP) </w:t>
      </w:r>
      <w:proofErr w:type="gramStart"/>
      <w:r w:rsidRPr="00693F1B">
        <w:rPr>
          <w:rFonts w:eastAsia="Arial" w:cs="Times New Roman"/>
          <w:szCs w:val="24"/>
        </w:rPr>
        <w:t>a</w:t>
      </w:r>
      <w:proofErr w:type="gramEnd"/>
      <w:r w:rsidRPr="00693F1B">
        <w:rPr>
          <w:rFonts w:eastAsia="Arial" w:cs="Times New Roman"/>
          <w:szCs w:val="24"/>
        </w:rPr>
        <w:t xml:space="preserve"> </w:t>
      </w:r>
      <w:proofErr w:type="spellStart"/>
      <w:r w:rsidRPr="00693F1B">
        <w:rPr>
          <w:rFonts w:eastAsia="Arial" w:cs="Times New Roman"/>
          <w:szCs w:val="24"/>
        </w:rPr>
        <w:t>emis</w:t>
      </w:r>
      <w:proofErr w:type="spellEnd"/>
      <w:r w:rsidRPr="00693F1B">
        <w:rPr>
          <w:rFonts w:eastAsia="Arial" w:cs="Times New Roman"/>
          <w:szCs w:val="24"/>
        </w:rPr>
        <w:t xml:space="preserve"> o </w:t>
      </w:r>
      <w:proofErr w:type="spellStart"/>
      <w:r w:rsidRPr="00693F1B">
        <w:rPr>
          <w:rFonts w:eastAsia="Arial" w:cs="Times New Roman"/>
          <w:szCs w:val="24"/>
        </w:rPr>
        <w:t>decizie</w:t>
      </w:r>
      <w:proofErr w:type="spellEnd"/>
      <w:r w:rsidRPr="00693F1B">
        <w:rPr>
          <w:rFonts w:eastAsia="Arial" w:cs="Times New Roman"/>
          <w:szCs w:val="24"/>
        </w:rPr>
        <w:t xml:space="preserve"> </w:t>
      </w:r>
      <w:proofErr w:type="spellStart"/>
      <w:r w:rsidRPr="00693F1B">
        <w:rPr>
          <w:rFonts w:eastAsia="Arial" w:cs="Times New Roman"/>
          <w:szCs w:val="24"/>
        </w:rPr>
        <w:t>privind</w:t>
      </w:r>
      <w:proofErr w:type="spellEnd"/>
      <w:r w:rsidRPr="00693F1B">
        <w:rPr>
          <w:rFonts w:eastAsia="Arial" w:cs="Times New Roman"/>
          <w:szCs w:val="24"/>
        </w:rPr>
        <w:t xml:space="preserve"> </w:t>
      </w:r>
      <w:proofErr w:type="spellStart"/>
      <w:r w:rsidRPr="00693F1B">
        <w:rPr>
          <w:rFonts w:eastAsia="Arial" w:cs="Times New Roman"/>
          <w:szCs w:val="24"/>
        </w:rPr>
        <w:t>caracterul</w:t>
      </w:r>
      <w:proofErr w:type="spellEnd"/>
      <w:r w:rsidRPr="00693F1B">
        <w:rPr>
          <w:rFonts w:eastAsia="Arial" w:cs="Times New Roman"/>
          <w:szCs w:val="24"/>
        </w:rPr>
        <w:t xml:space="preserve"> </w:t>
      </w:r>
      <w:proofErr w:type="spellStart"/>
      <w:r w:rsidRPr="00693F1B">
        <w:rPr>
          <w:rFonts w:eastAsia="Arial" w:cs="Times New Roman"/>
          <w:szCs w:val="24"/>
        </w:rPr>
        <w:t>adecvat</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condițiile</w:t>
      </w:r>
      <w:proofErr w:type="spellEnd"/>
      <w:r w:rsidRPr="00693F1B">
        <w:rPr>
          <w:rFonts w:eastAsia="Arial" w:cs="Times New Roman"/>
          <w:szCs w:val="24"/>
        </w:rPr>
        <w:t xml:space="preserve"> </w:t>
      </w:r>
      <w:proofErr w:type="spellStart"/>
      <w:r w:rsidRPr="00693F1B">
        <w:rPr>
          <w:rFonts w:eastAsia="Arial" w:cs="Times New Roman"/>
          <w:szCs w:val="24"/>
        </w:rPr>
        <w:t>garanțiilor</w:t>
      </w:r>
      <w:proofErr w:type="spellEnd"/>
      <w:r w:rsidRPr="00693F1B">
        <w:rPr>
          <w:rFonts w:eastAsia="Arial" w:cs="Times New Roman"/>
          <w:szCs w:val="24"/>
        </w:rPr>
        <w:t xml:space="preserve"> </w:t>
      </w:r>
      <w:proofErr w:type="spellStart"/>
      <w:r w:rsidRPr="00693F1B">
        <w:rPr>
          <w:rFonts w:eastAsia="Arial" w:cs="Times New Roman"/>
          <w:szCs w:val="24"/>
        </w:rPr>
        <w:t>adecvate</w:t>
      </w:r>
      <w:proofErr w:type="spellEnd"/>
      <w:r w:rsidRPr="00693F1B">
        <w:rPr>
          <w:rFonts w:eastAsia="Arial" w:cs="Times New Roman"/>
          <w:szCs w:val="24"/>
        </w:rPr>
        <w:t xml:space="preserve"> </w:t>
      </w:r>
      <w:proofErr w:type="spellStart"/>
      <w:r w:rsidRPr="00693F1B">
        <w:rPr>
          <w:rFonts w:eastAsia="Arial" w:cs="Times New Roman"/>
          <w:szCs w:val="24"/>
        </w:rPr>
        <w:t>stabilite</w:t>
      </w:r>
      <w:proofErr w:type="spellEnd"/>
      <w:r w:rsidRPr="00693F1B">
        <w:rPr>
          <w:rFonts w:eastAsia="Arial" w:cs="Times New Roman"/>
          <w:szCs w:val="24"/>
        </w:rPr>
        <w:t xml:space="preserve"> </w:t>
      </w:r>
      <w:proofErr w:type="spellStart"/>
      <w:r w:rsidRPr="00693F1B">
        <w:rPr>
          <w:rFonts w:eastAsia="Arial" w:cs="Times New Roman"/>
          <w:szCs w:val="24"/>
        </w:rPr>
        <w:t>prin</w:t>
      </w:r>
      <w:proofErr w:type="spellEnd"/>
      <w:r w:rsidRPr="00693F1B">
        <w:rPr>
          <w:rFonts w:eastAsia="Arial" w:cs="Times New Roman"/>
          <w:szCs w:val="24"/>
        </w:rPr>
        <w:t xml:space="preserve"> </w:t>
      </w:r>
      <w:proofErr w:type="spellStart"/>
      <w:r w:rsidRPr="00693F1B">
        <w:rPr>
          <w:rFonts w:eastAsia="Arial" w:cs="Times New Roman"/>
          <w:szCs w:val="24"/>
        </w:rPr>
        <w:t>Legea</w:t>
      </w:r>
      <w:proofErr w:type="spellEnd"/>
      <w:r w:rsidRPr="00693F1B">
        <w:rPr>
          <w:rFonts w:eastAsia="Arial" w:cs="Times New Roman"/>
          <w:szCs w:val="24"/>
        </w:rPr>
        <w:t xml:space="preserve"> nr. 195/2024.</w:t>
      </w:r>
    </w:p>
    <w:p w14:paraId="36BB3910" w14:textId="77777777" w:rsidR="00EE7ED3" w:rsidRDefault="00000000" w:rsidP="0057282C">
      <w:pPr>
        <w:jc w:val="both"/>
        <w:rPr>
          <w:rFonts w:eastAsia="Arial" w:cs="Times New Roman"/>
          <w:szCs w:val="24"/>
        </w:rPr>
      </w:pPr>
      <w:r w:rsidRPr="00693F1B">
        <w:rPr>
          <w:rFonts w:eastAsia="Arial" w:cs="Times New Roman"/>
          <w:szCs w:val="24"/>
        </w:rPr>
        <w:t xml:space="preserve">2.2.4. </w:t>
      </w:r>
      <w:proofErr w:type="spellStart"/>
      <w:r w:rsidRPr="00693F1B">
        <w:rPr>
          <w:rFonts w:eastAsia="Arial" w:cs="Times New Roman"/>
          <w:szCs w:val="24"/>
        </w:rPr>
        <w:t>Prezent</w:t>
      </w:r>
      <w:r>
        <w:rPr>
          <w:rFonts w:eastAsia="Arial" w:cs="Times New Roman"/>
          <w:szCs w:val="24"/>
        </w:rPr>
        <w:t>ul</w:t>
      </w:r>
      <w:proofErr w:type="spellEnd"/>
      <w:r>
        <w:rPr>
          <w:rFonts w:eastAsia="Arial" w:cs="Times New Roman"/>
          <w:szCs w:val="24"/>
        </w:rPr>
        <w:t xml:space="preserve"> </w:t>
      </w:r>
      <w:proofErr w:type="spellStart"/>
      <w:r>
        <w:rPr>
          <w:rFonts w:eastAsia="Arial" w:cs="Times New Roman"/>
          <w:szCs w:val="24"/>
        </w:rPr>
        <w:t>Regulament</w:t>
      </w:r>
      <w:proofErr w:type="spellEnd"/>
      <w:r w:rsidRPr="00693F1B">
        <w:rPr>
          <w:rFonts w:eastAsia="Arial" w:cs="Times New Roman"/>
          <w:szCs w:val="24"/>
        </w:rPr>
        <w:t xml:space="preserve"> nu </w:t>
      </w:r>
      <w:proofErr w:type="spellStart"/>
      <w:r w:rsidRPr="00693F1B">
        <w:rPr>
          <w:rFonts w:eastAsia="Arial" w:cs="Times New Roman"/>
          <w:szCs w:val="24"/>
        </w:rPr>
        <w:t>aduce</w:t>
      </w:r>
      <w:proofErr w:type="spellEnd"/>
      <w:r w:rsidRPr="00693F1B">
        <w:rPr>
          <w:rFonts w:eastAsia="Arial" w:cs="Times New Roman"/>
          <w:szCs w:val="24"/>
        </w:rPr>
        <w:t xml:space="preserve"> </w:t>
      </w:r>
      <w:proofErr w:type="spellStart"/>
      <w:r w:rsidRPr="00693F1B">
        <w:rPr>
          <w:rFonts w:eastAsia="Arial" w:cs="Times New Roman"/>
          <w:szCs w:val="24"/>
        </w:rPr>
        <w:t>atingere</w:t>
      </w:r>
      <w:proofErr w:type="spellEnd"/>
      <w:r w:rsidRPr="00693F1B">
        <w:rPr>
          <w:rFonts w:eastAsia="Arial" w:cs="Times New Roman"/>
          <w:szCs w:val="24"/>
        </w:rPr>
        <w:t xml:space="preserve"> </w:t>
      </w:r>
      <w:proofErr w:type="spellStart"/>
      <w:r w:rsidRPr="00693F1B">
        <w:rPr>
          <w:rFonts w:eastAsia="Arial" w:cs="Times New Roman"/>
          <w:szCs w:val="24"/>
        </w:rPr>
        <w:t>celorlalte</w:t>
      </w:r>
      <w:proofErr w:type="spellEnd"/>
      <w:r w:rsidRPr="00693F1B">
        <w:rPr>
          <w:rFonts w:eastAsia="Arial" w:cs="Times New Roman"/>
          <w:szCs w:val="24"/>
        </w:rPr>
        <w:t xml:space="preserve"> </w:t>
      </w:r>
      <w:proofErr w:type="spellStart"/>
      <w:r>
        <w:rPr>
          <w:rFonts w:eastAsia="Arial" w:cs="Times New Roman"/>
          <w:szCs w:val="24"/>
        </w:rPr>
        <w:t>regulamente</w:t>
      </w:r>
      <w:proofErr w:type="spellEnd"/>
      <w:r>
        <w:rPr>
          <w:rFonts w:eastAsia="Arial" w:cs="Times New Roman"/>
          <w:szCs w:val="24"/>
        </w:rPr>
        <w:t xml:space="preserve">, </w:t>
      </w:r>
      <w:proofErr w:type="spellStart"/>
      <w:r w:rsidRPr="00693F1B">
        <w:rPr>
          <w:rFonts w:eastAsia="Arial" w:cs="Times New Roman"/>
          <w:szCs w:val="24"/>
        </w:rPr>
        <w:t>politici</w:t>
      </w:r>
      <w:proofErr w:type="spellEnd"/>
      <w:r w:rsidRPr="00693F1B">
        <w:rPr>
          <w:rFonts w:eastAsia="Arial" w:cs="Times New Roman"/>
          <w:szCs w:val="24"/>
        </w:rPr>
        <w:t xml:space="preserve"> </w:t>
      </w:r>
      <w:proofErr w:type="spellStart"/>
      <w:r w:rsidRPr="00693F1B">
        <w:rPr>
          <w:rFonts w:eastAsia="Arial" w:cs="Times New Roman"/>
          <w:szCs w:val="24"/>
        </w:rPr>
        <w:t>și</w:t>
      </w:r>
      <w:proofErr w:type="spellEnd"/>
      <w:r w:rsidRPr="00693F1B">
        <w:rPr>
          <w:rFonts w:eastAsia="Arial" w:cs="Times New Roman"/>
          <w:szCs w:val="24"/>
        </w:rPr>
        <w:t xml:space="preserve"> </w:t>
      </w:r>
      <w:proofErr w:type="spellStart"/>
      <w:r w:rsidRPr="00693F1B">
        <w:rPr>
          <w:rFonts w:eastAsia="Arial" w:cs="Times New Roman"/>
          <w:szCs w:val="24"/>
        </w:rPr>
        <w:t>proceduri</w:t>
      </w:r>
      <w:proofErr w:type="spellEnd"/>
      <w:r w:rsidRPr="00693F1B">
        <w:rPr>
          <w:rFonts w:eastAsia="Arial" w:cs="Times New Roman"/>
          <w:szCs w:val="24"/>
        </w:rPr>
        <w:t xml:space="preserve"> interne ale </w:t>
      </w:r>
      <w:proofErr w:type="spellStart"/>
      <w:r w:rsidRPr="00693F1B">
        <w:rPr>
          <w:rFonts w:eastAsia="Arial" w:cs="Times New Roman"/>
          <w:b/>
          <w:bCs/>
          <w:szCs w:val="24"/>
        </w:rPr>
        <w:t>Primăriei</w:t>
      </w:r>
      <w:proofErr w:type="spellEnd"/>
      <w:r w:rsidRPr="00693F1B">
        <w:rPr>
          <w:rFonts w:eastAsia="Arial" w:cs="Times New Roman"/>
          <w:b/>
          <w:bCs/>
          <w:szCs w:val="24"/>
        </w:rPr>
        <w:t xml:space="preserve"> </w:t>
      </w:r>
      <w:r w:rsidRPr="00916751">
        <w:rPr>
          <w:rFonts w:eastAsia="Arial" w:cs="Times New Roman"/>
          <w:b/>
          <w:bCs/>
          <w:szCs w:val="24"/>
        </w:rPr>
        <w:t>SATULUI MERENI</w:t>
      </w:r>
      <w:r w:rsidRPr="00693F1B">
        <w:rPr>
          <w:rFonts w:eastAsia="Arial" w:cs="Times New Roman"/>
          <w:szCs w:val="24"/>
        </w:rPr>
        <w:t xml:space="preserve">, care se </w:t>
      </w:r>
      <w:proofErr w:type="spellStart"/>
      <w:r w:rsidRPr="00693F1B">
        <w:rPr>
          <w:rFonts w:eastAsia="Arial" w:cs="Times New Roman"/>
          <w:szCs w:val="24"/>
        </w:rPr>
        <w:t>vor</w:t>
      </w:r>
      <w:proofErr w:type="spellEnd"/>
      <w:r w:rsidRPr="00693F1B">
        <w:rPr>
          <w:rFonts w:eastAsia="Arial" w:cs="Times New Roman"/>
          <w:szCs w:val="24"/>
        </w:rPr>
        <w:t xml:space="preserve"> </w:t>
      </w:r>
      <w:proofErr w:type="spellStart"/>
      <w:r w:rsidRPr="00693F1B">
        <w:rPr>
          <w:rFonts w:eastAsia="Arial" w:cs="Times New Roman"/>
          <w:szCs w:val="24"/>
        </w:rPr>
        <w:t>respecta</w:t>
      </w:r>
      <w:proofErr w:type="spellEnd"/>
      <w:r w:rsidRPr="00693F1B">
        <w:rPr>
          <w:rFonts w:eastAsia="Arial" w:cs="Times New Roman"/>
          <w:szCs w:val="24"/>
        </w:rPr>
        <w:t xml:space="preserve"> ca </w:t>
      </w:r>
      <w:proofErr w:type="spellStart"/>
      <w:r w:rsidRPr="00693F1B">
        <w:rPr>
          <w:rFonts w:eastAsia="Arial" w:cs="Times New Roman"/>
          <w:szCs w:val="24"/>
        </w:rPr>
        <w:t>atare</w:t>
      </w:r>
      <w:proofErr w:type="spellEnd"/>
      <w:r w:rsidRPr="00693F1B">
        <w:rPr>
          <w:rFonts w:eastAsia="Arial" w:cs="Times New Roman"/>
          <w:szCs w:val="24"/>
        </w:rPr>
        <w:t>.</w:t>
      </w:r>
    </w:p>
    <w:p w14:paraId="4788E810" w14:textId="77777777" w:rsidR="00EE7ED3" w:rsidRPr="00693F1B" w:rsidRDefault="00000000" w:rsidP="0057282C">
      <w:pPr>
        <w:jc w:val="both"/>
        <w:rPr>
          <w:rFonts w:eastAsia="Arial" w:cs="Times New Roman"/>
          <w:szCs w:val="24"/>
        </w:rPr>
      </w:pPr>
      <w:r w:rsidRPr="00693F1B">
        <w:rPr>
          <w:rFonts w:eastAsia="Arial" w:cs="Times New Roman"/>
          <w:szCs w:val="24"/>
        </w:rPr>
        <w:t xml:space="preserve">2.2.5.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situația</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care </w:t>
      </w:r>
      <w:proofErr w:type="spellStart"/>
      <w:r w:rsidRPr="00693F1B">
        <w:rPr>
          <w:rFonts w:eastAsia="Arial" w:cs="Times New Roman"/>
          <w:szCs w:val="24"/>
        </w:rPr>
        <w:t>există</w:t>
      </w:r>
      <w:proofErr w:type="spellEnd"/>
      <w:r w:rsidRPr="00693F1B">
        <w:rPr>
          <w:rFonts w:eastAsia="Arial" w:cs="Times New Roman"/>
          <w:szCs w:val="24"/>
        </w:rPr>
        <w:t xml:space="preserve"> </w:t>
      </w:r>
      <w:proofErr w:type="spellStart"/>
      <w:r w:rsidRPr="00693F1B">
        <w:rPr>
          <w:rFonts w:eastAsia="Arial" w:cs="Times New Roman"/>
          <w:szCs w:val="24"/>
        </w:rPr>
        <w:t>riscul</w:t>
      </w:r>
      <w:proofErr w:type="spellEnd"/>
      <w:r w:rsidRPr="00693F1B">
        <w:rPr>
          <w:rFonts w:eastAsia="Arial" w:cs="Times New Roman"/>
          <w:szCs w:val="24"/>
        </w:rPr>
        <w:t xml:space="preserve"> </w:t>
      </w:r>
      <w:proofErr w:type="spellStart"/>
      <w:r w:rsidRPr="00693F1B">
        <w:rPr>
          <w:rFonts w:eastAsia="Arial" w:cs="Times New Roman"/>
          <w:szCs w:val="24"/>
        </w:rPr>
        <w:t>apariției</w:t>
      </w:r>
      <w:proofErr w:type="spellEnd"/>
      <w:r w:rsidRPr="00693F1B">
        <w:rPr>
          <w:rFonts w:eastAsia="Arial" w:cs="Times New Roman"/>
          <w:szCs w:val="24"/>
        </w:rPr>
        <w:t xml:space="preserve"> </w:t>
      </w:r>
      <w:proofErr w:type="spellStart"/>
      <w:r w:rsidRPr="00693F1B">
        <w:rPr>
          <w:rFonts w:eastAsia="Arial" w:cs="Times New Roman"/>
          <w:szCs w:val="24"/>
        </w:rPr>
        <w:t>unui</w:t>
      </w:r>
      <w:proofErr w:type="spellEnd"/>
      <w:r w:rsidRPr="00693F1B">
        <w:rPr>
          <w:rFonts w:eastAsia="Arial" w:cs="Times New Roman"/>
          <w:szCs w:val="24"/>
        </w:rPr>
        <w:t xml:space="preserve"> incident de </w:t>
      </w:r>
      <w:proofErr w:type="spellStart"/>
      <w:r w:rsidRPr="00693F1B">
        <w:rPr>
          <w:rFonts w:eastAsia="Arial" w:cs="Times New Roman"/>
          <w:szCs w:val="24"/>
        </w:rPr>
        <w:t>securitate</w:t>
      </w:r>
      <w:proofErr w:type="spellEnd"/>
      <w:r w:rsidRPr="00693F1B">
        <w:rPr>
          <w:rFonts w:eastAsia="Arial" w:cs="Times New Roman"/>
          <w:szCs w:val="24"/>
        </w:rPr>
        <w:t xml:space="preserve">, se </w:t>
      </w:r>
      <w:proofErr w:type="spellStart"/>
      <w:r w:rsidRPr="00693F1B">
        <w:rPr>
          <w:rFonts w:eastAsia="Arial" w:cs="Times New Roman"/>
          <w:szCs w:val="24"/>
        </w:rPr>
        <w:t>vor</w:t>
      </w:r>
      <w:proofErr w:type="spellEnd"/>
      <w:r w:rsidRPr="00693F1B">
        <w:rPr>
          <w:rFonts w:eastAsia="Arial" w:cs="Times New Roman"/>
          <w:szCs w:val="24"/>
        </w:rPr>
        <w:t xml:space="preserve"> </w:t>
      </w:r>
      <w:proofErr w:type="spellStart"/>
      <w:r w:rsidRPr="00693F1B">
        <w:rPr>
          <w:rFonts w:eastAsia="Arial" w:cs="Times New Roman"/>
          <w:szCs w:val="24"/>
        </w:rPr>
        <w:t>opri</w:t>
      </w:r>
      <w:proofErr w:type="spellEnd"/>
      <w:r w:rsidRPr="00693F1B">
        <w:rPr>
          <w:rFonts w:eastAsia="Arial" w:cs="Times New Roman"/>
          <w:szCs w:val="24"/>
        </w:rPr>
        <w:t xml:space="preserve"> </w:t>
      </w:r>
      <w:proofErr w:type="spellStart"/>
      <w:r w:rsidRPr="00693F1B">
        <w:rPr>
          <w:rFonts w:eastAsia="Arial" w:cs="Times New Roman"/>
          <w:szCs w:val="24"/>
        </w:rPr>
        <w:t>toate</w:t>
      </w:r>
      <w:proofErr w:type="spellEnd"/>
      <w:r w:rsidRPr="00693F1B">
        <w:rPr>
          <w:rFonts w:eastAsia="Arial" w:cs="Times New Roman"/>
          <w:szCs w:val="24"/>
        </w:rPr>
        <w:t xml:space="preserve"> </w:t>
      </w:r>
      <w:proofErr w:type="spellStart"/>
      <w:r w:rsidRPr="00693F1B">
        <w:rPr>
          <w:rFonts w:eastAsia="Arial" w:cs="Times New Roman"/>
          <w:szCs w:val="24"/>
        </w:rPr>
        <w:t>transferurile</w:t>
      </w:r>
      <w:proofErr w:type="spellEnd"/>
      <w:r w:rsidRPr="00693F1B">
        <w:rPr>
          <w:rFonts w:eastAsia="Arial" w:cs="Times New Roman"/>
          <w:szCs w:val="24"/>
        </w:rPr>
        <w:t xml:space="preserve"> de date </w:t>
      </w:r>
      <w:proofErr w:type="spellStart"/>
      <w:r w:rsidRPr="00693F1B">
        <w:rPr>
          <w:rFonts w:eastAsia="Arial" w:cs="Times New Roman"/>
          <w:szCs w:val="24"/>
        </w:rPr>
        <w:t>și</w:t>
      </w:r>
      <w:proofErr w:type="spellEnd"/>
      <w:r w:rsidRPr="00693F1B">
        <w:rPr>
          <w:rFonts w:eastAsia="Arial" w:cs="Times New Roman"/>
          <w:szCs w:val="24"/>
        </w:rPr>
        <w:t xml:space="preserve"> se </w:t>
      </w:r>
      <w:proofErr w:type="spellStart"/>
      <w:r w:rsidRPr="00693F1B">
        <w:rPr>
          <w:rFonts w:eastAsia="Arial" w:cs="Times New Roman"/>
          <w:szCs w:val="24"/>
        </w:rPr>
        <w:t>va</w:t>
      </w:r>
      <w:proofErr w:type="spellEnd"/>
      <w:r w:rsidRPr="00693F1B">
        <w:rPr>
          <w:rFonts w:eastAsia="Arial" w:cs="Times New Roman"/>
          <w:szCs w:val="24"/>
        </w:rPr>
        <w:t xml:space="preserve"> </w:t>
      </w:r>
      <w:proofErr w:type="spellStart"/>
      <w:r w:rsidRPr="00693F1B">
        <w:rPr>
          <w:rFonts w:eastAsia="Arial" w:cs="Times New Roman"/>
          <w:szCs w:val="24"/>
        </w:rPr>
        <w:t>acționa</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conformitate</w:t>
      </w:r>
      <w:proofErr w:type="spellEnd"/>
      <w:r w:rsidRPr="00693F1B">
        <w:rPr>
          <w:rFonts w:eastAsia="Arial" w:cs="Times New Roman"/>
          <w:szCs w:val="24"/>
        </w:rPr>
        <w:t xml:space="preserve"> cu </w:t>
      </w:r>
      <w:proofErr w:type="spellStart"/>
      <w:r>
        <w:rPr>
          <w:rFonts w:eastAsia="Arial" w:cs="Times New Roman"/>
          <w:szCs w:val="24"/>
        </w:rPr>
        <w:t>Reguamentul</w:t>
      </w:r>
      <w:proofErr w:type="spellEnd"/>
      <w:r>
        <w:rPr>
          <w:rFonts w:eastAsia="Arial" w:cs="Times New Roman"/>
          <w:szCs w:val="24"/>
        </w:rPr>
        <w:t xml:space="preserve"> cu </w:t>
      </w:r>
      <w:proofErr w:type="spellStart"/>
      <w:r>
        <w:rPr>
          <w:rFonts w:eastAsia="Arial" w:cs="Times New Roman"/>
          <w:szCs w:val="24"/>
        </w:rPr>
        <w:t>privire</w:t>
      </w:r>
      <w:proofErr w:type="spellEnd"/>
      <w:r>
        <w:rPr>
          <w:rFonts w:eastAsia="Arial" w:cs="Times New Roman"/>
          <w:szCs w:val="24"/>
        </w:rPr>
        <w:t xml:space="preserve"> la </w:t>
      </w:r>
      <w:proofErr w:type="spellStart"/>
      <w:r w:rsidRPr="00693F1B">
        <w:rPr>
          <w:rFonts w:eastAsia="Arial" w:cs="Times New Roman"/>
          <w:szCs w:val="24"/>
        </w:rPr>
        <w:t>procedura</w:t>
      </w:r>
      <w:proofErr w:type="spellEnd"/>
      <w:r w:rsidRPr="00693F1B">
        <w:rPr>
          <w:rFonts w:eastAsia="Arial" w:cs="Times New Roman"/>
          <w:szCs w:val="24"/>
        </w:rPr>
        <w:t xml:space="preserve"> </w:t>
      </w:r>
      <w:proofErr w:type="spellStart"/>
      <w:r w:rsidRPr="00693F1B">
        <w:rPr>
          <w:rFonts w:eastAsia="Arial" w:cs="Times New Roman"/>
          <w:szCs w:val="24"/>
        </w:rPr>
        <w:t>privind</w:t>
      </w:r>
      <w:proofErr w:type="spellEnd"/>
      <w:r w:rsidRPr="00693F1B">
        <w:rPr>
          <w:rFonts w:eastAsia="Arial" w:cs="Times New Roman"/>
          <w:szCs w:val="24"/>
        </w:rPr>
        <w:t xml:space="preserve"> </w:t>
      </w:r>
      <w:proofErr w:type="spellStart"/>
      <w:r w:rsidRPr="00693F1B">
        <w:rPr>
          <w:rFonts w:eastAsia="Arial" w:cs="Times New Roman"/>
          <w:szCs w:val="24"/>
        </w:rPr>
        <w:t>raportarea</w:t>
      </w:r>
      <w:proofErr w:type="spellEnd"/>
      <w:r w:rsidRPr="00693F1B">
        <w:rPr>
          <w:rFonts w:eastAsia="Arial" w:cs="Times New Roman"/>
          <w:szCs w:val="24"/>
        </w:rPr>
        <w:t xml:space="preserve"> </w:t>
      </w:r>
      <w:proofErr w:type="spellStart"/>
      <w:r w:rsidRPr="00693F1B">
        <w:rPr>
          <w:rFonts w:eastAsia="Arial" w:cs="Times New Roman"/>
          <w:szCs w:val="24"/>
        </w:rPr>
        <w:t>și</w:t>
      </w:r>
      <w:proofErr w:type="spellEnd"/>
      <w:r w:rsidRPr="00693F1B">
        <w:rPr>
          <w:rFonts w:eastAsia="Arial" w:cs="Times New Roman"/>
          <w:szCs w:val="24"/>
        </w:rPr>
        <w:t xml:space="preserve"> </w:t>
      </w:r>
      <w:proofErr w:type="spellStart"/>
      <w:r w:rsidRPr="00693F1B">
        <w:rPr>
          <w:rFonts w:eastAsia="Arial" w:cs="Times New Roman"/>
          <w:szCs w:val="24"/>
        </w:rPr>
        <w:t>tratarea</w:t>
      </w:r>
      <w:proofErr w:type="spellEnd"/>
      <w:r w:rsidRPr="00693F1B">
        <w:rPr>
          <w:rFonts w:eastAsia="Arial" w:cs="Times New Roman"/>
          <w:szCs w:val="24"/>
        </w:rPr>
        <w:t xml:space="preserve"> </w:t>
      </w:r>
      <w:proofErr w:type="spellStart"/>
      <w:r w:rsidRPr="00693F1B">
        <w:rPr>
          <w:rFonts w:eastAsia="Arial" w:cs="Times New Roman"/>
          <w:szCs w:val="24"/>
        </w:rPr>
        <w:t>incidentelor</w:t>
      </w:r>
      <w:proofErr w:type="spellEnd"/>
      <w:r w:rsidRPr="00693F1B">
        <w:rPr>
          <w:rFonts w:eastAsia="Arial" w:cs="Times New Roman"/>
          <w:szCs w:val="24"/>
        </w:rPr>
        <w:t xml:space="preserve"> de </w:t>
      </w:r>
      <w:proofErr w:type="spellStart"/>
      <w:r w:rsidRPr="00693F1B">
        <w:rPr>
          <w:rFonts w:eastAsia="Arial" w:cs="Times New Roman"/>
          <w:szCs w:val="24"/>
        </w:rPr>
        <w:t>securitate</w:t>
      </w:r>
      <w:proofErr w:type="spellEnd"/>
      <w:r w:rsidRPr="00693F1B">
        <w:rPr>
          <w:rFonts w:eastAsia="Arial" w:cs="Times New Roman"/>
          <w:szCs w:val="24"/>
        </w:rPr>
        <w:t>.</w:t>
      </w:r>
    </w:p>
    <w:p w14:paraId="6A3B9210" w14:textId="77777777" w:rsidR="00EE7ED3" w:rsidRPr="00693F1B" w:rsidRDefault="00000000" w:rsidP="009D7F1C">
      <w:pPr>
        <w:rPr>
          <w:rFonts w:eastAsia="Arial" w:cs="Times New Roman"/>
          <w:b/>
          <w:bCs/>
          <w:szCs w:val="24"/>
        </w:rPr>
      </w:pPr>
      <w:r w:rsidRPr="00693F1B">
        <w:rPr>
          <w:rFonts w:eastAsia="Arial" w:cs="Times New Roman"/>
          <w:b/>
          <w:bCs/>
          <w:szCs w:val="24"/>
        </w:rPr>
        <w:t>3. DREPTURILE PERSOANELOR VIZATE</w:t>
      </w:r>
    </w:p>
    <w:p w14:paraId="0A5F715E" w14:textId="77777777" w:rsidR="00EE7ED3" w:rsidRDefault="00000000" w:rsidP="002C700D">
      <w:pPr>
        <w:jc w:val="both"/>
        <w:rPr>
          <w:rFonts w:eastAsia="Arial" w:cs="Times New Roman"/>
          <w:szCs w:val="24"/>
        </w:rPr>
      </w:pPr>
      <w:r w:rsidRPr="00693F1B">
        <w:rPr>
          <w:rFonts w:eastAsia="Arial" w:cs="Times New Roman"/>
          <w:szCs w:val="24"/>
        </w:rPr>
        <w:t xml:space="preserve">3.1. </w:t>
      </w:r>
      <w:proofErr w:type="spellStart"/>
      <w:r w:rsidRPr="00693F1B">
        <w:rPr>
          <w:rFonts w:eastAsia="Arial" w:cs="Times New Roman"/>
          <w:szCs w:val="24"/>
        </w:rPr>
        <w:t>Dacă</w:t>
      </w:r>
      <w:proofErr w:type="spellEnd"/>
      <w:r w:rsidRPr="00693F1B">
        <w:rPr>
          <w:rFonts w:eastAsia="Arial" w:cs="Times New Roman"/>
          <w:szCs w:val="24"/>
        </w:rPr>
        <w:t xml:space="preserve"> </w:t>
      </w:r>
      <w:proofErr w:type="spellStart"/>
      <w:r w:rsidRPr="00693F1B">
        <w:rPr>
          <w:rFonts w:eastAsia="Arial" w:cs="Times New Roman"/>
          <w:szCs w:val="24"/>
        </w:rPr>
        <w:t>datele</w:t>
      </w:r>
      <w:proofErr w:type="spellEnd"/>
      <w:r w:rsidRPr="00693F1B">
        <w:rPr>
          <w:rFonts w:eastAsia="Arial" w:cs="Times New Roman"/>
          <w:szCs w:val="24"/>
        </w:rPr>
        <w:t xml:space="preserve"> cu </w:t>
      </w:r>
      <w:proofErr w:type="spellStart"/>
      <w:r w:rsidRPr="00693F1B">
        <w:rPr>
          <w:rFonts w:eastAsia="Arial" w:cs="Times New Roman"/>
          <w:szCs w:val="24"/>
        </w:rPr>
        <w:t>caracter</w:t>
      </w:r>
      <w:proofErr w:type="spellEnd"/>
      <w:r w:rsidRPr="00693F1B">
        <w:rPr>
          <w:rFonts w:eastAsia="Arial" w:cs="Times New Roman"/>
          <w:szCs w:val="24"/>
        </w:rPr>
        <w:t xml:space="preserve"> personal </w:t>
      </w:r>
      <w:proofErr w:type="spellStart"/>
      <w:r w:rsidRPr="00693F1B">
        <w:rPr>
          <w:rFonts w:eastAsia="Arial" w:cs="Times New Roman"/>
          <w:szCs w:val="24"/>
        </w:rPr>
        <w:t>deținute</w:t>
      </w:r>
      <w:proofErr w:type="spellEnd"/>
      <w:r w:rsidRPr="00693F1B">
        <w:rPr>
          <w:rFonts w:eastAsia="Arial" w:cs="Times New Roman"/>
          <w:szCs w:val="24"/>
        </w:rPr>
        <w:t xml:space="preserve"> de </w:t>
      </w:r>
      <w:proofErr w:type="spellStart"/>
      <w:r w:rsidRPr="00693F1B">
        <w:rPr>
          <w:rFonts w:eastAsia="Arial" w:cs="Times New Roman"/>
          <w:b/>
          <w:bCs/>
          <w:szCs w:val="24"/>
        </w:rPr>
        <w:t>Primări</w:t>
      </w:r>
      <w:r>
        <w:rPr>
          <w:rFonts w:eastAsia="Arial" w:cs="Times New Roman"/>
          <w:b/>
          <w:bCs/>
          <w:szCs w:val="24"/>
        </w:rPr>
        <w:t>a</w:t>
      </w:r>
      <w:proofErr w:type="spellEnd"/>
      <w:r w:rsidRPr="00693F1B">
        <w:rPr>
          <w:rFonts w:eastAsia="Arial" w:cs="Times New Roman"/>
          <w:b/>
          <w:bCs/>
          <w:szCs w:val="24"/>
        </w:rPr>
        <w:t xml:space="preserve"> </w:t>
      </w:r>
      <w:r w:rsidRPr="00916751">
        <w:rPr>
          <w:rFonts w:eastAsia="Arial" w:cs="Times New Roman"/>
          <w:b/>
          <w:bCs/>
          <w:szCs w:val="24"/>
        </w:rPr>
        <w:t>SATULUI MERENI</w:t>
      </w:r>
      <w:r w:rsidRPr="00693F1B">
        <w:rPr>
          <w:rFonts w:eastAsia="Arial" w:cs="Times New Roman"/>
          <w:szCs w:val="24"/>
        </w:rPr>
        <w:t xml:space="preserve"> nu au </w:t>
      </w:r>
      <w:proofErr w:type="spellStart"/>
      <w:r w:rsidRPr="00693F1B">
        <w:rPr>
          <w:rFonts w:eastAsia="Arial" w:cs="Times New Roman"/>
          <w:szCs w:val="24"/>
        </w:rPr>
        <w:t>fost</w:t>
      </w:r>
      <w:proofErr w:type="spellEnd"/>
      <w:r w:rsidRPr="00693F1B">
        <w:rPr>
          <w:rFonts w:eastAsia="Arial" w:cs="Times New Roman"/>
          <w:szCs w:val="24"/>
        </w:rPr>
        <w:t xml:space="preserve"> </w:t>
      </w:r>
      <w:proofErr w:type="spellStart"/>
      <w:r w:rsidRPr="00693F1B">
        <w:rPr>
          <w:rFonts w:eastAsia="Arial" w:cs="Times New Roman"/>
          <w:szCs w:val="24"/>
        </w:rPr>
        <w:t>furnizate</w:t>
      </w:r>
      <w:proofErr w:type="spellEnd"/>
      <w:r w:rsidRPr="00693F1B">
        <w:rPr>
          <w:rFonts w:eastAsia="Arial" w:cs="Times New Roman"/>
          <w:szCs w:val="24"/>
        </w:rPr>
        <w:t xml:space="preserve"> de </w:t>
      </w:r>
      <w:proofErr w:type="spellStart"/>
      <w:r w:rsidRPr="00693F1B">
        <w:rPr>
          <w:rFonts w:eastAsia="Arial" w:cs="Times New Roman"/>
          <w:szCs w:val="24"/>
        </w:rPr>
        <w:t>către</w:t>
      </w:r>
      <w:proofErr w:type="spellEnd"/>
      <w:r w:rsidRPr="00693F1B">
        <w:rPr>
          <w:rFonts w:eastAsia="Arial" w:cs="Times New Roman"/>
          <w:szCs w:val="24"/>
        </w:rPr>
        <w:t xml:space="preserve"> </w:t>
      </w:r>
      <w:proofErr w:type="spellStart"/>
      <w:r w:rsidRPr="00693F1B">
        <w:rPr>
          <w:rFonts w:eastAsia="Arial" w:cs="Times New Roman"/>
          <w:szCs w:val="24"/>
        </w:rPr>
        <w:t>persoana</w:t>
      </w:r>
      <w:proofErr w:type="spellEnd"/>
      <w:r w:rsidRPr="00693F1B">
        <w:rPr>
          <w:rFonts w:eastAsia="Arial" w:cs="Times New Roman"/>
          <w:szCs w:val="24"/>
        </w:rPr>
        <w:t xml:space="preserve"> </w:t>
      </w:r>
      <w:proofErr w:type="spellStart"/>
      <w:r w:rsidRPr="00693F1B">
        <w:rPr>
          <w:rFonts w:eastAsia="Arial" w:cs="Times New Roman"/>
          <w:szCs w:val="24"/>
        </w:rPr>
        <w:t>vizată</w:t>
      </w:r>
      <w:proofErr w:type="spellEnd"/>
      <w:r w:rsidRPr="00693F1B">
        <w:rPr>
          <w:rFonts w:eastAsia="Arial" w:cs="Times New Roman"/>
          <w:szCs w:val="24"/>
        </w:rPr>
        <w:t xml:space="preserve">, se </w:t>
      </w:r>
      <w:proofErr w:type="spellStart"/>
      <w:r w:rsidRPr="00693F1B">
        <w:rPr>
          <w:rFonts w:eastAsia="Arial" w:cs="Times New Roman"/>
          <w:szCs w:val="24"/>
        </w:rPr>
        <w:t>va</w:t>
      </w:r>
      <w:proofErr w:type="spellEnd"/>
      <w:r w:rsidRPr="00693F1B">
        <w:rPr>
          <w:rFonts w:eastAsia="Arial" w:cs="Times New Roman"/>
          <w:szCs w:val="24"/>
        </w:rPr>
        <w:t xml:space="preserve"> </w:t>
      </w:r>
      <w:proofErr w:type="spellStart"/>
      <w:r w:rsidRPr="00693F1B">
        <w:rPr>
          <w:rFonts w:eastAsia="Arial" w:cs="Times New Roman"/>
          <w:szCs w:val="24"/>
        </w:rPr>
        <w:t>informa</w:t>
      </w:r>
      <w:proofErr w:type="spellEnd"/>
      <w:r w:rsidRPr="00693F1B">
        <w:rPr>
          <w:rFonts w:eastAsia="Arial" w:cs="Times New Roman"/>
          <w:szCs w:val="24"/>
        </w:rPr>
        <w:t xml:space="preserve"> </w:t>
      </w:r>
      <w:proofErr w:type="spellStart"/>
      <w:r w:rsidRPr="00693F1B">
        <w:rPr>
          <w:rFonts w:eastAsia="Arial" w:cs="Times New Roman"/>
          <w:szCs w:val="24"/>
        </w:rPr>
        <w:t>persoana</w:t>
      </w:r>
      <w:proofErr w:type="spellEnd"/>
      <w:r w:rsidRPr="00693F1B">
        <w:rPr>
          <w:rFonts w:eastAsia="Arial" w:cs="Times New Roman"/>
          <w:szCs w:val="24"/>
        </w:rPr>
        <w:t xml:space="preserve"> </w:t>
      </w:r>
      <w:proofErr w:type="spellStart"/>
      <w:r w:rsidRPr="00693F1B">
        <w:rPr>
          <w:rFonts w:eastAsia="Arial" w:cs="Times New Roman"/>
          <w:szCs w:val="24"/>
        </w:rPr>
        <w:t>vizată</w:t>
      </w:r>
      <w:proofErr w:type="spellEnd"/>
      <w:r w:rsidRPr="00693F1B">
        <w:rPr>
          <w:rFonts w:eastAsia="Arial" w:cs="Times New Roman"/>
          <w:szCs w:val="24"/>
        </w:rPr>
        <w:t xml:space="preserve"> </w:t>
      </w:r>
      <w:proofErr w:type="spellStart"/>
      <w:r w:rsidRPr="00693F1B">
        <w:rPr>
          <w:rFonts w:eastAsia="Arial" w:cs="Times New Roman"/>
          <w:szCs w:val="24"/>
        </w:rPr>
        <w:t>despre</w:t>
      </w:r>
      <w:proofErr w:type="spellEnd"/>
      <w:r w:rsidRPr="00693F1B">
        <w:rPr>
          <w:rFonts w:eastAsia="Arial" w:cs="Times New Roman"/>
          <w:szCs w:val="24"/>
        </w:rPr>
        <w:t xml:space="preserve"> </w:t>
      </w:r>
      <w:proofErr w:type="spellStart"/>
      <w:r w:rsidRPr="00693F1B">
        <w:rPr>
          <w:rFonts w:eastAsia="Arial" w:cs="Times New Roman"/>
          <w:szCs w:val="24"/>
        </w:rPr>
        <w:t>intenția</w:t>
      </w:r>
      <w:proofErr w:type="spellEnd"/>
      <w:r w:rsidRPr="00693F1B">
        <w:rPr>
          <w:rFonts w:eastAsia="Arial" w:cs="Times New Roman"/>
          <w:szCs w:val="24"/>
        </w:rPr>
        <w:t xml:space="preserve"> de a </w:t>
      </w:r>
      <w:proofErr w:type="spellStart"/>
      <w:r w:rsidRPr="00693F1B">
        <w:rPr>
          <w:rFonts w:eastAsia="Arial" w:cs="Times New Roman"/>
          <w:szCs w:val="24"/>
        </w:rPr>
        <w:t>transfera</w:t>
      </w:r>
      <w:proofErr w:type="spellEnd"/>
      <w:r w:rsidRPr="00693F1B">
        <w:rPr>
          <w:rFonts w:eastAsia="Arial" w:cs="Times New Roman"/>
          <w:szCs w:val="24"/>
        </w:rPr>
        <w:t xml:space="preserve"> date </w:t>
      </w:r>
      <w:proofErr w:type="spellStart"/>
      <w:r w:rsidRPr="00693F1B">
        <w:rPr>
          <w:rFonts w:eastAsia="Arial" w:cs="Times New Roman"/>
          <w:szCs w:val="24"/>
        </w:rPr>
        <w:t>către</w:t>
      </w:r>
      <w:proofErr w:type="spellEnd"/>
      <w:r w:rsidRPr="00693F1B">
        <w:rPr>
          <w:rFonts w:eastAsia="Arial" w:cs="Times New Roman"/>
          <w:szCs w:val="24"/>
        </w:rPr>
        <w:t xml:space="preserve"> </w:t>
      </w:r>
      <w:proofErr w:type="spellStart"/>
      <w:r w:rsidRPr="00693F1B">
        <w:rPr>
          <w:rFonts w:eastAsia="Arial" w:cs="Times New Roman"/>
          <w:szCs w:val="24"/>
        </w:rPr>
        <w:t>destinatari</w:t>
      </w:r>
      <w:proofErr w:type="spellEnd"/>
      <w:r w:rsidRPr="00693F1B">
        <w:rPr>
          <w:rFonts w:eastAsia="Arial" w:cs="Times New Roman"/>
          <w:szCs w:val="24"/>
        </w:rPr>
        <w:t xml:space="preserve">, </w:t>
      </w:r>
      <w:proofErr w:type="spellStart"/>
      <w:r w:rsidRPr="00693F1B">
        <w:rPr>
          <w:rFonts w:eastAsia="Arial" w:cs="Times New Roman"/>
          <w:szCs w:val="24"/>
        </w:rPr>
        <w:t>împreună</w:t>
      </w:r>
      <w:proofErr w:type="spellEnd"/>
      <w:r w:rsidRPr="00693F1B">
        <w:rPr>
          <w:rFonts w:eastAsia="Arial" w:cs="Times New Roman"/>
          <w:szCs w:val="24"/>
        </w:rPr>
        <w:t xml:space="preserve"> cu </w:t>
      </w:r>
      <w:proofErr w:type="spellStart"/>
      <w:r w:rsidRPr="00693F1B">
        <w:rPr>
          <w:rFonts w:eastAsia="Arial" w:cs="Times New Roman"/>
          <w:szCs w:val="24"/>
        </w:rPr>
        <w:t>datele</w:t>
      </w:r>
      <w:proofErr w:type="spellEnd"/>
      <w:r w:rsidRPr="00693F1B">
        <w:rPr>
          <w:rFonts w:eastAsia="Arial" w:cs="Times New Roman"/>
          <w:szCs w:val="24"/>
        </w:rPr>
        <w:t xml:space="preserve"> de contact ale DPO, </w:t>
      </w:r>
      <w:proofErr w:type="spellStart"/>
      <w:r w:rsidRPr="00693F1B">
        <w:rPr>
          <w:rFonts w:eastAsia="Arial" w:cs="Times New Roman"/>
          <w:szCs w:val="24"/>
        </w:rPr>
        <w:t>scopul</w:t>
      </w:r>
      <w:proofErr w:type="spellEnd"/>
      <w:r w:rsidRPr="00693F1B">
        <w:rPr>
          <w:rFonts w:eastAsia="Arial" w:cs="Times New Roman"/>
          <w:szCs w:val="24"/>
        </w:rPr>
        <w:t xml:space="preserve"> </w:t>
      </w:r>
      <w:proofErr w:type="spellStart"/>
      <w:r w:rsidRPr="00693F1B">
        <w:rPr>
          <w:rFonts w:eastAsia="Arial" w:cs="Times New Roman"/>
          <w:szCs w:val="24"/>
        </w:rPr>
        <w:t>și</w:t>
      </w:r>
      <w:proofErr w:type="spellEnd"/>
      <w:r w:rsidRPr="00693F1B">
        <w:rPr>
          <w:rFonts w:eastAsia="Arial" w:cs="Times New Roman"/>
          <w:szCs w:val="24"/>
        </w:rPr>
        <w:t xml:space="preserve"> </w:t>
      </w:r>
      <w:proofErr w:type="spellStart"/>
      <w:r w:rsidRPr="00693F1B">
        <w:rPr>
          <w:rFonts w:eastAsia="Arial" w:cs="Times New Roman"/>
          <w:szCs w:val="24"/>
        </w:rPr>
        <w:t>temeiul</w:t>
      </w:r>
      <w:proofErr w:type="spellEnd"/>
      <w:r w:rsidRPr="00693F1B">
        <w:rPr>
          <w:rFonts w:eastAsia="Arial" w:cs="Times New Roman"/>
          <w:szCs w:val="24"/>
        </w:rPr>
        <w:t xml:space="preserve"> </w:t>
      </w:r>
      <w:proofErr w:type="spellStart"/>
      <w:r w:rsidRPr="00693F1B">
        <w:rPr>
          <w:rFonts w:eastAsia="Arial" w:cs="Times New Roman"/>
          <w:szCs w:val="24"/>
        </w:rPr>
        <w:t>prelucrărilor</w:t>
      </w:r>
      <w:proofErr w:type="spellEnd"/>
      <w:r w:rsidRPr="00693F1B">
        <w:rPr>
          <w:rFonts w:eastAsia="Arial" w:cs="Times New Roman"/>
          <w:szCs w:val="24"/>
        </w:rPr>
        <w:t xml:space="preserve"> de date ale </w:t>
      </w:r>
      <w:proofErr w:type="spellStart"/>
      <w:r w:rsidRPr="00693F1B">
        <w:rPr>
          <w:rFonts w:eastAsia="Arial" w:cs="Times New Roman"/>
          <w:b/>
          <w:bCs/>
          <w:szCs w:val="24"/>
        </w:rPr>
        <w:t>Primăriei</w:t>
      </w:r>
      <w:proofErr w:type="spellEnd"/>
      <w:r w:rsidRPr="00693F1B">
        <w:rPr>
          <w:rFonts w:eastAsia="Arial" w:cs="Times New Roman"/>
          <w:b/>
          <w:bCs/>
          <w:szCs w:val="24"/>
        </w:rPr>
        <w:t xml:space="preserve"> </w:t>
      </w:r>
      <w:r w:rsidRPr="00916751">
        <w:rPr>
          <w:rFonts w:eastAsia="Arial" w:cs="Times New Roman"/>
          <w:b/>
          <w:bCs/>
          <w:szCs w:val="24"/>
        </w:rPr>
        <w:t>SATULUI MERENI</w:t>
      </w:r>
      <w:r w:rsidRPr="00693F1B">
        <w:rPr>
          <w:rFonts w:eastAsia="Arial" w:cs="Times New Roman"/>
          <w:szCs w:val="24"/>
        </w:rPr>
        <w:t xml:space="preserve">, </w:t>
      </w:r>
      <w:proofErr w:type="spellStart"/>
      <w:r w:rsidRPr="00693F1B">
        <w:rPr>
          <w:rFonts w:eastAsia="Arial" w:cs="Times New Roman"/>
          <w:szCs w:val="24"/>
        </w:rPr>
        <w:t>destinatarii</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categoriile</w:t>
      </w:r>
      <w:proofErr w:type="spellEnd"/>
      <w:r w:rsidRPr="00693F1B">
        <w:rPr>
          <w:rFonts w:eastAsia="Arial" w:cs="Times New Roman"/>
          <w:szCs w:val="24"/>
        </w:rPr>
        <w:t xml:space="preserve"> de </w:t>
      </w:r>
      <w:proofErr w:type="spellStart"/>
      <w:r w:rsidRPr="00693F1B">
        <w:rPr>
          <w:rFonts w:eastAsia="Arial" w:cs="Times New Roman"/>
          <w:szCs w:val="24"/>
        </w:rPr>
        <w:t>destinatari</w:t>
      </w:r>
      <w:proofErr w:type="spellEnd"/>
      <w:r w:rsidRPr="00693F1B">
        <w:rPr>
          <w:rFonts w:eastAsia="Arial" w:cs="Times New Roman"/>
          <w:szCs w:val="24"/>
        </w:rPr>
        <w:t xml:space="preserve"> ai </w:t>
      </w:r>
      <w:proofErr w:type="spellStart"/>
      <w:r w:rsidRPr="00693F1B">
        <w:rPr>
          <w:rFonts w:eastAsia="Arial" w:cs="Times New Roman"/>
          <w:szCs w:val="24"/>
        </w:rPr>
        <w:t>datelor</w:t>
      </w:r>
      <w:proofErr w:type="spellEnd"/>
      <w:r w:rsidRPr="00693F1B">
        <w:rPr>
          <w:rFonts w:eastAsia="Arial" w:cs="Times New Roman"/>
          <w:szCs w:val="24"/>
        </w:rPr>
        <w:t xml:space="preserve"> cu </w:t>
      </w:r>
      <w:proofErr w:type="spellStart"/>
      <w:r w:rsidRPr="00693F1B">
        <w:rPr>
          <w:rFonts w:eastAsia="Arial" w:cs="Times New Roman"/>
          <w:szCs w:val="24"/>
        </w:rPr>
        <w:t>caracter</w:t>
      </w:r>
      <w:proofErr w:type="spellEnd"/>
      <w:r w:rsidRPr="00693F1B">
        <w:rPr>
          <w:rFonts w:eastAsia="Arial" w:cs="Times New Roman"/>
          <w:szCs w:val="24"/>
        </w:rPr>
        <w:t xml:space="preserve"> personal.</w:t>
      </w:r>
    </w:p>
    <w:p w14:paraId="0A8CD8CD" w14:textId="77777777" w:rsidR="00EE7ED3" w:rsidRDefault="00000000" w:rsidP="002C700D">
      <w:pPr>
        <w:jc w:val="both"/>
        <w:rPr>
          <w:rFonts w:eastAsia="Arial" w:cs="Times New Roman"/>
          <w:szCs w:val="24"/>
        </w:rPr>
      </w:pPr>
      <w:r w:rsidRPr="00693F1B">
        <w:rPr>
          <w:rFonts w:eastAsia="Arial" w:cs="Times New Roman"/>
          <w:szCs w:val="24"/>
        </w:rPr>
        <w:t xml:space="preserve">3.2. </w:t>
      </w:r>
      <w:proofErr w:type="spellStart"/>
      <w:r w:rsidRPr="00693F1B">
        <w:rPr>
          <w:rFonts w:eastAsia="Arial" w:cs="Times New Roman"/>
          <w:szCs w:val="24"/>
        </w:rPr>
        <w:t>Informarea</w:t>
      </w:r>
      <w:proofErr w:type="spellEnd"/>
      <w:r w:rsidRPr="00693F1B">
        <w:rPr>
          <w:rFonts w:eastAsia="Arial" w:cs="Times New Roman"/>
          <w:szCs w:val="24"/>
        </w:rPr>
        <w:t xml:space="preserve"> </w:t>
      </w:r>
      <w:proofErr w:type="spellStart"/>
      <w:r w:rsidRPr="00693F1B">
        <w:rPr>
          <w:rFonts w:eastAsia="Arial" w:cs="Times New Roman"/>
          <w:szCs w:val="24"/>
        </w:rPr>
        <w:t>despre</w:t>
      </w:r>
      <w:proofErr w:type="spellEnd"/>
      <w:r w:rsidRPr="00693F1B">
        <w:rPr>
          <w:rFonts w:eastAsia="Arial" w:cs="Times New Roman"/>
          <w:szCs w:val="24"/>
        </w:rPr>
        <w:t xml:space="preserve"> </w:t>
      </w:r>
      <w:proofErr w:type="spellStart"/>
      <w:r w:rsidRPr="00693F1B">
        <w:rPr>
          <w:rFonts w:eastAsia="Arial" w:cs="Times New Roman"/>
          <w:szCs w:val="24"/>
        </w:rPr>
        <w:t>transferul</w:t>
      </w:r>
      <w:proofErr w:type="spellEnd"/>
      <w:r w:rsidRPr="00693F1B">
        <w:rPr>
          <w:rFonts w:eastAsia="Arial" w:cs="Times New Roman"/>
          <w:szCs w:val="24"/>
        </w:rPr>
        <w:t xml:space="preserve"> de date </w:t>
      </w:r>
      <w:proofErr w:type="spellStart"/>
      <w:r w:rsidRPr="00693F1B">
        <w:rPr>
          <w:rFonts w:eastAsia="Arial" w:cs="Times New Roman"/>
          <w:szCs w:val="24"/>
        </w:rPr>
        <w:t>va</w:t>
      </w:r>
      <w:proofErr w:type="spellEnd"/>
      <w:r w:rsidRPr="00693F1B">
        <w:rPr>
          <w:rFonts w:eastAsia="Arial" w:cs="Times New Roman"/>
          <w:szCs w:val="24"/>
        </w:rPr>
        <w:t xml:space="preserve"> </w:t>
      </w:r>
      <w:proofErr w:type="spellStart"/>
      <w:r w:rsidRPr="00693F1B">
        <w:rPr>
          <w:rFonts w:eastAsia="Arial" w:cs="Times New Roman"/>
          <w:szCs w:val="24"/>
        </w:rPr>
        <w:t>conține</w:t>
      </w:r>
      <w:proofErr w:type="spellEnd"/>
      <w:r w:rsidRPr="00693F1B">
        <w:rPr>
          <w:rFonts w:eastAsia="Arial" w:cs="Times New Roman"/>
          <w:szCs w:val="24"/>
        </w:rPr>
        <w:t xml:space="preserve"> </w:t>
      </w:r>
      <w:proofErr w:type="spellStart"/>
      <w:r w:rsidRPr="00693F1B">
        <w:rPr>
          <w:rFonts w:eastAsia="Arial" w:cs="Times New Roman"/>
          <w:szCs w:val="24"/>
        </w:rPr>
        <w:t>și</w:t>
      </w:r>
      <w:proofErr w:type="spellEnd"/>
      <w:r w:rsidRPr="00693F1B">
        <w:rPr>
          <w:rFonts w:eastAsia="Arial" w:cs="Times New Roman"/>
          <w:szCs w:val="24"/>
        </w:rPr>
        <w:t xml:space="preserve"> </w:t>
      </w:r>
      <w:proofErr w:type="spellStart"/>
      <w:r w:rsidRPr="00693F1B">
        <w:rPr>
          <w:rFonts w:eastAsia="Arial" w:cs="Times New Roman"/>
          <w:szCs w:val="24"/>
        </w:rPr>
        <w:t>garanțiile</w:t>
      </w:r>
      <w:proofErr w:type="spellEnd"/>
      <w:r w:rsidRPr="00693F1B">
        <w:rPr>
          <w:rFonts w:eastAsia="Arial" w:cs="Times New Roman"/>
          <w:szCs w:val="24"/>
        </w:rPr>
        <w:t xml:space="preserve"> </w:t>
      </w:r>
      <w:proofErr w:type="spellStart"/>
      <w:r w:rsidRPr="00693F1B">
        <w:rPr>
          <w:rFonts w:eastAsia="Arial" w:cs="Times New Roman"/>
          <w:szCs w:val="24"/>
        </w:rPr>
        <w:t>adecvate</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corespunzătoare</w:t>
      </w:r>
      <w:proofErr w:type="spellEnd"/>
      <w:r w:rsidRPr="00693F1B">
        <w:rPr>
          <w:rFonts w:eastAsia="Arial" w:cs="Times New Roman"/>
          <w:szCs w:val="24"/>
        </w:rPr>
        <w:t xml:space="preserve"> </w:t>
      </w:r>
      <w:proofErr w:type="spellStart"/>
      <w:r w:rsidRPr="00693F1B">
        <w:rPr>
          <w:rFonts w:eastAsia="Arial" w:cs="Times New Roman"/>
          <w:szCs w:val="24"/>
        </w:rPr>
        <w:t>și</w:t>
      </w:r>
      <w:proofErr w:type="spellEnd"/>
      <w:r w:rsidRPr="00693F1B">
        <w:rPr>
          <w:rFonts w:eastAsia="Arial" w:cs="Times New Roman"/>
          <w:szCs w:val="24"/>
        </w:rPr>
        <w:t xml:space="preserve"> </w:t>
      </w:r>
      <w:proofErr w:type="spellStart"/>
      <w:r w:rsidRPr="00693F1B">
        <w:rPr>
          <w:rFonts w:eastAsia="Arial" w:cs="Times New Roman"/>
          <w:szCs w:val="24"/>
        </w:rPr>
        <w:t>mijloacele</w:t>
      </w:r>
      <w:proofErr w:type="spellEnd"/>
      <w:r w:rsidRPr="00693F1B">
        <w:rPr>
          <w:rFonts w:eastAsia="Arial" w:cs="Times New Roman"/>
          <w:szCs w:val="24"/>
        </w:rPr>
        <w:t xml:space="preserve"> de </w:t>
      </w:r>
      <w:proofErr w:type="gramStart"/>
      <w:r w:rsidRPr="00693F1B">
        <w:rPr>
          <w:rFonts w:eastAsia="Arial" w:cs="Times New Roman"/>
          <w:szCs w:val="24"/>
        </w:rPr>
        <w:t>a</w:t>
      </w:r>
      <w:proofErr w:type="gramEnd"/>
      <w:r w:rsidRPr="00693F1B">
        <w:rPr>
          <w:rFonts w:eastAsia="Arial" w:cs="Times New Roman"/>
          <w:szCs w:val="24"/>
        </w:rPr>
        <w:t xml:space="preserve"> </w:t>
      </w:r>
      <w:proofErr w:type="spellStart"/>
      <w:r w:rsidRPr="00693F1B">
        <w:rPr>
          <w:rFonts w:eastAsia="Arial" w:cs="Times New Roman"/>
          <w:szCs w:val="24"/>
        </w:rPr>
        <w:t>obține</w:t>
      </w:r>
      <w:proofErr w:type="spellEnd"/>
      <w:r w:rsidRPr="00693F1B">
        <w:rPr>
          <w:rFonts w:eastAsia="Arial" w:cs="Times New Roman"/>
          <w:szCs w:val="24"/>
        </w:rPr>
        <w:t xml:space="preserve"> o </w:t>
      </w:r>
      <w:proofErr w:type="spellStart"/>
      <w:r w:rsidRPr="00693F1B">
        <w:rPr>
          <w:rFonts w:eastAsia="Arial" w:cs="Times New Roman"/>
          <w:szCs w:val="24"/>
        </w:rPr>
        <w:t>copie</w:t>
      </w:r>
      <w:proofErr w:type="spellEnd"/>
      <w:r w:rsidRPr="00693F1B">
        <w:rPr>
          <w:rFonts w:eastAsia="Arial" w:cs="Times New Roman"/>
          <w:szCs w:val="24"/>
        </w:rPr>
        <w:t xml:space="preserve"> </w:t>
      </w:r>
      <w:proofErr w:type="gramStart"/>
      <w:r w:rsidRPr="00693F1B">
        <w:rPr>
          <w:rFonts w:eastAsia="Arial" w:cs="Times New Roman"/>
          <w:szCs w:val="24"/>
        </w:rPr>
        <w:t>a</w:t>
      </w:r>
      <w:proofErr w:type="gramEnd"/>
      <w:r w:rsidRPr="00693F1B">
        <w:rPr>
          <w:rFonts w:eastAsia="Arial" w:cs="Times New Roman"/>
          <w:szCs w:val="24"/>
        </w:rPr>
        <w:t xml:space="preserve"> </w:t>
      </w:r>
      <w:proofErr w:type="spellStart"/>
      <w:r w:rsidRPr="00693F1B">
        <w:rPr>
          <w:rFonts w:eastAsia="Arial" w:cs="Times New Roman"/>
          <w:szCs w:val="24"/>
        </w:rPr>
        <w:t>acestora</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cazul</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care </w:t>
      </w:r>
      <w:proofErr w:type="spellStart"/>
      <w:r w:rsidRPr="00693F1B">
        <w:rPr>
          <w:rFonts w:eastAsia="Arial" w:cs="Times New Roman"/>
          <w:szCs w:val="24"/>
        </w:rPr>
        <w:t>transferul</w:t>
      </w:r>
      <w:proofErr w:type="spellEnd"/>
      <w:r w:rsidRPr="00693F1B">
        <w:rPr>
          <w:rFonts w:eastAsia="Arial" w:cs="Times New Roman"/>
          <w:szCs w:val="24"/>
        </w:rPr>
        <w:t xml:space="preserve"> se </w:t>
      </w:r>
      <w:proofErr w:type="spellStart"/>
      <w:r w:rsidRPr="00693F1B">
        <w:rPr>
          <w:rFonts w:eastAsia="Arial" w:cs="Times New Roman"/>
          <w:szCs w:val="24"/>
        </w:rPr>
        <w:t>realizează</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baza</w:t>
      </w:r>
      <w:proofErr w:type="spellEnd"/>
      <w:r w:rsidRPr="00693F1B">
        <w:rPr>
          <w:rFonts w:eastAsia="Arial" w:cs="Times New Roman"/>
          <w:szCs w:val="24"/>
        </w:rPr>
        <w:t xml:space="preserve"> </w:t>
      </w:r>
      <w:proofErr w:type="spellStart"/>
      <w:r w:rsidRPr="00693F1B">
        <w:rPr>
          <w:rFonts w:eastAsia="Arial" w:cs="Times New Roman"/>
          <w:szCs w:val="24"/>
        </w:rPr>
        <w:t>unor</w:t>
      </w:r>
      <w:proofErr w:type="spellEnd"/>
      <w:r w:rsidRPr="00693F1B">
        <w:rPr>
          <w:rFonts w:eastAsia="Arial" w:cs="Times New Roman"/>
          <w:szCs w:val="24"/>
        </w:rPr>
        <w:t xml:space="preserve"> </w:t>
      </w:r>
      <w:proofErr w:type="spellStart"/>
      <w:r w:rsidRPr="00693F1B">
        <w:rPr>
          <w:rFonts w:eastAsia="Arial" w:cs="Times New Roman"/>
          <w:szCs w:val="24"/>
        </w:rPr>
        <w:t>garanții</w:t>
      </w:r>
      <w:proofErr w:type="spellEnd"/>
      <w:r w:rsidRPr="00693F1B">
        <w:rPr>
          <w:rFonts w:eastAsia="Arial" w:cs="Times New Roman"/>
          <w:szCs w:val="24"/>
        </w:rPr>
        <w:t xml:space="preserve"> </w:t>
      </w:r>
      <w:proofErr w:type="spellStart"/>
      <w:r w:rsidRPr="00693F1B">
        <w:rPr>
          <w:rFonts w:eastAsia="Arial" w:cs="Times New Roman"/>
          <w:szCs w:val="24"/>
        </w:rPr>
        <w:t>adecvate</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lipsa</w:t>
      </w:r>
      <w:proofErr w:type="spellEnd"/>
      <w:r w:rsidRPr="00693F1B">
        <w:rPr>
          <w:rFonts w:eastAsia="Arial" w:cs="Times New Roman"/>
          <w:szCs w:val="24"/>
        </w:rPr>
        <w:t xml:space="preserve"> </w:t>
      </w:r>
      <w:proofErr w:type="spellStart"/>
      <w:r w:rsidRPr="00693F1B">
        <w:rPr>
          <w:rFonts w:eastAsia="Arial" w:cs="Times New Roman"/>
          <w:szCs w:val="24"/>
        </w:rPr>
        <w:t>unei</w:t>
      </w:r>
      <w:proofErr w:type="spellEnd"/>
      <w:r w:rsidRPr="00693F1B">
        <w:rPr>
          <w:rFonts w:eastAsia="Arial" w:cs="Times New Roman"/>
          <w:szCs w:val="24"/>
        </w:rPr>
        <w:t xml:space="preserve"> </w:t>
      </w:r>
      <w:proofErr w:type="spellStart"/>
      <w:r w:rsidRPr="00693F1B">
        <w:rPr>
          <w:rFonts w:eastAsia="Arial" w:cs="Times New Roman"/>
          <w:szCs w:val="24"/>
        </w:rPr>
        <w:t>decizii</w:t>
      </w:r>
      <w:proofErr w:type="spellEnd"/>
      <w:r w:rsidRPr="00693F1B">
        <w:rPr>
          <w:rFonts w:eastAsia="Arial" w:cs="Times New Roman"/>
          <w:szCs w:val="24"/>
        </w:rPr>
        <w:t xml:space="preserve"> a </w:t>
      </w:r>
      <w:proofErr w:type="spellStart"/>
      <w:r w:rsidRPr="00693F1B">
        <w:rPr>
          <w:rFonts w:eastAsia="Arial" w:cs="Times New Roman"/>
          <w:szCs w:val="24"/>
        </w:rPr>
        <w:t>Centrului</w:t>
      </w:r>
      <w:proofErr w:type="spellEnd"/>
      <w:r w:rsidRPr="00693F1B">
        <w:rPr>
          <w:rFonts w:eastAsia="Arial" w:cs="Times New Roman"/>
          <w:szCs w:val="24"/>
        </w:rPr>
        <w:t xml:space="preserve"> </w:t>
      </w:r>
      <w:proofErr w:type="spellStart"/>
      <w:r w:rsidRPr="00693F1B">
        <w:rPr>
          <w:rFonts w:eastAsia="Arial" w:cs="Times New Roman"/>
          <w:szCs w:val="24"/>
        </w:rPr>
        <w:t>Național</w:t>
      </w:r>
      <w:proofErr w:type="spellEnd"/>
      <w:r w:rsidRPr="00693F1B">
        <w:rPr>
          <w:rFonts w:eastAsia="Arial" w:cs="Times New Roman"/>
          <w:szCs w:val="24"/>
        </w:rPr>
        <w:t xml:space="preserve"> </w:t>
      </w:r>
      <w:proofErr w:type="spellStart"/>
      <w:r w:rsidRPr="00693F1B">
        <w:rPr>
          <w:rFonts w:eastAsia="Arial" w:cs="Times New Roman"/>
          <w:szCs w:val="24"/>
        </w:rPr>
        <w:t>pentru</w:t>
      </w:r>
      <w:proofErr w:type="spellEnd"/>
      <w:r w:rsidRPr="00693F1B">
        <w:rPr>
          <w:rFonts w:eastAsia="Arial" w:cs="Times New Roman"/>
          <w:szCs w:val="24"/>
        </w:rPr>
        <w:t xml:space="preserve"> </w:t>
      </w:r>
      <w:proofErr w:type="spellStart"/>
      <w:r w:rsidRPr="00693F1B">
        <w:rPr>
          <w:rFonts w:eastAsia="Arial" w:cs="Times New Roman"/>
          <w:szCs w:val="24"/>
        </w:rPr>
        <w:t>Protecția</w:t>
      </w:r>
      <w:proofErr w:type="spellEnd"/>
      <w:r w:rsidRPr="00693F1B">
        <w:rPr>
          <w:rFonts w:eastAsia="Arial" w:cs="Times New Roman"/>
          <w:szCs w:val="24"/>
        </w:rPr>
        <w:t xml:space="preserve"> </w:t>
      </w:r>
      <w:proofErr w:type="spellStart"/>
      <w:r w:rsidRPr="00693F1B">
        <w:rPr>
          <w:rFonts w:eastAsia="Arial" w:cs="Times New Roman"/>
          <w:szCs w:val="24"/>
        </w:rPr>
        <w:t>Datelor</w:t>
      </w:r>
      <w:proofErr w:type="spellEnd"/>
      <w:r w:rsidRPr="00693F1B">
        <w:rPr>
          <w:rFonts w:eastAsia="Arial" w:cs="Times New Roman"/>
          <w:szCs w:val="24"/>
        </w:rPr>
        <w:t xml:space="preserve"> cu Caracter Personal.</w:t>
      </w:r>
    </w:p>
    <w:p w14:paraId="5865E60C" w14:textId="77777777" w:rsidR="00EE7ED3" w:rsidRDefault="00000000" w:rsidP="002C700D">
      <w:pPr>
        <w:jc w:val="both"/>
        <w:rPr>
          <w:rFonts w:eastAsia="Arial" w:cs="Times New Roman"/>
          <w:szCs w:val="24"/>
        </w:rPr>
      </w:pPr>
      <w:r w:rsidRPr="00693F1B">
        <w:rPr>
          <w:rFonts w:eastAsia="Arial" w:cs="Times New Roman"/>
          <w:szCs w:val="24"/>
        </w:rPr>
        <w:t xml:space="preserve">3.3. Se </w:t>
      </w:r>
      <w:proofErr w:type="spellStart"/>
      <w:r w:rsidRPr="00693F1B">
        <w:rPr>
          <w:rFonts w:eastAsia="Arial" w:cs="Times New Roman"/>
          <w:szCs w:val="24"/>
        </w:rPr>
        <w:t>va</w:t>
      </w:r>
      <w:proofErr w:type="spellEnd"/>
      <w:r w:rsidRPr="00693F1B">
        <w:rPr>
          <w:rFonts w:eastAsia="Arial" w:cs="Times New Roman"/>
          <w:szCs w:val="24"/>
        </w:rPr>
        <w:t xml:space="preserve"> </w:t>
      </w:r>
      <w:proofErr w:type="spellStart"/>
      <w:r w:rsidRPr="00693F1B">
        <w:rPr>
          <w:rFonts w:eastAsia="Arial" w:cs="Times New Roman"/>
          <w:szCs w:val="24"/>
        </w:rPr>
        <w:t>informa</w:t>
      </w:r>
      <w:proofErr w:type="spellEnd"/>
      <w:r w:rsidRPr="00693F1B">
        <w:rPr>
          <w:rFonts w:eastAsia="Arial" w:cs="Times New Roman"/>
          <w:szCs w:val="24"/>
        </w:rPr>
        <w:t xml:space="preserve"> </w:t>
      </w:r>
      <w:proofErr w:type="spellStart"/>
      <w:r w:rsidRPr="00693F1B">
        <w:rPr>
          <w:rFonts w:eastAsia="Arial" w:cs="Times New Roman"/>
          <w:szCs w:val="24"/>
        </w:rPr>
        <w:t>persoana</w:t>
      </w:r>
      <w:proofErr w:type="spellEnd"/>
      <w:r w:rsidRPr="00693F1B">
        <w:rPr>
          <w:rFonts w:eastAsia="Arial" w:cs="Times New Roman"/>
          <w:szCs w:val="24"/>
        </w:rPr>
        <w:t xml:space="preserve"> </w:t>
      </w:r>
      <w:proofErr w:type="spellStart"/>
      <w:r w:rsidRPr="00693F1B">
        <w:rPr>
          <w:rFonts w:eastAsia="Arial" w:cs="Times New Roman"/>
          <w:szCs w:val="24"/>
        </w:rPr>
        <w:t>vizată</w:t>
      </w:r>
      <w:proofErr w:type="spellEnd"/>
      <w:r w:rsidRPr="00693F1B">
        <w:rPr>
          <w:rFonts w:eastAsia="Arial" w:cs="Times New Roman"/>
          <w:szCs w:val="24"/>
        </w:rPr>
        <w:t xml:space="preserve"> </w:t>
      </w:r>
      <w:proofErr w:type="spellStart"/>
      <w:r w:rsidRPr="00693F1B">
        <w:rPr>
          <w:rFonts w:eastAsia="Arial" w:cs="Times New Roman"/>
          <w:szCs w:val="24"/>
        </w:rPr>
        <w:t>și</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cazul</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care </w:t>
      </w:r>
      <w:proofErr w:type="spellStart"/>
      <w:r w:rsidRPr="00693F1B">
        <w:rPr>
          <w:rFonts w:eastAsia="Arial" w:cs="Times New Roman"/>
          <w:szCs w:val="24"/>
        </w:rPr>
        <w:t>transferul</w:t>
      </w:r>
      <w:proofErr w:type="spellEnd"/>
      <w:r w:rsidRPr="00693F1B">
        <w:rPr>
          <w:rFonts w:eastAsia="Arial" w:cs="Times New Roman"/>
          <w:szCs w:val="24"/>
        </w:rPr>
        <w:t xml:space="preserve"> se </w:t>
      </w:r>
      <w:proofErr w:type="spellStart"/>
      <w:r w:rsidRPr="00693F1B">
        <w:rPr>
          <w:rFonts w:eastAsia="Arial" w:cs="Times New Roman"/>
          <w:szCs w:val="24"/>
        </w:rPr>
        <w:t>realizează</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baza</w:t>
      </w:r>
      <w:proofErr w:type="spellEnd"/>
      <w:r w:rsidRPr="00693F1B">
        <w:rPr>
          <w:rFonts w:eastAsia="Arial" w:cs="Times New Roman"/>
          <w:szCs w:val="24"/>
        </w:rPr>
        <w:t xml:space="preserve"> </w:t>
      </w:r>
      <w:proofErr w:type="spellStart"/>
      <w:r w:rsidRPr="00693F1B">
        <w:rPr>
          <w:rFonts w:eastAsia="Arial" w:cs="Times New Roman"/>
          <w:szCs w:val="24"/>
        </w:rPr>
        <w:t>unei</w:t>
      </w:r>
      <w:proofErr w:type="spellEnd"/>
      <w:r w:rsidRPr="00693F1B">
        <w:rPr>
          <w:rFonts w:eastAsia="Arial" w:cs="Times New Roman"/>
          <w:szCs w:val="24"/>
        </w:rPr>
        <w:t xml:space="preserve"> </w:t>
      </w:r>
      <w:proofErr w:type="spellStart"/>
      <w:r w:rsidRPr="00693F1B">
        <w:rPr>
          <w:rFonts w:eastAsia="Arial" w:cs="Times New Roman"/>
          <w:szCs w:val="24"/>
        </w:rPr>
        <w:t>decizii</w:t>
      </w:r>
      <w:proofErr w:type="spellEnd"/>
      <w:r w:rsidRPr="00693F1B">
        <w:rPr>
          <w:rFonts w:eastAsia="Arial" w:cs="Times New Roman"/>
          <w:szCs w:val="24"/>
        </w:rPr>
        <w:t xml:space="preserve"> a </w:t>
      </w:r>
      <w:proofErr w:type="spellStart"/>
      <w:r w:rsidRPr="00693F1B">
        <w:rPr>
          <w:rFonts w:eastAsia="Arial" w:cs="Times New Roman"/>
          <w:szCs w:val="24"/>
        </w:rPr>
        <w:t>Centrului</w:t>
      </w:r>
      <w:proofErr w:type="spellEnd"/>
      <w:r w:rsidRPr="00693F1B">
        <w:rPr>
          <w:rFonts w:eastAsia="Arial" w:cs="Times New Roman"/>
          <w:szCs w:val="24"/>
        </w:rPr>
        <w:t xml:space="preserve"> </w:t>
      </w:r>
      <w:proofErr w:type="spellStart"/>
      <w:r w:rsidRPr="00693F1B">
        <w:rPr>
          <w:rFonts w:eastAsia="Arial" w:cs="Times New Roman"/>
          <w:szCs w:val="24"/>
        </w:rPr>
        <w:t>Național</w:t>
      </w:r>
      <w:proofErr w:type="spellEnd"/>
      <w:r w:rsidRPr="00693F1B">
        <w:rPr>
          <w:rFonts w:eastAsia="Arial" w:cs="Times New Roman"/>
          <w:szCs w:val="24"/>
        </w:rPr>
        <w:t xml:space="preserve"> </w:t>
      </w:r>
      <w:proofErr w:type="spellStart"/>
      <w:r w:rsidRPr="00693F1B">
        <w:rPr>
          <w:rFonts w:eastAsia="Arial" w:cs="Times New Roman"/>
          <w:szCs w:val="24"/>
        </w:rPr>
        <w:t>pentru</w:t>
      </w:r>
      <w:proofErr w:type="spellEnd"/>
      <w:r w:rsidRPr="00693F1B">
        <w:rPr>
          <w:rFonts w:eastAsia="Arial" w:cs="Times New Roman"/>
          <w:szCs w:val="24"/>
        </w:rPr>
        <w:t xml:space="preserve"> </w:t>
      </w:r>
      <w:proofErr w:type="spellStart"/>
      <w:r w:rsidRPr="00693F1B">
        <w:rPr>
          <w:rFonts w:eastAsia="Arial" w:cs="Times New Roman"/>
          <w:szCs w:val="24"/>
        </w:rPr>
        <w:t>Protecția</w:t>
      </w:r>
      <w:proofErr w:type="spellEnd"/>
      <w:r w:rsidRPr="00693F1B">
        <w:rPr>
          <w:rFonts w:eastAsia="Arial" w:cs="Times New Roman"/>
          <w:szCs w:val="24"/>
        </w:rPr>
        <w:t xml:space="preserve"> </w:t>
      </w:r>
      <w:proofErr w:type="spellStart"/>
      <w:r w:rsidRPr="00693F1B">
        <w:rPr>
          <w:rFonts w:eastAsia="Arial" w:cs="Times New Roman"/>
          <w:szCs w:val="24"/>
        </w:rPr>
        <w:t>Datelor</w:t>
      </w:r>
      <w:proofErr w:type="spellEnd"/>
      <w:r w:rsidRPr="00693F1B">
        <w:rPr>
          <w:rFonts w:eastAsia="Arial" w:cs="Times New Roman"/>
          <w:szCs w:val="24"/>
        </w:rPr>
        <w:t xml:space="preserve"> cu Caracter Personal </w:t>
      </w:r>
      <w:proofErr w:type="spellStart"/>
      <w:r w:rsidRPr="00693F1B">
        <w:rPr>
          <w:rFonts w:eastAsia="Arial" w:cs="Times New Roman"/>
          <w:szCs w:val="24"/>
        </w:rPr>
        <w:t>privind</w:t>
      </w:r>
      <w:proofErr w:type="spellEnd"/>
      <w:r w:rsidRPr="00693F1B">
        <w:rPr>
          <w:rFonts w:eastAsia="Arial" w:cs="Times New Roman"/>
          <w:szCs w:val="24"/>
        </w:rPr>
        <w:t xml:space="preserve"> </w:t>
      </w:r>
      <w:proofErr w:type="spellStart"/>
      <w:r w:rsidRPr="00693F1B">
        <w:rPr>
          <w:rFonts w:eastAsia="Arial" w:cs="Times New Roman"/>
          <w:szCs w:val="24"/>
        </w:rPr>
        <w:t>caracterul</w:t>
      </w:r>
      <w:proofErr w:type="spellEnd"/>
      <w:r w:rsidRPr="00693F1B">
        <w:rPr>
          <w:rFonts w:eastAsia="Arial" w:cs="Times New Roman"/>
          <w:szCs w:val="24"/>
        </w:rPr>
        <w:t xml:space="preserve"> </w:t>
      </w:r>
      <w:proofErr w:type="spellStart"/>
      <w:r w:rsidRPr="00693F1B">
        <w:rPr>
          <w:rFonts w:eastAsia="Arial" w:cs="Times New Roman"/>
          <w:szCs w:val="24"/>
        </w:rPr>
        <w:t>adecvat</w:t>
      </w:r>
      <w:proofErr w:type="spellEnd"/>
      <w:r w:rsidRPr="00693F1B">
        <w:rPr>
          <w:rFonts w:eastAsia="Arial" w:cs="Times New Roman"/>
          <w:szCs w:val="24"/>
        </w:rPr>
        <w:t xml:space="preserve">, cu </w:t>
      </w:r>
      <w:proofErr w:type="spellStart"/>
      <w:r w:rsidRPr="00693F1B">
        <w:rPr>
          <w:rFonts w:eastAsia="Arial" w:cs="Times New Roman"/>
          <w:szCs w:val="24"/>
        </w:rPr>
        <w:t>indicarea</w:t>
      </w:r>
      <w:proofErr w:type="spellEnd"/>
      <w:r w:rsidRPr="00693F1B">
        <w:rPr>
          <w:rFonts w:eastAsia="Arial" w:cs="Times New Roman"/>
          <w:szCs w:val="24"/>
        </w:rPr>
        <w:t xml:space="preserve"> </w:t>
      </w:r>
      <w:proofErr w:type="spellStart"/>
      <w:r w:rsidRPr="00693F1B">
        <w:rPr>
          <w:rFonts w:eastAsia="Arial" w:cs="Times New Roman"/>
          <w:szCs w:val="24"/>
        </w:rPr>
        <w:t>acesteia</w:t>
      </w:r>
      <w:proofErr w:type="spellEnd"/>
      <w:r w:rsidRPr="00693F1B">
        <w:rPr>
          <w:rFonts w:eastAsia="Arial" w:cs="Times New Roman"/>
          <w:szCs w:val="24"/>
        </w:rPr>
        <w:t>.</w:t>
      </w:r>
    </w:p>
    <w:p w14:paraId="58372F54" w14:textId="77777777" w:rsidR="00EE7ED3" w:rsidRDefault="00000000" w:rsidP="002C700D">
      <w:pPr>
        <w:jc w:val="both"/>
        <w:rPr>
          <w:rFonts w:eastAsia="Arial" w:cs="Times New Roman"/>
          <w:szCs w:val="24"/>
        </w:rPr>
      </w:pPr>
      <w:r w:rsidRPr="00693F1B">
        <w:rPr>
          <w:rFonts w:eastAsia="Arial" w:cs="Times New Roman"/>
          <w:szCs w:val="24"/>
        </w:rPr>
        <w:t xml:space="preserve">3.4.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vederea</w:t>
      </w:r>
      <w:proofErr w:type="spellEnd"/>
      <w:r w:rsidRPr="00693F1B">
        <w:rPr>
          <w:rFonts w:eastAsia="Arial" w:cs="Times New Roman"/>
          <w:szCs w:val="24"/>
        </w:rPr>
        <w:t xml:space="preserve"> </w:t>
      </w:r>
      <w:proofErr w:type="spellStart"/>
      <w:r w:rsidRPr="00693F1B">
        <w:rPr>
          <w:rFonts w:eastAsia="Arial" w:cs="Times New Roman"/>
          <w:szCs w:val="24"/>
        </w:rPr>
        <w:t>analizării</w:t>
      </w:r>
      <w:proofErr w:type="spellEnd"/>
      <w:r w:rsidRPr="00693F1B">
        <w:rPr>
          <w:rFonts w:eastAsia="Arial" w:cs="Times New Roman"/>
          <w:szCs w:val="24"/>
        </w:rPr>
        <w:t xml:space="preserve"> </w:t>
      </w:r>
      <w:proofErr w:type="spellStart"/>
      <w:r w:rsidRPr="00693F1B">
        <w:rPr>
          <w:rFonts w:eastAsia="Arial" w:cs="Times New Roman"/>
          <w:szCs w:val="24"/>
        </w:rPr>
        <w:t>solicitărilor</w:t>
      </w:r>
      <w:proofErr w:type="spellEnd"/>
      <w:r w:rsidRPr="00693F1B">
        <w:rPr>
          <w:rFonts w:eastAsia="Arial" w:cs="Times New Roman"/>
          <w:szCs w:val="24"/>
        </w:rPr>
        <w:t xml:space="preserve"> </w:t>
      </w:r>
      <w:proofErr w:type="spellStart"/>
      <w:r w:rsidRPr="00693F1B">
        <w:rPr>
          <w:rFonts w:eastAsia="Arial" w:cs="Times New Roman"/>
          <w:szCs w:val="24"/>
        </w:rPr>
        <w:t>primite</w:t>
      </w:r>
      <w:proofErr w:type="spellEnd"/>
      <w:r w:rsidRPr="00693F1B">
        <w:rPr>
          <w:rFonts w:eastAsia="Arial" w:cs="Times New Roman"/>
          <w:szCs w:val="24"/>
        </w:rPr>
        <w:t xml:space="preserve"> din </w:t>
      </w:r>
      <w:proofErr w:type="spellStart"/>
      <w:r w:rsidRPr="00693F1B">
        <w:rPr>
          <w:rFonts w:eastAsia="Arial" w:cs="Times New Roman"/>
          <w:szCs w:val="24"/>
        </w:rPr>
        <w:t>partea</w:t>
      </w:r>
      <w:proofErr w:type="spellEnd"/>
      <w:r w:rsidRPr="00693F1B">
        <w:rPr>
          <w:rFonts w:eastAsia="Arial" w:cs="Times New Roman"/>
          <w:szCs w:val="24"/>
        </w:rPr>
        <w:t xml:space="preserve"> </w:t>
      </w:r>
      <w:proofErr w:type="spellStart"/>
      <w:r w:rsidRPr="00693F1B">
        <w:rPr>
          <w:rFonts w:eastAsia="Arial" w:cs="Times New Roman"/>
          <w:szCs w:val="24"/>
        </w:rPr>
        <w:t>persoanei</w:t>
      </w:r>
      <w:proofErr w:type="spellEnd"/>
      <w:r w:rsidRPr="00693F1B">
        <w:rPr>
          <w:rFonts w:eastAsia="Arial" w:cs="Times New Roman"/>
          <w:szCs w:val="24"/>
        </w:rPr>
        <w:t xml:space="preserve"> </w:t>
      </w:r>
      <w:proofErr w:type="spellStart"/>
      <w:r w:rsidRPr="00693F1B">
        <w:rPr>
          <w:rFonts w:eastAsia="Arial" w:cs="Times New Roman"/>
          <w:szCs w:val="24"/>
        </w:rPr>
        <w:t>vizate</w:t>
      </w:r>
      <w:proofErr w:type="spellEnd"/>
      <w:r w:rsidRPr="00693F1B">
        <w:rPr>
          <w:rFonts w:eastAsia="Arial" w:cs="Times New Roman"/>
          <w:szCs w:val="24"/>
        </w:rPr>
        <w:t xml:space="preserve">, </w:t>
      </w:r>
      <w:proofErr w:type="spellStart"/>
      <w:r w:rsidRPr="00693F1B">
        <w:rPr>
          <w:rFonts w:eastAsia="Arial" w:cs="Times New Roman"/>
          <w:szCs w:val="24"/>
        </w:rPr>
        <w:t>persoana</w:t>
      </w:r>
      <w:proofErr w:type="spellEnd"/>
      <w:r w:rsidRPr="00693F1B">
        <w:rPr>
          <w:rFonts w:eastAsia="Arial" w:cs="Times New Roman"/>
          <w:szCs w:val="24"/>
        </w:rPr>
        <w:t xml:space="preserve"> </w:t>
      </w:r>
      <w:proofErr w:type="spellStart"/>
      <w:r w:rsidRPr="00693F1B">
        <w:rPr>
          <w:rFonts w:eastAsia="Arial" w:cs="Times New Roman"/>
          <w:szCs w:val="24"/>
        </w:rPr>
        <w:t>responsabilă</w:t>
      </w:r>
      <w:proofErr w:type="spellEnd"/>
      <w:r w:rsidRPr="00693F1B">
        <w:rPr>
          <w:rFonts w:eastAsia="Arial" w:cs="Times New Roman"/>
          <w:szCs w:val="24"/>
        </w:rPr>
        <w:t xml:space="preserve"> din </w:t>
      </w:r>
      <w:proofErr w:type="spellStart"/>
      <w:r w:rsidRPr="00693F1B">
        <w:rPr>
          <w:rFonts w:eastAsia="Arial" w:cs="Times New Roman"/>
          <w:szCs w:val="24"/>
        </w:rPr>
        <w:t>cadrul</w:t>
      </w:r>
      <w:proofErr w:type="spellEnd"/>
      <w:r w:rsidRPr="00693F1B">
        <w:rPr>
          <w:rFonts w:eastAsia="Arial" w:cs="Times New Roman"/>
          <w:szCs w:val="24"/>
        </w:rPr>
        <w:t xml:space="preserve"> </w:t>
      </w:r>
      <w:proofErr w:type="spellStart"/>
      <w:r w:rsidRPr="00693F1B">
        <w:rPr>
          <w:rFonts w:eastAsia="Arial" w:cs="Times New Roman"/>
          <w:b/>
          <w:bCs/>
          <w:szCs w:val="24"/>
        </w:rPr>
        <w:t>Primăriei</w:t>
      </w:r>
      <w:proofErr w:type="spellEnd"/>
      <w:r w:rsidRPr="00693F1B">
        <w:rPr>
          <w:rFonts w:eastAsia="Arial" w:cs="Times New Roman"/>
          <w:b/>
          <w:bCs/>
          <w:szCs w:val="24"/>
        </w:rPr>
        <w:t xml:space="preserve"> </w:t>
      </w:r>
      <w:r w:rsidRPr="00916751">
        <w:rPr>
          <w:rFonts w:eastAsia="Arial" w:cs="Times New Roman"/>
          <w:b/>
          <w:bCs/>
          <w:szCs w:val="24"/>
        </w:rPr>
        <w:t>SATULUI MERENI</w:t>
      </w:r>
      <w:r w:rsidRPr="00693F1B">
        <w:rPr>
          <w:rFonts w:eastAsia="Arial" w:cs="Times New Roman"/>
          <w:szCs w:val="24"/>
        </w:rPr>
        <w:t xml:space="preserve"> (DPO) </w:t>
      </w:r>
      <w:proofErr w:type="spellStart"/>
      <w:r w:rsidRPr="00693F1B">
        <w:rPr>
          <w:rFonts w:eastAsia="Arial" w:cs="Times New Roman"/>
          <w:szCs w:val="24"/>
        </w:rPr>
        <w:t>va</w:t>
      </w:r>
      <w:proofErr w:type="spellEnd"/>
      <w:r w:rsidRPr="00693F1B">
        <w:rPr>
          <w:rFonts w:eastAsia="Arial" w:cs="Times New Roman"/>
          <w:szCs w:val="24"/>
        </w:rPr>
        <w:t xml:space="preserve"> </w:t>
      </w:r>
      <w:proofErr w:type="spellStart"/>
      <w:r w:rsidRPr="00693F1B">
        <w:rPr>
          <w:rFonts w:eastAsia="Arial" w:cs="Times New Roman"/>
          <w:szCs w:val="24"/>
        </w:rPr>
        <w:t>obține</w:t>
      </w:r>
      <w:proofErr w:type="spellEnd"/>
      <w:r w:rsidRPr="00693F1B">
        <w:rPr>
          <w:rFonts w:eastAsia="Arial" w:cs="Times New Roman"/>
          <w:szCs w:val="24"/>
        </w:rPr>
        <w:t xml:space="preserve"> </w:t>
      </w:r>
      <w:proofErr w:type="spellStart"/>
      <w:r w:rsidRPr="00693F1B">
        <w:rPr>
          <w:rFonts w:eastAsia="Arial" w:cs="Times New Roman"/>
          <w:szCs w:val="24"/>
        </w:rPr>
        <w:t>informații</w:t>
      </w:r>
      <w:proofErr w:type="spellEnd"/>
      <w:r w:rsidRPr="00693F1B">
        <w:rPr>
          <w:rFonts w:eastAsia="Arial" w:cs="Times New Roman"/>
          <w:szCs w:val="24"/>
        </w:rPr>
        <w:t xml:space="preserve"> de la </w:t>
      </w:r>
      <w:proofErr w:type="spellStart"/>
      <w:r w:rsidRPr="00693F1B">
        <w:rPr>
          <w:rFonts w:eastAsia="Arial" w:cs="Times New Roman"/>
          <w:szCs w:val="24"/>
        </w:rPr>
        <w:t>toate</w:t>
      </w:r>
      <w:proofErr w:type="spellEnd"/>
      <w:r w:rsidRPr="00693F1B">
        <w:rPr>
          <w:rFonts w:eastAsia="Arial" w:cs="Times New Roman"/>
          <w:szCs w:val="24"/>
        </w:rPr>
        <w:t xml:space="preserve"> </w:t>
      </w:r>
      <w:proofErr w:type="spellStart"/>
      <w:r w:rsidRPr="00693F1B">
        <w:rPr>
          <w:rFonts w:eastAsia="Arial" w:cs="Times New Roman"/>
          <w:szCs w:val="24"/>
        </w:rPr>
        <w:t>departamentele</w:t>
      </w:r>
      <w:proofErr w:type="spellEnd"/>
      <w:r w:rsidRPr="00693F1B">
        <w:rPr>
          <w:rFonts w:eastAsia="Arial" w:cs="Times New Roman"/>
          <w:szCs w:val="24"/>
        </w:rPr>
        <w:t>/</w:t>
      </w:r>
      <w:proofErr w:type="spellStart"/>
      <w:r w:rsidRPr="00693F1B">
        <w:rPr>
          <w:rFonts w:eastAsia="Arial" w:cs="Times New Roman"/>
          <w:szCs w:val="24"/>
        </w:rPr>
        <w:t>serviciile</w:t>
      </w:r>
      <w:proofErr w:type="spellEnd"/>
      <w:r w:rsidRPr="00693F1B">
        <w:rPr>
          <w:rFonts w:eastAsia="Arial" w:cs="Times New Roman"/>
          <w:szCs w:val="24"/>
        </w:rPr>
        <w:t xml:space="preserve"> de </w:t>
      </w:r>
      <w:proofErr w:type="spellStart"/>
      <w:r w:rsidRPr="00693F1B">
        <w:rPr>
          <w:rFonts w:eastAsia="Arial" w:cs="Times New Roman"/>
          <w:szCs w:val="24"/>
        </w:rPr>
        <w:t>unde</w:t>
      </w:r>
      <w:proofErr w:type="spellEnd"/>
      <w:r w:rsidRPr="00693F1B">
        <w:rPr>
          <w:rFonts w:eastAsia="Arial" w:cs="Times New Roman"/>
          <w:szCs w:val="24"/>
        </w:rPr>
        <w:t xml:space="preserve"> </w:t>
      </w:r>
      <w:proofErr w:type="spellStart"/>
      <w:r w:rsidRPr="00693F1B">
        <w:rPr>
          <w:rFonts w:eastAsia="Arial" w:cs="Times New Roman"/>
          <w:szCs w:val="24"/>
        </w:rPr>
        <w:t>este</w:t>
      </w:r>
      <w:proofErr w:type="spellEnd"/>
      <w:r w:rsidRPr="00693F1B">
        <w:rPr>
          <w:rFonts w:eastAsia="Arial" w:cs="Times New Roman"/>
          <w:szCs w:val="24"/>
        </w:rPr>
        <w:t xml:space="preserve"> </w:t>
      </w:r>
      <w:proofErr w:type="spellStart"/>
      <w:r w:rsidRPr="00693F1B">
        <w:rPr>
          <w:rFonts w:eastAsia="Arial" w:cs="Times New Roman"/>
          <w:szCs w:val="24"/>
        </w:rPr>
        <w:t>necesar</w:t>
      </w:r>
      <w:proofErr w:type="spellEnd"/>
      <w:r w:rsidRPr="00693F1B">
        <w:rPr>
          <w:rFonts w:eastAsia="Arial" w:cs="Times New Roman"/>
          <w:szCs w:val="24"/>
        </w:rPr>
        <w:t xml:space="preserve"> </w:t>
      </w:r>
      <w:proofErr w:type="spellStart"/>
      <w:r w:rsidRPr="00693F1B">
        <w:rPr>
          <w:rFonts w:eastAsia="Arial" w:cs="Times New Roman"/>
          <w:szCs w:val="24"/>
        </w:rPr>
        <w:t>să</w:t>
      </w:r>
      <w:proofErr w:type="spellEnd"/>
      <w:r w:rsidRPr="00693F1B">
        <w:rPr>
          <w:rFonts w:eastAsia="Arial" w:cs="Times New Roman"/>
          <w:szCs w:val="24"/>
        </w:rPr>
        <w:t xml:space="preserve"> se </w:t>
      </w:r>
      <w:proofErr w:type="spellStart"/>
      <w:r w:rsidRPr="00693F1B">
        <w:rPr>
          <w:rFonts w:eastAsia="Arial" w:cs="Times New Roman"/>
          <w:szCs w:val="24"/>
        </w:rPr>
        <w:t>obțină</w:t>
      </w:r>
      <w:proofErr w:type="spellEnd"/>
      <w:r w:rsidRPr="00693F1B">
        <w:rPr>
          <w:rFonts w:eastAsia="Arial" w:cs="Times New Roman"/>
          <w:szCs w:val="24"/>
        </w:rPr>
        <w:t xml:space="preserve"> </w:t>
      </w:r>
      <w:proofErr w:type="spellStart"/>
      <w:r w:rsidRPr="00693F1B">
        <w:rPr>
          <w:rFonts w:eastAsia="Arial" w:cs="Times New Roman"/>
          <w:szCs w:val="24"/>
        </w:rPr>
        <w:t>informații</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conformitate</w:t>
      </w:r>
      <w:proofErr w:type="spellEnd"/>
      <w:r w:rsidRPr="00693F1B">
        <w:rPr>
          <w:rFonts w:eastAsia="Arial" w:cs="Times New Roman"/>
          <w:szCs w:val="24"/>
        </w:rPr>
        <w:t xml:space="preserve"> cu </w:t>
      </w:r>
      <w:proofErr w:type="spellStart"/>
      <w:r>
        <w:rPr>
          <w:rFonts w:eastAsia="Arial" w:cs="Times New Roman"/>
          <w:szCs w:val="24"/>
        </w:rPr>
        <w:t>Reguamentul</w:t>
      </w:r>
      <w:proofErr w:type="spellEnd"/>
      <w:r>
        <w:rPr>
          <w:rFonts w:eastAsia="Arial" w:cs="Times New Roman"/>
          <w:szCs w:val="24"/>
        </w:rPr>
        <w:t xml:space="preserve"> cu </w:t>
      </w:r>
      <w:proofErr w:type="spellStart"/>
      <w:r>
        <w:rPr>
          <w:rFonts w:eastAsia="Arial" w:cs="Times New Roman"/>
          <w:szCs w:val="24"/>
        </w:rPr>
        <w:t>privire</w:t>
      </w:r>
      <w:proofErr w:type="spellEnd"/>
      <w:r>
        <w:rPr>
          <w:rFonts w:eastAsia="Arial" w:cs="Times New Roman"/>
          <w:szCs w:val="24"/>
        </w:rPr>
        <w:t xml:space="preserve"> la </w:t>
      </w:r>
      <w:proofErr w:type="spellStart"/>
      <w:r w:rsidRPr="00693F1B">
        <w:rPr>
          <w:rFonts w:eastAsia="Arial" w:cs="Times New Roman"/>
          <w:szCs w:val="24"/>
        </w:rPr>
        <w:t>procedura</w:t>
      </w:r>
      <w:proofErr w:type="spellEnd"/>
      <w:r w:rsidRPr="00693F1B">
        <w:rPr>
          <w:rFonts w:eastAsia="Arial" w:cs="Times New Roman"/>
          <w:szCs w:val="24"/>
        </w:rPr>
        <w:t xml:space="preserve"> de </w:t>
      </w:r>
      <w:proofErr w:type="spellStart"/>
      <w:r w:rsidRPr="00693F1B">
        <w:rPr>
          <w:rFonts w:eastAsia="Arial" w:cs="Times New Roman"/>
          <w:szCs w:val="24"/>
        </w:rPr>
        <w:t>răspuns</w:t>
      </w:r>
      <w:proofErr w:type="spellEnd"/>
      <w:r w:rsidRPr="00693F1B">
        <w:rPr>
          <w:rFonts w:eastAsia="Arial" w:cs="Times New Roman"/>
          <w:szCs w:val="24"/>
        </w:rPr>
        <w:t xml:space="preserve"> a </w:t>
      </w:r>
      <w:proofErr w:type="spellStart"/>
      <w:r w:rsidRPr="00693F1B">
        <w:rPr>
          <w:rFonts w:eastAsia="Arial" w:cs="Times New Roman"/>
          <w:szCs w:val="24"/>
        </w:rPr>
        <w:t>persoanelor</w:t>
      </w:r>
      <w:proofErr w:type="spellEnd"/>
      <w:r w:rsidRPr="00693F1B">
        <w:rPr>
          <w:rFonts w:eastAsia="Arial" w:cs="Times New Roman"/>
          <w:szCs w:val="24"/>
        </w:rPr>
        <w:t xml:space="preserve"> </w:t>
      </w:r>
      <w:proofErr w:type="spellStart"/>
      <w:r w:rsidRPr="00693F1B">
        <w:rPr>
          <w:rFonts w:eastAsia="Arial" w:cs="Times New Roman"/>
          <w:szCs w:val="24"/>
        </w:rPr>
        <w:t>vizate</w:t>
      </w:r>
      <w:proofErr w:type="spellEnd"/>
      <w:r w:rsidRPr="00693F1B">
        <w:rPr>
          <w:rFonts w:eastAsia="Arial" w:cs="Times New Roman"/>
          <w:szCs w:val="24"/>
        </w:rPr>
        <w:t>.</w:t>
      </w:r>
    </w:p>
    <w:p w14:paraId="581F829B" w14:textId="77777777" w:rsidR="00EE7ED3" w:rsidRDefault="00000000" w:rsidP="002C700D">
      <w:pPr>
        <w:jc w:val="both"/>
        <w:rPr>
          <w:rFonts w:eastAsia="Arial" w:cs="Times New Roman"/>
          <w:szCs w:val="24"/>
        </w:rPr>
      </w:pPr>
      <w:r w:rsidRPr="00693F1B">
        <w:rPr>
          <w:rFonts w:eastAsia="Arial" w:cs="Times New Roman"/>
          <w:szCs w:val="24"/>
        </w:rPr>
        <w:lastRenderedPageBreak/>
        <w:t xml:space="preserve">3.5. </w:t>
      </w:r>
      <w:proofErr w:type="spellStart"/>
      <w:r w:rsidRPr="00693F1B">
        <w:rPr>
          <w:rFonts w:eastAsia="Arial" w:cs="Times New Roman"/>
          <w:szCs w:val="24"/>
        </w:rPr>
        <w:t>Toate</w:t>
      </w:r>
      <w:proofErr w:type="spellEnd"/>
      <w:r w:rsidRPr="00693F1B">
        <w:rPr>
          <w:rFonts w:eastAsia="Arial" w:cs="Times New Roman"/>
          <w:szCs w:val="24"/>
        </w:rPr>
        <w:t xml:space="preserve"> </w:t>
      </w:r>
      <w:proofErr w:type="spellStart"/>
      <w:r w:rsidRPr="00693F1B">
        <w:rPr>
          <w:rFonts w:eastAsia="Arial" w:cs="Times New Roman"/>
          <w:szCs w:val="24"/>
        </w:rPr>
        <w:t>documentele</w:t>
      </w:r>
      <w:proofErr w:type="spellEnd"/>
      <w:r w:rsidRPr="00693F1B">
        <w:rPr>
          <w:rFonts w:eastAsia="Arial" w:cs="Times New Roman"/>
          <w:szCs w:val="24"/>
        </w:rPr>
        <w:t xml:space="preserve"> </w:t>
      </w:r>
      <w:proofErr w:type="spellStart"/>
      <w:r w:rsidRPr="00693F1B">
        <w:rPr>
          <w:rFonts w:eastAsia="Arial" w:cs="Times New Roman"/>
          <w:szCs w:val="24"/>
        </w:rPr>
        <w:t>întocmite</w:t>
      </w:r>
      <w:proofErr w:type="spellEnd"/>
      <w:r w:rsidRPr="00693F1B">
        <w:rPr>
          <w:rFonts w:eastAsia="Arial" w:cs="Times New Roman"/>
          <w:szCs w:val="24"/>
        </w:rPr>
        <w:t xml:space="preserve"> de </w:t>
      </w:r>
      <w:proofErr w:type="spellStart"/>
      <w:r w:rsidRPr="00693F1B">
        <w:rPr>
          <w:rFonts w:eastAsia="Arial" w:cs="Times New Roman"/>
          <w:b/>
          <w:bCs/>
          <w:szCs w:val="24"/>
        </w:rPr>
        <w:t>Primări</w:t>
      </w:r>
      <w:r>
        <w:rPr>
          <w:rFonts w:eastAsia="Arial" w:cs="Times New Roman"/>
          <w:b/>
          <w:bCs/>
          <w:szCs w:val="24"/>
        </w:rPr>
        <w:t>a</w:t>
      </w:r>
      <w:proofErr w:type="spellEnd"/>
      <w:r w:rsidRPr="00693F1B">
        <w:rPr>
          <w:rFonts w:eastAsia="Arial" w:cs="Times New Roman"/>
          <w:b/>
          <w:bCs/>
          <w:szCs w:val="24"/>
        </w:rPr>
        <w:t xml:space="preserve"> </w:t>
      </w:r>
      <w:r w:rsidRPr="00916751">
        <w:rPr>
          <w:rFonts w:eastAsia="Arial" w:cs="Times New Roman"/>
          <w:b/>
          <w:bCs/>
          <w:szCs w:val="24"/>
        </w:rPr>
        <w:t>SATULUI MERENI</w:t>
      </w:r>
      <w:r w:rsidRPr="00693F1B">
        <w:rPr>
          <w:rFonts w:eastAsia="Arial" w:cs="Times New Roman"/>
          <w:szCs w:val="24"/>
        </w:rPr>
        <w:t xml:space="preserve"> cu </w:t>
      </w:r>
      <w:proofErr w:type="spellStart"/>
      <w:r w:rsidRPr="00693F1B">
        <w:rPr>
          <w:rFonts w:eastAsia="Arial" w:cs="Times New Roman"/>
          <w:szCs w:val="24"/>
        </w:rPr>
        <w:t>privire</w:t>
      </w:r>
      <w:proofErr w:type="spellEnd"/>
      <w:r w:rsidRPr="00693F1B">
        <w:rPr>
          <w:rFonts w:eastAsia="Arial" w:cs="Times New Roman"/>
          <w:szCs w:val="24"/>
        </w:rPr>
        <w:t xml:space="preserve"> la </w:t>
      </w:r>
      <w:proofErr w:type="spellStart"/>
      <w:r w:rsidRPr="00693F1B">
        <w:rPr>
          <w:rFonts w:eastAsia="Arial" w:cs="Times New Roman"/>
          <w:szCs w:val="24"/>
        </w:rPr>
        <w:t>drepturile</w:t>
      </w:r>
      <w:proofErr w:type="spellEnd"/>
      <w:r w:rsidRPr="00693F1B">
        <w:rPr>
          <w:rFonts w:eastAsia="Arial" w:cs="Times New Roman"/>
          <w:szCs w:val="24"/>
        </w:rPr>
        <w:t xml:space="preserve"> </w:t>
      </w:r>
      <w:proofErr w:type="spellStart"/>
      <w:r w:rsidRPr="00693F1B">
        <w:rPr>
          <w:rFonts w:eastAsia="Arial" w:cs="Times New Roman"/>
          <w:szCs w:val="24"/>
        </w:rPr>
        <w:t>persoanelor</w:t>
      </w:r>
      <w:proofErr w:type="spellEnd"/>
      <w:r w:rsidRPr="00693F1B">
        <w:rPr>
          <w:rFonts w:eastAsia="Arial" w:cs="Times New Roman"/>
          <w:szCs w:val="24"/>
        </w:rPr>
        <w:t xml:space="preserve"> </w:t>
      </w:r>
      <w:proofErr w:type="spellStart"/>
      <w:r w:rsidRPr="00693F1B">
        <w:rPr>
          <w:rFonts w:eastAsia="Arial" w:cs="Times New Roman"/>
          <w:szCs w:val="24"/>
        </w:rPr>
        <w:t>vizate</w:t>
      </w:r>
      <w:proofErr w:type="spellEnd"/>
      <w:r w:rsidRPr="00693F1B">
        <w:rPr>
          <w:rFonts w:eastAsia="Arial" w:cs="Times New Roman"/>
          <w:szCs w:val="24"/>
        </w:rPr>
        <w:t xml:space="preserve"> </w:t>
      </w:r>
      <w:proofErr w:type="spellStart"/>
      <w:r w:rsidRPr="00693F1B">
        <w:rPr>
          <w:rFonts w:eastAsia="Arial" w:cs="Times New Roman"/>
          <w:szCs w:val="24"/>
        </w:rPr>
        <w:t>pentru</w:t>
      </w:r>
      <w:proofErr w:type="spellEnd"/>
      <w:r w:rsidRPr="00693F1B">
        <w:rPr>
          <w:rFonts w:eastAsia="Arial" w:cs="Times New Roman"/>
          <w:szCs w:val="24"/>
        </w:rPr>
        <w:t xml:space="preserve"> a fi </w:t>
      </w:r>
      <w:proofErr w:type="spellStart"/>
      <w:r w:rsidRPr="00693F1B">
        <w:rPr>
          <w:rFonts w:eastAsia="Arial" w:cs="Times New Roman"/>
          <w:szCs w:val="24"/>
        </w:rPr>
        <w:t>transmise</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exteriorul</w:t>
      </w:r>
      <w:proofErr w:type="spellEnd"/>
      <w:r w:rsidRPr="00693F1B">
        <w:rPr>
          <w:rFonts w:eastAsia="Arial" w:cs="Times New Roman"/>
          <w:szCs w:val="24"/>
        </w:rPr>
        <w:t xml:space="preserve"> </w:t>
      </w:r>
      <w:proofErr w:type="spellStart"/>
      <w:r w:rsidRPr="00693F1B">
        <w:rPr>
          <w:rFonts w:eastAsia="Arial" w:cs="Times New Roman"/>
          <w:szCs w:val="24"/>
        </w:rPr>
        <w:t>autorității</w:t>
      </w:r>
      <w:proofErr w:type="spellEnd"/>
      <w:r w:rsidRPr="00693F1B">
        <w:rPr>
          <w:rFonts w:eastAsia="Arial" w:cs="Times New Roman"/>
          <w:szCs w:val="24"/>
        </w:rPr>
        <w:t xml:space="preserve"> </w:t>
      </w:r>
      <w:proofErr w:type="spellStart"/>
      <w:r w:rsidRPr="00693F1B">
        <w:rPr>
          <w:rFonts w:eastAsia="Arial" w:cs="Times New Roman"/>
          <w:szCs w:val="24"/>
        </w:rPr>
        <w:t>vor</w:t>
      </w:r>
      <w:proofErr w:type="spellEnd"/>
      <w:r w:rsidRPr="00693F1B">
        <w:rPr>
          <w:rFonts w:eastAsia="Arial" w:cs="Times New Roman"/>
          <w:szCs w:val="24"/>
        </w:rPr>
        <w:t xml:space="preserve"> fi </w:t>
      </w:r>
      <w:proofErr w:type="spellStart"/>
      <w:r w:rsidRPr="00693F1B">
        <w:rPr>
          <w:rFonts w:eastAsia="Arial" w:cs="Times New Roman"/>
          <w:szCs w:val="24"/>
        </w:rPr>
        <w:t>semnate</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mod </w:t>
      </w:r>
      <w:proofErr w:type="spellStart"/>
      <w:r w:rsidRPr="00693F1B">
        <w:rPr>
          <w:rFonts w:eastAsia="Arial" w:cs="Times New Roman"/>
          <w:szCs w:val="24"/>
        </w:rPr>
        <w:t>obligatoriu</w:t>
      </w:r>
      <w:proofErr w:type="spellEnd"/>
      <w:r w:rsidRPr="00693F1B">
        <w:rPr>
          <w:rFonts w:eastAsia="Arial" w:cs="Times New Roman"/>
          <w:szCs w:val="24"/>
        </w:rPr>
        <w:t xml:space="preserve"> electronic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olograf</w:t>
      </w:r>
      <w:proofErr w:type="spellEnd"/>
      <w:r w:rsidRPr="00693F1B">
        <w:rPr>
          <w:rFonts w:eastAsia="Arial" w:cs="Times New Roman"/>
          <w:szCs w:val="24"/>
        </w:rPr>
        <w:t xml:space="preserve"> </w:t>
      </w:r>
      <w:proofErr w:type="spellStart"/>
      <w:r w:rsidRPr="00693F1B">
        <w:rPr>
          <w:rFonts w:eastAsia="Arial" w:cs="Times New Roman"/>
          <w:szCs w:val="24"/>
        </w:rPr>
        <w:t>exclusiv</w:t>
      </w:r>
      <w:proofErr w:type="spellEnd"/>
      <w:r w:rsidRPr="00693F1B">
        <w:rPr>
          <w:rFonts w:eastAsia="Arial" w:cs="Times New Roman"/>
          <w:szCs w:val="24"/>
        </w:rPr>
        <w:t xml:space="preserve"> de </w:t>
      </w:r>
      <w:proofErr w:type="spellStart"/>
      <w:r w:rsidRPr="00693F1B">
        <w:rPr>
          <w:rFonts w:eastAsia="Arial" w:cs="Times New Roman"/>
          <w:szCs w:val="24"/>
        </w:rPr>
        <w:t>către</w:t>
      </w:r>
      <w:proofErr w:type="spellEnd"/>
      <w:r w:rsidRPr="00693F1B">
        <w:rPr>
          <w:rFonts w:eastAsia="Arial" w:cs="Times New Roman"/>
          <w:szCs w:val="24"/>
        </w:rPr>
        <w:t xml:space="preserve"> </w:t>
      </w:r>
      <w:proofErr w:type="spellStart"/>
      <w:r w:rsidRPr="00693F1B">
        <w:rPr>
          <w:rFonts w:eastAsia="Arial" w:cs="Times New Roman"/>
          <w:szCs w:val="24"/>
        </w:rPr>
        <w:t>Primarul</w:t>
      </w:r>
      <w:proofErr w:type="spellEnd"/>
      <w:r w:rsidRPr="00693F1B">
        <w:rPr>
          <w:rFonts w:eastAsia="Arial" w:cs="Times New Roman"/>
          <w:szCs w:val="24"/>
        </w:rPr>
        <w:t xml:space="preserve"> </w:t>
      </w:r>
      <w:proofErr w:type="spellStart"/>
      <w:r>
        <w:rPr>
          <w:rFonts w:eastAsia="Arial" w:cs="Times New Roman"/>
          <w:szCs w:val="24"/>
        </w:rPr>
        <w:t>satului</w:t>
      </w:r>
      <w:proofErr w:type="spellEnd"/>
      <w:r>
        <w:rPr>
          <w:rFonts w:eastAsia="Arial" w:cs="Times New Roman"/>
          <w:szCs w:val="24"/>
        </w:rPr>
        <w:t xml:space="preserve"> </w:t>
      </w:r>
      <w:proofErr w:type="spellStart"/>
      <w:r>
        <w:rPr>
          <w:rFonts w:eastAsia="Arial" w:cs="Times New Roman"/>
          <w:szCs w:val="24"/>
        </w:rPr>
        <w:t>Mereni</w:t>
      </w:r>
      <w:proofErr w:type="spellEnd"/>
      <w:r w:rsidRPr="00693F1B">
        <w:rPr>
          <w:rFonts w:eastAsia="Arial" w:cs="Times New Roman"/>
          <w:szCs w:val="24"/>
        </w:rPr>
        <w:t xml:space="preserve"> </w:t>
      </w:r>
      <w:r w:rsidRPr="00693F1B">
        <w:rPr>
          <w:rFonts w:eastAsia="Arial" w:cs="Times New Roman"/>
          <w:i/>
          <w:iCs/>
          <w:szCs w:val="24"/>
        </w:rPr>
        <w:t>(</w:t>
      </w:r>
      <w:proofErr w:type="spellStart"/>
      <w:r w:rsidRPr="00693F1B">
        <w:rPr>
          <w:rFonts w:eastAsia="Arial" w:cs="Times New Roman"/>
          <w:i/>
          <w:iCs/>
          <w:szCs w:val="24"/>
        </w:rPr>
        <w:t>sau</w:t>
      </w:r>
      <w:proofErr w:type="spellEnd"/>
      <w:r w:rsidRPr="00693F1B">
        <w:rPr>
          <w:rFonts w:eastAsia="Arial" w:cs="Times New Roman"/>
          <w:i/>
          <w:iCs/>
          <w:szCs w:val="24"/>
        </w:rPr>
        <w:t xml:space="preserve"> </w:t>
      </w:r>
      <w:proofErr w:type="spellStart"/>
      <w:r w:rsidRPr="00693F1B">
        <w:rPr>
          <w:rFonts w:eastAsia="Arial" w:cs="Times New Roman"/>
          <w:i/>
          <w:iCs/>
          <w:szCs w:val="24"/>
        </w:rPr>
        <w:t>viceprimarul</w:t>
      </w:r>
      <w:proofErr w:type="spellEnd"/>
      <w:r w:rsidRPr="00693F1B">
        <w:rPr>
          <w:rFonts w:eastAsia="Arial" w:cs="Times New Roman"/>
          <w:i/>
          <w:iCs/>
          <w:szCs w:val="24"/>
        </w:rPr>
        <w:t xml:space="preserve"> </w:t>
      </w:r>
      <w:proofErr w:type="spellStart"/>
      <w:r w:rsidRPr="00693F1B">
        <w:rPr>
          <w:rFonts w:eastAsia="Arial" w:cs="Times New Roman"/>
          <w:i/>
          <w:iCs/>
          <w:szCs w:val="24"/>
        </w:rPr>
        <w:t>delegat</w:t>
      </w:r>
      <w:proofErr w:type="spellEnd"/>
      <w:r w:rsidRPr="00693F1B">
        <w:rPr>
          <w:rFonts w:eastAsia="Arial" w:cs="Times New Roman"/>
          <w:i/>
          <w:iCs/>
          <w:szCs w:val="24"/>
        </w:rPr>
        <w:t>)</w:t>
      </w:r>
      <w:r w:rsidRPr="00693F1B">
        <w:rPr>
          <w:rFonts w:eastAsia="Arial" w:cs="Times New Roman"/>
          <w:szCs w:val="24"/>
        </w:rPr>
        <w:t>.</w:t>
      </w:r>
    </w:p>
    <w:p w14:paraId="4BE24D06" w14:textId="77777777" w:rsidR="00EE7ED3" w:rsidRPr="00B5454B" w:rsidRDefault="00EE7ED3" w:rsidP="002C700D">
      <w:pPr>
        <w:jc w:val="both"/>
        <w:rPr>
          <w:rFonts w:eastAsia="Arial" w:cs="Times New Roman"/>
          <w:szCs w:val="24"/>
        </w:rPr>
      </w:pPr>
    </w:p>
    <w:p w14:paraId="43B1BB6B" w14:textId="77777777" w:rsidR="00EE7ED3" w:rsidRPr="00693F1B" w:rsidRDefault="00000000" w:rsidP="009D7F1C">
      <w:pPr>
        <w:rPr>
          <w:rFonts w:eastAsia="Arial" w:cs="Times New Roman"/>
          <w:b/>
          <w:bCs/>
          <w:szCs w:val="24"/>
        </w:rPr>
      </w:pPr>
      <w:r w:rsidRPr="00693F1B">
        <w:rPr>
          <w:rFonts w:eastAsia="Arial" w:cs="Times New Roman"/>
          <w:b/>
          <w:bCs/>
          <w:szCs w:val="24"/>
        </w:rPr>
        <w:t>4. REGULI PRIVIND TRANSFERUL DE DATE CU CARACTER PERSONAL</w:t>
      </w:r>
    </w:p>
    <w:p w14:paraId="146FC25A" w14:textId="77777777" w:rsidR="00EE7ED3" w:rsidRPr="001F4363" w:rsidRDefault="00000000" w:rsidP="002C700D">
      <w:pPr>
        <w:jc w:val="both"/>
        <w:rPr>
          <w:rFonts w:eastAsia="Arial" w:cs="Times New Roman"/>
          <w:szCs w:val="24"/>
        </w:rPr>
      </w:pPr>
      <w:r w:rsidRPr="00693F1B">
        <w:rPr>
          <w:rFonts w:eastAsia="Arial" w:cs="Times New Roman"/>
          <w:szCs w:val="24"/>
        </w:rPr>
        <w:t xml:space="preserve">4.1. </w:t>
      </w:r>
      <w:proofErr w:type="spellStart"/>
      <w:r w:rsidRPr="00693F1B">
        <w:rPr>
          <w:rFonts w:eastAsia="Arial" w:cs="Times New Roman"/>
          <w:szCs w:val="24"/>
        </w:rPr>
        <w:t>Transferul</w:t>
      </w:r>
      <w:proofErr w:type="spellEnd"/>
      <w:r w:rsidRPr="00693F1B">
        <w:rPr>
          <w:rFonts w:eastAsia="Arial" w:cs="Times New Roman"/>
          <w:szCs w:val="24"/>
        </w:rPr>
        <w:t xml:space="preserve"> de date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interiorul</w:t>
      </w:r>
      <w:proofErr w:type="spellEnd"/>
      <w:r w:rsidRPr="00693F1B">
        <w:rPr>
          <w:rFonts w:eastAsia="Arial" w:cs="Times New Roman"/>
          <w:szCs w:val="24"/>
        </w:rPr>
        <w:t xml:space="preserve"> </w:t>
      </w:r>
      <w:proofErr w:type="spellStart"/>
      <w:r>
        <w:rPr>
          <w:rFonts w:eastAsia="Arial" w:cs="Times New Roman"/>
          <w:szCs w:val="24"/>
        </w:rPr>
        <w:t>entității</w:t>
      </w:r>
      <w:proofErr w:type="spellEnd"/>
    </w:p>
    <w:p w14:paraId="1E7FBF4E" w14:textId="77777777" w:rsidR="00EE7ED3" w:rsidRDefault="00000000" w:rsidP="002C700D">
      <w:pPr>
        <w:jc w:val="both"/>
        <w:rPr>
          <w:rFonts w:eastAsia="Arial" w:cs="Times New Roman"/>
          <w:szCs w:val="24"/>
        </w:rPr>
      </w:pP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cadrul</w:t>
      </w:r>
      <w:proofErr w:type="spellEnd"/>
      <w:r w:rsidRPr="00693F1B">
        <w:rPr>
          <w:rFonts w:eastAsia="Arial" w:cs="Times New Roman"/>
          <w:szCs w:val="24"/>
        </w:rPr>
        <w:t xml:space="preserve"> </w:t>
      </w:r>
      <w:proofErr w:type="spellStart"/>
      <w:r w:rsidRPr="00693F1B">
        <w:rPr>
          <w:rFonts w:eastAsia="Arial" w:cs="Times New Roman"/>
          <w:b/>
          <w:bCs/>
          <w:szCs w:val="24"/>
        </w:rPr>
        <w:t>Primăriei</w:t>
      </w:r>
      <w:proofErr w:type="spellEnd"/>
      <w:r w:rsidRPr="00693F1B">
        <w:rPr>
          <w:rFonts w:eastAsia="Arial" w:cs="Times New Roman"/>
          <w:b/>
          <w:bCs/>
          <w:szCs w:val="24"/>
        </w:rPr>
        <w:t xml:space="preserve"> </w:t>
      </w:r>
      <w:r w:rsidRPr="00916751">
        <w:rPr>
          <w:rFonts w:eastAsia="Arial" w:cs="Times New Roman"/>
          <w:b/>
          <w:bCs/>
          <w:szCs w:val="24"/>
        </w:rPr>
        <w:t>SATULUI MERENI</w:t>
      </w:r>
      <w:r w:rsidRPr="00693F1B">
        <w:rPr>
          <w:rFonts w:eastAsia="Arial" w:cs="Times New Roman"/>
          <w:szCs w:val="24"/>
        </w:rPr>
        <w:t xml:space="preserve"> nu se </w:t>
      </w:r>
      <w:proofErr w:type="spellStart"/>
      <w:r w:rsidRPr="00693F1B">
        <w:rPr>
          <w:rFonts w:eastAsia="Arial" w:cs="Times New Roman"/>
          <w:szCs w:val="24"/>
        </w:rPr>
        <w:t>vor</w:t>
      </w:r>
      <w:proofErr w:type="spellEnd"/>
      <w:r w:rsidRPr="00693F1B">
        <w:rPr>
          <w:rFonts w:eastAsia="Arial" w:cs="Times New Roman"/>
          <w:szCs w:val="24"/>
        </w:rPr>
        <w:t xml:space="preserve"> </w:t>
      </w:r>
      <w:proofErr w:type="spellStart"/>
      <w:r w:rsidRPr="00693F1B">
        <w:rPr>
          <w:rFonts w:eastAsia="Arial" w:cs="Times New Roman"/>
          <w:szCs w:val="24"/>
        </w:rPr>
        <w:t>transmite</w:t>
      </w:r>
      <w:proofErr w:type="spellEnd"/>
      <w:r w:rsidRPr="00693F1B">
        <w:rPr>
          <w:rFonts w:eastAsia="Arial" w:cs="Times New Roman"/>
          <w:szCs w:val="24"/>
        </w:rPr>
        <w:t xml:space="preserve"> pe </w:t>
      </w:r>
      <w:proofErr w:type="spellStart"/>
      <w:r w:rsidRPr="00693F1B">
        <w:rPr>
          <w:rFonts w:eastAsia="Arial" w:cs="Times New Roman"/>
          <w:szCs w:val="24"/>
        </w:rPr>
        <w:t>suport</w:t>
      </w:r>
      <w:proofErr w:type="spellEnd"/>
      <w:r w:rsidRPr="00693F1B">
        <w:rPr>
          <w:rFonts w:eastAsia="Arial" w:cs="Times New Roman"/>
          <w:szCs w:val="24"/>
        </w:rPr>
        <w:t xml:space="preserve"> informatic </w:t>
      </w:r>
      <w:proofErr w:type="spellStart"/>
      <w:r w:rsidRPr="00693F1B">
        <w:rPr>
          <w:rFonts w:eastAsia="Arial" w:cs="Times New Roman"/>
          <w:szCs w:val="24"/>
        </w:rPr>
        <w:t>și</w:t>
      </w:r>
      <w:proofErr w:type="spellEnd"/>
      <w:r w:rsidRPr="00693F1B">
        <w:rPr>
          <w:rFonts w:eastAsia="Arial" w:cs="Times New Roman"/>
          <w:szCs w:val="24"/>
        </w:rPr>
        <w:t xml:space="preserve"> </w:t>
      </w:r>
      <w:proofErr w:type="spellStart"/>
      <w:r w:rsidRPr="00693F1B">
        <w:rPr>
          <w:rFonts w:eastAsia="Arial" w:cs="Times New Roman"/>
          <w:szCs w:val="24"/>
        </w:rPr>
        <w:t>nici</w:t>
      </w:r>
      <w:proofErr w:type="spellEnd"/>
      <w:r w:rsidRPr="00693F1B">
        <w:rPr>
          <w:rFonts w:eastAsia="Arial" w:cs="Times New Roman"/>
          <w:szCs w:val="24"/>
        </w:rPr>
        <w:t xml:space="preserve"> pe un </w:t>
      </w:r>
      <w:proofErr w:type="spellStart"/>
      <w:r w:rsidRPr="00693F1B">
        <w:rPr>
          <w:rFonts w:eastAsia="Arial" w:cs="Times New Roman"/>
          <w:szCs w:val="24"/>
        </w:rPr>
        <w:t>altfel</w:t>
      </w:r>
      <w:proofErr w:type="spellEnd"/>
      <w:r w:rsidRPr="00693F1B">
        <w:rPr>
          <w:rFonts w:eastAsia="Arial" w:cs="Times New Roman"/>
          <w:szCs w:val="24"/>
        </w:rPr>
        <w:t xml:space="preserve"> de </w:t>
      </w:r>
      <w:proofErr w:type="spellStart"/>
      <w:r w:rsidRPr="00693F1B">
        <w:rPr>
          <w:rFonts w:eastAsia="Arial" w:cs="Times New Roman"/>
          <w:szCs w:val="24"/>
        </w:rPr>
        <w:t>suport</w:t>
      </w:r>
      <w:proofErr w:type="spellEnd"/>
      <w:r w:rsidRPr="00693F1B">
        <w:rPr>
          <w:rFonts w:eastAsia="Arial" w:cs="Times New Roman"/>
          <w:szCs w:val="24"/>
        </w:rPr>
        <w:t xml:space="preserve"> date cu </w:t>
      </w:r>
      <w:proofErr w:type="spellStart"/>
      <w:r w:rsidRPr="00693F1B">
        <w:rPr>
          <w:rFonts w:eastAsia="Arial" w:cs="Times New Roman"/>
          <w:szCs w:val="24"/>
        </w:rPr>
        <w:t>caracter</w:t>
      </w:r>
      <w:proofErr w:type="spellEnd"/>
      <w:r w:rsidRPr="00693F1B">
        <w:rPr>
          <w:rFonts w:eastAsia="Arial" w:cs="Times New Roman"/>
          <w:szCs w:val="24"/>
        </w:rPr>
        <w:t xml:space="preserve"> personal </w:t>
      </w:r>
      <w:proofErr w:type="spellStart"/>
      <w:r w:rsidRPr="00693F1B">
        <w:rPr>
          <w:rFonts w:eastAsia="Arial" w:cs="Times New Roman"/>
          <w:szCs w:val="24"/>
        </w:rPr>
        <w:t>către</w:t>
      </w:r>
      <w:proofErr w:type="spellEnd"/>
      <w:r w:rsidRPr="00693F1B">
        <w:rPr>
          <w:rFonts w:eastAsia="Arial" w:cs="Times New Roman"/>
          <w:szCs w:val="24"/>
        </w:rPr>
        <w:t xml:space="preserve"> </w:t>
      </w:r>
      <w:proofErr w:type="spellStart"/>
      <w:r w:rsidRPr="00693F1B">
        <w:rPr>
          <w:rFonts w:eastAsia="Arial" w:cs="Times New Roman"/>
          <w:szCs w:val="24"/>
        </w:rPr>
        <w:t>sisteme</w:t>
      </w:r>
      <w:proofErr w:type="spellEnd"/>
      <w:r w:rsidRPr="00693F1B">
        <w:rPr>
          <w:rFonts w:eastAsia="Arial" w:cs="Times New Roman"/>
          <w:szCs w:val="24"/>
        </w:rPr>
        <w:t xml:space="preserve"> </w:t>
      </w:r>
      <w:proofErr w:type="spellStart"/>
      <w:r w:rsidRPr="00693F1B">
        <w:rPr>
          <w:rFonts w:eastAsia="Arial" w:cs="Times New Roman"/>
          <w:szCs w:val="24"/>
        </w:rPr>
        <w:t>informatice</w:t>
      </w:r>
      <w:proofErr w:type="spellEnd"/>
      <w:r w:rsidRPr="00693F1B">
        <w:rPr>
          <w:rFonts w:eastAsia="Arial" w:cs="Times New Roman"/>
          <w:szCs w:val="24"/>
        </w:rPr>
        <w:t xml:space="preserve"> care nu se </w:t>
      </w:r>
      <w:proofErr w:type="spellStart"/>
      <w:r w:rsidRPr="00693F1B">
        <w:rPr>
          <w:rFonts w:eastAsia="Arial" w:cs="Times New Roman"/>
          <w:szCs w:val="24"/>
        </w:rPr>
        <w:t>află</w:t>
      </w:r>
      <w:proofErr w:type="spellEnd"/>
      <w:r w:rsidRPr="00693F1B">
        <w:rPr>
          <w:rFonts w:eastAsia="Arial" w:cs="Times New Roman"/>
          <w:szCs w:val="24"/>
        </w:rPr>
        <w:t xml:space="preserve"> sub </w:t>
      </w:r>
      <w:proofErr w:type="spellStart"/>
      <w:r w:rsidRPr="00693F1B">
        <w:rPr>
          <w:rFonts w:eastAsia="Arial" w:cs="Times New Roman"/>
          <w:szCs w:val="24"/>
        </w:rPr>
        <w:t>controlul</w:t>
      </w:r>
      <w:proofErr w:type="spellEnd"/>
      <w:r w:rsidRPr="00693F1B">
        <w:rPr>
          <w:rFonts w:eastAsia="Arial" w:cs="Times New Roman"/>
          <w:szCs w:val="24"/>
        </w:rPr>
        <w:t xml:space="preserve"> </w:t>
      </w:r>
      <w:proofErr w:type="spellStart"/>
      <w:r w:rsidRPr="00693F1B">
        <w:rPr>
          <w:rFonts w:eastAsia="Arial" w:cs="Times New Roman"/>
          <w:szCs w:val="24"/>
        </w:rPr>
        <w:t>operatorului</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care sunt </w:t>
      </w:r>
      <w:proofErr w:type="spellStart"/>
      <w:r w:rsidRPr="00693F1B">
        <w:rPr>
          <w:rFonts w:eastAsia="Arial" w:cs="Times New Roman"/>
          <w:szCs w:val="24"/>
        </w:rPr>
        <w:t>accesibile</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afara </w:t>
      </w:r>
      <w:proofErr w:type="spellStart"/>
      <w:r w:rsidRPr="00693F1B">
        <w:rPr>
          <w:rFonts w:eastAsia="Arial" w:cs="Times New Roman"/>
          <w:szCs w:val="24"/>
        </w:rPr>
        <w:t>operatorului</w:t>
      </w:r>
      <w:proofErr w:type="spellEnd"/>
      <w:r w:rsidRPr="00693F1B">
        <w:rPr>
          <w:rFonts w:eastAsia="Arial" w:cs="Times New Roman"/>
          <w:szCs w:val="24"/>
        </w:rPr>
        <w:t xml:space="preserve">, </w:t>
      </w:r>
      <w:proofErr w:type="spellStart"/>
      <w:r w:rsidRPr="00693F1B">
        <w:rPr>
          <w:rFonts w:eastAsia="Arial" w:cs="Times New Roman"/>
          <w:szCs w:val="24"/>
        </w:rPr>
        <w:t>inclusiv</w:t>
      </w:r>
      <w:proofErr w:type="spellEnd"/>
      <w:r w:rsidRPr="00693F1B">
        <w:rPr>
          <w:rFonts w:eastAsia="Arial" w:cs="Times New Roman"/>
          <w:szCs w:val="24"/>
        </w:rPr>
        <w:t>, stick-</w:t>
      </w:r>
      <w:proofErr w:type="spellStart"/>
      <w:r w:rsidRPr="00693F1B">
        <w:rPr>
          <w:rFonts w:eastAsia="Arial" w:cs="Times New Roman"/>
          <w:szCs w:val="24"/>
        </w:rPr>
        <w:t>uri</w:t>
      </w:r>
      <w:proofErr w:type="spellEnd"/>
      <w:r w:rsidRPr="00693F1B">
        <w:rPr>
          <w:rFonts w:eastAsia="Arial" w:cs="Times New Roman"/>
          <w:szCs w:val="24"/>
        </w:rPr>
        <w:t xml:space="preserve"> USB, HDD, </w:t>
      </w:r>
      <w:proofErr w:type="spellStart"/>
      <w:r w:rsidRPr="00693F1B">
        <w:rPr>
          <w:rFonts w:eastAsia="Arial" w:cs="Times New Roman"/>
          <w:szCs w:val="24"/>
        </w:rPr>
        <w:t>discuri</w:t>
      </w:r>
      <w:proofErr w:type="spellEnd"/>
      <w:r w:rsidRPr="00693F1B">
        <w:rPr>
          <w:rFonts w:eastAsia="Arial" w:cs="Times New Roman"/>
          <w:szCs w:val="24"/>
        </w:rPr>
        <w:t xml:space="preserve"> </w:t>
      </w:r>
      <w:proofErr w:type="spellStart"/>
      <w:r w:rsidRPr="00693F1B">
        <w:rPr>
          <w:rFonts w:eastAsia="Arial" w:cs="Times New Roman"/>
          <w:szCs w:val="24"/>
        </w:rPr>
        <w:t>rigide</w:t>
      </w:r>
      <w:proofErr w:type="spellEnd"/>
      <w:r w:rsidRPr="00693F1B">
        <w:rPr>
          <w:rFonts w:eastAsia="Arial" w:cs="Times New Roman"/>
          <w:szCs w:val="24"/>
        </w:rPr>
        <w:t xml:space="preserve">, </w:t>
      </w:r>
      <w:proofErr w:type="spellStart"/>
      <w:r w:rsidRPr="00693F1B">
        <w:rPr>
          <w:rFonts w:eastAsia="Arial" w:cs="Times New Roman"/>
          <w:szCs w:val="24"/>
        </w:rPr>
        <w:t>căsuțe</w:t>
      </w:r>
      <w:proofErr w:type="spellEnd"/>
      <w:r w:rsidRPr="00693F1B">
        <w:rPr>
          <w:rFonts w:eastAsia="Arial" w:cs="Times New Roman"/>
          <w:szCs w:val="24"/>
        </w:rPr>
        <w:t xml:space="preserve"> de e-mail </w:t>
      </w:r>
      <w:proofErr w:type="spellStart"/>
      <w:r w:rsidRPr="00693F1B">
        <w:rPr>
          <w:rFonts w:eastAsia="Arial" w:cs="Times New Roman"/>
          <w:szCs w:val="24"/>
        </w:rPr>
        <w:t>personale</w:t>
      </w:r>
      <w:proofErr w:type="spellEnd"/>
      <w:r w:rsidRPr="00693F1B">
        <w:rPr>
          <w:rFonts w:eastAsia="Arial" w:cs="Times New Roman"/>
          <w:szCs w:val="24"/>
        </w:rPr>
        <w:t xml:space="preserve">, </w:t>
      </w:r>
      <w:proofErr w:type="spellStart"/>
      <w:r w:rsidRPr="00693F1B">
        <w:rPr>
          <w:rFonts w:eastAsia="Arial" w:cs="Times New Roman"/>
          <w:szCs w:val="24"/>
        </w:rPr>
        <w:t>foldere</w:t>
      </w:r>
      <w:proofErr w:type="spellEnd"/>
      <w:r w:rsidRPr="00693F1B">
        <w:rPr>
          <w:rFonts w:eastAsia="Arial" w:cs="Times New Roman"/>
          <w:szCs w:val="24"/>
        </w:rPr>
        <w:t xml:space="preserve"> </w:t>
      </w:r>
      <w:proofErr w:type="spellStart"/>
      <w:r w:rsidRPr="00693F1B">
        <w:rPr>
          <w:rFonts w:eastAsia="Arial" w:cs="Times New Roman"/>
          <w:szCs w:val="24"/>
        </w:rPr>
        <w:t>accesibile</w:t>
      </w:r>
      <w:proofErr w:type="spellEnd"/>
      <w:r w:rsidRPr="00693F1B">
        <w:rPr>
          <w:rFonts w:eastAsia="Arial" w:cs="Times New Roman"/>
          <w:szCs w:val="24"/>
        </w:rPr>
        <w:t xml:space="preserve"> via FTP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orice</w:t>
      </w:r>
      <w:proofErr w:type="spellEnd"/>
      <w:r w:rsidRPr="00693F1B">
        <w:rPr>
          <w:rFonts w:eastAsia="Arial" w:cs="Times New Roman"/>
          <w:szCs w:val="24"/>
        </w:rPr>
        <w:t xml:space="preserve"> alt </w:t>
      </w:r>
      <w:proofErr w:type="spellStart"/>
      <w:r w:rsidRPr="00693F1B">
        <w:rPr>
          <w:rFonts w:eastAsia="Arial" w:cs="Times New Roman"/>
          <w:szCs w:val="24"/>
        </w:rPr>
        <w:t>mijloc</w:t>
      </w:r>
      <w:proofErr w:type="spellEnd"/>
      <w:r w:rsidRPr="00693F1B">
        <w:rPr>
          <w:rFonts w:eastAsia="Arial" w:cs="Times New Roman"/>
          <w:szCs w:val="24"/>
        </w:rPr>
        <w:t xml:space="preserve"> </w:t>
      </w:r>
      <w:proofErr w:type="spellStart"/>
      <w:r w:rsidRPr="00693F1B">
        <w:rPr>
          <w:rFonts w:eastAsia="Arial" w:cs="Times New Roman"/>
          <w:szCs w:val="24"/>
        </w:rPr>
        <w:t>tehnic</w:t>
      </w:r>
      <w:proofErr w:type="spellEnd"/>
      <w:r w:rsidRPr="00693F1B">
        <w:rPr>
          <w:rFonts w:eastAsia="Arial" w:cs="Times New Roman"/>
          <w:szCs w:val="24"/>
        </w:rPr>
        <w:t xml:space="preserve"> </w:t>
      </w:r>
      <w:proofErr w:type="spellStart"/>
      <w:r w:rsidRPr="00693F1B">
        <w:rPr>
          <w:rFonts w:eastAsia="Arial" w:cs="Times New Roman"/>
          <w:szCs w:val="24"/>
        </w:rPr>
        <w:t>neautorizat</w:t>
      </w:r>
      <w:proofErr w:type="spellEnd"/>
      <w:r w:rsidRPr="00693F1B">
        <w:rPr>
          <w:rFonts w:eastAsia="Arial" w:cs="Times New Roman"/>
          <w:szCs w:val="24"/>
        </w:rPr>
        <w:t>.</w:t>
      </w:r>
    </w:p>
    <w:p w14:paraId="25DAC730" w14:textId="77777777" w:rsidR="00EE7ED3" w:rsidRPr="00693F1B" w:rsidRDefault="00000000" w:rsidP="002C700D">
      <w:pPr>
        <w:jc w:val="both"/>
        <w:rPr>
          <w:rFonts w:eastAsia="Arial" w:cs="Times New Roman"/>
          <w:szCs w:val="24"/>
        </w:rPr>
      </w:pPr>
      <w:proofErr w:type="spellStart"/>
      <w:r w:rsidRPr="00693F1B">
        <w:rPr>
          <w:rFonts w:eastAsia="Arial" w:cs="Times New Roman"/>
          <w:szCs w:val="24"/>
        </w:rPr>
        <w:t>Transferul</w:t>
      </w:r>
      <w:proofErr w:type="spellEnd"/>
      <w:r w:rsidRPr="00693F1B">
        <w:rPr>
          <w:rFonts w:eastAsia="Arial" w:cs="Times New Roman"/>
          <w:szCs w:val="24"/>
        </w:rPr>
        <w:t xml:space="preserve"> de date cu </w:t>
      </w:r>
      <w:proofErr w:type="spellStart"/>
      <w:r w:rsidRPr="00693F1B">
        <w:rPr>
          <w:rFonts w:eastAsia="Arial" w:cs="Times New Roman"/>
          <w:szCs w:val="24"/>
        </w:rPr>
        <w:t>nerespectarea</w:t>
      </w:r>
      <w:proofErr w:type="spellEnd"/>
      <w:r w:rsidRPr="00693F1B">
        <w:rPr>
          <w:rFonts w:eastAsia="Arial" w:cs="Times New Roman"/>
          <w:szCs w:val="24"/>
        </w:rPr>
        <w:t xml:space="preserve"> </w:t>
      </w:r>
      <w:proofErr w:type="spellStart"/>
      <w:r w:rsidRPr="00693F1B">
        <w:rPr>
          <w:rFonts w:eastAsia="Arial" w:cs="Times New Roman"/>
          <w:szCs w:val="24"/>
        </w:rPr>
        <w:t>atribuțiilor</w:t>
      </w:r>
      <w:proofErr w:type="spellEnd"/>
      <w:r w:rsidRPr="00693F1B">
        <w:rPr>
          <w:rFonts w:eastAsia="Arial" w:cs="Times New Roman"/>
          <w:szCs w:val="24"/>
        </w:rPr>
        <w:t xml:space="preserve"> de </w:t>
      </w:r>
      <w:proofErr w:type="spellStart"/>
      <w:r w:rsidRPr="00693F1B">
        <w:rPr>
          <w:rFonts w:eastAsia="Arial" w:cs="Times New Roman"/>
          <w:szCs w:val="24"/>
        </w:rPr>
        <w:t>serviciu</w:t>
      </w:r>
      <w:proofErr w:type="spellEnd"/>
      <w:r w:rsidRPr="00693F1B">
        <w:rPr>
          <w:rFonts w:eastAsia="Arial" w:cs="Times New Roman"/>
          <w:szCs w:val="24"/>
        </w:rPr>
        <w:t xml:space="preserve"> cu </w:t>
      </w:r>
      <w:proofErr w:type="spellStart"/>
      <w:r w:rsidRPr="00693F1B">
        <w:rPr>
          <w:rFonts w:eastAsia="Arial" w:cs="Times New Roman"/>
          <w:szCs w:val="24"/>
        </w:rPr>
        <w:t>privire</w:t>
      </w:r>
      <w:proofErr w:type="spellEnd"/>
      <w:r w:rsidRPr="00693F1B">
        <w:rPr>
          <w:rFonts w:eastAsia="Arial" w:cs="Times New Roman"/>
          <w:szCs w:val="24"/>
        </w:rPr>
        <w:t xml:space="preserve"> la </w:t>
      </w:r>
      <w:proofErr w:type="spellStart"/>
      <w:r w:rsidRPr="00693F1B">
        <w:rPr>
          <w:rFonts w:eastAsia="Arial" w:cs="Times New Roman"/>
          <w:szCs w:val="24"/>
        </w:rPr>
        <w:t>utilizarea</w:t>
      </w:r>
      <w:proofErr w:type="spellEnd"/>
      <w:r w:rsidRPr="00693F1B">
        <w:rPr>
          <w:rFonts w:eastAsia="Arial" w:cs="Times New Roman"/>
          <w:szCs w:val="24"/>
        </w:rPr>
        <w:t xml:space="preserve"> </w:t>
      </w:r>
      <w:proofErr w:type="spellStart"/>
      <w:r w:rsidRPr="00693F1B">
        <w:rPr>
          <w:rFonts w:eastAsia="Arial" w:cs="Times New Roman"/>
          <w:szCs w:val="24"/>
        </w:rPr>
        <w:t>acestor</w:t>
      </w:r>
      <w:proofErr w:type="spellEnd"/>
      <w:r w:rsidRPr="00693F1B">
        <w:rPr>
          <w:rFonts w:eastAsia="Arial" w:cs="Times New Roman"/>
          <w:szCs w:val="24"/>
        </w:rPr>
        <w:t xml:space="preserve"> date </w:t>
      </w:r>
      <w:proofErr w:type="spellStart"/>
      <w:r w:rsidRPr="00693F1B">
        <w:rPr>
          <w:rFonts w:eastAsia="Arial" w:cs="Times New Roman"/>
          <w:szCs w:val="24"/>
        </w:rPr>
        <w:t>este</w:t>
      </w:r>
      <w:proofErr w:type="spellEnd"/>
      <w:r w:rsidRPr="00693F1B">
        <w:rPr>
          <w:rFonts w:eastAsia="Arial" w:cs="Times New Roman"/>
          <w:szCs w:val="24"/>
        </w:rPr>
        <w:t xml:space="preserve"> </w:t>
      </w:r>
      <w:proofErr w:type="spellStart"/>
      <w:r w:rsidRPr="00693F1B">
        <w:rPr>
          <w:rFonts w:eastAsia="Arial" w:cs="Times New Roman"/>
          <w:szCs w:val="24"/>
        </w:rPr>
        <w:t>interzisă</w:t>
      </w:r>
      <w:proofErr w:type="spellEnd"/>
      <w:r w:rsidRPr="00693F1B">
        <w:rPr>
          <w:rFonts w:eastAsia="Arial" w:cs="Times New Roman"/>
          <w:szCs w:val="24"/>
        </w:rPr>
        <w:t xml:space="preserve">. </w:t>
      </w:r>
      <w:proofErr w:type="spellStart"/>
      <w:r w:rsidRPr="00693F1B">
        <w:rPr>
          <w:rFonts w:eastAsia="Arial" w:cs="Times New Roman"/>
          <w:szCs w:val="24"/>
        </w:rPr>
        <w:t>Transferul</w:t>
      </w:r>
      <w:proofErr w:type="spellEnd"/>
      <w:r w:rsidRPr="00693F1B">
        <w:rPr>
          <w:rFonts w:eastAsia="Arial" w:cs="Times New Roman"/>
          <w:szCs w:val="24"/>
        </w:rPr>
        <w:t xml:space="preserve"> se </w:t>
      </w:r>
      <w:proofErr w:type="spellStart"/>
      <w:r w:rsidRPr="00693F1B">
        <w:rPr>
          <w:rFonts w:eastAsia="Arial" w:cs="Times New Roman"/>
          <w:szCs w:val="24"/>
        </w:rPr>
        <w:t>referă</w:t>
      </w:r>
      <w:proofErr w:type="spellEnd"/>
      <w:r w:rsidRPr="00693F1B">
        <w:rPr>
          <w:rFonts w:eastAsia="Arial" w:cs="Times New Roman"/>
          <w:szCs w:val="24"/>
        </w:rPr>
        <w:t xml:space="preserve">, </w:t>
      </w:r>
      <w:proofErr w:type="spellStart"/>
      <w:r w:rsidRPr="00693F1B">
        <w:rPr>
          <w:rFonts w:eastAsia="Arial" w:cs="Times New Roman"/>
          <w:szCs w:val="24"/>
        </w:rPr>
        <w:t>dar</w:t>
      </w:r>
      <w:proofErr w:type="spellEnd"/>
      <w:r w:rsidRPr="00693F1B">
        <w:rPr>
          <w:rFonts w:eastAsia="Arial" w:cs="Times New Roman"/>
          <w:szCs w:val="24"/>
        </w:rPr>
        <w:t xml:space="preserve"> nu </w:t>
      </w:r>
      <w:proofErr w:type="spellStart"/>
      <w:r w:rsidRPr="00693F1B">
        <w:rPr>
          <w:rFonts w:eastAsia="Arial" w:cs="Times New Roman"/>
          <w:szCs w:val="24"/>
        </w:rPr>
        <w:t>exclusiv</w:t>
      </w:r>
      <w:proofErr w:type="spellEnd"/>
      <w:r w:rsidRPr="00693F1B">
        <w:rPr>
          <w:rFonts w:eastAsia="Arial" w:cs="Times New Roman"/>
          <w:szCs w:val="24"/>
        </w:rPr>
        <w:t xml:space="preserve">, la </w:t>
      </w:r>
      <w:proofErr w:type="spellStart"/>
      <w:r w:rsidRPr="00693F1B">
        <w:rPr>
          <w:rFonts w:eastAsia="Arial" w:cs="Times New Roman"/>
          <w:szCs w:val="24"/>
        </w:rPr>
        <w:t>orice</w:t>
      </w:r>
      <w:proofErr w:type="spellEnd"/>
      <w:r w:rsidRPr="00693F1B">
        <w:rPr>
          <w:rFonts w:eastAsia="Arial" w:cs="Times New Roman"/>
          <w:szCs w:val="24"/>
        </w:rPr>
        <w:t xml:space="preserve"> </w:t>
      </w:r>
      <w:proofErr w:type="spellStart"/>
      <w:r w:rsidRPr="00693F1B">
        <w:rPr>
          <w:rFonts w:eastAsia="Arial" w:cs="Times New Roman"/>
          <w:szCs w:val="24"/>
        </w:rPr>
        <w:t>operațiune</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set de </w:t>
      </w:r>
      <w:proofErr w:type="spellStart"/>
      <w:r w:rsidRPr="00693F1B">
        <w:rPr>
          <w:rFonts w:eastAsia="Arial" w:cs="Times New Roman"/>
          <w:szCs w:val="24"/>
        </w:rPr>
        <w:t>operațiuni</w:t>
      </w:r>
      <w:proofErr w:type="spellEnd"/>
      <w:r w:rsidRPr="00693F1B">
        <w:rPr>
          <w:rFonts w:eastAsia="Arial" w:cs="Times New Roman"/>
          <w:szCs w:val="24"/>
        </w:rPr>
        <w:t xml:space="preserve"> </w:t>
      </w:r>
      <w:proofErr w:type="spellStart"/>
      <w:r w:rsidRPr="00693F1B">
        <w:rPr>
          <w:rFonts w:eastAsia="Arial" w:cs="Times New Roman"/>
          <w:szCs w:val="24"/>
        </w:rPr>
        <w:t>efectuate</w:t>
      </w:r>
      <w:proofErr w:type="spellEnd"/>
      <w:r w:rsidRPr="00693F1B">
        <w:rPr>
          <w:rFonts w:eastAsia="Arial" w:cs="Times New Roman"/>
          <w:szCs w:val="24"/>
        </w:rPr>
        <w:t xml:space="preserve"> </w:t>
      </w:r>
      <w:proofErr w:type="spellStart"/>
      <w:r w:rsidRPr="00693F1B">
        <w:rPr>
          <w:rFonts w:eastAsia="Arial" w:cs="Times New Roman"/>
          <w:szCs w:val="24"/>
        </w:rPr>
        <w:t>asupra</w:t>
      </w:r>
      <w:proofErr w:type="spellEnd"/>
      <w:r w:rsidRPr="00693F1B">
        <w:rPr>
          <w:rFonts w:eastAsia="Arial" w:cs="Times New Roman"/>
          <w:szCs w:val="24"/>
        </w:rPr>
        <w:t xml:space="preserve"> </w:t>
      </w:r>
      <w:proofErr w:type="spellStart"/>
      <w:r w:rsidRPr="00693F1B">
        <w:rPr>
          <w:rFonts w:eastAsia="Arial" w:cs="Times New Roman"/>
          <w:szCs w:val="24"/>
        </w:rPr>
        <w:t>datelor</w:t>
      </w:r>
      <w:proofErr w:type="spellEnd"/>
      <w:r w:rsidRPr="00693F1B">
        <w:rPr>
          <w:rFonts w:eastAsia="Arial" w:cs="Times New Roman"/>
          <w:szCs w:val="24"/>
        </w:rPr>
        <w:t xml:space="preserve"> cu </w:t>
      </w:r>
      <w:proofErr w:type="spellStart"/>
      <w:r w:rsidRPr="00693F1B">
        <w:rPr>
          <w:rFonts w:eastAsia="Arial" w:cs="Times New Roman"/>
          <w:szCs w:val="24"/>
        </w:rPr>
        <w:t>caracter</w:t>
      </w:r>
      <w:proofErr w:type="spellEnd"/>
      <w:r w:rsidRPr="00693F1B">
        <w:rPr>
          <w:rFonts w:eastAsia="Arial" w:cs="Times New Roman"/>
          <w:szCs w:val="24"/>
        </w:rPr>
        <w:t xml:space="preserve"> personal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asupra</w:t>
      </w:r>
      <w:proofErr w:type="spellEnd"/>
      <w:r w:rsidRPr="00693F1B">
        <w:rPr>
          <w:rFonts w:eastAsia="Arial" w:cs="Times New Roman"/>
          <w:szCs w:val="24"/>
        </w:rPr>
        <w:t xml:space="preserve"> </w:t>
      </w:r>
      <w:proofErr w:type="spellStart"/>
      <w:r w:rsidRPr="00693F1B">
        <w:rPr>
          <w:rFonts w:eastAsia="Arial" w:cs="Times New Roman"/>
          <w:szCs w:val="24"/>
        </w:rPr>
        <w:t>seturilor</w:t>
      </w:r>
      <w:proofErr w:type="spellEnd"/>
      <w:r w:rsidRPr="00693F1B">
        <w:rPr>
          <w:rFonts w:eastAsia="Arial" w:cs="Times New Roman"/>
          <w:szCs w:val="24"/>
        </w:rPr>
        <w:t xml:space="preserve"> de date cu </w:t>
      </w:r>
      <w:proofErr w:type="spellStart"/>
      <w:r w:rsidRPr="00693F1B">
        <w:rPr>
          <w:rFonts w:eastAsia="Arial" w:cs="Times New Roman"/>
          <w:szCs w:val="24"/>
        </w:rPr>
        <w:t>caracter</w:t>
      </w:r>
      <w:proofErr w:type="spellEnd"/>
      <w:r w:rsidRPr="00693F1B">
        <w:rPr>
          <w:rFonts w:eastAsia="Arial" w:cs="Times New Roman"/>
          <w:szCs w:val="24"/>
        </w:rPr>
        <w:t xml:space="preserve"> personal, cu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fără</w:t>
      </w:r>
      <w:proofErr w:type="spellEnd"/>
      <w:r w:rsidRPr="00693F1B">
        <w:rPr>
          <w:rFonts w:eastAsia="Arial" w:cs="Times New Roman"/>
          <w:szCs w:val="24"/>
        </w:rPr>
        <w:t xml:space="preserve"> </w:t>
      </w:r>
      <w:proofErr w:type="spellStart"/>
      <w:r w:rsidRPr="00693F1B">
        <w:rPr>
          <w:rFonts w:eastAsia="Arial" w:cs="Times New Roman"/>
          <w:szCs w:val="24"/>
        </w:rPr>
        <w:t>utilizarea</w:t>
      </w:r>
      <w:proofErr w:type="spellEnd"/>
      <w:r w:rsidRPr="00693F1B">
        <w:rPr>
          <w:rFonts w:eastAsia="Arial" w:cs="Times New Roman"/>
          <w:szCs w:val="24"/>
        </w:rPr>
        <w:t xml:space="preserve"> de </w:t>
      </w:r>
      <w:proofErr w:type="spellStart"/>
      <w:r w:rsidRPr="00693F1B">
        <w:rPr>
          <w:rFonts w:eastAsia="Arial" w:cs="Times New Roman"/>
          <w:szCs w:val="24"/>
        </w:rPr>
        <w:t>mijloace</w:t>
      </w:r>
      <w:proofErr w:type="spellEnd"/>
      <w:r w:rsidRPr="00693F1B">
        <w:rPr>
          <w:rFonts w:eastAsia="Arial" w:cs="Times New Roman"/>
          <w:szCs w:val="24"/>
        </w:rPr>
        <w:t xml:space="preserve"> </w:t>
      </w:r>
      <w:proofErr w:type="spellStart"/>
      <w:r w:rsidRPr="00693F1B">
        <w:rPr>
          <w:rFonts w:eastAsia="Arial" w:cs="Times New Roman"/>
          <w:szCs w:val="24"/>
        </w:rPr>
        <w:t>automatizate</w:t>
      </w:r>
      <w:proofErr w:type="spellEnd"/>
      <w:r w:rsidRPr="00693F1B">
        <w:rPr>
          <w:rFonts w:eastAsia="Arial" w:cs="Times New Roman"/>
          <w:szCs w:val="24"/>
        </w:rPr>
        <w:t>.</w:t>
      </w:r>
    </w:p>
    <w:p w14:paraId="55184A96" w14:textId="77777777" w:rsidR="00EE7ED3" w:rsidRPr="001F4363" w:rsidRDefault="00000000" w:rsidP="009D7F1C">
      <w:pPr>
        <w:rPr>
          <w:rFonts w:eastAsia="Arial" w:cs="Times New Roman"/>
          <w:b/>
          <w:bCs/>
          <w:szCs w:val="24"/>
        </w:rPr>
      </w:pPr>
      <w:r w:rsidRPr="00693F1B">
        <w:rPr>
          <w:rFonts w:eastAsia="Arial" w:cs="Times New Roman"/>
          <w:b/>
          <w:bCs/>
          <w:szCs w:val="24"/>
        </w:rPr>
        <w:t xml:space="preserve">4.2. </w:t>
      </w:r>
      <w:proofErr w:type="spellStart"/>
      <w:r w:rsidRPr="00693F1B">
        <w:rPr>
          <w:rFonts w:eastAsia="Arial" w:cs="Times New Roman"/>
          <w:b/>
          <w:bCs/>
          <w:szCs w:val="24"/>
        </w:rPr>
        <w:t>Transferul</w:t>
      </w:r>
      <w:proofErr w:type="spellEnd"/>
      <w:r w:rsidRPr="00693F1B">
        <w:rPr>
          <w:rFonts w:eastAsia="Arial" w:cs="Times New Roman"/>
          <w:b/>
          <w:bCs/>
          <w:szCs w:val="24"/>
        </w:rPr>
        <w:t xml:space="preserve"> de date </w:t>
      </w:r>
      <w:proofErr w:type="spellStart"/>
      <w:r w:rsidRPr="00693F1B">
        <w:rPr>
          <w:rFonts w:eastAsia="Arial" w:cs="Times New Roman"/>
          <w:b/>
          <w:bCs/>
          <w:szCs w:val="24"/>
        </w:rPr>
        <w:t>în</w:t>
      </w:r>
      <w:proofErr w:type="spellEnd"/>
      <w:r w:rsidRPr="00693F1B">
        <w:rPr>
          <w:rFonts w:eastAsia="Arial" w:cs="Times New Roman"/>
          <w:b/>
          <w:bCs/>
          <w:szCs w:val="24"/>
        </w:rPr>
        <w:t xml:space="preserve"> afara </w:t>
      </w:r>
      <w:proofErr w:type="spellStart"/>
      <w:r>
        <w:rPr>
          <w:rFonts w:eastAsia="Arial" w:cs="Times New Roman"/>
          <w:b/>
          <w:bCs/>
          <w:szCs w:val="24"/>
        </w:rPr>
        <w:t>entității</w:t>
      </w:r>
      <w:proofErr w:type="spellEnd"/>
    </w:p>
    <w:p w14:paraId="1FF247A4" w14:textId="77777777" w:rsidR="00EE7ED3" w:rsidRDefault="00000000" w:rsidP="002C700D">
      <w:pPr>
        <w:jc w:val="both"/>
        <w:rPr>
          <w:rFonts w:eastAsia="Arial" w:cs="Times New Roman"/>
          <w:szCs w:val="24"/>
        </w:rPr>
      </w:pPr>
      <w:r w:rsidRPr="00693F1B">
        <w:rPr>
          <w:rFonts w:eastAsia="Arial" w:cs="Times New Roman"/>
          <w:szCs w:val="24"/>
        </w:rPr>
        <w:t xml:space="preserve">4.2.1.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situația</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care nu </w:t>
      </w:r>
      <w:proofErr w:type="spellStart"/>
      <w:r w:rsidRPr="00693F1B">
        <w:rPr>
          <w:rFonts w:eastAsia="Arial" w:cs="Times New Roman"/>
          <w:szCs w:val="24"/>
        </w:rPr>
        <w:t>există</w:t>
      </w:r>
      <w:proofErr w:type="spellEnd"/>
      <w:r w:rsidRPr="00693F1B">
        <w:rPr>
          <w:rFonts w:eastAsia="Arial" w:cs="Times New Roman"/>
          <w:szCs w:val="24"/>
        </w:rPr>
        <w:t xml:space="preserve"> un </w:t>
      </w:r>
      <w:proofErr w:type="spellStart"/>
      <w:r w:rsidRPr="00693F1B">
        <w:rPr>
          <w:rFonts w:eastAsia="Arial" w:cs="Times New Roman"/>
          <w:szCs w:val="24"/>
        </w:rPr>
        <w:t>temei</w:t>
      </w:r>
      <w:proofErr w:type="spellEnd"/>
      <w:r w:rsidRPr="00693F1B">
        <w:rPr>
          <w:rFonts w:eastAsia="Arial" w:cs="Times New Roman"/>
          <w:szCs w:val="24"/>
        </w:rPr>
        <w:t xml:space="preserve"> legal (</w:t>
      </w:r>
      <w:proofErr w:type="spellStart"/>
      <w:r w:rsidRPr="00693F1B">
        <w:rPr>
          <w:rFonts w:eastAsia="Arial" w:cs="Times New Roman"/>
          <w:szCs w:val="24"/>
        </w:rPr>
        <w:t>obligație</w:t>
      </w:r>
      <w:proofErr w:type="spellEnd"/>
      <w:r w:rsidRPr="00693F1B">
        <w:rPr>
          <w:rFonts w:eastAsia="Arial" w:cs="Times New Roman"/>
          <w:szCs w:val="24"/>
        </w:rPr>
        <w:t xml:space="preserve"> </w:t>
      </w:r>
      <w:proofErr w:type="spellStart"/>
      <w:r w:rsidRPr="00693F1B">
        <w:rPr>
          <w:rFonts w:eastAsia="Arial" w:cs="Times New Roman"/>
          <w:szCs w:val="24"/>
        </w:rPr>
        <w:t>legală</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interes</w:t>
      </w:r>
      <w:proofErr w:type="spellEnd"/>
      <w:r w:rsidRPr="00693F1B">
        <w:rPr>
          <w:rFonts w:eastAsia="Arial" w:cs="Times New Roman"/>
          <w:szCs w:val="24"/>
        </w:rPr>
        <w:t xml:space="preserve"> public), contractual </w:t>
      </w:r>
      <w:proofErr w:type="spellStart"/>
      <w:r w:rsidRPr="00693F1B">
        <w:rPr>
          <w:rFonts w:eastAsia="Arial" w:cs="Times New Roman"/>
          <w:szCs w:val="24"/>
        </w:rPr>
        <w:t>sau</w:t>
      </w:r>
      <w:proofErr w:type="spellEnd"/>
      <w:r w:rsidRPr="00693F1B">
        <w:rPr>
          <w:rFonts w:eastAsia="Arial" w:cs="Times New Roman"/>
          <w:szCs w:val="24"/>
        </w:rPr>
        <w:t xml:space="preserve"> un </w:t>
      </w:r>
      <w:proofErr w:type="spellStart"/>
      <w:r w:rsidRPr="00693F1B">
        <w:rPr>
          <w:rFonts w:eastAsia="Arial" w:cs="Times New Roman"/>
          <w:szCs w:val="24"/>
        </w:rPr>
        <w:t>interes</w:t>
      </w:r>
      <w:proofErr w:type="spellEnd"/>
      <w:r w:rsidRPr="00693F1B">
        <w:rPr>
          <w:rFonts w:eastAsia="Arial" w:cs="Times New Roman"/>
          <w:szCs w:val="24"/>
        </w:rPr>
        <w:t xml:space="preserve"> legitim al </w:t>
      </w:r>
      <w:proofErr w:type="spellStart"/>
      <w:r w:rsidRPr="00693F1B">
        <w:rPr>
          <w:rFonts w:eastAsia="Arial" w:cs="Times New Roman"/>
          <w:b/>
          <w:bCs/>
          <w:szCs w:val="24"/>
        </w:rPr>
        <w:t>Primăriei</w:t>
      </w:r>
      <w:proofErr w:type="spellEnd"/>
      <w:r w:rsidRPr="00693F1B">
        <w:rPr>
          <w:rFonts w:eastAsia="Arial" w:cs="Times New Roman"/>
          <w:b/>
          <w:bCs/>
          <w:szCs w:val="24"/>
        </w:rPr>
        <w:t xml:space="preserve"> </w:t>
      </w:r>
      <w:r w:rsidRPr="00916751">
        <w:rPr>
          <w:rFonts w:eastAsia="Arial" w:cs="Times New Roman"/>
          <w:b/>
          <w:bCs/>
          <w:szCs w:val="24"/>
        </w:rPr>
        <w:t>SATULUI MERENI</w:t>
      </w:r>
      <w:r w:rsidRPr="00693F1B">
        <w:rPr>
          <w:rFonts w:eastAsia="Arial" w:cs="Times New Roman"/>
          <w:szCs w:val="24"/>
        </w:rPr>
        <w:t xml:space="preserve">, </w:t>
      </w:r>
      <w:proofErr w:type="spellStart"/>
      <w:r w:rsidRPr="00693F1B">
        <w:rPr>
          <w:rFonts w:eastAsia="Arial" w:cs="Times New Roman"/>
          <w:szCs w:val="24"/>
        </w:rPr>
        <w:t>transferul</w:t>
      </w:r>
      <w:proofErr w:type="spellEnd"/>
      <w:r w:rsidRPr="00693F1B">
        <w:rPr>
          <w:rFonts w:eastAsia="Arial" w:cs="Times New Roman"/>
          <w:szCs w:val="24"/>
        </w:rPr>
        <w:t xml:space="preserve"> nu se </w:t>
      </w:r>
      <w:proofErr w:type="spellStart"/>
      <w:r w:rsidRPr="00693F1B">
        <w:rPr>
          <w:rFonts w:eastAsia="Arial" w:cs="Times New Roman"/>
          <w:szCs w:val="24"/>
        </w:rPr>
        <w:t>va</w:t>
      </w:r>
      <w:proofErr w:type="spellEnd"/>
      <w:r w:rsidRPr="00693F1B">
        <w:rPr>
          <w:rFonts w:eastAsia="Arial" w:cs="Times New Roman"/>
          <w:szCs w:val="24"/>
        </w:rPr>
        <w:t xml:space="preserve"> </w:t>
      </w:r>
      <w:proofErr w:type="spellStart"/>
      <w:r w:rsidRPr="00693F1B">
        <w:rPr>
          <w:rFonts w:eastAsia="Arial" w:cs="Times New Roman"/>
          <w:szCs w:val="24"/>
        </w:rPr>
        <w:t>realiza</w:t>
      </w:r>
      <w:proofErr w:type="spellEnd"/>
      <w:r w:rsidRPr="00693F1B">
        <w:rPr>
          <w:rFonts w:eastAsia="Arial" w:cs="Times New Roman"/>
          <w:szCs w:val="24"/>
        </w:rPr>
        <w:t xml:space="preserve"> </w:t>
      </w:r>
      <w:proofErr w:type="spellStart"/>
      <w:r w:rsidRPr="00693F1B">
        <w:rPr>
          <w:rFonts w:eastAsia="Arial" w:cs="Times New Roman"/>
          <w:szCs w:val="24"/>
        </w:rPr>
        <w:t>decât</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baza</w:t>
      </w:r>
      <w:proofErr w:type="spellEnd"/>
      <w:r w:rsidRPr="00693F1B">
        <w:rPr>
          <w:rFonts w:eastAsia="Arial" w:cs="Times New Roman"/>
          <w:szCs w:val="24"/>
        </w:rPr>
        <w:t xml:space="preserve"> </w:t>
      </w:r>
      <w:proofErr w:type="spellStart"/>
      <w:r w:rsidRPr="00693F1B">
        <w:rPr>
          <w:rFonts w:eastAsia="Arial" w:cs="Times New Roman"/>
          <w:szCs w:val="24"/>
        </w:rPr>
        <w:t>consimțământului</w:t>
      </w:r>
      <w:proofErr w:type="spellEnd"/>
      <w:r w:rsidRPr="00693F1B">
        <w:rPr>
          <w:rFonts w:eastAsia="Arial" w:cs="Times New Roman"/>
          <w:szCs w:val="24"/>
        </w:rPr>
        <w:t xml:space="preserve"> </w:t>
      </w:r>
      <w:proofErr w:type="spellStart"/>
      <w:r w:rsidRPr="00693F1B">
        <w:rPr>
          <w:rFonts w:eastAsia="Arial" w:cs="Times New Roman"/>
          <w:szCs w:val="24"/>
        </w:rPr>
        <w:t>persoanei</w:t>
      </w:r>
      <w:proofErr w:type="spellEnd"/>
      <w:r w:rsidRPr="00693F1B">
        <w:rPr>
          <w:rFonts w:eastAsia="Arial" w:cs="Times New Roman"/>
          <w:szCs w:val="24"/>
        </w:rPr>
        <w:t xml:space="preserve"> </w:t>
      </w:r>
      <w:proofErr w:type="spellStart"/>
      <w:r w:rsidRPr="00693F1B">
        <w:rPr>
          <w:rFonts w:eastAsia="Arial" w:cs="Times New Roman"/>
          <w:szCs w:val="24"/>
        </w:rPr>
        <w:t>vizate</w:t>
      </w:r>
      <w:proofErr w:type="spellEnd"/>
      <w:r w:rsidRPr="00693F1B">
        <w:rPr>
          <w:rFonts w:eastAsia="Arial" w:cs="Times New Roman"/>
          <w:szCs w:val="24"/>
        </w:rPr>
        <w:t xml:space="preserve">, </w:t>
      </w:r>
      <w:proofErr w:type="spellStart"/>
      <w:r w:rsidRPr="00693F1B">
        <w:rPr>
          <w:rFonts w:eastAsia="Arial" w:cs="Times New Roman"/>
          <w:szCs w:val="24"/>
        </w:rPr>
        <w:t>obținut</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conformitate</w:t>
      </w:r>
      <w:proofErr w:type="spellEnd"/>
      <w:r w:rsidRPr="00693F1B">
        <w:rPr>
          <w:rFonts w:eastAsia="Arial" w:cs="Times New Roman"/>
          <w:szCs w:val="24"/>
        </w:rPr>
        <w:t xml:space="preserve"> cu </w:t>
      </w:r>
      <w:proofErr w:type="spellStart"/>
      <w:r>
        <w:rPr>
          <w:rFonts w:eastAsia="Arial" w:cs="Times New Roman"/>
          <w:szCs w:val="24"/>
        </w:rPr>
        <w:t>prevederile</w:t>
      </w:r>
      <w:proofErr w:type="spellEnd"/>
      <w:r>
        <w:rPr>
          <w:rFonts w:eastAsia="Arial" w:cs="Times New Roman"/>
          <w:szCs w:val="24"/>
        </w:rPr>
        <w:t xml:space="preserve"> </w:t>
      </w:r>
      <w:proofErr w:type="spellStart"/>
      <w:r>
        <w:rPr>
          <w:rFonts w:eastAsia="Arial" w:cs="Times New Roman"/>
          <w:szCs w:val="24"/>
        </w:rPr>
        <w:t>legale</w:t>
      </w:r>
      <w:proofErr w:type="spellEnd"/>
      <w:r w:rsidRPr="00693F1B">
        <w:rPr>
          <w:rFonts w:eastAsia="Arial" w:cs="Times New Roman"/>
          <w:szCs w:val="24"/>
        </w:rPr>
        <w:t>.</w:t>
      </w:r>
    </w:p>
    <w:p w14:paraId="2CB32EAE" w14:textId="77777777" w:rsidR="00EE7ED3" w:rsidRDefault="00000000" w:rsidP="002C700D">
      <w:pPr>
        <w:jc w:val="both"/>
        <w:rPr>
          <w:rFonts w:eastAsia="Arial" w:cs="Times New Roman"/>
          <w:szCs w:val="24"/>
        </w:rPr>
      </w:pPr>
      <w:r w:rsidRPr="00693F1B">
        <w:rPr>
          <w:rFonts w:eastAsia="Arial" w:cs="Times New Roman"/>
          <w:szCs w:val="24"/>
        </w:rPr>
        <w:t xml:space="preserve">4.2.2. </w:t>
      </w:r>
      <w:proofErr w:type="spellStart"/>
      <w:r w:rsidRPr="00693F1B">
        <w:rPr>
          <w:rFonts w:eastAsia="Arial" w:cs="Times New Roman"/>
          <w:szCs w:val="24"/>
        </w:rPr>
        <w:t>Dacă</w:t>
      </w:r>
      <w:proofErr w:type="spellEnd"/>
      <w:r w:rsidRPr="00693F1B">
        <w:rPr>
          <w:rFonts w:eastAsia="Arial" w:cs="Times New Roman"/>
          <w:szCs w:val="24"/>
        </w:rPr>
        <w:t xml:space="preserve"> </w:t>
      </w:r>
      <w:proofErr w:type="spellStart"/>
      <w:r w:rsidRPr="00693F1B">
        <w:rPr>
          <w:rFonts w:eastAsia="Arial" w:cs="Times New Roman"/>
          <w:szCs w:val="24"/>
        </w:rPr>
        <w:t>transferul</w:t>
      </w:r>
      <w:proofErr w:type="spellEnd"/>
      <w:r w:rsidRPr="00693F1B">
        <w:rPr>
          <w:rFonts w:eastAsia="Arial" w:cs="Times New Roman"/>
          <w:szCs w:val="24"/>
        </w:rPr>
        <w:t xml:space="preserve"> </w:t>
      </w:r>
      <w:proofErr w:type="spellStart"/>
      <w:r w:rsidRPr="00693F1B">
        <w:rPr>
          <w:rFonts w:eastAsia="Arial" w:cs="Times New Roman"/>
          <w:szCs w:val="24"/>
        </w:rPr>
        <w:t>este</w:t>
      </w:r>
      <w:proofErr w:type="spellEnd"/>
      <w:r w:rsidRPr="00693F1B">
        <w:rPr>
          <w:rFonts w:eastAsia="Arial" w:cs="Times New Roman"/>
          <w:szCs w:val="24"/>
        </w:rPr>
        <w:t xml:space="preserve"> </w:t>
      </w:r>
      <w:proofErr w:type="spellStart"/>
      <w:r w:rsidRPr="00693F1B">
        <w:rPr>
          <w:rFonts w:eastAsia="Arial" w:cs="Times New Roman"/>
          <w:szCs w:val="24"/>
        </w:rPr>
        <w:t>necesar</w:t>
      </w:r>
      <w:proofErr w:type="spellEnd"/>
      <w:r w:rsidRPr="00693F1B">
        <w:rPr>
          <w:rFonts w:eastAsia="Arial" w:cs="Times New Roman"/>
          <w:szCs w:val="24"/>
        </w:rPr>
        <w:t xml:space="preserve"> </w:t>
      </w:r>
      <w:proofErr w:type="spellStart"/>
      <w:r w:rsidRPr="00693F1B">
        <w:rPr>
          <w:rFonts w:eastAsia="Arial" w:cs="Times New Roman"/>
          <w:szCs w:val="24"/>
        </w:rPr>
        <w:t>pentru</w:t>
      </w:r>
      <w:proofErr w:type="spellEnd"/>
      <w:r w:rsidRPr="00693F1B">
        <w:rPr>
          <w:rFonts w:eastAsia="Arial" w:cs="Times New Roman"/>
          <w:szCs w:val="24"/>
        </w:rPr>
        <w:t xml:space="preserve"> </w:t>
      </w:r>
      <w:proofErr w:type="spellStart"/>
      <w:r w:rsidRPr="00693F1B">
        <w:rPr>
          <w:rFonts w:eastAsia="Arial" w:cs="Times New Roman"/>
          <w:szCs w:val="24"/>
        </w:rPr>
        <w:t>executarea</w:t>
      </w:r>
      <w:proofErr w:type="spellEnd"/>
      <w:r w:rsidRPr="00693F1B">
        <w:rPr>
          <w:rFonts w:eastAsia="Arial" w:cs="Times New Roman"/>
          <w:szCs w:val="24"/>
        </w:rPr>
        <w:t xml:space="preserve"> </w:t>
      </w:r>
      <w:proofErr w:type="spellStart"/>
      <w:r w:rsidRPr="00693F1B">
        <w:rPr>
          <w:rFonts w:eastAsia="Arial" w:cs="Times New Roman"/>
          <w:szCs w:val="24"/>
        </w:rPr>
        <w:t>unui</w:t>
      </w:r>
      <w:proofErr w:type="spellEnd"/>
      <w:r w:rsidRPr="00693F1B">
        <w:rPr>
          <w:rFonts w:eastAsia="Arial" w:cs="Times New Roman"/>
          <w:szCs w:val="24"/>
        </w:rPr>
        <w:t xml:space="preserve"> contract </w:t>
      </w:r>
      <w:proofErr w:type="spellStart"/>
      <w:r w:rsidRPr="00693F1B">
        <w:rPr>
          <w:rFonts w:eastAsia="Arial" w:cs="Times New Roman"/>
          <w:szCs w:val="24"/>
        </w:rPr>
        <w:t>sau</w:t>
      </w:r>
      <w:proofErr w:type="spellEnd"/>
      <w:r w:rsidRPr="00693F1B">
        <w:rPr>
          <w:rFonts w:eastAsia="Arial" w:cs="Times New Roman"/>
          <w:szCs w:val="24"/>
        </w:rPr>
        <w:t xml:space="preserve"> a </w:t>
      </w:r>
      <w:proofErr w:type="spellStart"/>
      <w:r w:rsidRPr="00693F1B">
        <w:rPr>
          <w:rFonts w:eastAsia="Arial" w:cs="Times New Roman"/>
          <w:szCs w:val="24"/>
        </w:rPr>
        <w:t>unui</w:t>
      </w:r>
      <w:proofErr w:type="spellEnd"/>
      <w:r w:rsidRPr="00693F1B">
        <w:rPr>
          <w:rFonts w:eastAsia="Arial" w:cs="Times New Roman"/>
          <w:szCs w:val="24"/>
        </w:rPr>
        <w:t xml:space="preserve"> </w:t>
      </w:r>
      <w:proofErr w:type="spellStart"/>
      <w:r w:rsidRPr="00693F1B">
        <w:rPr>
          <w:rFonts w:eastAsia="Arial" w:cs="Times New Roman"/>
          <w:szCs w:val="24"/>
        </w:rPr>
        <w:t>acord</w:t>
      </w:r>
      <w:proofErr w:type="spellEnd"/>
      <w:r w:rsidRPr="00693F1B">
        <w:rPr>
          <w:rFonts w:eastAsia="Arial" w:cs="Times New Roman"/>
          <w:szCs w:val="24"/>
        </w:rPr>
        <w:t xml:space="preserve"> </w:t>
      </w:r>
      <w:proofErr w:type="spellStart"/>
      <w:r w:rsidRPr="00693F1B">
        <w:rPr>
          <w:rFonts w:eastAsia="Arial" w:cs="Times New Roman"/>
          <w:szCs w:val="24"/>
        </w:rPr>
        <w:t>administrativ</w:t>
      </w:r>
      <w:proofErr w:type="spellEnd"/>
      <w:r w:rsidRPr="00693F1B">
        <w:rPr>
          <w:rFonts w:eastAsia="Arial" w:cs="Times New Roman"/>
          <w:szCs w:val="24"/>
        </w:rPr>
        <w:t xml:space="preserve"> </w:t>
      </w:r>
      <w:proofErr w:type="spellStart"/>
      <w:r w:rsidRPr="00693F1B">
        <w:rPr>
          <w:rFonts w:eastAsia="Arial" w:cs="Times New Roman"/>
          <w:szCs w:val="24"/>
        </w:rPr>
        <w:t>între</w:t>
      </w:r>
      <w:proofErr w:type="spellEnd"/>
      <w:r w:rsidRPr="00693F1B">
        <w:rPr>
          <w:rFonts w:eastAsia="Arial" w:cs="Times New Roman"/>
          <w:szCs w:val="24"/>
        </w:rPr>
        <w:t xml:space="preserve"> </w:t>
      </w:r>
      <w:proofErr w:type="spellStart"/>
      <w:r w:rsidRPr="00693F1B">
        <w:rPr>
          <w:rFonts w:eastAsia="Arial" w:cs="Times New Roman"/>
          <w:szCs w:val="24"/>
        </w:rPr>
        <w:t>operatorul</w:t>
      </w:r>
      <w:proofErr w:type="spellEnd"/>
      <w:r w:rsidRPr="00693F1B">
        <w:rPr>
          <w:rFonts w:eastAsia="Arial" w:cs="Times New Roman"/>
          <w:szCs w:val="24"/>
        </w:rPr>
        <w:t xml:space="preserve"> </w:t>
      </w:r>
      <w:proofErr w:type="spellStart"/>
      <w:r w:rsidRPr="00693F1B">
        <w:rPr>
          <w:rFonts w:eastAsia="Arial" w:cs="Times New Roman"/>
          <w:b/>
          <w:bCs/>
          <w:szCs w:val="24"/>
        </w:rPr>
        <w:t>Primări</w:t>
      </w:r>
      <w:r>
        <w:rPr>
          <w:rFonts w:eastAsia="Arial" w:cs="Times New Roman"/>
          <w:b/>
          <w:bCs/>
          <w:szCs w:val="24"/>
        </w:rPr>
        <w:t>a</w:t>
      </w:r>
      <w:proofErr w:type="spellEnd"/>
      <w:r w:rsidRPr="00693F1B">
        <w:rPr>
          <w:rFonts w:eastAsia="Arial" w:cs="Times New Roman"/>
          <w:b/>
          <w:bCs/>
          <w:szCs w:val="24"/>
        </w:rPr>
        <w:t xml:space="preserve"> </w:t>
      </w:r>
      <w:r w:rsidRPr="00916751">
        <w:rPr>
          <w:rFonts w:eastAsia="Arial" w:cs="Times New Roman"/>
          <w:b/>
          <w:bCs/>
          <w:szCs w:val="24"/>
        </w:rPr>
        <w:t>SATULUI MERENI</w:t>
      </w:r>
      <w:r w:rsidRPr="00693F1B">
        <w:rPr>
          <w:rFonts w:eastAsia="Arial" w:cs="Times New Roman"/>
          <w:szCs w:val="24"/>
        </w:rPr>
        <w:t xml:space="preserve"> </w:t>
      </w:r>
      <w:proofErr w:type="spellStart"/>
      <w:r w:rsidRPr="00693F1B">
        <w:rPr>
          <w:rFonts w:eastAsia="Arial" w:cs="Times New Roman"/>
          <w:szCs w:val="24"/>
        </w:rPr>
        <w:t>și</w:t>
      </w:r>
      <w:proofErr w:type="spellEnd"/>
      <w:r w:rsidRPr="00693F1B">
        <w:rPr>
          <w:rFonts w:eastAsia="Arial" w:cs="Times New Roman"/>
          <w:szCs w:val="24"/>
        </w:rPr>
        <w:t xml:space="preserve"> </w:t>
      </w:r>
      <w:proofErr w:type="spellStart"/>
      <w:r w:rsidRPr="00693F1B">
        <w:rPr>
          <w:rFonts w:eastAsia="Arial" w:cs="Times New Roman"/>
          <w:szCs w:val="24"/>
        </w:rPr>
        <w:t>persoana</w:t>
      </w:r>
      <w:proofErr w:type="spellEnd"/>
      <w:r w:rsidRPr="00693F1B">
        <w:rPr>
          <w:rFonts w:eastAsia="Arial" w:cs="Times New Roman"/>
          <w:szCs w:val="24"/>
        </w:rPr>
        <w:t xml:space="preserve"> </w:t>
      </w:r>
      <w:proofErr w:type="spellStart"/>
      <w:r w:rsidRPr="00693F1B">
        <w:rPr>
          <w:rFonts w:eastAsia="Arial" w:cs="Times New Roman"/>
          <w:szCs w:val="24"/>
        </w:rPr>
        <w:t>vizată</w:t>
      </w:r>
      <w:proofErr w:type="spellEnd"/>
      <w:r w:rsidRPr="00693F1B">
        <w:rPr>
          <w:rFonts w:eastAsia="Arial" w:cs="Times New Roman"/>
          <w:szCs w:val="24"/>
        </w:rPr>
        <w:t xml:space="preserve">, </w:t>
      </w:r>
      <w:proofErr w:type="spellStart"/>
      <w:r w:rsidRPr="00693F1B">
        <w:rPr>
          <w:rFonts w:eastAsia="Arial" w:cs="Times New Roman"/>
          <w:szCs w:val="24"/>
        </w:rPr>
        <w:t>transferul</w:t>
      </w:r>
      <w:proofErr w:type="spellEnd"/>
      <w:r w:rsidRPr="00693F1B">
        <w:rPr>
          <w:rFonts w:eastAsia="Arial" w:cs="Times New Roman"/>
          <w:szCs w:val="24"/>
        </w:rPr>
        <w:t xml:space="preserve"> se </w:t>
      </w:r>
      <w:proofErr w:type="spellStart"/>
      <w:r w:rsidRPr="00693F1B">
        <w:rPr>
          <w:rFonts w:eastAsia="Arial" w:cs="Times New Roman"/>
          <w:szCs w:val="24"/>
        </w:rPr>
        <w:t>va</w:t>
      </w:r>
      <w:proofErr w:type="spellEnd"/>
      <w:r w:rsidRPr="00693F1B">
        <w:rPr>
          <w:rFonts w:eastAsia="Arial" w:cs="Times New Roman"/>
          <w:szCs w:val="24"/>
        </w:rPr>
        <w:t xml:space="preserve"> </w:t>
      </w:r>
      <w:proofErr w:type="spellStart"/>
      <w:r w:rsidRPr="00693F1B">
        <w:rPr>
          <w:rFonts w:eastAsia="Arial" w:cs="Times New Roman"/>
          <w:szCs w:val="24"/>
        </w:rPr>
        <w:t>realiza</w:t>
      </w:r>
      <w:proofErr w:type="spellEnd"/>
      <w:r w:rsidRPr="00693F1B">
        <w:rPr>
          <w:rFonts w:eastAsia="Arial" w:cs="Times New Roman"/>
          <w:szCs w:val="24"/>
        </w:rPr>
        <w:t xml:space="preserve"> </w:t>
      </w:r>
      <w:proofErr w:type="spellStart"/>
      <w:r w:rsidRPr="00693F1B">
        <w:rPr>
          <w:rFonts w:eastAsia="Arial" w:cs="Times New Roman"/>
          <w:szCs w:val="24"/>
        </w:rPr>
        <w:t>numai</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condițiile</w:t>
      </w:r>
      <w:proofErr w:type="spellEnd"/>
      <w:r w:rsidRPr="00693F1B">
        <w:rPr>
          <w:rFonts w:eastAsia="Arial" w:cs="Times New Roman"/>
          <w:szCs w:val="24"/>
        </w:rPr>
        <w:t xml:space="preserve"> </w:t>
      </w:r>
      <w:proofErr w:type="spellStart"/>
      <w:r w:rsidRPr="00693F1B">
        <w:rPr>
          <w:rFonts w:eastAsia="Arial" w:cs="Times New Roman"/>
          <w:szCs w:val="24"/>
        </w:rPr>
        <w:t>legislației</w:t>
      </w:r>
      <w:proofErr w:type="spellEnd"/>
      <w:r w:rsidRPr="00693F1B">
        <w:rPr>
          <w:rFonts w:eastAsia="Arial" w:cs="Times New Roman"/>
          <w:szCs w:val="24"/>
        </w:rPr>
        <w:t xml:space="preserve"> </w:t>
      </w:r>
      <w:proofErr w:type="spellStart"/>
      <w:r w:rsidRPr="00693F1B">
        <w:rPr>
          <w:rFonts w:eastAsia="Arial" w:cs="Times New Roman"/>
          <w:szCs w:val="24"/>
        </w:rPr>
        <w:t>aplicabile</w:t>
      </w:r>
      <w:proofErr w:type="spellEnd"/>
      <w:r w:rsidRPr="00693F1B">
        <w:rPr>
          <w:rFonts w:eastAsia="Arial" w:cs="Times New Roman"/>
          <w:szCs w:val="24"/>
        </w:rPr>
        <w:t xml:space="preserve">. </w:t>
      </w:r>
      <w:proofErr w:type="spellStart"/>
      <w:r w:rsidRPr="00693F1B">
        <w:rPr>
          <w:rFonts w:eastAsia="Arial" w:cs="Times New Roman"/>
          <w:szCs w:val="24"/>
        </w:rPr>
        <w:t>Situația</w:t>
      </w:r>
      <w:proofErr w:type="spellEnd"/>
      <w:r w:rsidRPr="00693F1B">
        <w:rPr>
          <w:rFonts w:eastAsia="Arial" w:cs="Times New Roman"/>
          <w:szCs w:val="24"/>
        </w:rPr>
        <w:t xml:space="preserve"> </w:t>
      </w:r>
      <w:proofErr w:type="spellStart"/>
      <w:r w:rsidRPr="00693F1B">
        <w:rPr>
          <w:rFonts w:eastAsia="Arial" w:cs="Times New Roman"/>
          <w:szCs w:val="24"/>
        </w:rPr>
        <w:t>este</w:t>
      </w:r>
      <w:proofErr w:type="spellEnd"/>
      <w:r w:rsidRPr="00693F1B">
        <w:rPr>
          <w:rFonts w:eastAsia="Arial" w:cs="Times New Roman"/>
          <w:szCs w:val="24"/>
        </w:rPr>
        <w:t xml:space="preserve"> </w:t>
      </w:r>
      <w:proofErr w:type="spellStart"/>
      <w:r w:rsidRPr="00693F1B">
        <w:rPr>
          <w:rFonts w:eastAsia="Arial" w:cs="Times New Roman"/>
          <w:szCs w:val="24"/>
        </w:rPr>
        <w:t>similară</w:t>
      </w:r>
      <w:proofErr w:type="spellEnd"/>
      <w:r w:rsidRPr="00693F1B">
        <w:rPr>
          <w:rFonts w:eastAsia="Arial" w:cs="Times New Roman"/>
          <w:szCs w:val="24"/>
        </w:rPr>
        <w:t xml:space="preserve"> </w:t>
      </w:r>
      <w:proofErr w:type="spellStart"/>
      <w:r w:rsidRPr="00693F1B">
        <w:rPr>
          <w:rFonts w:eastAsia="Arial" w:cs="Times New Roman"/>
          <w:szCs w:val="24"/>
        </w:rPr>
        <w:t>și</w:t>
      </w:r>
      <w:proofErr w:type="spellEnd"/>
      <w:r w:rsidRPr="00693F1B">
        <w:rPr>
          <w:rFonts w:eastAsia="Arial" w:cs="Times New Roman"/>
          <w:szCs w:val="24"/>
        </w:rPr>
        <w:t xml:space="preserve"> </w:t>
      </w:r>
      <w:proofErr w:type="spellStart"/>
      <w:r w:rsidRPr="00693F1B">
        <w:rPr>
          <w:rFonts w:eastAsia="Arial" w:cs="Times New Roman"/>
          <w:szCs w:val="24"/>
        </w:rPr>
        <w:t>atunci</w:t>
      </w:r>
      <w:proofErr w:type="spellEnd"/>
      <w:r w:rsidRPr="00693F1B">
        <w:rPr>
          <w:rFonts w:eastAsia="Arial" w:cs="Times New Roman"/>
          <w:szCs w:val="24"/>
        </w:rPr>
        <w:t xml:space="preserve"> </w:t>
      </w:r>
      <w:proofErr w:type="spellStart"/>
      <w:r w:rsidRPr="00693F1B">
        <w:rPr>
          <w:rFonts w:eastAsia="Arial" w:cs="Times New Roman"/>
          <w:szCs w:val="24"/>
        </w:rPr>
        <w:t>când</w:t>
      </w:r>
      <w:proofErr w:type="spellEnd"/>
      <w:r w:rsidRPr="00693F1B">
        <w:rPr>
          <w:rFonts w:eastAsia="Arial" w:cs="Times New Roman"/>
          <w:szCs w:val="24"/>
        </w:rPr>
        <w:t xml:space="preserve"> </w:t>
      </w:r>
      <w:proofErr w:type="spellStart"/>
      <w:r w:rsidRPr="00693F1B">
        <w:rPr>
          <w:rFonts w:eastAsia="Arial" w:cs="Times New Roman"/>
          <w:szCs w:val="24"/>
        </w:rPr>
        <w:t>transferul</w:t>
      </w:r>
      <w:proofErr w:type="spellEnd"/>
      <w:r w:rsidRPr="00693F1B">
        <w:rPr>
          <w:rFonts w:eastAsia="Arial" w:cs="Times New Roman"/>
          <w:szCs w:val="24"/>
        </w:rPr>
        <w:t xml:space="preserve"> </w:t>
      </w:r>
      <w:proofErr w:type="spellStart"/>
      <w:r w:rsidRPr="00693F1B">
        <w:rPr>
          <w:rFonts w:eastAsia="Arial" w:cs="Times New Roman"/>
          <w:szCs w:val="24"/>
        </w:rPr>
        <w:t>este</w:t>
      </w:r>
      <w:proofErr w:type="spellEnd"/>
      <w:r w:rsidRPr="00693F1B">
        <w:rPr>
          <w:rFonts w:eastAsia="Arial" w:cs="Times New Roman"/>
          <w:szCs w:val="24"/>
        </w:rPr>
        <w:t xml:space="preserve"> </w:t>
      </w:r>
      <w:proofErr w:type="spellStart"/>
      <w:r w:rsidRPr="00693F1B">
        <w:rPr>
          <w:rFonts w:eastAsia="Arial" w:cs="Times New Roman"/>
          <w:szCs w:val="24"/>
        </w:rPr>
        <w:t>necesar</w:t>
      </w:r>
      <w:proofErr w:type="spellEnd"/>
      <w:r w:rsidRPr="00693F1B">
        <w:rPr>
          <w:rFonts w:eastAsia="Arial" w:cs="Times New Roman"/>
          <w:szCs w:val="24"/>
        </w:rPr>
        <w:t xml:space="preserve"> </w:t>
      </w:r>
      <w:proofErr w:type="spellStart"/>
      <w:r w:rsidRPr="00693F1B">
        <w:rPr>
          <w:rFonts w:eastAsia="Arial" w:cs="Times New Roman"/>
          <w:szCs w:val="24"/>
        </w:rPr>
        <w:t>pentru</w:t>
      </w:r>
      <w:proofErr w:type="spellEnd"/>
      <w:r w:rsidRPr="00693F1B">
        <w:rPr>
          <w:rFonts w:eastAsia="Arial" w:cs="Times New Roman"/>
          <w:szCs w:val="24"/>
        </w:rPr>
        <w:t xml:space="preserve"> </w:t>
      </w:r>
      <w:proofErr w:type="spellStart"/>
      <w:r w:rsidRPr="00693F1B">
        <w:rPr>
          <w:rFonts w:eastAsia="Arial" w:cs="Times New Roman"/>
          <w:szCs w:val="24"/>
        </w:rPr>
        <w:t>aplicarea</w:t>
      </w:r>
      <w:proofErr w:type="spellEnd"/>
      <w:r w:rsidRPr="00693F1B">
        <w:rPr>
          <w:rFonts w:eastAsia="Arial" w:cs="Times New Roman"/>
          <w:szCs w:val="24"/>
        </w:rPr>
        <w:t xml:space="preserve"> </w:t>
      </w:r>
      <w:proofErr w:type="spellStart"/>
      <w:r w:rsidRPr="00693F1B">
        <w:rPr>
          <w:rFonts w:eastAsia="Arial" w:cs="Times New Roman"/>
          <w:szCs w:val="24"/>
        </w:rPr>
        <w:t>unor</w:t>
      </w:r>
      <w:proofErr w:type="spellEnd"/>
      <w:r w:rsidRPr="00693F1B">
        <w:rPr>
          <w:rFonts w:eastAsia="Arial" w:cs="Times New Roman"/>
          <w:szCs w:val="24"/>
        </w:rPr>
        <w:t xml:space="preserve"> </w:t>
      </w:r>
      <w:proofErr w:type="spellStart"/>
      <w:r w:rsidRPr="00693F1B">
        <w:rPr>
          <w:rFonts w:eastAsia="Arial" w:cs="Times New Roman"/>
          <w:szCs w:val="24"/>
        </w:rPr>
        <w:t>măsuri</w:t>
      </w:r>
      <w:proofErr w:type="spellEnd"/>
      <w:r w:rsidRPr="00693F1B">
        <w:rPr>
          <w:rFonts w:eastAsia="Arial" w:cs="Times New Roman"/>
          <w:szCs w:val="24"/>
        </w:rPr>
        <w:t xml:space="preserve"> </w:t>
      </w:r>
      <w:proofErr w:type="spellStart"/>
      <w:r w:rsidRPr="00693F1B">
        <w:rPr>
          <w:rFonts w:eastAsia="Arial" w:cs="Times New Roman"/>
          <w:szCs w:val="24"/>
        </w:rPr>
        <w:t>precontractuale</w:t>
      </w:r>
      <w:proofErr w:type="spellEnd"/>
      <w:r w:rsidRPr="00693F1B">
        <w:rPr>
          <w:rFonts w:eastAsia="Arial" w:cs="Times New Roman"/>
          <w:szCs w:val="24"/>
        </w:rPr>
        <w:t xml:space="preserve"> </w:t>
      </w:r>
      <w:proofErr w:type="spellStart"/>
      <w:r w:rsidRPr="00693F1B">
        <w:rPr>
          <w:rFonts w:eastAsia="Arial" w:cs="Times New Roman"/>
          <w:szCs w:val="24"/>
        </w:rPr>
        <w:t>adoptate</w:t>
      </w:r>
      <w:proofErr w:type="spellEnd"/>
      <w:r w:rsidRPr="00693F1B">
        <w:rPr>
          <w:rFonts w:eastAsia="Arial" w:cs="Times New Roman"/>
          <w:szCs w:val="24"/>
        </w:rPr>
        <w:t xml:space="preserve"> la </w:t>
      </w:r>
      <w:proofErr w:type="spellStart"/>
      <w:r w:rsidRPr="00693F1B">
        <w:rPr>
          <w:rFonts w:eastAsia="Arial" w:cs="Times New Roman"/>
          <w:szCs w:val="24"/>
        </w:rPr>
        <w:t>cererea</w:t>
      </w:r>
      <w:proofErr w:type="spellEnd"/>
      <w:r w:rsidRPr="00693F1B">
        <w:rPr>
          <w:rFonts w:eastAsia="Arial" w:cs="Times New Roman"/>
          <w:szCs w:val="24"/>
        </w:rPr>
        <w:t xml:space="preserve"> </w:t>
      </w:r>
      <w:proofErr w:type="spellStart"/>
      <w:r w:rsidRPr="00693F1B">
        <w:rPr>
          <w:rFonts w:eastAsia="Arial" w:cs="Times New Roman"/>
          <w:szCs w:val="24"/>
        </w:rPr>
        <w:t>persoanei</w:t>
      </w:r>
      <w:proofErr w:type="spellEnd"/>
      <w:r w:rsidRPr="00693F1B">
        <w:rPr>
          <w:rFonts w:eastAsia="Arial" w:cs="Times New Roman"/>
          <w:szCs w:val="24"/>
        </w:rPr>
        <w:t xml:space="preserve"> </w:t>
      </w:r>
      <w:proofErr w:type="spellStart"/>
      <w:r w:rsidRPr="00693F1B">
        <w:rPr>
          <w:rFonts w:eastAsia="Arial" w:cs="Times New Roman"/>
          <w:szCs w:val="24"/>
        </w:rPr>
        <w:t>vizate</w:t>
      </w:r>
      <w:proofErr w:type="spellEnd"/>
      <w:r w:rsidRPr="00693F1B">
        <w:rPr>
          <w:rFonts w:eastAsia="Arial" w:cs="Times New Roman"/>
          <w:szCs w:val="24"/>
        </w:rPr>
        <w:t>.</w:t>
      </w:r>
    </w:p>
    <w:p w14:paraId="7112835A" w14:textId="77777777" w:rsidR="00EE7ED3" w:rsidRDefault="00000000" w:rsidP="002C700D">
      <w:pPr>
        <w:jc w:val="both"/>
        <w:rPr>
          <w:rFonts w:eastAsia="Arial" w:cs="Times New Roman"/>
          <w:szCs w:val="24"/>
        </w:rPr>
      </w:pPr>
      <w:r w:rsidRPr="00693F1B">
        <w:rPr>
          <w:rFonts w:eastAsia="Arial" w:cs="Times New Roman"/>
          <w:szCs w:val="24"/>
        </w:rPr>
        <w:t xml:space="preserve">4.2.3. </w:t>
      </w:r>
      <w:proofErr w:type="spellStart"/>
      <w:r w:rsidRPr="00693F1B">
        <w:rPr>
          <w:rFonts w:eastAsia="Arial" w:cs="Times New Roman"/>
          <w:szCs w:val="24"/>
        </w:rPr>
        <w:t>Atunci</w:t>
      </w:r>
      <w:proofErr w:type="spellEnd"/>
      <w:r w:rsidRPr="00693F1B">
        <w:rPr>
          <w:rFonts w:eastAsia="Arial" w:cs="Times New Roman"/>
          <w:szCs w:val="24"/>
        </w:rPr>
        <w:t xml:space="preserve"> </w:t>
      </w:r>
      <w:proofErr w:type="spellStart"/>
      <w:r w:rsidRPr="00693F1B">
        <w:rPr>
          <w:rFonts w:eastAsia="Arial" w:cs="Times New Roman"/>
          <w:szCs w:val="24"/>
        </w:rPr>
        <w:t>când</w:t>
      </w:r>
      <w:proofErr w:type="spellEnd"/>
      <w:r w:rsidRPr="00693F1B">
        <w:rPr>
          <w:rFonts w:eastAsia="Arial" w:cs="Times New Roman"/>
          <w:szCs w:val="24"/>
        </w:rPr>
        <w:t xml:space="preserve"> </w:t>
      </w:r>
      <w:proofErr w:type="spellStart"/>
      <w:r w:rsidRPr="00693F1B">
        <w:rPr>
          <w:rFonts w:eastAsia="Arial" w:cs="Times New Roman"/>
          <w:szCs w:val="24"/>
        </w:rPr>
        <w:t>transferul</w:t>
      </w:r>
      <w:proofErr w:type="spellEnd"/>
      <w:r w:rsidRPr="00693F1B">
        <w:rPr>
          <w:rFonts w:eastAsia="Arial" w:cs="Times New Roman"/>
          <w:szCs w:val="24"/>
        </w:rPr>
        <w:t xml:space="preserve"> </w:t>
      </w:r>
      <w:proofErr w:type="spellStart"/>
      <w:r w:rsidRPr="00693F1B">
        <w:rPr>
          <w:rFonts w:eastAsia="Arial" w:cs="Times New Roman"/>
          <w:szCs w:val="24"/>
        </w:rPr>
        <w:t>este</w:t>
      </w:r>
      <w:proofErr w:type="spellEnd"/>
      <w:r w:rsidRPr="00693F1B">
        <w:rPr>
          <w:rFonts w:eastAsia="Arial" w:cs="Times New Roman"/>
          <w:szCs w:val="24"/>
        </w:rPr>
        <w:t xml:space="preserve"> </w:t>
      </w:r>
      <w:proofErr w:type="spellStart"/>
      <w:r w:rsidRPr="00693F1B">
        <w:rPr>
          <w:rFonts w:eastAsia="Arial" w:cs="Times New Roman"/>
          <w:szCs w:val="24"/>
        </w:rPr>
        <w:t>necesar</w:t>
      </w:r>
      <w:proofErr w:type="spellEnd"/>
      <w:r w:rsidRPr="00693F1B">
        <w:rPr>
          <w:rFonts w:eastAsia="Arial" w:cs="Times New Roman"/>
          <w:szCs w:val="24"/>
        </w:rPr>
        <w:t xml:space="preserve"> </w:t>
      </w:r>
      <w:proofErr w:type="spellStart"/>
      <w:r w:rsidRPr="00693F1B">
        <w:rPr>
          <w:rFonts w:eastAsia="Arial" w:cs="Times New Roman"/>
          <w:szCs w:val="24"/>
        </w:rPr>
        <w:t>pentru</w:t>
      </w:r>
      <w:proofErr w:type="spellEnd"/>
      <w:r w:rsidRPr="00693F1B">
        <w:rPr>
          <w:rFonts w:eastAsia="Arial" w:cs="Times New Roman"/>
          <w:szCs w:val="24"/>
        </w:rPr>
        <w:t xml:space="preserve"> </w:t>
      </w:r>
      <w:proofErr w:type="spellStart"/>
      <w:r w:rsidRPr="00693F1B">
        <w:rPr>
          <w:rFonts w:eastAsia="Arial" w:cs="Times New Roman"/>
          <w:szCs w:val="24"/>
        </w:rPr>
        <w:t>stabilirea</w:t>
      </w:r>
      <w:proofErr w:type="spellEnd"/>
      <w:r w:rsidRPr="00693F1B">
        <w:rPr>
          <w:rFonts w:eastAsia="Arial" w:cs="Times New Roman"/>
          <w:szCs w:val="24"/>
        </w:rPr>
        <w:t xml:space="preserve">, </w:t>
      </w:r>
      <w:proofErr w:type="spellStart"/>
      <w:r w:rsidRPr="00693F1B">
        <w:rPr>
          <w:rFonts w:eastAsia="Arial" w:cs="Times New Roman"/>
          <w:szCs w:val="24"/>
        </w:rPr>
        <w:t>exercitarea</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apărarea</w:t>
      </w:r>
      <w:proofErr w:type="spellEnd"/>
      <w:r w:rsidRPr="00693F1B">
        <w:rPr>
          <w:rFonts w:eastAsia="Arial" w:cs="Times New Roman"/>
          <w:szCs w:val="24"/>
        </w:rPr>
        <w:t xml:space="preserve"> </w:t>
      </w:r>
      <w:proofErr w:type="spellStart"/>
      <w:r w:rsidRPr="00693F1B">
        <w:rPr>
          <w:rFonts w:eastAsia="Arial" w:cs="Times New Roman"/>
          <w:szCs w:val="24"/>
        </w:rPr>
        <w:t>unui</w:t>
      </w:r>
      <w:proofErr w:type="spellEnd"/>
      <w:r w:rsidRPr="00693F1B">
        <w:rPr>
          <w:rFonts w:eastAsia="Arial" w:cs="Times New Roman"/>
          <w:szCs w:val="24"/>
        </w:rPr>
        <w:t xml:space="preserve"> </w:t>
      </w:r>
      <w:proofErr w:type="spellStart"/>
      <w:r w:rsidRPr="00693F1B">
        <w:rPr>
          <w:rFonts w:eastAsia="Arial" w:cs="Times New Roman"/>
          <w:szCs w:val="24"/>
        </w:rPr>
        <w:t>drept</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instanță</w:t>
      </w:r>
      <w:proofErr w:type="spellEnd"/>
      <w:r w:rsidRPr="00693F1B">
        <w:rPr>
          <w:rFonts w:eastAsia="Arial" w:cs="Times New Roman"/>
          <w:szCs w:val="24"/>
        </w:rPr>
        <w:t xml:space="preserve">, </w:t>
      </w:r>
      <w:proofErr w:type="spellStart"/>
      <w:r w:rsidRPr="00693F1B">
        <w:rPr>
          <w:rFonts w:eastAsia="Arial" w:cs="Times New Roman"/>
          <w:szCs w:val="24"/>
        </w:rPr>
        <w:t>datele</w:t>
      </w:r>
      <w:proofErr w:type="spellEnd"/>
      <w:r w:rsidRPr="00693F1B">
        <w:rPr>
          <w:rFonts w:eastAsia="Arial" w:cs="Times New Roman"/>
          <w:szCs w:val="24"/>
        </w:rPr>
        <w:t xml:space="preserve"> se </w:t>
      </w:r>
      <w:proofErr w:type="spellStart"/>
      <w:r w:rsidRPr="00693F1B">
        <w:rPr>
          <w:rFonts w:eastAsia="Arial" w:cs="Times New Roman"/>
          <w:szCs w:val="24"/>
        </w:rPr>
        <w:t>vor</w:t>
      </w:r>
      <w:proofErr w:type="spellEnd"/>
      <w:r w:rsidRPr="00693F1B">
        <w:rPr>
          <w:rFonts w:eastAsia="Arial" w:cs="Times New Roman"/>
          <w:szCs w:val="24"/>
        </w:rPr>
        <w:t xml:space="preserve"> </w:t>
      </w:r>
      <w:proofErr w:type="spellStart"/>
      <w:r w:rsidRPr="00693F1B">
        <w:rPr>
          <w:rFonts w:eastAsia="Arial" w:cs="Times New Roman"/>
          <w:szCs w:val="24"/>
        </w:rPr>
        <w:t>transfera</w:t>
      </w:r>
      <w:proofErr w:type="spellEnd"/>
      <w:r w:rsidRPr="00693F1B">
        <w:rPr>
          <w:rFonts w:eastAsia="Arial" w:cs="Times New Roman"/>
          <w:szCs w:val="24"/>
        </w:rPr>
        <w:t xml:space="preserve"> </w:t>
      </w:r>
      <w:proofErr w:type="spellStart"/>
      <w:r w:rsidRPr="00693F1B">
        <w:rPr>
          <w:rFonts w:eastAsia="Arial" w:cs="Times New Roman"/>
          <w:szCs w:val="24"/>
        </w:rPr>
        <w:t>până</w:t>
      </w:r>
      <w:proofErr w:type="spellEnd"/>
      <w:r w:rsidRPr="00693F1B">
        <w:rPr>
          <w:rFonts w:eastAsia="Arial" w:cs="Times New Roman"/>
          <w:szCs w:val="24"/>
        </w:rPr>
        <w:t xml:space="preserve"> la </w:t>
      </w:r>
      <w:proofErr w:type="spellStart"/>
      <w:r w:rsidRPr="00693F1B">
        <w:rPr>
          <w:rFonts w:eastAsia="Arial" w:cs="Times New Roman"/>
          <w:szCs w:val="24"/>
        </w:rPr>
        <w:t>soluționarea</w:t>
      </w:r>
      <w:proofErr w:type="spellEnd"/>
      <w:r w:rsidRPr="00693F1B">
        <w:rPr>
          <w:rFonts w:eastAsia="Arial" w:cs="Times New Roman"/>
          <w:szCs w:val="24"/>
        </w:rPr>
        <w:t xml:space="preserve"> </w:t>
      </w:r>
      <w:proofErr w:type="spellStart"/>
      <w:r w:rsidRPr="00693F1B">
        <w:rPr>
          <w:rFonts w:eastAsia="Arial" w:cs="Times New Roman"/>
          <w:szCs w:val="24"/>
        </w:rPr>
        <w:t>definitivă</w:t>
      </w:r>
      <w:proofErr w:type="spellEnd"/>
      <w:r w:rsidRPr="00693F1B">
        <w:rPr>
          <w:rFonts w:eastAsia="Arial" w:cs="Times New Roman"/>
          <w:szCs w:val="24"/>
        </w:rPr>
        <w:t xml:space="preserve"> a </w:t>
      </w:r>
      <w:proofErr w:type="spellStart"/>
      <w:r w:rsidRPr="00693F1B">
        <w:rPr>
          <w:rFonts w:eastAsia="Arial" w:cs="Times New Roman"/>
          <w:szCs w:val="24"/>
        </w:rPr>
        <w:t>litigiului</w:t>
      </w:r>
      <w:proofErr w:type="spellEnd"/>
      <w:r w:rsidRPr="00693F1B">
        <w:rPr>
          <w:rFonts w:eastAsia="Arial" w:cs="Times New Roman"/>
          <w:szCs w:val="24"/>
        </w:rPr>
        <w:t>.</w:t>
      </w:r>
    </w:p>
    <w:p w14:paraId="6E461219" w14:textId="77777777" w:rsidR="00EE7ED3" w:rsidRDefault="00000000" w:rsidP="002C700D">
      <w:pPr>
        <w:jc w:val="both"/>
        <w:rPr>
          <w:rFonts w:eastAsia="Arial" w:cs="Times New Roman"/>
          <w:szCs w:val="24"/>
        </w:rPr>
      </w:pPr>
      <w:r w:rsidRPr="00693F1B">
        <w:rPr>
          <w:rFonts w:eastAsia="Arial" w:cs="Times New Roman"/>
          <w:szCs w:val="24"/>
        </w:rPr>
        <w:t xml:space="preserve">4.2.4. </w:t>
      </w:r>
      <w:proofErr w:type="spellStart"/>
      <w:r w:rsidRPr="00693F1B">
        <w:rPr>
          <w:rFonts w:eastAsia="Arial" w:cs="Times New Roman"/>
          <w:szCs w:val="24"/>
        </w:rPr>
        <w:t>Toate</w:t>
      </w:r>
      <w:proofErr w:type="spellEnd"/>
      <w:r w:rsidRPr="00693F1B">
        <w:rPr>
          <w:rFonts w:eastAsia="Arial" w:cs="Times New Roman"/>
          <w:szCs w:val="24"/>
        </w:rPr>
        <w:t xml:space="preserve"> </w:t>
      </w:r>
      <w:proofErr w:type="spellStart"/>
      <w:r w:rsidRPr="00693F1B">
        <w:rPr>
          <w:rFonts w:eastAsia="Arial" w:cs="Times New Roman"/>
          <w:szCs w:val="24"/>
        </w:rPr>
        <w:t>transferurile</w:t>
      </w:r>
      <w:proofErr w:type="spellEnd"/>
      <w:r w:rsidRPr="00693F1B">
        <w:rPr>
          <w:rFonts w:eastAsia="Arial" w:cs="Times New Roman"/>
          <w:szCs w:val="24"/>
        </w:rPr>
        <w:t xml:space="preserve"> de date cu </w:t>
      </w:r>
      <w:proofErr w:type="spellStart"/>
      <w:r w:rsidRPr="00693F1B">
        <w:rPr>
          <w:rFonts w:eastAsia="Arial" w:cs="Times New Roman"/>
          <w:szCs w:val="24"/>
        </w:rPr>
        <w:t>caracter</w:t>
      </w:r>
      <w:proofErr w:type="spellEnd"/>
      <w:r w:rsidRPr="00693F1B">
        <w:rPr>
          <w:rFonts w:eastAsia="Arial" w:cs="Times New Roman"/>
          <w:szCs w:val="24"/>
        </w:rPr>
        <w:t xml:space="preserve"> personal </w:t>
      </w:r>
      <w:proofErr w:type="spellStart"/>
      <w:r w:rsidRPr="00693F1B">
        <w:rPr>
          <w:rFonts w:eastAsia="Arial" w:cs="Times New Roman"/>
          <w:szCs w:val="24"/>
        </w:rPr>
        <w:t>în</w:t>
      </w:r>
      <w:proofErr w:type="spellEnd"/>
      <w:r w:rsidRPr="00693F1B">
        <w:rPr>
          <w:rFonts w:eastAsia="Arial" w:cs="Times New Roman"/>
          <w:szCs w:val="24"/>
        </w:rPr>
        <w:t xml:space="preserve"> afara </w:t>
      </w:r>
      <w:proofErr w:type="spellStart"/>
      <w:r w:rsidRPr="00693F1B">
        <w:rPr>
          <w:rFonts w:eastAsia="Arial" w:cs="Times New Roman"/>
          <w:szCs w:val="24"/>
        </w:rPr>
        <w:t>instituției</w:t>
      </w:r>
      <w:proofErr w:type="spellEnd"/>
      <w:r w:rsidRPr="00693F1B">
        <w:rPr>
          <w:rFonts w:eastAsia="Arial" w:cs="Times New Roman"/>
          <w:szCs w:val="24"/>
        </w:rPr>
        <w:t xml:space="preserve"> </w:t>
      </w:r>
      <w:proofErr w:type="spellStart"/>
      <w:r w:rsidRPr="00693F1B">
        <w:rPr>
          <w:rFonts w:eastAsia="Arial" w:cs="Times New Roman"/>
          <w:b/>
          <w:bCs/>
          <w:szCs w:val="24"/>
        </w:rPr>
        <w:t>Primări</w:t>
      </w:r>
      <w:r>
        <w:rPr>
          <w:rFonts w:eastAsia="Arial" w:cs="Times New Roman"/>
          <w:b/>
          <w:bCs/>
          <w:szCs w:val="24"/>
        </w:rPr>
        <w:t>a</w:t>
      </w:r>
      <w:proofErr w:type="spellEnd"/>
      <w:r w:rsidRPr="00693F1B">
        <w:rPr>
          <w:rFonts w:eastAsia="Arial" w:cs="Times New Roman"/>
          <w:b/>
          <w:bCs/>
          <w:szCs w:val="24"/>
        </w:rPr>
        <w:t xml:space="preserve"> </w:t>
      </w:r>
      <w:r w:rsidRPr="00916751">
        <w:rPr>
          <w:rFonts w:eastAsia="Arial" w:cs="Times New Roman"/>
          <w:b/>
          <w:bCs/>
          <w:szCs w:val="24"/>
        </w:rPr>
        <w:t>SATULUI MERENI</w:t>
      </w:r>
      <w:r w:rsidRPr="00693F1B">
        <w:rPr>
          <w:rFonts w:eastAsia="Arial" w:cs="Times New Roman"/>
          <w:szCs w:val="24"/>
        </w:rPr>
        <w:t xml:space="preserve"> se </w:t>
      </w:r>
      <w:proofErr w:type="spellStart"/>
      <w:r w:rsidRPr="00693F1B">
        <w:rPr>
          <w:rFonts w:eastAsia="Arial" w:cs="Times New Roman"/>
          <w:szCs w:val="24"/>
        </w:rPr>
        <w:t>vor</w:t>
      </w:r>
      <w:proofErr w:type="spellEnd"/>
      <w:r w:rsidRPr="00693F1B">
        <w:rPr>
          <w:rFonts w:eastAsia="Arial" w:cs="Times New Roman"/>
          <w:szCs w:val="24"/>
        </w:rPr>
        <w:t xml:space="preserve"> </w:t>
      </w:r>
      <w:proofErr w:type="spellStart"/>
      <w:r w:rsidRPr="00693F1B">
        <w:rPr>
          <w:rFonts w:eastAsia="Arial" w:cs="Times New Roman"/>
          <w:szCs w:val="24"/>
        </w:rPr>
        <w:t>trece</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registrul</w:t>
      </w:r>
      <w:proofErr w:type="spellEnd"/>
      <w:r w:rsidRPr="00693F1B">
        <w:rPr>
          <w:rFonts w:eastAsia="Arial" w:cs="Times New Roman"/>
          <w:szCs w:val="24"/>
        </w:rPr>
        <w:t xml:space="preserve"> </w:t>
      </w:r>
      <w:proofErr w:type="spellStart"/>
      <w:r w:rsidRPr="00693F1B">
        <w:rPr>
          <w:rFonts w:eastAsia="Arial" w:cs="Times New Roman"/>
          <w:szCs w:val="24"/>
        </w:rPr>
        <w:t>activităților</w:t>
      </w:r>
      <w:proofErr w:type="spellEnd"/>
      <w:r w:rsidRPr="00693F1B">
        <w:rPr>
          <w:rFonts w:eastAsia="Arial" w:cs="Times New Roman"/>
          <w:szCs w:val="24"/>
        </w:rPr>
        <w:t xml:space="preserve"> de </w:t>
      </w:r>
      <w:proofErr w:type="spellStart"/>
      <w:r w:rsidRPr="00693F1B">
        <w:rPr>
          <w:rFonts w:eastAsia="Arial" w:cs="Times New Roman"/>
          <w:szCs w:val="24"/>
        </w:rPr>
        <w:t>prelucrare</w:t>
      </w:r>
      <w:proofErr w:type="spellEnd"/>
      <w:r w:rsidRPr="00693F1B">
        <w:rPr>
          <w:rFonts w:eastAsia="Arial" w:cs="Times New Roman"/>
          <w:szCs w:val="24"/>
        </w:rPr>
        <w:t xml:space="preserve">. </w:t>
      </w:r>
      <w:proofErr w:type="spellStart"/>
      <w:r w:rsidRPr="00693F1B">
        <w:rPr>
          <w:rFonts w:eastAsia="Arial" w:cs="Times New Roman"/>
          <w:szCs w:val="24"/>
        </w:rPr>
        <w:t>Dacă</w:t>
      </w:r>
      <w:proofErr w:type="spellEnd"/>
      <w:r w:rsidRPr="00693F1B">
        <w:rPr>
          <w:rFonts w:eastAsia="Arial" w:cs="Times New Roman"/>
          <w:szCs w:val="24"/>
        </w:rPr>
        <w:t xml:space="preserve"> </w:t>
      </w:r>
      <w:proofErr w:type="spellStart"/>
      <w:r w:rsidRPr="00693F1B">
        <w:rPr>
          <w:rFonts w:eastAsia="Arial" w:cs="Times New Roman"/>
          <w:szCs w:val="24"/>
        </w:rPr>
        <w:t>transferul</w:t>
      </w:r>
      <w:proofErr w:type="spellEnd"/>
      <w:r w:rsidRPr="00693F1B">
        <w:rPr>
          <w:rFonts w:eastAsia="Arial" w:cs="Times New Roman"/>
          <w:szCs w:val="24"/>
        </w:rPr>
        <w:t xml:space="preserve"> se </w:t>
      </w:r>
      <w:proofErr w:type="spellStart"/>
      <w:r w:rsidRPr="00693F1B">
        <w:rPr>
          <w:rFonts w:eastAsia="Arial" w:cs="Times New Roman"/>
          <w:szCs w:val="24"/>
        </w:rPr>
        <w:t>realizează</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baza</w:t>
      </w:r>
      <w:proofErr w:type="spellEnd"/>
      <w:r w:rsidRPr="00693F1B">
        <w:rPr>
          <w:rFonts w:eastAsia="Arial" w:cs="Times New Roman"/>
          <w:szCs w:val="24"/>
        </w:rPr>
        <w:t xml:space="preserve"> </w:t>
      </w:r>
      <w:proofErr w:type="spellStart"/>
      <w:r w:rsidRPr="00693F1B">
        <w:rPr>
          <w:rFonts w:eastAsia="Arial" w:cs="Times New Roman"/>
          <w:szCs w:val="24"/>
        </w:rPr>
        <w:t>unor</w:t>
      </w:r>
      <w:proofErr w:type="spellEnd"/>
      <w:r w:rsidRPr="00693F1B">
        <w:rPr>
          <w:rFonts w:eastAsia="Arial" w:cs="Times New Roman"/>
          <w:szCs w:val="24"/>
        </w:rPr>
        <w:t xml:space="preserve"> </w:t>
      </w:r>
      <w:proofErr w:type="spellStart"/>
      <w:r w:rsidRPr="00693F1B">
        <w:rPr>
          <w:rFonts w:eastAsia="Arial" w:cs="Times New Roman"/>
          <w:szCs w:val="24"/>
        </w:rPr>
        <w:t>garanții</w:t>
      </w:r>
      <w:proofErr w:type="spellEnd"/>
      <w:r w:rsidRPr="00693F1B">
        <w:rPr>
          <w:rFonts w:eastAsia="Arial" w:cs="Times New Roman"/>
          <w:szCs w:val="24"/>
        </w:rPr>
        <w:t xml:space="preserve"> </w:t>
      </w:r>
      <w:proofErr w:type="spellStart"/>
      <w:r w:rsidRPr="00693F1B">
        <w:rPr>
          <w:rFonts w:eastAsia="Arial" w:cs="Times New Roman"/>
          <w:szCs w:val="24"/>
        </w:rPr>
        <w:t>adecvate</w:t>
      </w:r>
      <w:proofErr w:type="spellEnd"/>
      <w:r w:rsidRPr="00693F1B">
        <w:rPr>
          <w:rFonts w:eastAsia="Arial" w:cs="Times New Roman"/>
          <w:szCs w:val="24"/>
        </w:rPr>
        <w:t xml:space="preserve"> se </w:t>
      </w:r>
      <w:proofErr w:type="spellStart"/>
      <w:r w:rsidRPr="00693F1B">
        <w:rPr>
          <w:rFonts w:eastAsia="Arial" w:cs="Times New Roman"/>
          <w:szCs w:val="24"/>
        </w:rPr>
        <w:t>va</w:t>
      </w:r>
      <w:proofErr w:type="spellEnd"/>
      <w:r w:rsidRPr="00693F1B">
        <w:rPr>
          <w:rFonts w:eastAsia="Arial" w:cs="Times New Roman"/>
          <w:szCs w:val="24"/>
        </w:rPr>
        <w:t xml:space="preserve"> </w:t>
      </w:r>
      <w:proofErr w:type="spellStart"/>
      <w:r w:rsidRPr="00693F1B">
        <w:rPr>
          <w:rFonts w:eastAsia="Arial" w:cs="Times New Roman"/>
          <w:szCs w:val="24"/>
        </w:rPr>
        <w:t>anexa</w:t>
      </w:r>
      <w:proofErr w:type="spellEnd"/>
      <w:r w:rsidRPr="00693F1B">
        <w:rPr>
          <w:rFonts w:eastAsia="Arial" w:cs="Times New Roman"/>
          <w:szCs w:val="24"/>
        </w:rPr>
        <w:t xml:space="preserve"> </w:t>
      </w:r>
      <w:proofErr w:type="spellStart"/>
      <w:r w:rsidRPr="00693F1B">
        <w:rPr>
          <w:rFonts w:eastAsia="Arial" w:cs="Times New Roman"/>
          <w:szCs w:val="24"/>
        </w:rPr>
        <w:t>documentația</w:t>
      </w:r>
      <w:proofErr w:type="spellEnd"/>
      <w:r w:rsidRPr="00693F1B">
        <w:rPr>
          <w:rFonts w:eastAsia="Arial" w:cs="Times New Roman"/>
          <w:szCs w:val="24"/>
        </w:rPr>
        <w:t xml:space="preserve"> care </w:t>
      </w:r>
      <w:proofErr w:type="spellStart"/>
      <w:r w:rsidRPr="00693F1B">
        <w:rPr>
          <w:rFonts w:eastAsia="Arial" w:cs="Times New Roman"/>
          <w:szCs w:val="24"/>
        </w:rPr>
        <w:t>dovedește</w:t>
      </w:r>
      <w:proofErr w:type="spellEnd"/>
      <w:r w:rsidRPr="00693F1B">
        <w:rPr>
          <w:rFonts w:eastAsia="Arial" w:cs="Times New Roman"/>
          <w:szCs w:val="24"/>
        </w:rPr>
        <w:t xml:space="preserve"> </w:t>
      </w:r>
      <w:proofErr w:type="spellStart"/>
      <w:r w:rsidRPr="00693F1B">
        <w:rPr>
          <w:rFonts w:eastAsia="Arial" w:cs="Times New Roman"/>
          <w:szCs w:val="24"/>
        </w:rPr>
        <w:t>existența</w:t>
      </w:r>
      <w:proofErr w:type="spellEnd"/>
      <w:r w:rsidRPr="00693F1B">
        <w:rPr>
          <w:rFonts w:eastAsia="Arial" w:cs="Times New Roman"/>
          <w:szCs w:val="24"/>
        </w:rPr>
        <w:t xml:space="preserve"> </w:t>
      </w:r>
      <w:proofErr w:type="spellStart"/>
      <w:r w:rsidRPr="00693F1B">
        <w:rPr>
          <w:rFonts w:eastAsia="Arial" w:cs="Times New Roman"/>
          <w:szCs w:val="24"/>
        </w:rPr>
        <w:t>acelor</w:t>
      </w:r>
      <w:proofErr w:type="spellEnd"/>
      <w:r w:rsidRPr="00693F1B">
        <w:rPr>
          <w:rFonts w:eastAsia="Arial" w:cs="Times New Roman"/>
          <w:szCs w:val="24"/>
        </w:rPr>
        <w:t xml:space="preserve"> </w:t>
      </w:r>
      <w:proofErr w:type="spellStart"/>
      <w:r w:rsidRPr="00693F1B">
        <w:rPr>
          <w:rFonts w:eastAsia="Arial" w:cs="Times New Roman"/>
          <w:szCs w:val="24"/>
        </w:rPr>
        <w:t>garanții</w:t>
      </w:r>
      <w:proofErr w:type="spellEnd"/>
      <w:r w:rsidRPr="00693F1B">
        <w:rPr>
          <w:rFonts w:eastAsia="Arial" w:cs="Times New Roman"/>
          <w:szCs w:val="24"/>
        </w:rPr>
        <w:t>.</w:t>
      </w:r>
      <w:r w:rsidRPr="00693F1B">
        <w:rPr>
          <w:rFonts w:eastAsia="Arial" w:cs="Times New Roman"/>
          <w:szCs w:val="24"/>
        </w:rPr>
        <w:br/>
        <w:t xml:space="preserve">4.2.5. </w:t>
      </w:r>
      <w:proofErr w:type="spellStart"/>
      <w:r w:rsidRPr="00693F1B">
        <w:rPr>
          <w:rFonts w:eastAsia="Arial" w:cs="Times New Roman"/>
          <w:szCs w:val="24"/>
        </w:rPr>
        <w:t>Toate</w:t>
      </w:r>
      <w:proofErr w:type="spellEnd"/>
      <w:r w:rsidRPr="00693F1B">
        <w:rPr>
          <w:rFonts w:eastAsia="Arial" w:cs="Times New Roman"/>
          <w:szCs w:val="24"/>
        </w:rPr>
        <w:t xml:space="preserve"> </w:t>
      </w:r>
      <w:proofErr w:type="spellStart"/>
      <w:r w:rsidRPr="00693F1B">
        <w:rPr>
          <w:rFonts w:eastAsia="Arial" w:cs="Times New Roman"/>
          <w:szCs w:val="24"/>
        </w:rPr>
        <w:t>datele</w:t>
      </w:r>
      <w:proofErr w:type="spellEnd"/>
      <w:r w:rsidRPr="00693F1B">
        <w:rPr>
          <w:rFonts w:eastAsia="Arial" w:cs="Times New Roman"/>
          <w:szCs w:val="24"/>
        </w:rPr>
        <w:t xml:space="preserve"> cu </w:t>
      </w:r>
      <w:proofErr w:type="spellStart"/>
      <w:r w:rsidRPr="00693F1B">
        <w:rPr>
          <w:rFonts w:eastAsia="Arial" w:cs="Times New Roman"/>
          <w:szCs w:val="24"/>
        </w:rPr>
        <w:t>caracter</w:t>
      </w:r>
      <w:proofErr w:type="spellEnd"/>
      <w:r w:rsidRPr="00693F1B">
        <w:rPr>
          <w:rFonts w:eastAsia="Arial" w:cs="Times New Roman"/>
          <w:szCs w:val="24"/>
        </w:rPr>
        <w:t xml:space="preserve"> personal care fac </w:t>
      </w:r>
      <w:proofErr w:type="spellStart"/>
      <w:r w:rsidRPr="00693F1B">
        <w:rPr>
          <w:rFonts w:eastAsia="Arial" w:cs="Times New Roman"/>
          <w:szCs w:val="24"/>
        </w:rPr>
        <w:t>obiectul</w:t>
      </w:r>
      <w:proofErr w:type="spellEnd"/>
      <w:r w:rsidRPr="00693F1B">
        <w:rPr>
          <w:rFonts w:eastAsia="Arial" w:cs="Times New Roman"/>
          <w:szCs w:val="24"/>
        </w:rPr>
        <w:t xml:space="preserve"> </w:t>
      </w:r>
      <w:proofErr w:type="spellStart"/>
      <w:r w:rsidRPr="00693F1B">
        <w:rPr>
          <w:rFonts w:eastAsia="Arial" w:cs="Times New Roman"/>
          <w:szCs w:val="24"/>
        </w:rPr>
        <w:t>transferului</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sunt destinate </w:t>
      </w:r>
      <w:proofErr w:type="spellStart"/>
      <w:r w:rsidRPr="00693F1B">
        <w:rPr>
          <w:rFonts w:eastAsia="Arial" w:cs="Times New Roman"/>
          <w:szCs w:val="24"/>
        </w:rPr>
        <w:t>să</w:t>
      </w:r>
      <w:proofErr w:type="spellEnd"/>
      <w:r w:rsidRPr="00693F1B">
        <w:rPr>
          <w:rFonts w:eastAsia="Arial" w:cs="Times New Roman"/>
          <w:szCs w:val="24"/>
        </w:rPr>
        <w:t xml:space="preserve"> </w:t>
      </w:r>
      <w:proofErr w:type="spellStart"/>
      <w:r w:rsidRPr="00693F1B">
        <w:rPr>
          <w:rFonts w:eastAsia="Arial" w:cs="Times New Roman"/>
          <w:szCs w:val="24"/>
        </w:rPr>
        <w:t>facă</w:t>
      </w:r>
      <w:proofErr w:type="spellEnd"/>
      <w:r w:rsidRPr="00693F1B">
        <w:rPr>
          <w:rFonts w:eastAsia="Arial" w:cs="Times New Roman"/>
          <w:szCs w:val="24"/>
        </w:rPr>
        <w:t xml:space="preserve"> </w:t>
      </w:r>
      <w:proofErr w:type="spellStart"/>
      <w:r w:rsidRPr="00693F1B">
        <w:rPr>
          <w:rFonts w:eastAsia="Arial" w:cs="Times New Roman"/>
          <w:szCs w:val="24"/>
        </w:rPr>
        <w:t>obiectul</w:t>
      </w:r>
      <w:proofErr w:type="spellEnd"/>
      <w:r w:rsidRPr="00693F1B">
        <w:rPr>
          <w:rFonts w:eastAsia="Arial" w:cs="Times New Roman"/>
          <w:szCs w:val="24"/>
        </w:rPr>
        <w:t xml:space="preserve"> </w:t>
      </w:r>
      <w:proofErr w:type="spellStart"/>
      <w:r w:rsidRPr="00693F1B">
        <w:rPr>
          <w:rFonts w:eastAsia="Arial" w:cs="Times New Roman"/>
          <w:szCs w:val="24"/>
        </w:rPr>
        <w:t>transferului</w:t>
      </w:r>
      <w:proofErr w:type="spellEnd"/>
      <w:r w:rsidRPr="00693F1B">
        <w:rPr>
          <w:rFonts w:eastAsia="Arial" w:cs="Times New Roman"/>
          <w:szCs w:val="24"/>
        </w:rPr>
        <w:t xml:space="preserve"> se </w:t>
      </w:r>
      <w:proofErr w:type="spellStart"/>
      <w:r w:rsidRPr="00693F1B">
        <w:rPr>
          <w:rFonts w:eastAsia="Arial" w:cs="Times New Roman"/>
          <w:szCs w:val="24"/>
        </w:rPr>
        <w:t>vor</w:t>
      </w:r>
      <w:proofErr w:type="spellEnd"/>
      <w:r w:rsidRPr="00693F1B">
        <w:rPr>
          <w:rFonts w:eastAsia="Arial" w:cs="Times New Roman"/>
          <w:szCs w:val="24"/>
        </w:rPr>
        <w:t xml:space="preserve"> </w:t>
      </w:r>
      <w:proofErr w:type="spellStart"/>
      <w:r w:rsidRPr="00693F1B">
        <w:rPr>
          <w:rFonts w:eastAsia="Arial" w:cs="Times New Roman"/>
          <w:szCs w:val="24"/>
        </w:rPr>
        <w:t>primi</w:t>
      </w:r>
      <w:proofErr w:type="spellEnd"/>
      <w:r w:rsidRPr="00693F1B">
        <w:rPr>
          <w:rFonts w:eastAsia="Arial" w:cs="Times New Roman"/>
          <w:szCs w:val="24"/>
        </w:rPr>
        <w:t xml:space="preserve"> </w:t>
      </w:r>
      <w:proofErr w:type="spellStart"/>
      <w:r w:rsidRPr="00693F1B">
        <w:rPr>
          <w:rFonts w:eastAsia="Arial" w:cs="Times New Roman"/>
          <w:szCs w:val="24"/>
        </w:rPr>
        <w:t>și</w:t>
      </w:r>
      <w:proofErr w:type="spellEnd"/>
      <w:r w:rsidRPr="00693F1B">
        <w:rPr>
          <w:rFonts w:eastAsia="Arial" w:cs="Times New Roman"/>
          <w:szCs w:val="24"/>
        </w:rPr>
        <w:t xml:space="preserve"> se </w:t>
      </w:r>
      <w:proofErr w:type="spellStart"/>
      <w:r w:rsidRPr="00693F1B">
        <w:rPr>
          <w:rFonts w:eastAsia="Arial" w:cs="Times New Roman"/>
          <w:szCs w:val="24"/>
        </w:rPr>
        <w:t>vor</w:t>
      </w:r>
      <w:proofErr w:type="spellEnd"/>
      <w:r w:rsidRPr="00693F1B">
        <w:rPr>
          <w:rFonts w:eastAsia="Arial" w:cs="Times New Roman"/>
          <w:szCs w:val="24"/>
        </w:rPr>
        <w:t xml:space="preserve"> </w:t>
      </w:r>
      <w:proofErr w:type="spellStart"/>
      <w:r w:rsidRPr="00693F1B">
        <w:rPr>
          <w:rFonts w:eastAsia="Arial" w:cs="Times New Roman"/>
          <w:szCs w:val="24"/>
        </w:rPr>
        <w:t>stoca</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conformitate</w:t>
      </w:r>
      <w:proofErr w:type="spellEnd"/>
      <w:r w:rsidRPr="00693F1B">
        <w:rPr>
          <w:rFonts w:eastAsia="Arial" w:cs="Times New Roman"/>
          <w:szCs w:val="24"/>
        </w:rPr>
        <w:t xml:space="preserve"> cu </w:t>
      </w:r>
      <w:proofErr w:type="spellStart"/>
      <w:r w:rsidRPr="00693F1B">
        <w:rPr>
          <w:rFonts w:eastAsia="Arial" w:cs="Times New Roman"/>
          <w:szCs w:val="24"/>
        </w:rPr>
        <w:t>procedura</w:t>
      </w:r>
      <w:proofErr w:type="spellEnd"/>
      <w:r w:rsidRPr="00693F1B">
        <w:rPr>
          <w:rFonts w:eastAsia="Arial" w:cs="Times New Roman"/>
          <w:szCs w:val="24"/>
        </w:rPr>
        <w:t xml:space="preserve"> de </w:t>
      </w:r>
      <w:proofErr w:type="spellStart"/>
      <w:r w:rsidRPr="00693F1B">
        <w:rPr>
          <w:rFonts w:eastAsia="Arial" w:cs="Times New Roman"/>
          <w:szCs w:val="24"/>
        </w:rPr>
        <w:t>primire</w:t>
      </w:r>
      <w:proofErr w:type="spellEnd"/>
      <w:r w:rsidRPr="00693F1B">
        <w:rPr>
          <w:rFonts w:eastAsia="Arial" w:cs="Times New Roman"/>
          <w:szCs w:val="24"/>
        </w:rPr>
        <w:t xml:space="preserve"> </w:t>
      </w:r>
      <w:proofErr w:type="spellStart"/>
      <w:r w:rsidRPr="00693F1B">
        <w:rPr>
          <w:rFonts w:eastAsia="Arial" w:cs="Times New Roman"/>
          <w:szCs w:val="24"/>
        </w:rPr>
        <w:t>și</w:t>
      </w:r>
      <w:proofErr w:type="spellEnd"/>
      <w:r w:rsidRPr="00693F1B">
        <w:rPr>
          <w:rFonts w:eastAsia="Arial" w:cs="Times New Roman"/>
          <w:szCs w:val="24"/>
        </w:rPr>
        <w:t xml:space="preserve"> de </w:t>
      </w:r>
      <w:proofErr w:type="spellStart"/>
      <w:r w:rsidRPr="00693F1B">
        <w:rPr>
          <w:rFonts w:eastAsia="Arial" w:cs="Times New Roman"/>
          <w:szCs w:val="24"/>
        </w:rPr>
        <w:t>stocare</w:t>
      </w:r>
      <w:proofErr w:type="spellEnd"/>
      <w:r w:rsidRPr="00693F1B">
        <w:rPr>
          <w:rFonts w:eastAsia="Arial" w:cs="Times New Roman"/>
          <w:szCs w:val="24"/>
        </w:rPr>
        <w:t xml:space="preserve"> a </w:t>
      </w:r>
      <w:proofErr w:type="spellStart"/>
      <w:r w:rsidRPr="00693F1B">
        <w:rPr>
          <w:rFonts w:eastAsia="Arial" w:cs="Times New Roman"/>
          <w:szCs w:val="24"/>
        </w:rPr>
        <w:t>documentelor</w:t>
      </w:r>
      <w:proofErr w:type="spellEnd"/>
      <w:r w:rsidRPr="00693F1B">
        <w:rPr>
          <w:rFonts w:eastAsia="Arial" w:cs="Times New Roman"/>
          <w:szCs w:val="24"/>
        </w:rPr>
        <w:t xml:space="preserve"> care </w:t>
      </w:r>
      <w:proofErr w:type="spellStart"/>
      <w:r w:rsidRPr="00693F1B">
        <w:rPr>
          <w:rFonts w:eastAsia="Arial" w:cs="Times New Roman"/>
          <w:szCs w:val="24"/>
        </w:rPr>
        <w:t>conțin</w:t>
      </w:r>
      <w:proofErr w:type="spellEnd"/>
      <w:r w:rsidRPr="00693F1B">
        <w:rPr>
          <w:rFonts w:eastAsia="Arial" w:cs="Times New Roman"/>
          <w:szCs w:val="24"/>
        </w:rPr>
        <w:t xml:space="preserve"> date cu </w:t>
      </w:r>
      <w:proofErr w:type="spellStart"/>
      <w:r w:rsidRPr="00693F1B">
        <w:rPr>
          <w:rFonts w:eastAsia="Arial" w:cs="Times New Roman"/>
          <w:szCs w:val="24"/>
        </w:rPr>
        <w:t>caracter</w:t>
      </w:r>
      <w:proofErr w:type="spellEnd"/>
      <w:r w:rsidRPr="00693F1B">
        <w:rPr>
          <w:rFonts w:eastAsia="Arial" w:cs="Times New Roman"/>
          <w:szCs w:val="24"/>
        </w:rPr>
        <w:t xml:space="preserve"> personal.</w:t>
      </w:r>
    </w:p>
    <w:p w14:paraId="11313369" w14:textId="77777777" w:rsidR="00EE7ED3" w:rsidRPr="00693F1B" w:rsidRDefault="00000000" w:rsidP="002C700D">
      <w:pPr>
        <w:jc w:val="both"/>
        <w:rPr>
          <w:rFonts w:eastAsia="Arial" w:cs="Times New Roman"/>
          <w:b/>
          <w:bCs/>
          <w:szCs w:val="24"/>
        </w:rPr>
      </w:pPr>
      <w:r w:rsidRPr="00693F1B">
        <w:rPr>
          <w:rFonts w:eastAsia="Arial" w:cs="Times New Roman"/>
          <w:szCs w:val="24"/>
        </w:rPr>
        <w:t xml:space="preserve">4.2.6. </w:t>
      </w:r>
      <w:proofErr w:type="spellStart"/>
      <w:r w:rsidRPr="00693F1B">
        <w:rPr>
          <w:rFonts w:eastAsia="Arial" w:cs="Times New Roman"/>
          <w:szCs w:val="24"/>
        </w:rPr>
        <w:t>Toate</w:t>
      </w:r>
      <w:proofErr w:type="spellEnd"/>
      <w:r w:rsidRPr="00693F1B">
        <w:rPr>
          <w:rFonts w:eastAsia="Arial" w:cs="Times New Roman"/>
          <w:szCs w:val="24"/>
        </w:rPr>
        <w:t xml:space="preserve"> </w:t>
      </w:r>
      <w:proofErr w:type="spellStart"/>
      <w:r w:rsidRPr="00693F1B">
        <w:rPr>
          <w:rFonts w:eastAsia="Arial" w:cs="Times New Roman"/>
          <w:szCs w:val="24"/>
        </w:rPr>
        <w:t>operațiunile</w:t>
      </w:r>
      <w:proofErr w:type="spellEnd"/>
      <w:r w:rsidRPr="00693F1B">
        <w:rPr>
          <w:rFonts w:eastAsia="Arial" w:cs="Times New Roman"/>
          <w:szCs w:val="24"/>
        </w:rPr>
        <w:t xml:space="preserve"> de </w:t>
      </w:r>
      <w:proofErr w:type="spellStart"/>
      <w:r w:rsidRPr="00693F1B">
        <w:rPr>
          <w:rFonts w:eastAsia="Arial" w:cs="Times New Roman"/>
          <w:szCs w:val="24"/>
        </w:rPr>
        <w:t>prelucrare</w:t>
      </w:r>
      <w:proofErr w:type="spellEnd"/>
      <w:r w:rsidRPr="00693F1B">
        <w:rPr>
          <w:rFonts w:eastAsia="Arial" w:cs="Times New Roman"/>
          <w:szCs w:val="24"/>
        </w:rPr>
        <w:t xml:space="preserve"> care sunt </w:t>
      </w:r>
      <w:proofErr w:type="spellStart"/>
      <w:r w:rsidRPr="00693F1B">
        <w:rPr>
          <w:rFonts w:eastAsia="Arial" w:cs="Times New Roman"/>
          <w:szCs w:val="24"/>
        </w:rPr>
        <w:t>necesare</w:t>
      </w:r>
      <w:proofErr w:type="spellEnd"/>
      <w:r w:rsidRPr="00693F1B">
        <w:rPr>
          <w:rFonts w:eastAsia="Arial" w:cs="Times New Roman"/>
          <w:szCs w:val="24"/>
        </w:rPr>
        <w:t xml:space="preserve"> </w:t>
      </w:r>
      <w:proofErr w:type="spellStart"/>
      <w:r w:rsidRPr="00693F1B">
        <w:rPr>
          <w:rFonts w:eastAsia="Arial" w:cs="Times New Roman"/>
          <w:szCs w:val="24"/>
        </w:rPr>
        <w:t>pentru</w:t>
      </w:r>
      <w:proofErr w:type="spellEnd"/>
      <w:r w:rsidRPr="00693F1B">
        <w:rPr>
          <w:rFonts w:eastAsia="Arial" w:cs="Times New Roman"/>
          <w:szCs w:val="24"/>
        </w:rPr>
        <w:t xml:space="preserve"> </w:t>
      </w:r>
      <w:proofErr w:type="spellStart"/>
      <w:r w:rsidRPr="00693F1B">
        <w:rPr>
          <w:rFonts w:eastAsia="Arial" w:cs="Times New Roman"/>
          <w:szCs w:val="24"/>
        </w:rPr>
        <w:t>pregătirea</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w:t>
      </w:r>
      <w:proofErr w:type="spellStart"/>
      <w:r w:rsidRPr="00693F1B">
        <w:rPr>
          <w:rFonts w:eastAsia="Arial" w:cs="Times New Roman"/>
          <w:szCs w:val="24"/>
        </w:rPr>
        <w:t>realizarea</w:t>
      </w:r>
      <w:proofErr w:type="spellEnd"/>
      <w:r w:rsidRPr="00693F1B">
        <w:rPr>
          <w:rFonts w:eastAsia="Arial" w:cs="Times New Roman"/>
          <w:szCs w:val="24"/>
        </w:rPr>
        <w:t xml:space="preserve"> </w:t>
      </w:r>
      <w:proofErr w:type="spellStart"/>
      <w:r w:rsidRPr="00693F1B">
        <w:rPr>
          <w:rFonts w:eastAsia="Arial" w:cs="Times New Roman"/>
          <w:szCs w:val="24"/>
        </w:rPr>
        <w:t>transferului</w:t>
      </w:r>
      <w:proofErr w:type="spellEnd"/>
      <w:r w:rsidRPr="00693F1B">
        <w:rPr>
          <w:rFonts w:eastAsia="Arial" w:cs="Times New Roman"/>
          <w:szCs w:val="24"/>
        </w:rPr>
        <w:t xml:space="preserve"> se </w:t>
      </w:r>
      <w:proofErr w:type="spellStart"/>
      <w:r w:rsidRPr="00693F1B">
        <w:rPr>
          <w:rFonts w:eastAsia="Arial" w:cs="Times New Roman"/>
          <w:szCs w:val="24"/>
        </w:rPr>
        <w:t>vor</w:t>
      </w:r>
      <w:proofErr w:type="spellEnd"/>
      <w:r w:rsidRPr="00693F1B">
        <w:rPr>
          <w:rFonts w:eastAsia="Arial" w:cs="Times New Roman"/>
          <w:szCs w:val="24"/>
        </w:rPr>
        <w:t xml:space="preserve"> face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conformitate</w:t>
      </w:r>
      <w:proofErr w:type="spellEnd"/>
      <w:r w:rsidRPr="00693F1B">
        <w:rPr>
          <w:rFonts w:eastAsia="Arial" w:cs="Times New Roman"/>
          <w:szCs w:val="24"/>
        </w:rPr>
        <w:t xml:space="preserve"> cu </w:t>
      </w:r>
      <w:proofErr w:type="spellStart"/>
      <w:r w:rsidRPr="00693F1B">
        <w:rPr>
          <w:rFonts w:eastAsia="Arial" w:cs="Times New Roman"/>
          <w:szCs w:val="24"/>
        </w:rPr>
        <w:t>procedurile</w:t>
      </w:r>
      <w:proofErr w:type="spellEnd"/>
      <w:r w:rsidRPr="00693F1B">
        <w:rPr>
          <w:rFonts w:eastAsia="Arial" w:cs="Times New Roman"/>
          <w:szCs w:val="24"/>
        </w:rPr>
        <w:t xml:space="preserve"> </w:t>
      </w:r>
      <w:proofErr w:type="spellStart"/>
      <w:r w:rsidRPr="00693F1B">
        <w:rPr>
          <w:rFonts w:eastAsia="Arial" w:cs="Times New Roman"/>
          <w:szCs w:val="24"/>
        </w:rPr>
        <w:t>aplicabile</w:t>
      </w:r>
      <w:proofErr w:type="spellEnd"/>
      <w:r w:rsidRPr="00693F1B">
        <w:rPr>
          <w:rFonts w:eastAsia="Arial" w:cs="Times New Roman"/>
          <w:szCs w:val="24"/>
        </w:rPr>
        <w:t xml:space="preserve"> </w:t>
      </w:r>
      <w:proofErr w:type="spellStart"/>
      <w:r w:rsidRPr="00693F1B">
        <w:rPr>
          <w:rFonts w:eastAsia="Arial" w:cs="Times New Roman"/>
          <w:szCs w:val="24"/>
        </w:rPr>
        <w:t>prelucrărilor</w:t>
      </w:r>
      <w:proofErr w:type="spellEnd"/>
      <w:r w:rsidRPr="00693F1B">
        <w:rPr>
          <w:rFonts w:eastAsia="Arial" w:cs="Times New Roman"/>
          <w:szCs w:val="24"/>
        </w:rPr>
        <w:t xml:space="preserve"> de date cu </w:t>
      </w:r>
      <w:proofErr w:type="spellStart"/>
      <w:r w:rsidRPr="00693F1B">
        <w:rPr>
          <w:rFonts w:eastAsia="Arial" w:cs="Times New Roman"/>
          <w:szCs w:val="24"/>
        </w:rPr>
        <w:t>caracter</w:t>
      </w:r>
      <w:proofErr w:type="spellEnd"/>
      <w:r w:rsidRPr="00693F1B">
        <w:rPr>
          <w:rFonts w:eastAsia="Arial" w:cs="Times New Roman"/>
          <w:szCs w:val="24"/>
        </w:rPr>
        <w:t xml:space="preserve"> personal, care </w:t>
      </w:r>
      <w:proofErr w:type="spellStart"/>
      <w:r w:rsidRPr="00693F1B">
        <w:rPr>
          <w:rFonts w:eastAsia="Arial" w:cs="Times New Roman"/>
          <w:szCs w:val="24"/>
        </w:rPr>
        <w:t>reglementează</w:t>
      </w:r>
      <w:proofErr w:type="spellEnd"/>
      <w:r w:rsidRPr="00693F1B">
        <w:rPr>
          <w:rFonts w:eastAsia="Arial" w:cs="Times New Roman"/>
          <w:szCs w:val="24"/>
        </w:rPr>
        <w:t xml:space="preserve"> </w:t>
      </w:r>
      <w:proofErr w:type="spellStart"/>
      <w:r w:rsidRPr="00693F1B">
        <w:rPr>
          <w:rFonts w:eastAsia="Arial" w:cs="Times New Roman"/>
          <w:szCs w:val="24"/>
        </w:rPr>
        <w:t>prelucrările</w:t>
      </w:r>
      <w:proofErr w:type="spellEnd"/>
      <w:r w:rsidRPr="00693F1B">
        <w:rPr>
          <w:rFonts w:eastAsia="Arial" w:cs="Times New Roman"/>
          <w:szCs w:val="24"/>
        </w:rPr>
        <w:t xml:space="preserve"> interne.</w:t>
      </w:r>
    </w:p>
    <w:p w14:paraId="278DED08" w14:textId="77777777" w:rsidR="00EE7ED3" w:rsidRPr="00693F1B" w:rsidRDefault="00000000" w:rsidP="009D7F1C">
      <w:pPr>
        <w:rPr>
          <w:rFonts w:eastAsia="Arial" w:cs="Times New Roman"/>
          <w:b/>
          <w:bCs/>
          <w:szCs w:val="24"/>
        </w:rPr>
      </w:pPr>
      <w:r w:rsidRPr="00693F1B">
        <w:rPr>
          <w:rFonts w:eastAsia="Arial" w:cs="Times New Roman"/>
          <w:b/>
          <w:bCs/>
          <w:szCs w:val="24"/>
        </w:rPr>
        <w:t>5. TRANSFERUL DE DATE CĂTRE PERSOANE ÎMPUTERNICITE SAU OPERATORI ASOCIAȚI</w:t>
      </w:r>
    </w:p>
    <w:p w14:paraId="0ACB13FE" w14:textId="77777777" w:rsidR="00EE7ED3" w:rsidRDefault="00000000" w:rsidP="002C700D">
      <w:pPr>
        <w:jc w:val="both"/>
        <w:rPr>
          <w:rFonts w:eastAsia="Arial" w:cs="Times New Roman"/>
          <w:szCs w:val="24"/>
        </w:rPr>
      </w:pPr>
      <w:r w:rsidRPr="00693F1B">
        <w:rPr>
          <w:rFonts w:eastAsia="Arial" w:cs="Times New Roman"/>
          <w:szCs w:val="24"/>
        </w:rPr>
        <w:lastRenderedPageBreak/>
        <w:t xml:space="preserve">5.1. </w:t>
      </w:r>
      <w:proofErr w:type="spellStart"/>
      <w:r w:rsidRPr="00693F1B">
        <w:rPr>
          <w:rFonts w:eastAsia="Arial" w:cs="Times New Roman"/>
          <w:szCs w:val="24"/>
        </w:rPr>
        <w:t>Toate</w:t>
      </w:r>
      <w:proofErr w:type="spellEnd"/>
      <w:r w:rsidRPr="00693F1B">
        <w:rPr>
          <w:rFonts w:eastAsia="Arial" w:cs="Times New Roman"/>
          <w:szCs w:val="24"/>
        </w:rPr>
        <w:t xml:space="preserve"> </w:t>
      </w:r>
      <w:proofErr w:type="spellStart"/>
      <w:r w:rsidRPr="00693F1B">
        <w:rPr>
          <w:rFonts w:eastAsia="Arial" w:cs="Times New Roman"/>
          <w:szCs w:val="24"/>
        </w:rPr>
        <w:t>transferurile</w:t>
      </w:r>
      <w:proofErr w:type="spellEnd"/>
      <w:r w:rsidRPr="00693F1B">
        <w:rPr>
          <w:rFonts w:eastAsia="Arial" w:cs="Times New Roman"/>
          <w:szCs w:val="24"/>
        </w:rPr>
        <w:t xml:space="preserve"> de date </w:t>
      </w:r>
      <w:proofErr w:type="spellStart"/>
      <w:r w:rsidRPr="00693F1B">
        <w:rPr>
          <w:rFonts w:eastAsia="Arial" w:cs="Times New Roman"/>
          <w:szCs w:val="24"/>
        </w:rPr>
        <w:t>către</w:t>
      </w:r>
      <w:proofErr w:type="spellEnd"/>
      <w:r w:rsidRPr="00693F1B">
        <w:rPr>
          <w:rFonts w:eastAsia="Arial" w:cs="Times New Roman"/>
          <w:szCs w:val="24"/>
        </w:rPr>
        <w:t xml:space="preserve"> </w:t>
      </w:r>
      <w:proofErr w:type="spellStart"/>
      <w:r w:rsidRPr="00693F1B">
        <w:rPr>
          <w:rFonts w:eastAsia="Arial" w:cs="Times New Roman"/>
          <w:szCs w:val="24"/>
        </w:rPr>
        <w:t>operatori</w:t>
      </w:r>
      <w:proofErr w:type="spellEnd"/>
      <w:r w:rsidRPr="00693F1B">
        <w:rPr>
          <w:rFonts w:eastAsia="Arial" w:cs="Times New Roman"/>
          <w:szCs w:val="24"/>
        </w:rPr>
        <w:t xml:space="preserve"> </w:t>
      </w:r>
      <w:proofErr w:type="spellStart"/>
      <w:r w:rsidRPr="00693F1B">
        <w:rPr>
          <w:rFonts w:eastAsia="Arial" w:cs="Times New Roman"/>
          <w:szCs w:val="24"/>
        </w:rPr>
        <w:t>împuterniciți</w:t>
      </w:r>
      <w:proofErr w:type="spellEnd"/>
      <w:r w:rsidRPr="00693F1B">
        <w:rPr>
          <w:rFonts w:eastAsia="Arial" w:cs="Times New Roman"/>
          <w:szCs w:val="24"/>
        </w:rPr>
        <w:t xml:space="preserve"> ai </w:t>
      </w:r>
      <w:proofErr w:type="spellStart"/>
      <w:r w:rsidRPr="00693F1B">
        <w:rPr>
          <w:rFonts w:eastAsia="Arial" w:cs="Times New Roman"/>
          <w:b/>
          <w:bCs/>
          <w:szCs w:val="24"/>
        </w:rPr>
        <w:t>Primăriei</w:t>
      </w:r>
      <w:proofErr w:type="spellEnd"/>
      <w:r w:rsidRPr="00693F1B">
        <w:rPr>
          <w:rFonts w:eastAsia="Arial" w:cs="Times New Roman"/>
          <w:b/>
          <w:bCs/>
          <w:szCs w:val="24"/>
        </w:rPr>
        <w:t xml:space="preserve"> </w:t>
      </w:r>
      <w:r w:rsidRPr="00916751">
        <w:rPr>
          <w:rFonts w:eastAsia="Arial" w:cs="Times New Roman"/>
          <w:b/>
          <w:bCs/>
          <w:szCs w:val="24"/>
        </w:rPr>
        <w:t>SATULUI MERENI</w:t>
      </w:r>
      <w:r w:rsidRPr="00693F1B">
        <w:rPr>
          <w:rFonts w:eastAsia="Arial" w:cs="Times New Roman"/>
          <w:szCs w:val="24"/>
        </w:rPr>
        <w:t xml:space="preserve"> se </w:t>
      </w:r>
      <w:proofErr w:type="spellStart"/>
      <w:r w:rsidRPr="00693F1B">
        <w:rPr>
          <w:rFonts w:eastAsia="Arial" w:cs="Times New Roman"/>
          <w:szCs w:val="24"/>
        </w:rPr>
        <w:t>vor</w:t>
      </w:r>
      <w:proofErr w:type="spellEnd"/>
      <w:r w:rsidRPr="00693F1B">
        <w:rPr>
          <w:rFonts w:eastAsia="Arial" w:cs="Times New Roman"/>
          <w:szCs w:val="24"/>
        </w:rPr>
        <w:t xml:space="preserve"> </w:t>
      </w:r>
      <w:proofErr w:type="spellStart"/>
      <w:r w:rsidRPr="00693F1B">
        <w:rPr>
          <w:rFonts w:eastAsia="Arial" w:cs="Times New Roman"/>
          <w:szCs w:val="24"/>
        </w:rPr>
        <w:t>realiza</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conformitate</w:t>
      </w:r>
      <w:proofErr w:type="spellEnd"/>
      <w:r w:rsidRPr="00693F1B">
        <w:rPr>
          <w:rFonts w:eastAsia="Arial" w:cs="Times New Roman"/>
          <w:szCs w:val="24"/>
        </w:rPr>
        <w:t xml:space="preserve"> cu </w:t>
      </w:r>
      <w:proofErr w:type="spellStart"/>
      <w:r w:rsidRPr="00693F1B">
        <w:rPr>
          <w:rFonts w:eastAsia="Arial" w:cs="Times New Roman"/>
          <w:szCs w:val="24"/>
        </w:rPr>
        <w:t>clauzele</w:t>
      </w:r>
      <w:proofErr w:type="spellEnd"/>
      <w:r w:rsidRPr="00693F1B">
        <w:rPr>
          <w:rFonts w:eastAsia="Arial" w:cs="Times New Roman"/>
          <w:szCs w:val="24"/>
        </w:rPr>
        <w:t xml:space="preserve"> </w:t>
      </w:r>
      <w:proofErr w:type="spellStart"/>
      <w:r w:rsidRPr="00693F1B">
        <w:rPr>
          <w:rFonts w:eastAsia="Arial" w:cs="Times New Roman"/>
          <w:szCs w:val="24"/>
        </w:rPr>
        <w:t>contractuale</w:t>
      </w:r>
      <w:proofErr w:type="spellEnd"/>
      <w:r w:rsidRPr="00693F1B">
        <w:rPr>
          <w:rFonts w:eastAsia="Arial" w:cs="Times New Roman"/>
          <w:szCs w:val="24"/>
        </w:rPr>
        <w:t xml:space="preserve"> (</w:t>
      </w:r>
      <w:proofErr w:type="spellStart"/>
      <w:r w:rsidRPr="00693F1B">
        <w:rPr>
          <w:rFonts w:eastAsia="Arial" w:cs="Times New Roman"/>
          <w:szCs w:val="24"/>
        </w:rPr>
        <w:t>acordurile</w:t>
      </w:r>
      <w:proofErr w:type="spellEnd"/>
      <w:r w:rsidRPr="00693F1B">
        <w:rPr>
          <w:rFonts w:eastAsia="Arial" w:cs="Times New Roman"/>
          <w:szCs w:val="24"/>
        </w:rPr>
        <w:t xml:space="preserve"> de </w:t>
      </w:r>
      <w:proofErr w:type="spellStart"/>
      <w:r w:rsidRPr="00693F1B">
        <w:rPr>
          <w:rFonts w:eastAsia="Arial" w:cs="Times New Roman"/>
          <w:szCs w:val="24"/>
        </w:rPr>
        <w:t>prelucrare</w:t>
      </w:r>
      <w:proofErr w:type="spellEnd"/>
      <w:r w:rsidRPr="00693F1B">
        <w:rPr>
          <w:rFonts w:eastAsia="Arial" w:cs="Times New Roman"/>
          <w:szCs w:val="24"/>
        </w:rPr>
        <w:t xml:space="preserve"> a </w:t>
      </w:r>
      <w:proofErr w:type="spellStart"/>
      <w:r w:rsidRPr="00693F1B">
        <w:rPr>
          <w:rFonts w:eastAsia="Arial" w:cs="Times New Roman"/>
          <w:szCs w:val="24"/>
        </w:rPr>
        <w:t>datelor</w:t>
      </w:r>
      <w:proofErr w:type="spellEnd"/>
      <w:r w:rsidRPr="00693F1B">
        <w:rPr>
          <w:rFonts w:eastAsia="Arial" w:cs="Times New Roman"/>
          <w:szCs w:val="24"/>
        </w:rPr>
        <w:t xml:space="preserve">) </w:t>
      </w:r>
      <w:proofErr w:type="spellStart"/>
      <w:r w:rsidRPr="00693F1B">
        <w:rPr>
          <w:rFonts w:eastAsia="Arial" w:cs="Times New Roman"/>
          <w:szCs w:val="24"/>
        </w:rPr>
        <w:t>aplicabile</w:t>
      </w:r>
      <w:proofErr w:type="spellEnd"/>
      <w:r w:rsidRPr="00693F1B">
        <w:rPr>
          <w:rFonts w:eastAsia="Arial" w:cs="Times New Roman"/>
          <w:szCs w:val="24"/>
        </w:rPr>
        <w:t xml:space="preserve"> </w:t>
      </w:r>
      <w:proofErr w:type="spellStart"/>
      <w:r w:rsidRPr="00693F1B">
        <w:rPr>
          <w:rFonts w:eastAsia="Arial" w:cs="Times New Roman"/>
          <w:szCs w:val="24"/>
        </w:rPr>
        <w:t>între</w:t>
      </w:r>
      <w:proofErr w:type="spellEnd"/>
      <w:r w:rsidRPr="00693F1B">
        <w:rPr>
          <w:rFonts w:eastAsia="Arial" w:cs="Times New Roman"/>
          <w:szCs w:val="24"/>
        </w:rPr>
        <w:t xml:space="preserve"> </w:t>
      </w:r>
      <w:proofErr w:type="spellStart"/>
      <w:r w:rsidRPr="00693F1B">
        <w:rPr>
          <w:rFonts w:eastAsia="Arial" w:cs="Times New Roman"/>
          <w:szCs w:val="24"/>
        </w:rPr>
        <w:t>operatorul</w:t>
      </w:r>
      <w:proofErr w:type="spellEnd"/>
      <w:r w:rsidRPr="00693F1B">
        <w:rPr>
          <w:rFonts w:eastAsia="Arial" w:cs="Times New Roman"/>
          <w:szCs w:val="24"/>
        </w:rPr>
        <w:t xml:space="preserve"> </w:t>
      </w:r>
      <w:proofErr w:type="spellStart"/>
      <w:r w:rsidRPr="00693F1B">
        <w:rPr>
          <w:rFonts w:eastAsia="Arial" w:cs="Times New Roman"/>
          <w:b/>
          <w:bCs/>
          <w:szCs w:val="24"/>
        </w:rPr>
        <w:t>Primări</w:t>
      </w:r>
      <w:r>
        <w:rPr>
          <w:rFonts w:eastAsia="Arial" w:cs="Times New Roman"/>
          <w:b/>
          <w:bCs/>
          <w:szCs w:val="24"/>
        </w:rPr>
        <w:t>a</w:t>
      </w:r>
      <w:proofErr w:type="spellEnd"/>
      <w:r w:rsidRPr="00693F1B">
        <w:rPr>
          <w:rFonts w:eastAsia="Arial" w:cs="Times New Roman"/>
          <w:b/>
          <w:bCs/>
          <w:szCs w:val="24"/>
        </w:rPr>
        <w:t xml:space="preserve"> </w:t>
      </w:r>
      <w:r w:rsidRPr="00916751">
        <w:rPr>
          <w:rFonts w:eastAsia="Arial" w:cs="Times New Roman"/>
          <w:b/>
          <w:bCs/>
          <w:szCs w:val="24"/>
        </w:rPr>
        <w:t>SATULUI MERENI</w:t>
      </w:r>
      <w:r w:rsidRPr="00693F1B">
        <w:rPr>
          <w:rFonts w:eastAsia="Arial" w:cs="Times New Roman"/>
          <w:szCs w:val="24"/>
        </w:rPr>
        <w:t xml:space="preserve"> </w:t>
      </w:r>
      <w:proofErr w:type="spellStart"/>
      <w:r w:rsidRPr="00693F1B">
        <w:rPr>
          <w:rFonts w:eastAsia="Arial" w:cs="Times New Roman"/>
          <w:szCs w:val="24"/>
        </w:rPr>
        <w:t>și</w:t>
      </w:r>
      <w:proofErr w:type="spellEnd"/>
      <w:r w:rsidRPr="00693F1B">
        <w:rPr>
          <w:rFonts w:eastAsia="Arial" w:cs="Times New Roman"/>
          <w:szCs w:val="24"/>
        </w:rPr>
        <w:t xml:space="preserve"> </w:t>
      </w:r>
      <w:proofErr w:type="spellStart"/>
      <w:r w:rsidRPr="00693F1B">
        <w:rPr>
          <w:rFonts w:eastAsia="Arial" w:cs="Times New Roman"/>
          <w:szCs w:val="24"/>
        </w:rPr>
        <w:t>persoana</w:t>
      </w:r>
      <w:proofErr w:type="spellEnd"/>
      <w:r w:rsidRPr="00693F1B">
        <w:rPr>
          <w:rFonts w:eastAsia="Arial" w:cs="Times New Roman"/>
          <w:szCs w:val="24"/>
        </w:rPr>
        <w:t xml:space="preserve"> </w:t>
      </w:r>
      <w:proofErr w:type="spellStart"/>
      <w:r w:rsidRPr="00693F1B">
        <w:rPr>
          <w:rFonts w:eastAsia="Arial" w:cs="Times New Roman"/>
          <w:szCs w:val="24"/>
        </w:rPr>
        <w:t>împuternicită</w:t>
      </w:r>
      <w:proofErr w:type="spellEnd"/>
      <w:r w:rsidRPr="00693F1B">
        <w:rPr>
          <w:rFonts w:eastAsia="Arial" w:cs="Times New Roman"/>
          <w:szCs w:val="24"/>
        </w:rPr>
        <w:t xml:space="preserve"> de operator.</w:t>
      </w:r>
      <w:r w:rsidRPr="00693F1B">
        <w:rPr>
          <w:rFonts w:eastAsia="Arial" w:cs="Times New Roman"/>
          <w:szCs w:val="24"/>
        </w:rPr>
        <w:br/>
        <w:t xml:space="preserve">5.2. </w:t>
      </w:r>
      <w:proofErr w:type="spellStart"/>
      <w:r w:rsidRPr="00693F1B">
        <w:rPr>
          <w:rFonts w:eastAsia="Arial" w:cs="Times New Roman"/>
          <w:szCs w:val="24"/>
        </w:rPr>
        <w:t>Persoana</w:t>
      </w:r>
      <w:proofErr w:type="spellEnd"/>
      <w:r w:rsidRPr="00693F1B">
        <w:rPr>
          <w:rFonts w:eastAsia="Arial" w:cs="Times New Roman"/>
          <w:szCs w:val="24"/>
        </w:rPr>
        <w:t xml:space="preserve"> </w:t>
      </w:r>
      <w:proofErr w:type="spellStart"/>
      <w:r w:rsidRPr="00693F1B">
        <w:rPr>
          <w:rFonts w:eastAsia="Arial" w:cs="Times New Roman"/>
          <w:szCs w:val="24"/>
        </w:rPr>
        <w:t>împuternicită</w:t>
      </w:r>
      <w:proofErr w:type="spellEnd"/>
      <w:r w:rsidRPr="00693F1B">
        <w:rPr>
          <w:rFonts w:eastAsia="Arial" w:cs="Times New Roman"/>
          <w:szCs w:val="24"/>
        </w:rPr>
        <w:t xml:space="preserve"> de </w:t>
      </w:r>
      <w:proofErr w:type="spellStart"/>
      <w:r w:rsidRPr="00693F1B">
        <w:rPr>
          <w:rFonts w:eastAsia="Arial" w:cs="Times New Roman"/>
          <w:b/>
          <w:bCs/>
          <w:szCs w:val="24"/>
        </w:rPr>
        <w:t>Primări</w:t>
      </w:r>
      <w:r>
        <w:rPr>
          <w:rFonts w:eastAsia="Arial" w:cs="Times New Roman"/>
          <w:b/>
          <w:bCs/>
          <w:szCs w:val="24"/>
        </w:rPr>
        <w:t>a</w:t>
      </w:r>
      <w:proofErr w:type="spellEnd"/>
      <w:r w:rsidRPr="00693F1B">
        <w:rPr>
          <w:rFonts w:eastAsia="Arial" w:cs="Times New Roman"/>
          <w:b/>
          <w:bCs/>
          <w:szCs w:val="24"/>
        </w:rPr>
        <w:t xml:space="preserve"> </w:t>
      </w:r>
      <w:r w:rsidRPr="00916751">
        <w:rPr>
          <w:rFonts w:eastAsia="Arial" w:cs="Times New Roman"/>
          <w:b/>
          <w:bCs/>
          <w:szCs w:val="24"/>
        </w:rPr>
        <w:t>SATULUI MERENI</w:t>
      </w:r>
      <w:r w:rsidRPr="00693F1B">
        <w:rPr>
          <w:rFonts w:eastAsia="Arial" w:cs="Times New Roman"/>
          <w:szCs w:val="24"/>
        </w:rPr>
        <w:t xml:space="preserve"> nu </w:t>
      </w:r>
      <w:proofErr w:type="spellStart"/>
      <w:r w:rsidRPr="00693F1B">
        <w:rPr>
          <w:rFonts w:eastAsia="Arial" w:cs="Times New Roman"/>
          <w:szCs w:val="24"/>
        </w:rPr>
        <w:t>va</w:t>
      </w:r>
      <w:proofErr w:type="spellEnd"/>
      <w:r w:rsidRPr="00693F1B">
        <w:rPr>
          <w:rFonts w:eastAsia="Arial" w:cs="Times New Roman"/>
          <w:szCs w:val="24"/>
        </w:rPr>
        <w:t xml:space="preserve"> </w:t>
      </w:r>
      <w:proofErr w:type="spellStart"/>
      <w:r w:rsidRPr="00693F1B">
        <w:rPr>
          <w:rFonts w:eastAsia="Arial" w:cs="Times New Roman"/>
          <w:szCs w:val="24"/>
        </w:rPr>
        <w:t>subcontracta</w:t>
      </w:r>
      <w:proofErr w:type="spellEnd"/>
      <w:r w:rsidRPr="00693F1B">
        <w:rPr>
          <w:rFonts w:eastAsia="Arial" w:cs="Times New Roman"/>
          <w:szCs w:val="24"/>
        </w:rPr>
        <w:t xml:space="preserve"> cu o </w:t>
      </w:r>
      <w:proofErr w:type="spellStart"/>
      <w:r w:rsidRPr="00693F1B">
        <w:rPr>
          <w:rFonts w:eastAsia="Arial" w:cs="Times New Roman"/>
          <w:szCs w:val="24"/>
        </w:rPr>
        <w:t>altă</w:t>
      </w:r>
      <w:proofErr w:type="spellEnd"/>
      <w:r w:rsidRPr="00693F1B">
        <w:rPr>
          <w:rFonts w:eastAsia="Arial" w:cs="Times New Roman"/>
          <w:szCs w:val="24"/>
        </w:rPr>
        <w:t xml:space="preserve"> </w:t>
      </w:r>
      <w:proofErr w:type="spellStart"/>
      <w:r w:rsidRPr="00693F1B">
        <w:rPr>
          <w:rFonts w:eastAsia="Arial" w:cs="Times New Roman"/>
          <w:szCs w:val="24"/>
        </w:rPr>
        <w:t>persoană</w:t>
      </w:r>
      <w:proofErr w:type="spellEnd"/>
      <w:r w:rsidRPr="00693F1B">
        <w:rPr>
          <w:rFonts w:eastAsia="Arial" w:cs="Times New Roman"/>
          <w:szCs w:val="24"/>
        </w:rPr>
        <w:t xml:space="preserve">, </w:t>
      </w:r>
      <w:proofErr w:type="spellStart"/>
      <w:r w:rsidRPr="00693F1B">
        <w:rPr>
          <w:rFonts w:eastAsia="Arial" w:cs="Times New Roman"/>
          <w:szCs w:val="24"/>
        </w:rPr>
        <w:t>decât</w:t>
      </w:r>
      <w:proofErr w:type="spellEnd"/>
      <w:r w:rsidRPr="00693F1B">
        <w:rPr>
          <w:rFonts w:eastAsia="Arial" w:cs="Times New Roman"/>
          <w:szCs w:val="24"/>
        </w:rPr>
        <w:t xml:space="preserve"> cu </w:t>
      </w:r>
      <w:proofErr w:type="spellStart"/>
      <w:r w:rsidRPr="00693F1B">
        <w:rPr>
          <w:rFonts w:eastAsia="Arial" w:cs="Times New Roman"/>
          <w:szCs w:val="24"/>
        </w:rPr>
        <w:t>acordul</w:t>
      </w:r>
      <w:proofErr w:type="spellEnd"/>
      <w:r w:rsidRPr="00693F1B">
        <w:rPr>
          <w:rFonts w:eastAsia="Arial" w:cs="Times New Roman"/>
          <w:szCs w:val="24"/>
        </w:rPr>
        <w:t xml:space="preserve"> </w:t>
      </w:r>
      <w:proofErr w:type="spellStart"/>
      <w:r w:rsidRPr="00693F1B">
        <w:rPr>
          <w:rFonts w:eastAsia="Arial" w:cs="Times New Roman"/>
          <w:szCs w:val="24"/>
        </w:rPr>
        <w:t>scris</w:t>
      </w:r>
      <w:proofErr w:type="spellEnd"/>
      <w:r w:rsidRPr="00693F1B">
        <w:rPr>
          <w:rFonts w:eastAsia="Arial" w:cs="Times New Roman"/>
          <w:szCs w:val="24"/>
        </w:rPr>
        <w:t xml:space="preserve"> al </w:t>
      </w:r>
      <w:proofErr w:type="spellStart"/>
      <w:r w:rsidRPr="00693F1B">
        <w:rPr>
          <w:rFonts w:eastAsia="Arial" w:cs="Times New Roman"/>
          <w:b/>
          <w:bCs/>
          <w:szCs w:val="24"/>
        </w:rPr>
        <w:t>Primăriei</w:t>
      </w:r>
      <w:proofErr w:type="spellEnd"/>
      <w:r w:rsidRPr="00693F1B">
        <w:rPr>
          <w:rFonts w:eastAsia="Arial" w:cs="Times New Roman"/>
          <w:b/>
          <w:bCs/>
          <w:szCs w:val="24"/>
        </w:rPr>
        <w:t xml:space="preserve"> </w:t>
      </w:r>
      <w:r w:rsidRPr="00916751">
        <w:rPr>
          <w:rFonts w:eastAsia="Arial" w:cs="Times New Roman"/>
          <w:b/>
          <w:bCs/>
          <w:szCs w:val="24"/>
        </w:rPr>
        <w:t>SATULUI MERENI</w:t>
      </w:r>
      <w:r w:rsidRPr="00693F1B">
        <w:rPr>
          <w:rFonts w:eastAsia="Arial" w:cs="Times New Roman"/>
          <w:szCs w:val="24"/>
        </w:rPr>
        <w:t xml:space="preserve">. </w:t>
      </w:r>
      <w:proofErr w:type="spellStart"/>
      <w:r w:rsidRPr="00693F1B">
        <w:rPr>
          <w:rFonts w:eastAsia="Arial" w:cs="Times New Roman"/>
          <w:szCs w:val="24"/>
        </w:rPr>
        <w:t>Transferul</w:t>
      </w:r>
      <w:proofErr w:type="spellEnd"/>
      <w:r w:rsidRPr="00693F1B">
        <w:rPr>
          <w:rFonts w:eastAsia="Arial" w:cs="Times New Roman"/>
          <w:szCs w:val="24"/>
        </w:rPr>
        <w:t xml:space="preserve"> de date cu </w:t>
      </w:r>
      <w:proofErr w:type="spellStart"/>
      <w:r w:rsidRPr="00693F1B">
        <w:rPr>
          <w:rFonts w:eastAsia="Arial" w:cs="Times New Roman"/>
          <w:szCs w:val="24"/>
        </w:rPr>
        <w:t>caracter</w:t>
      </w:r>
      <w:proofErr w:type="spellEnd"/>
      <w:r w:rsidRPr="00693F1B">
        <w:rPr>
          <w:rFonts w:eastAsia="Arial" w:cs="Times New Roman"/>
          <w:szCs w:val="24"/>
        </w:rPr>
        <w:t xml:space="preserve"> personal </w:t>
      </w:r>
      <w:proofErr w:type="spellStart"/>
      <w:r w:rsidRPr="00693F1B">
        <w:rPr>
          <w:rFonts w:eastAsia="Arial" w:cs="Times New Roman"/>
          <w:szCs w:val="24"/>
        </w:rPr>
        <w:t>dintre</w:t>
      </w:r>
      <w:proofErr w:type="spellEnd"/>
      <w:r w:rsidRPr="00693F1B">
        <w:rPr>
          <w:rFonts w:eastAsia="Arial" w:cs="Times New Roman"/>
          <w:szCs w:val="24"/>
        </w:rPr>
        <w:t xml:space="preserve"> </w:t>
      </w:r>
      <w:proofErr w:type="spellStart"/>
      <w:r w:rsidRPr="00693F1B">
        <w:rPr>
          <w:rFonts w:eastAsia="Arial" w:cs="Times New Roman"/>
          <w:szCs w:val="24"/>
        </w:rPr>
        <w:t>persoana</w:t>
      </w:r>
      <w:proofErr w:type="spellEnd"/>
      <w:r w:rsidRPr="00693F1B">
        <w:rPr>
          <w:rFonts w:eastAsia="Arial" w:cs="Times New Roman"/>
          <w:szCs w:val="24"/>
        </w:rPr>
        <w:t xml:space="preserve"> </w:t>
      </w:r>
      <w:proofErr w:type="spellStart"/>
      <w:r w:rsidRPr="00693F1B">
        <w:rPr>
          <w:rFonts w:eastAsia="Arial" w:cs="Times New Roman"/>
          <w:szCs w:val="24"/>
        </w:rPr>
        <w:t>împuternicită</w:t>
      </w:r>
      <w:proofErr w:type="spellEnd"/>
      <w:r w:rsidRPr="00693F1B">
        <w:rPr>
          <w:rFonts w:eastAsia="Arial" w:cs="Times New Roman"/>
          <w:szCs w:val="24"/>
        </w:rPr>
        <w:t xml:space="preserve"> a </w:t>
      </w:r>
      <w:proofErr w:type="spellStart"/>
      <w:r w:rsidRPr="00693F1B">
        <w:rPr>
          <w:rFonts w:eastAsia="Arial" w:cs="Times New Roman"/>
          <w:b/>
          <w:bCs/>
          <w:szCs w:val="24"/>
        </w:rPr>
        <w:t>Primăriei</w:t>
      </w:r>
      <w:proofErr w:type="spellEnd"/>
      <w:r w:rsidRPr="00693F1B">
        <w:rPr>
          <w:rFonts w:eastAsia="Arial" w:cs="Times New Roman"/>
          <w:b/>
          <w:bCs/>
          <w:szCs w:val="24"/>
        </w:rPr>
        <w:t xml:space="preserve"> </w:t>
      </w:r>
      <w:r w:rsidRPr="00916751">
        <w:rPr>
          <w:rFonts w:eastAsia="Arial" w:cs="Times New Roman"/>
          <w:b/>
          <w:bCs/>
          <w:szCs w:val="24"/>
        </w:rPr>
        <w:t>SATULUI MERENI</w:t>
      </w:r>
      <w:r w:rsidRPr="00693F1B">
        <w:rPr>
          <w:rFonts w:eastAsia="Arial" w:cs="Times New Roman"/>
          <w:szCs w:val="24"/>
        </w:rPr>
        <w:t xml:space="preserve"> </w:t>
      </w:r>
      <w:proofErr w:type="spellStart"/>
      <w:r w:rsidRPr="00693F1B">
        <w:rPr>
          <w:rFonts w:eastAsia="Arial" w:cs="Times New Roman"/>
          <w:szCs w:val="24"/>
        </w:rPr>
        <w:t>și</w:t>
      </w:r>
      <w:proofErr w:type="spellEnd"/>
      <w:r w:rsidRPr="00693F1B">
        <w:rPr>
          <w:rFonts w:eastAsia="Arial" w:cs="Times New Roman"/>
          <w:szCs w:val="24"/>
        </w:rPr>
        <w:t xml:space="preserve"> un </w:t>
      </w:r>
      <w:proofErr w:type="spellStart"/>
      <w:r w:rsidRPr="00693F1B">
        <w:rPr>
          <w:rFonts w:eastAsia="Arial" w:cs="Times New Roman"/>
          <w:szCs w:val="24"/>
        </w:rPr>
        <w:t>destinatar</w:t>
      </w:r>
      <w:proofErr w:type="spellEnd"/>
      <w:r w:rsidRPr="00693F1B">
        <w:rPr>
          <w:rFonts w:eastAsia="Arial" w:cs="Times New Roman"/>
          <w:szCs w:val="24"/>
        </w:rPr>
        <w:t xml:space="preserve"> </w:t>
      </w:r>
      <w:proofErr w:type="spellStart"/>
      <w:r w:rsidRPr="00693F1B">
        <w:rPr>
          <w:rFonts w:eastAsia="Arial" w:cs="Times New Roman"/>
          <w:szCs w:val="24"/>
        </w:rPr>
        <w:t>sau</w:t>
      </w:r>
      <w:proofErr w:type="spellEnd"/>
      <w:r w:rsidRPr="00693F1B">
        <w:rPr>
          <w:rFonts w:eastAsia="Arial" w:cs="Times New Roman"/>
          <w:szCs w:val="24"/>
        </w:rPr>
        <w:t xml:space="preserve"> stat </w:t>
      </w:r>
      <w:proofErr w:type="spellStart"/>
      <w:r w:rsidRPr="00693F1B">
        <w:rPr>
          <w:rFonts w:eastAsia="Arial" w:cs="Times New Roman"/>
          <w:szCs w:val="24"/>
        </w:rPr>
        <w:t>terț</w:t>
      </w:r>
      <w:proofErr w:type="spellEnd"/>
      <w:r w:rsidRPr="00693F1B">
        <w:rPr>
          <w:rFonts w:eastAsia="Arial" w:cs="Times New Roman"/>
          <w:szCs w:val="24"/>
        </w:rPr>
        <w:t xml:space="preserve">, se </w:t>
      </w:r>
      <w:proofErr w:type="spellStart"/>
      <w:r w:rsidRPr="00693F1B">
        <w:rPr>
          <w:rFonts w:eastAsia="Arial" w:cs="Times New Roman"/>
          <w:szCs w:val="24"/>
        </w:rPr>
        <w:t>va</w:t>
      </w:r>
      <w:proofErr w:type="spellEnd"/>
      <w:r w:rsidRPr="00693F1B">
        <w:rPr>
          <w:rFonts w:eastAsia="Arial" w:cs="Times New Roman"/>
          <w:szCs w:val="24"/>
        </w:rPr>
        <w:t xml:space="preserve"> </w:t>
      </w:r>
      <w:proofErr w:type="spellStart"/>
      <w:r w:rsidRPr="00693F1B">
        <w:rPr>
          <w:rFonts w:eastAsia="Arial" w:cs="Times New Roman"/>
          <w:szCs w:val="24"/>
        </w:rPr>
        <w:t>realiza</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conformitate</w:t>
      </w:r>
      <w:proofErr w:type="spellEnd"/>
      <w:r w:rsidRPr="00693F1B">
        <w:rPr>
          <w:rFonts w:eastAsia="Arial" w:cs="Times New Roman"/>
          <w:szCs w:val="24"/>
        </w:rPr>
        <w:t xml:space="preserve"> cu </w:t>
      </w:r>
      <w:proofErr w:type="spellStart"/>
      <w:r w:rsidRPr="00693F1B">
        <w:rPr>
          <w:rFonts w:eastAsia="Arial" w:cs="Times New Roman"/>
          <w:szCs w:val="24"/>
        </w:rPr>
        <w:t>legislația</w:t>
      </w:r>
      <w:proofErr w:type="spellEnd"/>
      <w:r w:rsidRPr="00693F1B">
        <w:rPr>
          <w:rFonts w:eastAsia="Arial" w:cs="Times New Roman"/>
          <w:szCs w:val="24"/>
        </w:rPr>
        <w:t xml:space="preserve"> </w:t>
      </w:r>
      <w:proofErr w:type="spellStart"/>
      <w:r w:rsidRPr="00693F1B">
        <w:rPr>
          <w:rFonts w:eastAsia="Arial" w:cs="Times New Roman"/>
          <w:szCs w:val="24"/>
        </w:rPr>
        <w:t>aferentă</w:t>
      </w:r>
      <w:proofErr w:type="spellEnd"/>
      <w:r w:rsidRPr="00693F1B">
        <w:rPr>
          <w:rFonts w:eastAsia="Arial" w:cs="Times New Roman"/>
          <w:szCs w:val="24"/>
        </w:rPr>
        <w:t xml:space="preserve"> </w:t>
      </w:r>
      <w:proofErr w:type="spellStart"/>
      <w:r w:rsidRPr="00693F1B">
        <w:rPr>
          <w:rFonts w:eastAsia="Arial" w:cs="Times New Roman"/>
          <w:szCs w:val="24"/>
        </w:rPr>
        <w:t>și</w:t>
      </w:r>
      <w:proofErr w:type="spellEnd"/>
      <w:r w:rsidRPr="00693F1B">
        <w:rPr>
          <w:rFonts w:eastAsia="Arial" w:cs="Times New Roman"/>
          <w:szCs w:val="24"/>
        </w:rPr>
        <w:t xml:space="preserve"> </w:t>
      </w:r>
      <w:proofErr w:type="spellStart"/>
      <w:r w:rsidRPr="00693F1B">
        <w:rPr>
          <w:rFonts w:eastAsia="Arial" w:cs="Times New Roman"/>
          <w:szCs w:val="24"/>
        </w:rPr>
        <w:t>procedura</w:t>
      </w:r>
      <w:proofErr w:type="spellEnd"/>
      <w:r w:rsidRPr="00693F1B">
        <w:rPr>
          <w:rFonts w:eastAsia="Arial" w:cs="Times New Roman"/>
          <w:szCs w:val="24"/>
        </w:rPr>
        <w:t xml:space="preserve"> </w:t>
      </w:r>
      <w:proofErr w:type="spellStart"/>
      <w:r w:rsidRPr="00693F1B">
        <w:rPr>
          <w:rFonts w:eastAsia="Arial" w:cs="Times New Roman"/>
          <w:szCs w:val="24"/>
        </w:rPr>
        <w:t>transferului</w:t>
      </w:r>
      <w:proofErr w:type="spellEnd"/>
      <w:r w:rsidRPr="00693F1B">
        <w:rPr>
          <w:rFonts w:eastAsia="Arial" w:cs="Times New Roman"/>
          <w:szCs w:val="24"/>
        </w:rPr>
        <w:t xml:space="preserve"> de date ale </w:t>
      </w:r>
      <w:proofErr w:type="spellStart"/>
      <w:r w:rsidRPr="00693F1B">
        <w:rPr>
          <w:rFonts w:eastAsia="Arial" w:cs="Times New Roman"/>
          <w:szCs w:val="24"/>
        </w:rPr>
        <w:t>persoanei</w:t>
      </w:r>
      <w:proofErr w:type="spellEnd"/>
      <w:r w:rsidRPr="00693F1B">
        <w:rPr>
          <w:rFonts w:eastAsia="Arial" w:cs="Times New Roman"/>
          <w:szCs w:val="24"/>
        </w:rPr>
        <w:t xml:space="preserve"> </w:t>
      </w:r>
      <w:proofErr w:type="spellStart"/>
      <w:r w:rsidRPr="00693F1B">
        <w:rPr>
          <w:rFonts w:eastAsia="Arial" w:cs="Times New Roman"/>
          <w:szCs w:val="24"/>
        </w:rPr>
        <w:t>împuternicite</w:t>
      </w:r>
      <w:proofErr w:type="spellEnd"/>
      <w:r w:rsidRPr="00693F1B">
        <w:rPr>
          <w:rFonts w:eastAsia="Arial" w:cs="Times New Roman"/>
          <w:szCs w:val="24"/>
        </w:rPr>
        <w:t>.</w:t>
      </w:r>
    </w:p>
    <w:p w14:paraId="2BCAA0B6" w14:textId="77777777" w:rsidR="00EE7ED3" w:rsidRDefault="00000000" w:rsidP="002C700D">
      <w:pPr>
        <w:jc w:val="both"/>
        <w:rPr>
          <w:rFonts w:eastAsia="Arial" w:cs="Times New Roman"/>
          <w:szCs w:val="24"/>
        </w:rPr>
      </w:pPr>
      <w:r w:rsidRPr="00693F1B">
        <w:rPr>
          <w:rFonts w:eastAsia="Arial" w:cs="Times New Roman"/>
          <w:szCs w:val="24"/>
        </w:rPr>
        <w:t xml:space="preserve">5.3. </w:t>
      </w:r>
      <w:proofErr w:type="spellStart"/>
      <w:r w:rsidRPr="00693F1B">
        <w:rPr>
          <w:rFonts w:eastAsia="Arial" w:cs="Times New Roman"/>
          <w:szCs w:val="24"/>
        </w:rPr>
        <w:t>Responsabilul</w:t>
      </w:r>
      <w:proofErr w:type="spellEnd"/>
      <w:r w:rsidRPr="00693F1B">
        <w:rPr>
          <w:rFonts w:eastAsia="Arial" w:cs="Times New Roman"/>
          <w:szCs w:val="24"/>
        </w:rPr>
        <w:t xml:space="preserve"> </w:t>
      </w:r>
      <w:proofErr w:type="spellStart"/>
      <w:r w:rsidRPr="00693F1B">
        <w:rPr>
          <w:rFonts w:eastAsia="Arial" w:cs="Times New Roman"/>
          <w:szCs w:val="24"/>
        </w:rPr>
        <w:t>pentru</w:t>
      </w:r>
      <w:proofErr w:type="spellEnd"/>
      <w:r w:rsidRPr="00693F1B">
        <w:rPr>
          <w:rFonts w:eastAsia="Arial" w:cs="Times New Roman"/>
          <w:szCs w:val="24"/>
        </w:rPr>
        <w:t xml:space="preserve"> </w:t>
      </w:r>
      <w:proofErr w:type="spellStart"/>
      <w:r w:rsidRPr="00693F1B">
        <w:rPr>
          <w:rFonts w:eastAsia="Arial" w:cs="Times New Roman"/>
          <w:szCs w:val="24"/>
        </w:rPr>
        <w:t>protecția</w:t>
      </w:r>
      <w:proofErr w:type="spellEnd"/>
      <w:r w:rsidRPr="00693F1B">
        <w:rPr>
          <w:rFonts w:eastAsia="Arial" w:cs="Times New Roman"/>
          <w:szCs w:val="24"/>
        </w:rPr>
        <w:t xml:space="preserve"> </w:t>
      </w:r>
      <w:proofErr w:type="spellStart"/>
      <w:r w:rsidRPr="00693F1B">
        <w:rPr>
          <w:rFonts w:eastAsia="Arial" w:cs="Times New Roman"/>
          <w:szCs w:val="24"/>
        </w:rPr>
        <w:t>datelor</w:t>
      </w:r>
      <w:proofErr w:type="spellEnd"/>
      <w:r w:rsidRPr="00693F1B">
        <w:rPr>
          <w:rFonts w:eastAsia="Arial" w:cs="Times New Roman"/>
          <w:szCs w:val="24"/>
        </w:rPr>
        <w:t xml:space="preserve"> (DPO) </w:t>
      </w:r>
      <w:proofErr w:type="spellStart"/>
      <w:r w:rsidRPr="00693F1B">
        <w:rPr>
          <w:rFonts w:eastAsia="Arial" w:cs="Times New Roman"/>
          <w:szCs w:val="24"/>
        </w:rPr>
        <w:t>va</w:t>
      </w:r>
      <w:proofErr w:type="spellEnd"/>
      <w:r w:rsidRPr="00693F1B">
        <w:rPr>
          <w:rFonts w:eastAsia="Arial" w:cs="Times New Roman"/>
          <w:szCs w:val="24"/>
        </w:rPr>
        <w:t xml:space="preserve"> face </w:t>
      </w:r>
      <w:proofErr w:type="spellStart"/>
      <w:r w:rsidRPr="00693F1B">
        <w:rPr>
          <w:rFonts w:eastAsia="Arial" w:cs="Times New Roman"/>
          <w:szCs w:val="24"/>
        </w:rPr>
        <w:t>demersuri</w:t>
      </w:r>
      <w:proofErr w:type="spellEnd"/>
      <w:r w:rsidRPr="00693F1B">
        <w:rPr>
          <w:rFonts w:eastAsia="Arial" w:cs="Times New Roman"/>
          <w:szCs w:val="24"/>
        </w:rPr>
        <w:t xml:space="preserve"> de </w:t>
      </w:r>
      <w:proofErr w:type="gramStart"/>
      <w:r w:rsidRPr="00693F1B">
        <w:rPr>
          <w:rFonts w:eastAsia="Arial" w:cs="Times New Roman"/>
          <w:szCs w:val="24"/>
        </w:rPr>
        <w:t>a</w:t>
      </w:r>
      <w:proofErr w:type="gramEnd"/>
      <w:r w:rsidRPr="00693F1B">
        <w:rPr>
          <w:rFonts w:eastAsia="Arial" w:cs="Times New Roman"/>
          <w:szCs w:val="24"/>
        </w:rPr>
        <w:t xml:space="preserve"> </w:t>
      </w:r>
      <w:proofErr w:type="spellStart"/>
      <w:r w:rsidRPr="00693F1B">
        <w:rPr>
          <w:rFonts w:eastAsia="Arial" w:cs="Times New Roman"/>
          <w:szCs w:val="24"/>
        </w:rPr>
        <w:t>afla</w:t>
      </w:r>
      <w:proofErr w:type="spellEnd"/>
      <w:r w:rsidRPr="00693F1B">
        <w:rPr>
          <w:rFonts w:eastAsia="Arial" w:cs="Times New Roman"/>
          <w:szCs w:val="24"/>
        </w:rPr>
        <w:t xml:space="preserve"> </w:t>
      </w:r>
      <w:proofErr w:type="spellStart"/>
      <w:r w:rsidRPr="00693F1B">
        <w:rPr>
          <w:rFonts w:eastAsia="Arial" w:cs="Times New Roman"/>
          <w:szCs w:val="24"/>
        </w:rPr>
        <w:t>dacă</w:t>
      </w:r>
      <w:proofErr w:type="spellEnd"/>
      <w:r w:rsidRPr="00693F1B">
        <w:rPr>
          <w:rFonts w:eastAsia="Arial" w:cs="Times New Roman"/>
          <w:szCs w:val="24"/>
        </w:rPr>
        <w:t xml:space="preserve"> </w:t>
      </w:r>
      <w:proofErr w:type="spellStart"/>
      <w:r w:rsidRPr="00693F1B">
        <w:rPr>
          <w:rFonts w:eastAsia="Arial" w:cs="Times New Roman"/>
          <w:szCs w:val="24"/>
        </w:rPr>
        <w:t>persoana</w:t>
      </w:r>
      <w:proofErr w:type="spellEnd"/>
      <w:r w:rsidRPr="00693F1B">
        <w:rPr>
          <w:rFonts w:eastAsia="Arial" w:cs="Times New Roman"/>
          <w:szCs w:val="24"/>
        </w:rPr>
        <w:t xml:space="preserve"> </w:t>
      </w:r>
      <w:proofErr w:type="spellStart"/>
      <w:r w:rsidRPr="00693F1B">
        <w:rPr>
          <w:rFonts w:eastAsia="Arial" w:cs="Times New Roman"/>
          <w:szCs w:val="24"/>
        </w:rPr>
        <w:t>împuternicită</w:t>
      </w:r>
      <w:proofErr w:type="spellEnd"/>
      <w:r w:rsidRPr="00693F1B">
        <w:rPr>
          <w:rFonts w:eastAsia="Arial" w:cs="Times New Roman"/>
          <w:szCs w:val="24"/>
        </w:rPr>
        <w:t xml:space="preserve"> de operator/</w:t>
      </w:r>
      <w:proofErr w:type="spellStart"/>
      <w:r w:rsidRPr="00693F1B">
        <w:rPr>
          <w:rFonts w:eastAsia="Arial" w:cs="Times New Roman"/>
          <w:szCs w:val="24"/>
        </w:rPr>
        <w:t>operatorul</w:t>
      </w:r>
      <w:proofErr w:type="spellEnd"/>
      <w:r w:rsidRPr="00693F1B">
        <w:rPr>
          <w:rFonts w:eastAsia="Arial" w:cs="Times New Roman"/>
          <w:szCs w:val="24"/>
        </w:rPr>
        <w:t xml:space="preserve"> </w:t>
      </w:r>
      <w:proofErr w:type="spellStart"/>
      <w:r w:rsidRPr="00693F1B">
        <w:rPr>
          <w:rFonts w:eastAsia="Arial" w:cs="Times New Roman"/>
          <w:szCs w:val="24"/>
        </w:rPr>
        <w:t>asociat</w:t>
      </w:r>
      <w:proofErr w:type="spellEnd"/>
      <w:r w:rsidRPr="00693F1B">
        <w:rPr>
          <w:rFonts w:eastAsia="Arial" w:cs="Times New Roman"/>
          <w:szCs w:val="24"/>
        </w:rPr>
        <w:t xml:space="preserve"> </w:t>
      </w:r>
      <w:proofErr w:type="spellStart"/>
      <w:r w:rsidRPr="00693F1B">
        <w:rPr>
          <w:rFonts w:eastAsia="Arial" w:cs="Times New Roman"/>
          <w:szCs w:val="24"/>
        </w:rPr>
        <w:t>respectă</w:t>
      </w:r>
      <w:proofErr w:type="spellEnd"/>
      <w:r w:rsidRPr="00693F1B">
        <w:rPr>
          <w:rFonts w:eastAsia="Arial" w:cs="Times New Roman"/>
          <w:szCs w:val="24"/>
        </w:rPr>
        <w:t xml:space="preserve"> </w:t>
      </w:r>
      <w:proofErr w:type="spellStart"/>
      <w:r w:rsidRPr="00693F1B">
        <w:rPr>
          <w:rFonts w:eastAsia="Arial" w:cs="Times New Roman"/>
          <w:szCs w:val="24"/>
        </w:rPr>
        <w:t>și</w:t>
      </w:r>
      <w:proofErr w:type="spellEnd"/>
      <w:r w:rsidRPr="00693F1B">
        <w:rPr>
          <w:rFonts w:eastAsia="Arial" w:cs="Times New Roman"/>
          <w:szCs w:val="24"/>
        </w:rPr>
        <w:t xml:space="preserve"> se </w:t>
      </w:r>
      <w:proofErr w:type="spellStart"/>
      <w:r w:rsidRPr="00693F1B">
        <w:rPr>
          <w:rFonts w:eastAsia="Arial" w:cs="Times New Roman"/>
          <w:szCs w:val="24"/>
        </w:rPr>
        <w:t>conformează</w:t>
      </w:r>
      <w:proofErr w:type="spellEnd"/>
      <w:r w:rsidRPr="00693F1B">
        <w:rPr>
          <w:rFonts w:eastAsia="Arial" w:cs="Times New Roman"/>
          <w:szCs w:val="24"/>
        </w:rPr>
        <w:t xml:space="preserve"> </w:t>
      </w:r>
      <w:proofErr w:type="spellStart"/>
      <w:r w:rsidRPr="00693F1B">
        <w:rPr>
          <w:rFonts w:eastAsia="Arial" w:cs="Times New Roman"/>
          <w:szCs w:val="24"/>
        </w:rPr>
        <w:t>prevederilor</w:t>
      </w:r>
      <w:proofErr w:type="spellEnd"/>
      <w:r w:rsidRPr="00693F1B">
        <w:rPr>
          <w:rFonts w:eastAsia="Arial" w:cs="Times New Roman"/>
          <w:szCs w:val="24"/>
        </w:rPr>
        <w:t xml:space="preserve"> </w:t>
      </w:r>
      <w:proofErr w:type="spellStart"/>
      <w:r w:rsidRPr="00693F1B">
        <w:rPr>
          <w:rFonts w:eastAsia="Arial" w:cs="Times New Roman"/>
          <w:szCs w:val="24"/>
        </w:rPr>
        <w:t>legislației</w:t>
      </w:r>
      <w:proofErr w:type="spellEnd"/>
      <w:r w:rsidRPr="00693F1B">
        <w:rPr>
          <w:rFonts w:eastAsia="Arial" w:cs="Times New Roman"/>
          <w:szCs w:val="24"/>
        </w:rPr>
        <w:t xml:space="preserve"> </w:t>
      </w:r>
      <w:proofErr w:type="spellStart"/>
      <w:r w:rsidRPr="00693F1B">
        <w:rPr>
          <w:rFonts w:eastAsia="Arial" w:cs="Times New Roman"/>
          <w:szCs w:val="24"/>
        </w:rPr>
        <w:t>aferente</w:t>
      </w:r>
      <w:proofErr w:type="spellEnd"/>
      <w:r w:rsidRPr="00693F1B">
        <w:rPr>
          <w:rFonts w:eastAsia="Arial" w:cs="Times New Roman"/>
          <w:szCs w:val="24"/>
        </w:rPr>
        <w:t xml:space="preserve"> </w:t>
      </w:r>
      <w:proofErr w:type="spellStart"/>
      <w:r w:rsidRPr="00693F1B">
        <w:rPr>
          <w:rFonts w:eastAsia="Arial" w:cs="Times New Roman"/>
          <w:szCs w:val="24"/>
        </w:rPr>
        <w:t>protecției</w:t>
      </w:r>
      <w:proofErr w:type="spellEnd"/>
      <w:r w:rsidRPr="00693F1B">
        <w:rPr>
          <w:rFonts w:eastAsia="Arial" w:cs="Times New Roman"/>
          <w:szCs w:val="24"/>
        </w:rPr>
        <w:t xml:space="preserve"> </w:t>
      </w:r>
      <w:proofErr w:type="spellStart"/>
      <w:r w:rsidRPr="00693F1B">
        <w:rPr>
          <w:rFonts w:eastAsia="Arial" w:cs="Times New Roman"/>
          <w:szCs w:val="24"/>
        </w:rPr>
        <w:t>datelor</w:t>
      </w:r>
      <w:proofErr w:type="spellEnd"/>
      <w:r w:rsidRPr="00693F1B">
        <w:rPr>
          <w:rFonts w:eastAsia="Arial" w:cs="Times New Roman"/>
          <w:szCs w:val="24"/>
        </w:rPr>
        <w:t xml:space="preserve"> cu </w:t>
      </w:r>
      <w:proofErr w:type="spellStart"/>
      <w:r w:rsidRPr="00693F1B">
        <w:rPr>
          <w:rFonts w:eastAsia="Arial" w:cs="Times New Roman"/>
          <w:szCs w:val="24"/>
        </w:rPr>
        <w:t>caracter</w:t>
      </w:r>
      <w:proofErr w:type="spellEnd"/>
      <w:r w:rsidRPr="00693F1B">
        <w:rPr>
          <w:rFonts w:eastAsia="Arial" w:cs="Times New Roman"/>
          <w:szCs w:val="24"/>
        </w:rPr>
        <w:t xml:space="preserve"> personal. De </w:t>
      </w:r>
      <w:proofErr w:type="spellStart"/>
      <w:r w:rsidRPr="00693F1B">
        <w:rPr>
          <w:rFonts w:eastAsia="Arial" w:cs="Times New Roman"/>
          <w:szCs w:val="24"/>
        </w:rPr>
        <w:t>asemenea</w:t>
      </w:r>
      <w:proofErr w:type="spellEnd"/>
      <w:r w:rsidRPr="00693F1B">
        <w:rPr>
          <w:rFonts w:eastAsia="Arial" w:cs="Times New Roman"/>
          <w:szCs w:val="24"/>
        </w:rPr>
        <w:t xml:space="preserve">, </w:t>
      </w:r>
      <w:proofErr w:type="spellStart"/>
      <w:r w:rsidRPr="00693F1B">
        <w:rPr>
          <w:rFonts w:eastAsia="Arial" w:cs="Times New Roman"/>
          <w:szCs w:val="24"/>
        </w:rPr>
        <w:t>Responsabilul</w:t>
      </w:r>
      <w:proofErr w:type="spellEnd"/>
      <w:r w:rsidRPr="00693F1B">
        <w:rPr>
          <w:rFonts w:eastAsia="Arial" w:cs="Times New Roman"/>
          <w:szCs w:val="24"/>
        </w:rPr>
        <w:t xml:space="preserve"> </w:t>
      </w:r>
      <w:proofErr w:type="spellStart"/>
      <w:r w:rsidRPr="00693F1B">
        <w:rPr>
          <w:rFonts w:eastAsia="Arial" w:cs="Times New Roman"/>
          <w:szCs w:val="24"/>
        </w:rPr>
        <w:t>pentru</w:t>
      </w:r>
      <w:proofErr w:type="spellEnd"/>
      <w:r w:rsidRPr="00693F1B">
        <w:rPr>
          <w:rFonts w:eastAsia="Arial" w:cs="Times New Roman"/>
          <w:szCs w:val="24"/>
        </w:rPr>
        <w:t xml:space="preserve"> </w:t>
      </w:r>
      <w:proofErr w:type="spellStart"/>
      <w:r w:rsidRPr="00693F1B">
        <w:rPr>
          <w:rFonts w:eastAsia="Arial" w:cs="Times New Roman"/>
          <w:szCs w:val="24"/>
        </w:rPr>
        <w:t>protecția</w:t>
      </w:r>
      <w:proofErr w:type="spellEnd"/>
      <w:r w:rsidRPr="00693F1B">
        <w:rPr>
          <w:rFonts w:eastAsia="Arial" w:cs="Times New Roman"/>
          <w:szCs w:val="24"/>
        </w:rPr>
        <w:t xml:space="preserve"> </w:t>
      </w:r>
      <w:proofErr w:type="spellStart"/>
      <w:r w:rsidRPr="00693F1B">
        <w:rPr>
          <w:rFonts w:eastAsia="Arial" w:cs="Times New Roman"/>
          <w:szCs w:val="24"/>
        </w:rPr>
        <w:t>datelor</w:t>
      </w:r>
      <w:proofErr w:type="spellEnd"/>
      <w:r w:rsidRPr="00693F1B">
        <w:rPr>
          <w:rFonts w:eastAsia="Arial" w:cs="Times New Roman"/>
          <w:szCs w:val="24"/>
        </w:rPr>
        <w:t xml:space="preserve"> </w:t>
      </w:r>
      <w:proofErr w:type="spellStart"/>
      <w:r w:rsidRPr="00693F1B">
        <w:rPr>
          <w:rFonts w:eastAsia="Arial" w:cs="Times New Roman"/>
          <w:szCs w:val="24"/>
        </w:rPr>
        <w:t>ar</w:t>
      </w:r>
      <w:proofErr w:type="spellEnd"/>
      <w:r w:rsidRPr="00693F1B">
        <w:rPr>
          <w:rFonts w:eastAsia="Arial" w:cs="Times New Roman"/>
          <w:szCs w:val="24"/>
        </w:rPr>
        <w:t xml:space="preserve"> </w:t>
      </w:r>
      <w:proofErr w:type="spellStart"/>
      <w:r w:rsidRPr="00693F1B">
        <w:rPr>
          <w:rFonts w:eastAsia="Arial" w:cs="Times New Roman"/>
          <w:szCs w:val="24"/>
        </w:rPr>
        <w:t>trebui</w:t>
      </w:r>
      <w:proofErr w:type="spellEnd"/>
      <w:r w:rsidRPr="00693F1B">
        <w:rPr>
          <w:rFonts w:eastAsia="Arial" w:cs="Times New Roman"/>
          <w:szCs w:val="24"/>
        </w:rPr>
        <w:t xml:space="preserve"> </w:t>
      </w:r>
      <w:proofErr w:type="spellStart"/>
      <w:r w:rsidRPr="00693F1B">
        <w:rPr>
          <w:rFonts w:eastAsia="Arial" w:cs="Times New Roman"/>
          <w:szCs w:val="24"/>
        </w:rPr>
        <w:t>să</w:t>
      </w:r>
      <w:proofErr w:type="spellEnd"/>
      <w:r w:rsidRPr="00693F1B">
        <w:rPr>
          <w:rFonts w:eastAsia="Arial" w:cs="Times New Roman"/>
          <w:szCs w:val="24"/>
        </w:rPr>
        <w:t xml:space="preserve"> se </w:t>
      </w:r>
      <w:proofErr w:type="spellStart"/>
      <w:r w:rsidRPr="00693F1B">
        <w:rPr>
          <w:rFonts w:eastAsia="Arial" w:cs="Times New Roman"/>
          <w:szCs w:val="24"/>
        </w:rPr>
        <w:t>asigure</w:t>
      </w:r>
      <w:proofErr w:type="spellEnd"/>
      <w:r w:rsidRPr="00693F1B">
        <w:rPr>
          <w:rFonts w:eastAsia="Arial" w:cs="Times New Roman"/>
          <w:szCs w:val="24"/>
        </w:rPr>
        <w:t xml:space="preserve"> </w:t>
      </w:r>
      <w:proofErr w:type="spellStart"/>
      <w:r w:rsidRPr="00693F1B">
        <w:rPr>
          <w:rFonts w:eastAsia="Arial" w:cs="Times New Roman"/>
          <w:szCs w:val="24"/>
        </w:rPr>
        <w:t>că</w:t>
      </w:r>
      <w:proofErr w:type="spellEnd"/>
      <w:r w:rsidRPr="00693F1B">
        <w:rPr>
          <w:rFonts w:eastAsia="Arial" w:cs="Times New Roman"/>
          <w:szCs w:val="24"/>
        </w:rPr>
        <w:t xml:space="preserve"> </w:t>
      </w:r>
      <w:proofErr w:type="spellStart"/>
      <w:r w:rsidRPr="00693F1B">
        <w:rPr>
          <w:rFonts w:eastAsia="Arial" w:cs="Times New Roman"/>
          <w:szCs w:val="24"/>
        </w:rPr>
        <w:t>există</w:t>
      </w:r>
      <w:proofErr w:type="spellEnd"/>
      <w:r w:rsidRPr="00693F1B">
        <w:rPr>
          <w:rFonts w:eastAsia="Arial" w:cs="Times New Roman"/>
          <w:szCs w:val="24"/>
        </w:rPr>
        <w:t xml:space="preserve"> </w:t>
      </w:r>
      <w:proofErr w:type="spellStart"/>
      <w:r w:rsidRPr="00693F1B">
        <w:rPr>
          <w:rFonts w:eastAsia="Arial" w:cs="Times New Roman"/>
          <w:szCs w:val="24"/>
        </w:rPr>
        <w:t>drepturi</w:t>
      </w:r>
      <w:proofErr w:type="spellEnd"/>
      <w:r w:rsidRPr="00693F1B">
        <w:rPr>
          <w:rFonts w:eastAsia="Arial" w:cs="Times New Roman"/>
          <w:szCs w:val="24"/>
        </w:rPr>
        <w:t xml:space="preserve"> </w:t>
      </w:r>
      <w:proofErr w:type="spellStart"/>
      <w:r w:rsidRPr="00693F1B">
        <w:rPr>
          <w:rFonts w:eastAsia="Arial" w:cs="Times New Roman"/>
          <w:szCs w:val="24"/>
        </w:rPr>
        <w:t>opozabile</w:t>
      </w:r>
      <w:proofErr w:type="spellEnd"/>
      <w:r w:rsidRPr="00693F1B">
        <w:rPr>
          <w:rFonts w:eastAsia="Arial" w:cs="Times New Roman"/>
          <w:szCs w:val="24"/>
        </w:rPr>
        <w:t xml:space="preserve"> </w:t>
      </w:r>
      <w:proofErr w:type="spellStart"/>
      <w:r w:rsidRPr="00693F1B">
        <w:rPr>
          <w:rFonts w:eastAsia="Arial" w:cs="Times New Roman"/>
          <w:szCs w:val="24"/>
        </w:rPr>
        <w:t>și</w:t>
      </w:r>
      <w:proofErr w:type="spellEnd"/>
      <w:r w:rsidRPr="00693F1B">
        <w:rPr>
          <w:rFonts w:eastAsia="Arial" w:cs="Times New Roman"/>
          <w:szCs w:val="24"/>
        </w:rPr>
        <w:t xml:space="preserve"> </w:t>
      </w:r>
      <w:proofErr w:type="spellStart"/>
      <w:r w:rsidRPr="00693F1B">
        <w:rPr>
          <w:rFonts w:eastAsia="Arial" w:cs="Times New Roman"/>
          <w:szCs w:val="24"/>
        </w:rPr>
        <w:t>căi</w:t>
      </w:r>
      <w:proofErr w:type="spellEnd"/>
      <w:r w:rsidRPr="00693F1B">
        <w:rPr>
          <w:rFonts w:eastAsia="Arial" w:cs="Times New Roman"/>
          <w:szCs w:val="24"/>
        </w:rPr>
        <w:t xml:space="preserve"> de </w:t>
      </w:r>
      <w:proofErr w:type="spellStart"/>
      <w:r w:rsidRPr="00693F1B">
        <w:rPr>
          <w:rFonts w:eastAsia="Arial" w:cs="Times New Roman"/>
          <w:szCs w:val="24"/>
        </w:rPr>
        <w:t>atac</w:t>
      </w:r>
      <w:proofErr w:type="spellEnd"/>
      <w:r w:rsidRPr="00693F1B">
        <w:rPr>
          <w:rFonts w:eastAsia="Arial" w:cs="Times New Roman"/>
          <w:szCs w:val="24"/>
        </w:rPr>
        <w:t xml:space="preserve"> </w:t>
      </w:r>
      <w:proofErr w:type="spellStart"/>
      <w:r w:rsidRPr="00693F1B">
        <w:rPr>
          <w:rFonts w:eastAsia="Arial" w:cs="Times New Roman"/>
          <w:szCs w:val="24"/>
        </w:rPr>
        <w:t>eficiente</w:t>
      </w:r>
      <w:proofErr w:type="spellEnd"/>
      <w:r w:rsidRPr="00693F1B">
        <w:rPr>
          <w:rFonts w:eastAsia="Arial" w:cs="Times New Roman"/>
          <w:szCs w:val="24"/>
        </w:rPr>
        <w:t xml:space="preserve"> </w:t>
      </w:r>
      <w:proofErr w:type="spellStart"/>
      <w:r w:rsidRPr="00693F1B">
        <w:rPr>
          <w:rFonts w:eastAsia="Arial" w:cs="Times New Roman"/>
          <w:szCs w:val="24"/>
        </w:rPr>
        <w:t>pentru</w:t>
      </w:r>
      <w:proofErr w:type="spellEnd"/>
      <w:r w:rsidRPr="00693F1B">
        <w:rPr>
          <w:rFonts w:eastAsia="Arial" w:cs="Times New Roman"/>
          <w:szCs w:val="24"/>
        </w:rPr>
        <w:t xml:space="preserve"> </w:t>
      </w:r>
      <w:proofErr w:type="spellStart"/>
      <w:r w:rsidRPr="00693F1B">
        <w:rPr>
          <w:rFonts w:eastAsia="Arial" w:cs="Times New Roman"/>
          <w:szCs w:val="24"/>
        </w:rPr>
        <w:t>persoanele</w:t>
      </w:r>
      <w:proofErr w:type="spellEnd"/>
      <w:r w:rsidRPr="00693F1B">
        <w:rPr>
          <w:rFonts w:eastAsia="Arial" w:cs="Times New Roman"/>
          <w:szCs w:val="24"/>
        </w:rPr>
        <w:t xml:space="preserve"> </w:t>
      </w:r>
      <w:proofErr w:type="spellStart"/>
      <w:r w:rsidRPr="00693F1B">
        <w:rPr>
          <w:rFonts w:eastAsia="Arial" w:cs="Times New Roman"/>
          <w:szCs w:val="24"/>
        </w:rPr>
        <w:t>vizate</w:t>
      </w:r>
      <w:proofErr w:type="spellEnd"/>
      <w:r w:rsidRPr="00693F1B">
        <w:rPr>
          <w:rFonts w:eastAsia="Arial" w:cs="Times New Roman"/>
          <w:szCs w:val="24"/>
        </w:rPr>
        <w:t>.</w:t>
      </w:r>
    </w:p>
    <w:p w14:paraId="17842AC1" w14:textId="77777777" w:rsidR="00EE7ED3" w:rsidRPr="007F55FB" w:rsidRDefault="00000000" w:rsidP="002C700D">
      <w:pPr>
        <w:jc w:val="both"/>
        <w:rPr>
          <w:rFonts w:eastAsia="Arial" w:cs="Times New Roman"/>
          <w:szCs w:val="24"/>
        </w:rPr>
      </w:pPr>
      <w:r w:rsidRPr="00693F1B">
        <w:rPr>
          <w:rFonts w:eastAsia="Arial" w:cs="Times New Roman"/>
          <w:szCs w:val="24"/>
        </w:rPr>
        <w:t xml:space="preserve">5.4.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cazul</w:t>
      </w:r>
      <w:proofErr w:type="spellEnd"/>
      <w:r w:rsidRPr="00693F1B">
        <w:rPr>
          <w:rFonts w:eastAsia="Arial" w:cs="Times New Roman"/>
          <w:szCs w:val="24"/>
        </w:rPr>
        <w:t xml:space="preserve"> </w:t>
      </w:r>
      <w:proofErr w:type="spellStart"/>
      <w:r w:rsidRPr="00693F1B">
        <w:rPr>
          <w:rFonts w:eastAsia="Arial" w:cs="Times New Roman"/>
          <w:szCs w:val="24"/>
        </w:rPr>
        <w:t>unui</w:t>
      </w:r>
      <w:proofErr w:type="spellEnd"/>
      <w:r w:rsidRPr="00693F1B">
        <w:rPr>
          <w:rFonts w:eastAsia="Arial" w:cs="Times New Roman"/>
          <w:szCs w:val="24"/>
        </w:rPr>
        <w:t xml:space="preserve"> incident de </w:t>
      </w:r>
      <w:proofErr w:type="spellStart"/>
      <w:r w:rsidRPr="00693F1B">
        <w:rPr>
          <w:rFonts w:eastAsia="Arial" w:cs="Times New Roman"/>
          <w:szCs w:val="24"/>
        </w:rPr>
        <w:t>securitate</w:t>
      </w:r>
      <w:proofErr w:type="spellEnd"/>
      <w:r w:rsidRPr="00693F1B">
        <w:rPr>
          <w:rFonts w:eastAsia="Arial" w:cs="Times New Roman"/>
          <w:szCs w:val="24"/>
        </w:rPr>
        <w:t xml:space="preserve"> al </w:t>
      </w:r>
      <w:proofErr w:type="spellStart"/>
      <w:r w:rsidRPr="00693F1B">
        <w:rPr>
          <w:rFonts w:eastAsia="Arial" w:cs="Times New Roman"/>
          <w:szCs w:val="24"/>
        </w:rPr>
        <w:t>persoanei</w:t>
      </w:r>
      <w:proofErr w:type="spellEnd"/>
      <w:r w:rsidRPr="00693F1B">
        <w:rPr>
          <w:rFonts w:eastAsia="Arial" w:cs="Times New Roman"/>
          <w:szCs w:val="24"/>
        </w:rPr>
        <w:t xml:space="preserve"> </w:t>
      </w:r>
      <w:proofErr w:type="spellStart"/>
      <w:r w:rsidRPr="00693F1B">
        <w:rPr>
          <w:rFonts w:eastAsia="Arial" w:cs="Times New Roman"/>
          <w:szCs w:val="24"/>
        </w:rPr>
        <w:t>împuternicite</w:t>
      </w:r>
      <w:proofErr w:type="spellEnd"/>
      <w:r w:rsidRPr="00693F1B">
        <w:rPr>
          <w:rFonts w:eastAsia="Arial" w:cs="Times New Roman"/>
          <w:szCs w:val="24"/>
        </w:rPr>
        <w:t xml:space="preserve">, </w:t>
      </w:r>
      <w:proofErr w:type="spellStart"/>
      <w:r w:rsidRPr="00693F1B">
        <w:rPr>
          <w:rFonts w:eastAsia="Arial" w:cs="Times New Roman"/>
          <w:szCs w:val="24"/>
        </w:rPr>
        <w:t>aceasta</w:t>
      </w:r>
      <w:proofErr w:type="spellEnd"/>
      <w:r w:rsidRPr="00693F1B">
        <w:rPr>
          <w:rFonts w:eastAsia="Arial" w:cs="Times New Roman"/>
          <w:szCs w:val="24"/>
        </w:rPr>
        <w:t xml:space="preserve"> </w:t>
      </w:r>
      <w:proofErr w:type="spellStart"/>
      <w:r w:rsidRPr="00693F1B">
        <w:rPr>
          <w:rFonts w:eastAsia="Arial" w:cs="Times New Roman"/>
          <w:szCs w:val="24"/>
        </w:rPr>
        <w:t>va</w:t>
      </w:r>
      <w:proofErr w:type="spellEnd"/>
      <w:r w:rsidRPr="00693F1B">
        <w:rPr>
          <w:rFonts w:eastAsia="Arial" w:cs="Times New Roman"/>
          <w:szCs w:val="24"/>
        </w:rPr>
        <w:t xml:space="preserve"> </w:t>
      </w:r>
      <w:proofErr w:type="spellStart"/>
      <w:r w:rsidRPr="00693F1B">
        <w:rPr>
          <w:rFonts w:eastAsia="Arial" w:cs="Times New Roman"/>
          <w:szCs w:val="24"/>
        </w:rPr>
        <w:t>sesiza</w:t>
      </w:r>
      <w:proofErr w:type="spellEnd"/>
      <w:r w:rsidRPr="00693F1B">
        <w:rPr>
          <w:rFonts w:eastAsia="Arial" w:cs="Times New Roman"/>
          <w:szCs w:val="24"/>
        </w:rPr>
        <w:t xml:space="preserve"> </w:t>
      </w:r>
      <w:proofErr w:type="spellStart"/>
      <w:r w:rsidRPr="00693F1B">
        <w:rPr>
          <w:rFonts w:eastAsia="Arial" w:cs="Times New Roman"/>
          <w:szCs w:val="24"/>
        </w:rPr>
        <w:t>imediat</w:t>
      </w:r>
      <w:proofErr w:type="spellEnd"/>
      <w:r w:rsidRPr="00693F1B">
        <w:rPr>
          <w:rFonts w:eastAsia="Arial" w:cs="Times New Roman"/>
          <w:szCs w:val="24"/>
        </w:rPr>
        <w:t xml:space="preserve"> </w:t>
      </w:r>
      <w:proofErr w:type="spellStart"/>
      <w:r w:rsidRPr="00693F1B">
        <w:rPr>
          <w:rFonts w:eastAsia="Arial" w:cs="Times New Roman"/>
          <w:szCs w:val="24"/>
        </w:rPr>
        <w:t>Responsabilul</w:t>
      </w:r>
      <w:proofErr w:type="spellEnd"/>
      <w:r w:rsidRPr="00693F1B">
        <w:rPr>
          <w:rFonts w:eastAsia="Arial" w:cs="Times New Roman"/>
          <w:szCs w:val="24"/>
        </w:rPr>
        <w:t xml:space="preserve"> </w:t>
      </w:r>
      <w:proofErr w:type="spellStart"/>
      <w:r w:rsidRPr="00693F1B">
        <w:rPr>
          <w:rFonts w:eastAsia="Arial" w:cs="Times New Roman"/>
          <w:szCs w:val="24"/>
        </w:rPr>
        <w:t>pentru</w:t>
      </w:r>
      <w:proofErr w:type="spellEnd"/>
      <w:r w:rsidRPr="00693F1B">
        <w:rPr>
          <w:rFonts w:eastAsia="Arial" w:cs="Times New Roman"/>
          <w:szCs w:val="24"/>
        </w:rPr>
        <w:t xml:space="preserve"> </w:t>
      </w:r>
      <w:proofErr w:type="spellStart"/>
      <w:r w:rsidRPr="00693F1B">
        <w:rPr>
          <w:rFonts w:eastAsia="Arial" w:cs="Times New Roman"/>
          <w:szCs w:val="24"/>
        </w:rPr>
        <w:t>Protecția</w:t>
      </w:r>
      <w:proofErr w:type="spellEnd"/>
      <w:r w:rsidRPr="00693F1B">
        <w:rPr>
          <w:rFonts w:eastAsia="Arial" w:cs="Times New Roman"/>
          <w:szCs w:val="24"/>
        </w:rPr>
        <w:t xml:space="preserve"> </w:t>
      </w:r>
      <w:proofErr w:type="spellStart"/>
      <w:r w:rsidRPr="00693F1B">
        <w:rPr>
          <w:rFonts w:eastAsia="Arial" w:cs="Times New Roman"/>
          <w:szCs w:val="24"/>
        </w:rPr>
        <w:t>Datelor</w:t>
      </w:r>
      <w:proofErr w:type="spellEnd"/>
      <w:r w:rsidRPr="00693F1B">
        <w:rPr>
          <w:rFonts w:eastAsia="Arial" w:cs="Times New Roman"/>
          <w:szCs w:val="24"/>
        </w:rPr>
        <w:t xml:space="preserve"> (DPO) </w:t>
      </w:r>
      <w:proofErr w:type="spellStart"/>
      <w:r w:rsidRPr="00693F1B">
        <w:rPr>
          <w:rFonts w:eastAsia="Arial" w:cs="Times New Roman"/>
          <w:szCs w:val="24"/>
        </w:rPr>
        <w:t>și</w:t>
      </w:r>
      <w:proofErr w:type="spellEnd"/>
      <w:r w:rsidRPr="00693F1B">
        <w:rPr>
          <w:rFonts w:eastAsia="Arial" w:cs="Times New Roman"/>
          <w:szCs w:val="24"/>
        </w:rPr>
        <w:t xml:space="preserve"> </w:t>
      </w:r>
      <w:proofErr w:type="spellStart"/>
      <w:r w:rsidRPr="00693F1B">
        <w:rPr>
          <w:rFonts w:eastAsia="Arial" w:cs="Times New Roman"/>
          <w:szCs w:val="24"/>
        </w:rPr>
        <w:t>Specialistul</w:t>
      </w:r>
      <w:proofErr w:type="spellEnd"/>
      <w:r w:rsidRPr="00693F1B">
        <w:rPr>
          <w:rFonts w:eastAsia="Arial" w:cs="Times New Roman"/>
          <w:szCs w:val="24"/>
        </w:rPr>
        <w:t xml:space="preserve"> IT/de </w:t>
      </w:r>
      <w:proofErr w:type="spellStart"/>
      <w:r w:rsidRPr="00693F1B">
        <w:rPr>
          <w:rFonts w:eastAsia="Arial" w:cs="Times New Roman"/>
          <w:szCs w:val="24"/>
        </w:rPr>
        <w:t>rețea</w:t>
      </w:r>
      <w:proofErr w:type="spellEnd"/>
      <w:r w:rsidRPr="00693F1B">
        <w:rPr>
          <w:rFonts w:eastAsia="Arial" w:cs="Times New Roman"/>
          <w:szCs w:val="24"/>
        </w:rPr>
        <w:t xml:space="preserve"> al </w:t>
      </w:r>
      <w:proofErr w:type="spellStart"/>
      <w:r w:rsidRPr="00693F1B">
        <w:rPr>
          <w:rFonts w:eastAsia="Arial" w:cs="Times New Roman"/>
          <w:szCs w:val="24"/>
        </w:rPr>
        <w:t>instituției</w:t>
      </w:r>
      <w:proofErr w:type="spellEnd"/>
      <w:r w:rsidRPr="00693F1B">
        <w:rPr>
          <w:rFonts w:eastAsia="Arial" w:cs="Times New Roman"/>
          <w:szCs w:val="24"/>
        </w:rPr>
        <w:t xml:space="preserve">, care </w:t>
      </w:r>
      <w:proofErr w:type="spellStart"/>
      <w:r w:rsidRPr="00693F1B">
        <w:rPr>
          <w:rFonts w:eastAsia="Arial" w:cs="Times New Roman"/>
          <w:szCs w:val="24"/>
        </w:rPr>
        <w:t>vor</w:t>
      </w:r>
      <w:proofErr w:type="spellEnd"/>
      <w:r w:rsidRPr="00693F1B">
        <w:rPr>
          <w:rFonts w:eastAsia="Arial" w:cs="Times New Roman"/>
          <w:szCs w:val="24"/>
        </w:rPr>
        <w:t xml:space="preserve"> </w:t>
      </w:r>
      <w:proofErr w:type="spellStart"/>
      <w:r w:rsidRPr="00693F1B">
        <w:rPr>
          <w:rFonts w:eastAsia="Arial" w:cs="Times New Roman"/>
          <w:szCs w:val="24"/>
        </w:rPr>
        <w:t>lua</w:t>
      </w:r>
      <w:proofErr w:type="spellEnd"/>
      <w:r w:rsidRPr="00693F1B">
        <w:rPr>
          <w:rFonts w:eastAsia="Arial" w:cs="Times New Roman"/>
          <w:szCs w:val="24"/>
        </w:rPr>
        <w:t xml:space="preserve"> de </w:t>
      </w:r>
      <w:proofErr w:type="spellStart"/>
      <w:r w:rsidRPr="00693F1B">
        <w:rPr>
          <w:rFonts w:eastAsia="Arial" w:cs="Times New Roman"/>
          <w:szCs w:val="24"/>
        </w:rPr>
        <w:t>îndată</w:t>
      </w:r>
      <w:proofErr w:type="spellEnd"/>
      <w:r w:rsidRPr="00693F1B">
        <w:rPr>
          <w:rFonts w:eastAsia="Arial" w:cs="Times New Roman"/>
          <w:szCs w:val="24"/>
        </w:rPr>
        <w:t xml:space="preserve"> </w:t>
      </w:r>
      <w:proofErr w:type="spellStart"/>
      <w:r w:rsidRPr="00693F1B">
        <w:rPr>
          <w:rFonts w:eastAsia="Arial" w:cs="Times New Roman"/>
          <w:szCs w:val="24"/>
        </w:rPr>
        <w:t>și</w:t>
      </w:r>
      <w:proofErr w:type="spellEnd"/>
      <w:r w:rsidRPr="00693F1B">
        <w:rPr>
          <w:rFonts w:eastAsia="Arial" w:cs="Times New Roman"/>
          <w:szCs w:val="24"/>
        </w:rPr>
        <w:t xml:space="preserve"> </w:t>
      </w:r>
      <w:proofErr w:type="spellStart"/>
      <w:r w:rsidRPr="00693F1B">
        <w:rPr>
          <w:rFonts w:eastAsia="Arial" w:cs="Times New Roman"/>
          <w:szCs w:val="24"/>
        </w:rPr>
        <w:t>cât</w:t>
      </w:r>
      <w:proofErr w:type="spellEnd"/>
      <w:r w:rsidRPr="00693F1B">
        <w:rPr>
          <w:rFonts w:eastAsia="Arial" w:cs="Times New Roman"/>
          <w:szCs w:val="24"/>
        </w:rPr>
        <w:t xml:space="preserve"> </w:t>
      </w:r>
      <w:proofErr w:type="spellStart"/>
      <w:r w:rsidRPr="00693F1B">
        <w:rPr>
          <w:rFonts w:eastAsia="Arial" w:cs="Times New Roman"/>
          <w:szCs w:val="24"/>
        </w:rPr>
        <w:t>mai</w:t>
      </w:r>
      <w:proofErr w:type="spellEnd"/>
      <w:r w:rsidRPr="00693F1B">
        <w:rPr>
          <w:rFonts w:eastAsia="Arial" w:cs="Times New Roman"/>
          <w:szCs w:val="24"/>
        </w:rPr>
        <w:t xml:space="preserve"> </w:t>
      </w:r>
      <w:proofErr w:type="spellStart"/>
      <w:r w:rsidRPr="00693F1B">
        <w:rPr>
          <w:rFonts w:eastAsia="Arial" w:cs="Times New Roman"/>
          <w:szCs w:val="24"/>
        </w:rPr>
        <w:t>repede</w:t>
      </w:r>
      <w:proofErr w:type="spellEnd"/>
      <w:r w:rsidRPr="00693F1B">
        <w:rPr>
          <w:rFonts w:eastAsia="Arial" w:cs="Times New Roman"/>
          <w:szCs w:val="24"/>
        </w:rPr>
        <w:t xml:space="preserve"> cu </w:t>
      </w:r>
      <w:proofErr w:type="spellStart"/>
      <w:r w:rsidRPr="00693F1B">
        <w:rPr>
          <w:rFonts w:eastAsia="Arial" w:cs="Times New Roman"/>
          <w:szCs w:val="24"/>
        </w:rPr>
        <w:t>putință</w:t>
      </w:r>
      <w:proofErr w:type="spellEnd"/>
      <w:r w:rsidRPr="00693F1B">
        <w:rPr>
          <w:rFonts w:eastAsia="Arial" w:cs="Times New Roman"/>
          <w:szCs w:val="24"/>
        </w:rPr>
        <w:t xml:space="preserve"> </w:t>
      </w:r>
      <w:proofErr w:type="spellStart"/>
      <w:r w:rsidRPr="00693F1B">
        <w:rPr>
          <w:rFonts w:eastAsia="Arial" w:cs="Times New Roman"/>
          <w:szCs w:val="24"/>
        </w:rPr>
        <w:t>măsuri</w:t>
      </w:r>
      <w:proofErr w:type="spellEnd"/>
      <w:r w:rsidRPr="00693F1B">
        <w:rPr>
          <w:rFonts w:eastAsia="Arial" w:cs="Times New Roman"/>
          <w:szCs w:val="24"/>
        </w:rPr>
        <w:t xml:space="preserve"> </w:t>
      </w:r>
      <w:proofErr w:type="spellStart"/>
      <w:r w:rsidRPr="00693F1B">
        <w:rPr>
          <w:rFonts w:eastAsia="Arial" w:cs="Times New Roman"/>
          <w:szCs w:val="24"/>
        </w:rPr>
        <w:t>în</w:t>
      </w:r>
      <w:proofErr w:type="spellEnd"/>
      <w:r w:rsidRPr="00693F1B">
        <w:rPr>
          <w:rFonts w:eastAsia="Arial" w:cs="Times New Roman"/>
          <w:szCs w:val="24"/>
        </w:rPr>
        <w:t xml:space="preserve"> </w:t>
      </w:r>
      <w:proofErr w:type="spellStart"/>
      <w:r w:rsidRPr="00693F1B">
        <w:rPr>
          <w:rFonts w:eastAsia="Arial" w:cs="Times New Roman"/>
          <w:szCs w:val="24"/>
        </w:rPr>
        <w:t>conformitate</w:t>
      </w:r>
      <w:proofErr w:type="spellEnd"/>
      <w:r w:rsidRPr="00693F1B">
        <w:rPr>
          <w:rFonts w:eastAsia="Arial" w:cs="Times New Roman"/>
          <w:szCs w:val="24"/>
        </w:rPr>
        <w:t xml:space="preserve"> cu </w:t>
      </w:r>
      <w:proofErr w:type="spellStart"/>
      <w:r>
        <w:rPr>
          <w:rFonts w:eastAsia="Arial" w:cs="Times New Roman"/>
          <w:szCs w:val="24"/>
        </w:rPr>
        <w:t>Reguamentul</w:t>
      </w:r>
      <w:proofErr w:type="spellEnd"/>
      <w:r>
        <w:rPr>
          <w:rFonts w:eastAsia="Arial" w:cs="Times New Roman"/>
          <w:szCs w:val="24"/>
        </w:rPr>
        <w:t xml:space="preserve"> cu </w:t>
      </w:r>
      <w:proofErr w:type="spellStart"/>
      <w:r>
        <w:rPr>
          <w:rFonts w:eastAsia="Arial" w:cs="Times New Roman"/>
          <w:szCs w:val="24"/>
        </w:rPr>
        <w:t>privire</w:t>
      </w:r>
      <w:proofErr w:type="spellEnd"/>
      <w:r>
        <w:rPr>
          <w:rFonts w:eastAsia="Arial" w:cs="Times New Roman"/>
          <w:szCs w:val="24"/>
        </w:rPr>
        <w:t xml:space="preserve"> la </w:t>
      </w:r>
      <w:proofErr w:type="spellStart"/>
      <w:r w:rsidRPr="00693F1B">
        <w:rPr>
          <w:rFonts w:eastAsia="Arial" w:cs="Times New Roman"/>
          <w:szCs w:val="24"/>
        </w:rPr>
        <w:t>procedura</w:t>
      </w:r>
      <w:proofErr w:type="spellEnd"/>
      <w:r w:rsidRPr="00693F1B">
        <w:rPr>
          <w:rFonts w:eastAsia="Arial" w:cs="Times New Roman"/>
          <w:szCs w:val="24"/>
        </w:rPr>
        <w:t xml:space="preserve"> </w:t>
      </w:r>
      <w:proofErr w:type="spellStart"/>
      <w:r w:rsidRPr="00693F1B">
        <w:rPr>
          <w:rFonts w:eastAsia="Arial" w:cs="Times New Roman"/>
          <w:szCs w:val="24"/>
        </w:rPr>
        <w:t>privind</w:t>
      </w:r>
      <w:proofErr w:type="spellEnd"/>
      <w:r w:rsidRPr="00693F1B">
        <w:rPr>
          <w:rFonts w:eastAsia="Arial" w:cs="Times New Roman"/>
          <w:szCs w:val="24"/>
        </w:rPr>
        <w:t xml:space="preserve"> </w:t>
      </w:r>
      <w:proofErr w:type="spellStart"/>
      <w:r w:rsidRPr="00693F1B">
        <w:rPr>
          <w:rFonts w:eastAsia="Arial" w:cs="Times New Roman"/>
          <w:szCs w:val="24"/>
        </w:rPr>
        <w:t>raportarea</w:t>
      </w:r>
      <w:proofErr w:type="spellEnd"/>
      <w:r w:rsidRPr="00693F1B">
        <w:rPr>
          <w:rFonts w:eastAsia="Arial" w:cs="Times New Roman"/>
          <w:szCs w:val="24"/>
        </w:rPr>
        <w:t xml:space="preserve"> </w:t>
      </w:r>
      <w:proofErr w:type="spellStart"/>
      <w:r w:rsidRPr="00693F1B">
        <w:rPr>
          <w:rFonts w:eastAsia="Arial" w:cs="Times New Roman"/>
          <w:szCs w:val="24"/>
        </w:rPr>
        <w:t>și</w:t>
      </w:r>
      <w:proofErr w:type="spellEnd"/>
      <w:r w:rsidRPr="00693F1B">
        <w:rPr>
          <w:rFonts w:eastAsia="Arial" w:cs="Times New Roman"/>
          <w:szCs w:val="24"/>
        </w:rPr>
        <w:t xml:space="preserve"> </w:t>
      </w:r>
      <w:proofErr w:type="spellStart"/>
      <w:r w:rsidRPr="00693F1B">
        <w:rPr>
          <w:rFonts w:eastAsia="Arial" w:cs="Times New Roman"/>
          <w:szCs w:val="24"/>
        </w:rPr>
        <w:t>tratarea</w:t>
      </w:r>
      <w:proofErr w:type="spellEnd"/>
      <w:r w:rsidRPr="00693F1B">
        <w:rPr>
          <w:rFonts w:eastAsia="Arial" w:cs="Times New Roman"/>
          <w:szCs w:val="24"/>
        </w:rPr>
        <w:t xml:space="preserve"> </w:t>
      </w:r>
      <w:proofErr w:type="spellStart"/>
      <w:r w:rsidRPr="00693F1B">
        <w:rPr>
          <w:rFonts w:eastAsia="Arial" w:cs="Times New Roman"/>
          <w:szCs w:val="24"/>
        </w:rPr>
        <w:t>incidentelor</w:t>
      </w:r>
      <w:proofErr w:type="spellEnd"/>
      <w:r w:rsidRPr="00693F1B">
        <w:rPr>
          <w:rFonts w:eastAsia="Arial" w:cs="Times New Roman"/>
          <w:szCs w:val="24"/>
        </w:rPr>
        <w:t xml:space="preserve"> de </w:t>
      </w:r>
      <w:proofErr w:type="spellStart"/>
      <w:r w:rsidRPr="00693F1B">
        <w:rPr>
          <w:rFonts w:eastAsia="Arial" w:cs="Times New Roman"/>
          <w:szCs w:val="24"/>
        </w:rPr>
        <w:t>securitate</w:t>
      </w:r>
      <w:proofErr w:type="spellEnd"/>
      <w:r>
        <w:rPr>
          <w:rFonts w:eastAsia="Arial" w:cs="Times New Roman"/>
          <w:szCs w:val="24"/>
        </w:rPr>
        <w:t>.</w:t>
      </w:r>
    </w:p>
    <w:p w14:paraId="4468F046" w14:textId="77777777" w:rsidR="00EE7ED3" w:rsidRPr="00693F1B" w:rsidRDefault="00000000" w:rsidP="00E22F27">
      <w:pPr>
        <w:jc w:val="center"/>
        <w:rPr>
          <w:rFonts w:eastAsia="Arial" w:cs="Times New Roman"/>
          <w:b/>
          <w:bCs/>
          <w:szCs w:val="24"/>
        </w:rPr>
      </w:pPr>
      <w:r w:rsidRPr="00246FC9">
        <w:rPr>
          <w:b/>
          <w:szCs w:val="24"/>
        </w:rPr>
        <w:t xml:space="preserve">LISTA ANGAJAȚILOR FAMILIARIZAȚI CU </w:t>
      </w:r>
      <w:proofErr w:type="gramStart"/>
      <w:r w:rsidRPr="00246FC9">
        <w:rPr>
          <w:b/>
          <w:szCs w:val="24"/>
        </w:rPr>
        <w:t xml:space="preserve">PREVEDERILE  </w:t>
      </w:r>
      <w:r>
        <w:rPr>
          <w:b/>
          <w:szCs w:val="24"/>
          <w:lang w:eastAsia="ro-RO"/>
        </w:rPr>
        <w:t>REGULAMENTULUI</w:t>
      </w:r>
      <w:proofErr w:type="gramEnd"/>
      <w:r w:rsidRPr="00246FC9">
        <w:rPr>
          <w:b/>
          <w:szCs w:val="24"/>
          <w:lang w:eastAsia="ro-RO"/>
        </w:rPr>
        <w:t xml:space="preserve"> </w:t>
      </w:r>
      <w:r w:rsidRPr="00693F1B">
        <w:rPr>
          <w:rFonts w:eastAsia="Arial" w:cs="Times New Roman"/>
          <w:b/>
          <w:bCs/>
          <w:szCs w:val="24"/>
        </w:rPr>
        <w:t>PRIVIND TRANSFERUL DE DATE CU CARACTER PERSONAL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82"/>
        <w:gridCol w:w="2666"/>
        <w:gridCol w:w="2340"/>
        <w:gridCol w:w="1980"/>
        <w:gridCol w:w="1677"/>
      </w:tblGrid>
      <w:tr w:rsidR="00A746FE" w:rsidRPr="00246FC9" w14:paraId="46A8ACB9" w14:textId="77777777" w:rsidTr="006D20DF">
        <w:tc>
          <w:tcPr>
            <w:tcW w:w="682" w:type="dxa"/>
          </w:tcPr>
          <w:p w14:paraId="08D6962F" w14:textId="77777777" w:rsidR="00EE7ED3" w:rsidRPr="00246FC9" w:rsidRDefault="00000000" w:rsidP="006D20DF">
            <w:pPr>
              <w:spacing w:after="0" w:line="240" w:lineRule="auto"/>
              <w:jc w:val="center"/>
              <w:rPr>
                <w:b/>
                <w:szCs w:val="24"/>
              </w:rPr>
            </w:pPr>
            <w:r w:rsidRPr="00246FC9">
              <w:rPr>
                <w:b/>
                <w:szCs w:val="24"/>
              </w:rPr>
              <w:t>Nr.</w:t>
            </w:r>
          </w:p>
        </w:tc>
        <w:tc>
          <w:tcPr>
            <w:tcW w:w="2666" w:type="dxa"/>
          </w:tcPr>
          <w:p w14:paraId="2B4C3A01" w14:textId="77777777" w:rsidR="00EE7ED3" w:rsidRPr="00246FC9" w:rsidRDefault="00000000" w:rsidP="006D20DF">
            <w:pPr>
              <w:spacing w:after="0" w:line="240" w:lineRule="auto"/>
              <w:jc w:val="center"/>
              <w:rPr>
                <w:b/>
                <w:szCs w:val="24"/>
              </w:rPr>
            </w:pPr>
            <w:r w:rsidRPr="00246FC9">
              <w:rPr>
                <w:b/>
                <w:szCs w:val="24"/>
              </w:rPr>
              <w:t>Numele, prenumele</w:t>
            </w:r>
          </w:p>
        </w:tc>
        <w:tc>
          <w:tcPr>
            <w:tcW w:w="2340" w:type="dxa"/>
          </w:tcPr>
          <w:p w14:paraId="265A034B" w14:textId="77777777" w:rsidR="00EE7ED3" w:rsidRPr="00246FC9" w:rsidRDefault="00000000" w:rsidP="006D20DF">
            <w:pPr>
              <w:spacing w:after="0" w:line="240" w:lineRule="auto"/>
              <w:jc w:val="center"/>
              <w:rPr>
                <w:b/>
                <w:szCs w:val="24"/>
              </w:rPr>
            </w:pPr>
            <w:r w:rsidRPr="00246FC9">
              <w:rPr>
                <w:b/>
                <w:szCs w:val="24"/>
              </w:rPr>
              <w:t>Funcția</w:t>
            </w:r>
          </w:p>
        </w:tc>
        <w:tc>
          <w:tcPr>
            <w:tcW w:w="1980" w:type="dxa"/>
          </w:tcPr>
          <w:p w14:paraId="663D204C" w14:textId="77777777" w:rsidR="00EE7ED3" w:rsidRPr="00246FC9" w:rsidRDefault="00000000" w:rsidP="006D20DF">
            <w:pPr>
              <w:spacing w:after="0" w:line="240" w:lineRule="auto"/>
              <w:jc w:val="center"/>
              <w:rPr>
                <w:b/>
                <w:szCs w:val="24"/>
              </w:rPr>
            </w:pPr>
            <w:r w:rsidRPr="00246FC9">
              <w:rPr>
                <w:b/>
                <w:szCs w:val="24"/>
              </w:rPr>
              <w:t>Am luat cunoștință</w:t>
            </w:r>
          </w:p>
          <w:p w14:paraId="520CEB76" w14:textId="77777777" w:rsidR="00EE7ED3" w:rsidRPr="00246FC9" w:rsidRDefault="00000000" w:rsidP="006D20DF">
            <w:pPr>
              <w:spacing w:after="0" w:line="240" w:lineRule="auto"/>
              <w:jc w:val="center"/>
              <w:rPr>
                <w:b/>
                <w:szCs w:val="24"/>
              </w:rPr>
            </w:pPr>
            <w:r w:rsidRPr="00246FC9">
              <w:rPr>
                <w:b/>
                <w:szCs w:val="24"/>
              </w:rPr>
              <w:t>(semnătura)</w:t>
            </w:r>
          </w:p>
        </w:tc>
        <w:tc>
          <w:tcPr>
            <w:tcW w:w="1677" w:type="dxa"/>
          </w:tcPr>
          <w:p w14:paraId="54B1DE44" w14:textId="77777777" w:rsidR="00EE7ED3" w:rsidRPr="00246FC9" w:rsidRDefault="00000000" w:rsidP="006D20DF">
            <w:pPr>
              <w:spacing w:after="0" w:line="240" w:lineRule="auto"/>
              <w:jc w:val="center"/>
              <w:rPr>
                <w:b/>
                <w:szCs w:val="24"/>
              </w:rPr>
            </w:pPr>
            <w:r w:rsidRPr="00246FC9">
              <w:rPr>
                <w:b/>
                <w:szCs w:val="24"/>
              </w:rPr>
              <w:t>Data</w:t>
            </w:r>
          </w:p>
        </w:tc>
      </w:tr>
      <w:tr w:rsidR="00A746FE" w:rsidRPr="00246FC9" w14:paraId="18D1EDF2" w14:textId="77777777" w:rsidTr="006D20DF">
        <w:tc>
          <w:tcPr>
            <w:tcW w:w="682" w:type="dxa"/>
          </w:tcPr>
          <w:p w14:paraId="4FF6FCC3" w14:textId="77777777" w:rsidR="00EE7ED3" w:rsidRPr="00246FC9" w:rsidRDefault="00000000" w:rsidP="006D20DF">
            <w:pPr>
              <w:spacing w:after="0" w:line="240" w:lineRule="auto"/>
              <w:rPr>
                <w:b/>
                <w:szCs w:val="24"/>
              </w:rPr>
            </w:pPr>
            <w:r w:rsidRPr="00246FC9">
              <w:rPr>
                <w:b/>
                <w:szCs w:val="24"/>
              </w:rPr>
              <w:t>1</w:t>
            </w:r>
          </w:p>
        </w:tc>
        <w:tc>
          <w:tcPr>
            <w:tcW w:w="2666" w:type="dxa"/>
          </w:tcPr>
          <w:p w14:paraId="514BB096" w14:textId="77777777" w:rsidR="00EE7ED3" w:rsidRPr="00246FC9" w:rsidRDefault="00EE7ED3" w:rsidP="006D20DF">
            <w:pPr>
              <w:spacing w:after="0" w:line="240" w:lineRule="auto"/>
              <w:rPr>
                <w:b/>
                <w:szCs w:val="24"/>
              </w:rPr>
            </w:pPr>
          </w:p>
        </w:tc>
        <w:tc>
          <w:tcPr>
            <w:tcW w:w="2340" w:type="dxa"/>
          </w:tcPr>
          <w:p w14:paraId="5FC24BF9" w14:textId="77777777" w:rsidR="00EE7ED3" w:rsidRPr="00246FC9" w:rsidRDefault="00EE7ED3" w:rsidP="006D20DF">
            <w:pPr>
              <w:spacing w:after="0" w:line="240" w:lineRule="auto"/>
              <w:rPr>
                <w:b/>
                <w:szCs w:val="24"/>
              </w:rPr>
            </w:pPr>
          </w:p>
        </w:tc>
        <w:tc>
          <w:tcPr>
            <w:tcW w:w="1980" w:type="dxa"/>
          </w:tcPr>
          <w:p w14:paraId="3BE9755C" w14:textId="77777777" w:rsidR="00EE7ED3" w:rsidRPr="00246FC9" w:rsidRDefault="00EE7ED3" w:rsidP="006D20DF">
            <w:pPr>
              <w:spacing w:after="0" w:line="240" w:lineRule="auto"/>
              <w:rPr>
                <w:b/>
                <w:szCs w:val="24"/>
              </w:rPr>
            </w:pPr>
          </w:p>
        </w:tc>
        <w:tc>
          <w:tcPr>
            <w:tcW w:w="1677" w:type="dxa"/>
          </w:tcPr>
          <w:p w14:paraId="06482577" w14:textId="77777777" w:rsidR="00EE7ED3" w:rsidRPr="00246FC9" w:rsidRDefault="00EE7ED3" w:rsidP="006D20DF">
            <w:pPr>
              <w:spacing w:after="0" w:line="240" w:lineRule="auto"/>
              <w:rPr>
                <w:b/>
                <w:szCs w:val="24"/>
              </w:rPr>
            </w:pPr>
          </w:p>
        </w:tc>
      </w:tr>
      <w:tr w:rsidR="00A746FE" w:rsidRPr="00246FC9" w14:paraId="2E86A2AC" w14:textId="77777777" w:rsidTr="006D20DF">
        <w:tc>
          <w:tcPr>
            <w:tcW w:w="682" w:type="dxa"/>
          </w:tcPr>
          <w:p w14:paraId="48A21ABB" w14:textId="77777777" w:rsidR="00EE7ED3" w:rsidRPr="00246FC9" w:rsidRDefault="00000000" w:rsidP="006D20DF">
            <w:pPr>
              <w:spacing w:after="0" w:line="240" w:lineRule="auto"/>
              <w:rPr>
                <w:b/>
                <w:szCs w:val="24"/>
              </w:rPr>
            </w:pPr>
            <w:r w:rsidRPr="00246FC9">
              <w:rPr>
                <w:b/>
                <w:szCs w:val="24"/>
              </w:rPr>
              <w:t>2</w:t>
            </w:r>
          </w:p>
        </w:tc>
        <w:tc>
          <w:tcPr>
            <w:tcW w:w="2666" w:type="dxa"/>
          </w:tcPr>
          <w:p w14:paraId="0DE84C28" w14:textId="77777777" w:rsidR="00EE7ED3" w:rsidRPr="00246FC9" w:rsidRDefault="00EE7ED3" w:rsidP="006D20DF">
            <w:pPr>
              <w:spacing w:after="0" w:line="240" w:lineRule="auto"/>
              <w:rPr>
                <w:b/>
                <w:szCs w:val="24"/>
              </w:rPr>
            </w:pPr>
          </w:p>
        </w:tc>
        <w:tc>
          <w:tcPr>
            <w:tcW w:w="2340" w:type="dxa"/>
          </w:tcPr>
          <w:p w14:paraId="23BE544E" w14:textId="77777777" w:rsidR="00EE7ED3" w:rsidRPr="00246FC9" w:rsidRDefault="00EE7ED3" w:rsidP="006D20DF">
            <w:pPr>
              <w:spacing w:after="0" w:line="240" w:lineRule="auto"/>
              <w:rPr>
                <w:b/>
                <w:szCs w:val="24"/>
              </w:rPr>
            </w:pPr>
          </w:p>
        </w:tc>
        <w:tc>
          <w:tcPr>
            <w:tcW w:w="1980" w:type="dxa"/>
          </w:tcPr>
          <w:p w14:paraId="57B4E989" w14:textId="77777777" w:rsidR="00EE7ED3" w:rsidRPr="00246FC9" w:rsidRDefault="00EE7ED3" w:rsidP="006D20DF">
            <w:pPr>
              <w:spacing w:after="0" w:line="240" w:lineRule="auto"/>
              <w:rPr>
                <w:b/>
                <w:szCs w:val="24"/>
              </w:rPr>
            </w:pPr>
          </w:p>
        </w:tc>
        <w:tc>
          <w:tcPr>
            <w:tcW w:w="1677" w:type="dxa"/>
          </w:tcPr>
          <w:p w14:paraId="52700542" w14:textId="77777777" w:rsidR="00EE7ED3" w:rsidRPr="00246FC9" w:rsidRDefault="00EE7ED3" w:rsidP="006D20DF">
            <w:pPr>
              <w:spacing w:after="0" w:line="240" w:lineRule="auto"/>
              <w:rPr>
                <w:b/>
                <w:szCs w:val="24"/>
              </w:rPr>
            </w:pPr>
          </w:p>
        </w:tc>
      </w:tr>
      <w:tr w:rsidR="00A746FE" w:rsidRPr="00246FC9" w14:paraId="26EFBE09" w14:textId="77777777" w:rsidTr="006D20DF">
        <w:tc>
          <w:tcPr>
            <w:tcW w:w="682" w:type="dxa"/>
          </w:tcPr>
          <w:p w14:paraId="7E1B7753" w14:textId="77777777" w:rsidR="00EE7ED3" w:rsidRPr="00246FC9" w:rsidRDefault="00000000" w:rsidP="006D20DF">
            <w:pPr>
              <w:spacing w:after="0" w:line="240" w:lineRule="auto"/>
              <w:rPr>
                <w:b/>
                <w:szCs w:val="24"/>
              </w:rPr>
            </w:pPr>
            <w:r w:rsidRPr="00246FC9">
              <w:rPr>
                <w:b/>
                <w:szCs w:val="24"/>
              </w:rPr>
              <w:t>3</w:t>
            </w:r>
          </w:p>
        </w:tc>
        <w:tc>
          <w:tcPr>
            <w:tcW w:w="2666" w:type="dxa"/>
          </w:tcPr>
          <w:p w14:paraId="7EBD98FE" w14:textId="77777777" w:rsidR="00EE7ED3" w:rsidRPr="00246FC9" w:rsidRDefault="00EE7ED3" w:rsidP="006D20DF">
            <w:pPr>
              <w:spacing w:after="0" w:line="240" w:lineRule="auto"/>
              <w:rPr>
                <w:b/>
                <w:szCs w:val="24"/>
              </w:rPr>
            </w:pPr>
          </w:p>
        </w:tc>
        <w:tc>
          <w:tcPr>
            <w:tcW w:w="2340" w:type="dxa"/>
          </w:tcPr>
          <w:p w14:paraId="4AA35391" w14:textId="77777777" w:rsidR="00EE7ED3" w:rsidRPr="00246FC9" w:rsidRDefault="00EE7ED3" w:rsidP="006D20DF">
            <w:pPr>
              <w:spacing w:after="0" w:line="240" w:lineRule="auto"/>
              <w:rPr>
                <w:b/>
                <w:szCs w:val="24"/>
              </w:rPr>
            </w:pPr>
          </w:p>
        </w:tc>
        <w:tc>
          <w:tcPr>
            <w:tcW w:w="1980" w:type="dxa"/>
          </w:tcPr>
          <w:p w14:paraId="76C9AEED" w14:textId="77777777" w:rsidR="00EE7ED3" w:rsidRPr="00246FC9" w:rsidRDefault="00EE7ED3" w:rsidP="006D20DF">
            <w:pPr>
              <w:spacing w:after="0" w:line="240" w:lineRule="auto"/>
              <w:rPr>
                <w:b/>
                <w:szCs w:val="24"/>
              </w:rPr>
            </w:pPr>
          </w:p>
        </w:tc>
        <w:tc>
          <w:tcPr>
            <w:tcW w:w="1677" w:type="dxa"/>
          </w:tcPr>
          <w:p w14:paraId="32489E5A" w14:textId="77777777" w:rsidR="00EE7ED3" w:rsidRPr="00246FC9" w:rsidRDefault="00EE7ED3" w:rsidP="006D20DF">
            <w:pPr>
              <w:spacing w:after="0" w:line="240" w:lineRule="auto"/>
              <w:rPr>
                <w:b/>
                <w:szCs w:val="24"/>
              </w:rPr>
            </w:pPr>
          </w:p>
        </w:tc>
      </w:tr>
      <w:tr w:rsidR="00A746FE" w:rsidRPr="00246FC9" w14:paraId="7F3AA495" w14:textId="77777777" w:rsidTr="006D20DF">
        <w:tc>
          <w:tcPr>
            <w:tcW w:w="682" w:type="dxa"/>
          </w:tcPr>
          <w:p w14:paraId="565A22DB" w14:textId="77777777" w:rsidR="00EE7ED3" w:rsidRPr="00246FC9" w:rsidRDefault="00000000" w:rsidP="006D20DF">
            <w:pPr>
              <w:spacing w:after="0" w:line="240" w:lineRule="auto"/>
              <w:rPr>
                <w:b/>
                <w:szCs w:val="24"/>
              </w:rPr>
            </w:pPr>
            <w:r w:rsidRPr="00246FC9">
              <w:rPr>
                <w:b/>
                <w:szCs w:val="24"/>
              </w:rPr>
              <w:t>4</w:t>
            </w:r>
          </w:p>
        </w:tc>
        <w:tc>
          <w:tcPr>
            <w:tcW w:w="2666" w:type="dxa"/>
          </w:tcPr>
          <w:p w14:paraId="5AF7FF41" w14:textId="77777777" w:rsidR="00EE7ED3" w:rsidRPr="00246FC9" w:rsidRDefault="00EE7ED3" w:rsidP="006D20DF">
            <w:pPr>
              <w:spacing w:after="0" w:line="240" w:lineRule="auto"/>
              <w:rPr>
                <w:b/>
                <w:szCs w:val="24"/>
              </w:rPr>
            </w:pPr>
          </w:p>
        </w:tc>
        <w:tc>
          <w:tcPr>
            <w:tcW w:w="2340" w:type="dxa"/>
          </w:tcPr>
          <w:p w14:paraId="77083654" w14:textId="77777777" w:rsidR="00EE7ED3" w:rsidRPr="00246FC9" w:rsidRDefault="00EE7ED3" w:rsidP="006D20DF">
            <w:pPr>
              <w:spacing w:after="0" w:line="240" w:lineRule="auto"/>
              <w:rPr>
                <w:b/>
                <w:szCs w:val="24"/>
              </w:rPr>
            </w:pPr>
          </w:p>
        </w:tc>
        <w:tc>
          <w:tcPr>
            <w:tcW w:w="1980" w:type="dxa"/>
          </w:tcPr>
          <w:p w14:paraId="11192CEE" w14:textId="77777777" w:rsidR="00EE7ED3" w:rsidRPr="00246FC9" w:rsidRDefault="00EE7ED3" w:rsidP="006D20DF">
            <w:pPr>
              <w:spacing w:after="0" w:line="240" w:lineRule="auto"/>
              <w:rPr>
                <w:b/>
                <w:szCs w:val="24"/>
              </w:rPr>
            </w:pPr>
          </w:p>
        </w:tc>
        <w:tc>
          <w:tcPr>
            <w:tcW w:w="1677" w:type="dxa"/>
          </w:tcPr>
          <w:p w14:paraId="0DDD560B" w14:textId="77777777" w:rsidR="00EE7ED3" w:rsidRPr="00246FC9" w:rsidRDefault="00EE7ED3" w:rsidP="006D20DF">
            <w:pPr>
              <w:spacing w:after="0" w:line="240" w:lineRule="auto"/>
              <w:rPr>
                <w:b/>
                <w:szCs w:val="24"/>
              </w:rPr>
            </w:pPr>
          </w:p>
        </w:tc>
      </w:tr>
      <w:tr w:rsidR="00A746FE" w:rsidRPr="00246FC9" w14:paraId="7B4B5575" w14:textId="77777777" w:rsidTr="006D20DF">
        <w:tc>
          <w:tcPr>
            <w:tcW w:w="682" w:type="dxa"/>
          </w:tcPr>
          <w:p w14:paraId="07C8D800" w14:textId="77777777" w:rsidR="00EE7ED3" w:rsidRPr="00246FC9" w:rsidRDefault="00000000" w:rsidP="006D20DF">
            <w:pPr>
              <w:spacing w:after="0" w:line="240" w:lineRule="auto"/>
              <w:rPr>
                <w:b/>
                <w:szCs w:val="24"/>
              </w:rPr>
            </w:pPr>
            <w:r w:rsidRPr="00246FC9">
              <w:rPr>
                <w:b/>
                <w:szCs w:val="24"/>
              </w:rPr>
              <w:t>5</w:t>
            </w:r>
          </w:p>
        </w:tc>
        <w:tc>
          <w:tcPr>
            <w:tcW w:w="2666" w:type="dxa"/>
          </w:tcPr>
          <w:p w14:paraId="3F1332D2" w14:textId="77777777" w:rsidR="00EE7ED3" w:rsidRPr="00246FC9" w:rsidRDefault="00EE7ED3" w:rsidP="006D20DF">
            <w:pPr>
              <w:spacing w:after="0" w:line="240" w:lineRule="auto"/>
              <w:rPr>
                <w:b/>
                <w:szCs w:val="24"/>
              </w:rPr>
            </w:pPr>
          </w:p>
        </w:tc>
        <w:tc>
          <w:tcPr>
            <w:tcW w:w="2340" w:type="dxa"/>
          </w:tcPr>
          <w:p w14:paraId="5E916C51" w14:textId="77777777" w:rsidR="00EE7ED3" w:rsidRPr="00246FC9" w:rsidRDefault="00EE7ED3" w:rsidP="006D20DF">
            <w:pPr>
              <w:spacing w:after="0" w:line="240" w:lineRule="auto"/>
              <w:rPr>
                <w:b/>
                <w:szCs w:val="24"/>
              </w:rPr>
            </w:pPr>
          </w:p>
        </w:tc>
        <w:tc>
          <w:tcPr>
            <w:tcW w:w="1980" w:type="dxa"/>
          </w:tcPr>
          <w:p w14:paraId="0BF54AF4" w14:textId="77777777" w:rsidR="00EE7ED3" w:rsidRPr="00246FC9" w:rsidRDefault="00EE7ED3" w:rsidP="006D20DF">
            <w:pPr>
              <w:spacing w:after="0" w:line="240" w:lineRule="auto"/>
              <w:rPr>
                <w:b/>
                <w:szCs w:val="24"/>
              </w:rPr>
            </w:pPr>
          </w:p>
        </w:tc>
        <w:tc>
          <w:tcPr>
            <w:tcW w:w="1677" w:type="dxa"/>
          </w:tcPr>
          <w:p w14:paraId="5C4918DA" w14:textId="77777777" w:rsidR="00EE7ED3" w:rsidRPr="00246FC9" w:rsidRDefault="00EE7ED3" w:rsidP="006D20DF">
            <w:pPr>
              <w:spacing w:after="0" w:line="240" w:lineRule="auto"/>
              <w:rPr>
                <w:b/>
                <w:szCs w:val="24"/>
              </w:rPr>
            </w:pPr>
          </w:p>
        </w:tc>
      </w:tr>
      <w:tr w:rsidR="00A746FE" w:rsidRPr="00246FC9" w14:paraId="75DFE06C" w14:textId="77777777" w:rsidTr="006D20DF">
        <w:tc>
          <w:tcPr>
            <w:tcW w:w="682" w:type="dxa"/>
          </w:tcPr>
          <w:p w14:paraId="141A69C9" w14:textId="77777777" w:rsidR="00EE7ED3" w:rsidRPr="00246FC9" w:rsidRDefault="00000000" w:rsidP="006D20DF">
            <w:pPr>
              <w:spacing w:after="0" w:line="240" w:lineRule="auto"/>
              <w:rPr>
                <w:b/>
                <w:szCs w:val="24"/>
              </w:rPr>
            </w:pPr>
            <w:r w:rsidRPr="00246FC9">
              <w:rPr>
                <w:b/>
                <w:szCs w:val="24"/>
              </w:rPr>
              <w:t>6</w:t>
            </w:r>
          </w:p>
        </w:tc>
        <w:tc>
          <w:tcPr>
            <w:tcW w:w="2666" w:type="dxa"/>
          </w:tcPr>
          <w:p w14:paraId="5458F64C" w14:textId="77777777" w:rsidR="00EE7ED3" w:rsidRPr="00246FC9" w:rsidRDefault="00EE7ED3" w:rsidP="006D20DF">
            <w:pPr>
              <w:spacing w:after="0" w:line="240" w:lineRule="auto"/>
              <w:rPr>
                <w:b/>
                <w:szCs w:val="24"/>
              </w:rPr>
            </w:pPr>
          </w:p>
        </w:tc>
        <w:tc>
          <w:tcPr>
            <w:tcW w:w="2340" w:type="dxa"/>
          </w:tcPr>
          <w:p w14:paraId="73ED96E0" w14:textId="77777777" w:rsidR="00EE7ED3" w:rsidRPr="00246FC9" w:rsidRDefault="00EE7ED3" w:rsidP="006D20DF">
            <w:pPr>
              <w:spacing w:after="0" w:line="240" w:lineRule="auto"/>
              <w:rPr>
                <w:b/>
                <w:szCs w:val="24"/>
              </w:rPr>
            </w:pPr>
          </w:p>
        </w:tc>
        <w:tc>
          <w:tcPr>
            <w:tcW w:w="1980" w:type="dxa"/>
          </w:tcPr>
          <w:p w14:paraId="7CC20456" w14:textId="77777777" w:rsidR="00EE7ED3" w:rsidRPr="00246FC9" w:rsidRDefault="00EE7ED3" w:rsidP="006D20DF">
            <w:pPr>
              <w:spacing w:after="0" w:line="240" w:lineRule="auto"/>
              <w:rPr>
                <w:b/>
                <w:szCs w:val="24"/>
              </w:rPr>
            </w:pPr>
          </w:p>
        </w:tc>
        <w:tc>
          <w:tcPr>
            <w:tcW w:w="1677" w:type="dxa"/>
          </w:tcPr>
          <w:p w14:paraId="3A2D45E9" w14:textId="77777777" w:rsidR="00EE7ED3" w:rsidRPr="00246FC9" w:rsidRDefault="00EE7ED3" w:rsidP="006D20DF">
            <w:pPr>
              <w:spacing w:after="0" w:line="240" w:lineRule="auto"/>
              <w:rPr>
                <w:b/>
                <w:szCs w:val="24"/>
              </w:rPr>
            </w:pPr>
          </w:p>
        </w:tc>
      </w:tr>
      <w:tr w:rsidR="00A746FE" w:rsidRPr="00246FC9" w14:paraId="776537E7" w14:textId="77777777" w:rsidTr="006D20DF">
        <w:tc>
          <w:tcPr>
            <w:tcW w:w="682" w:type="dxa"/>
          </w:tcPr>
          <w:p w14:paraId="28B174D7" w14:textId="77777777" w:rsidR="00EE7ED3" w:rsidRPr="00246FC9" w:rsidRDefault="00000000" w:rsidP="006D20DF">
            <w:pPr>
              <w:spacing w:after="0" w:line="240" w:lineRule="auto"/>
              <w:rPr>
                <w:b/>
                <w:szCs w:val="24"/>
              </w:rPr>
            </w:pPr>
            <w:r w:rsidRPr="00246FC9">
              <w:rPr>
                <w:b/>
                <w:szCs w:val="24"/>
              </w:rPr>
              <w:t>7</w:t>
            </w:r>
          </w:p>
        </w:tc>
        <w:tc>
          <w:tcPr>
            <w:tcW w:w="2666" w:type="dxa"/>
          </w:tcPr>
          <w:p w14:paraId="3ADC1B45" w14:textId="77777777" w:rsidR="00EE7ED3" w:rsidRPr="00246FC9" w:rsidRDefault="00EE7ED3" w:rsidP="006D20DF">
            <w:pPr>
              <w:spacing w:after="0" w:line="240" w:lineRule="auto"/>
              <w:rPr>
                <w:b/>
                <w:szCs w:val="24"/>
              </w:rPr>
            </w:pPr>
          </w:p>
        </w:tc>
        <w:tc>
          <w:tcPr>
            <w:tcW w:w="2340" w:type="dxa"/>
          </w:tcPr>
          <w:p w14:paraId="290F04A1" w14:textId="77777777" w:rsidR="00EE7ED3" w:rsidRPr="00246FC9" w:rsidRDefault="00EE7ED3" w:rsidP="006D20DF">
            <w:pPr>
              <w:spacing w:after="0" w:line="240" w:lineRule="auto"/>
              <w:rPr>
                <w:b/>
                <w:szCs w:val="24"/>
              </w:rPr>
            </w:pPr>
          </w:p>
        </w:tc>
        <w:tc>
          <w:tcPr>
            <w:tcW w:w="1980" w:type="dxa"/>
          </w:tcPr>
          <w:p w14:paraId="403150CE" w14:textId="77777777" w:rsidR="00EE7ED3" w:rsidRPr="00246FC9" w:rsidRDefault="00EE7ED3" w:rsidP="006D20DF">
            <w:pPr>
              <w:spacing w:after="0" w:line="240" w:lineRule="auto"/>
              <w:rPr>
                <w:b/>
                <w:szCs w:val="24"/>
              </w:rPr>
            </w:pPr>
          </w:p>
        </w:tc>
        <w:tc>
          <w:tcPr>
            <w:tcW w:w="1677" w:type="dxa"/>
          </w:tcPr>
          <w:p w14:paraId="3EF5D124" w14:textId="77777777" w:rsidR="00EE7ED3" w:rsidRPr="00246FC9" w:rsidRDefault="00EE7ED3" w:rsidP="006D20DF">
            <w:pPr>
              <w:spacing w:after="0" w:line="240" w:lineRule="auto"/>
              <w:rPr>
                <w:b/>
                <w:szCs w:val="24"/>
              </w:rPr>
            </w:pPr>
          </w:p>
        </w:tc>
      </w:tr>
      <w:tr w:rsidR="00A746FE" w:rsidRPr="00246FC9" w14:paraId="36F0D7AB" w14:textId="77777777" w:rsidTr="006D20DF">
        <w:tc>
          <w:tcPr>
            <w:tcW w:w="682" w:type="dxa"/>
          </w:tcPr>
          <w:p w14:paraId="011E935B" w14:textId="77777777" w:rsidR="00EE7ED3" w:rsidRPr="00246FC9" w:rsidRDefault="00000000" w:rsidP="006D20DF">
            <w:pPr>
              <w:spacing w:after="0" w:line="240" w:lineRule="auto"/>
              <w:rPr>
                <w:b/>
                <w:szCs w:val="24"/>
              </w:rPr>
            </w:pPr>
            <w:r w:rsidRPr="00246FC9">
              <w:rPr>
                <w:b/>
                <w:szCs w:val="24"/>
              </w:rPr>
              <w:t>8</w:t>
            </w:r>
          </w:p>
        </w:tc>
        <w:tc>
          <w:tcPr>
            <w:tcW w:w="2666" w:type="dxa"/>
          </w:tcPr>
          <w:p w14:paraId="0D07B60C" w14:textId="77777777" w:rsidR="00EE7ED3" w:rsidRPr="00246FC9" w:rsidRDefault="00EE7ED3" w:rsidP="006D20DF">
            <w:pPr>
              <w:spacing w:after="0" w:line="240" w:lineRule="auto"/>
              <w:rPr>
                <w:b/>
                <w:szCs w:val="24"/>
              </w:rPr>
            </w:pPr>
          </w:p>
        </w:tc>
        <w:tc>
          <w:tcPr>
            <w:tcW w:w="2340" w:type="dxa"/>
          </w:tcPr>
          <w:p w14:paraId="7BDF8F5F" w14:textId="77777777" w:rsidR="00EE7ED3" w:rsidRPr="00246FC9" w:rsidRDefault="00EE7ED3" w:rsidP="006D20DF">
            <w:pPr>
              <w:spacing w:after="0" w:line="240" w:lineRule="auto"/>
              <w:rPr>
                <w:b/>
                <w:szCs w:val="24"/>
              </w:rPr>
            </w:pPr>
          </w:p>
        </w:tc>
        <w:tc>
          <w:tcPr>
            <w:tcW w:w="1980" w:type="dxa"/>
          </w:tcPr>
          <w:p w14:paraId="4A8C30E0" w14:textId="77777777" w:rsidR="00EE7ED3" w:rsidRPr="00246FC9" w:rsidRDefault="00EE7ED3" w:rsidP="006D20DF">
            <w:pPr>
              <w:spacing w:after="0" w:line="240" w:lineRule="auto"/>
              <w:rPr>
                <w:b/>
                <w:szCs w:val="24"/>
              </w:rPr>
            </w:pPr>
          </w:p>
        </w:tc>
        <w:tc>
          <w:tcPr>
            <w:tcW w:w="1677" w:type="dxa"/>
          </w:tcPr>
          <w:p w14:paraId="7F3BDF42" w14:textId="77777777" w:rsidR="00EE7ED3" w:rsidRPr="00246FC9" w:rsidRDefault="00EE7ED3" w:rsidP="006D20DF">
            <w:pPr>
              <w:spacing w:after="0" w:line="240" w:lineRule="auto"/>
              <w:rPr>
                <w:b/>
                <w:szCs w:val="24"/>
              </w:rPr>
            </w:pPr>
          </w:p>
        </w:tc>
      </w:tr>
      <w:tr w:rsidR="00A746FE" w:rsidRPr="00246FC9" w14:paraId="024D9BC5" w14:textId="77777777" w:rsidTr="006D20DF">
        <w:tc>
          <w:tcPr>
            <w:tcW w:w="682" w:type="dxa"/>
          </w:tcPr>
          <w:p w14:paraId="508E9C27" w14:textId="77777777" w:rsidR="00EE7ED3" w:rsidRPr="00246FC9" w:rsidRDefault="00000000" w:rsidP="006D20DF">
            <w:pPr>
              <w:spacing w:after="0" w:line="240" w:lineRule="auto"/>
              <w:rPr>
                <w:b/>
                <w:szCs w:val="24"/>
              </w:rPr>
            </w:pPr>
            <w:r w:rsidRPr="00246FC9">
              <w:rPr>
                <w:b/>
                <w:szCs w:val="24"/>
              </w:rPr>
              <w:t>9</w:t>
            </w:r>
          </w:p>
        </w:tc>
        <w:tc>
          <w:tcPr>
            <w:tcW w:w="2666" w:type="dxa"/>
          </w:tcPr>
          <w:p w14:paraId="0A0966A1" w14:textId="77777777" w:rsidR="00EE7ED3" w:rsidRPr="00246FC9" w:rsidRDefault="00EE7ED3" w:rsidP="006D20DF">
            <w:pPr>
              <w:spacing w:after="0" w:line="240" w:lineRule="auto"/>
              <w:rPr>
                <w:b/>
                <w:szCs w:val="24"/>
              </w:rPr>
            </w:pPr>
          </w:p>
        </w:tc>
        <w:tc>
          <w:tcPr>
            <w:tcW w:w="2340" w:type="dxa"/>
          </w:tcPr>
          <w:p w14:paraId="25B2D587" w14:textId="77777777" w:rsidR="00EE7ED3" w:rsidRPr="00246FC9" w:rsidRDefault="00EE7ED3" w:rsidP="006D20DF">
            <w:pPr>
              <w:spacing w:after="0" w:line="240" w:lineRule="auto"/>
              <w:rPr>
                <w:b/>
                <w:szCs w:val="24"/>
              </w:rPr>
            </w:pPr>
          </w:p>
        </w:tc>
        <w:tc>
          <w:tcPr>
            <w:tcW w:w="1980" w:type="dxa"/>
          </w:tcPr>
          <w:p w14:paraId="58B667DF" w14:textId="77777777" w:rsidR="00EE7ED3" w:rsidRPr="00246FC9" w:rsidRDefault="00EE7ED3" w:rsidP="006D20DF">
            <w:pPr>
              <w:spacing w:after="0" w:line="240" w:lineRule="auto"/>
              <w:rPr>
                <w:b/>
                <w:szCs w:val="24"/>
              </w:rPr>
            </w:pPr>
          </w:p>
        </w:tc>
        <w:tc>
          <w:tcPr>
            <w:tcW w:w="1677" w:type="dxa"/>
          </w:tcPr>
          <w:p w14:paraId="68BBA8F5" w14:textId="77777777" w:rsidR="00EE7ED3" w:rsidRPr="00246FC9" w:rsidRDefault="00EE7ED3" w:rsidP="006D20DF">
            <w:pPr>
              <w:spacing w:after="0" w:line="240" w:lineRule="auto"/>
              <w:rPr>
                <w:b/>
                <w:szCs w:val="24"/>
              </w:rPr>
            </w:pPr>
          </w:p>
        </w:tc>
      </w:tr>
      <w:tr w:rsidR="00A746FE" w:rsidRPr="00246FC9" w14:paraId="200EA3B5" w14:textId="77777777" w:rsidTr="006D20DF">
        <w:tc>
          <w:tcPr>
            <w:tcW w:w="682" w:type="dxa"/>
          </w:tcPr>
          <w:p w14:paraId="765D8318" w14:textId="77777777" w:rsidR="00EE7ED3" w:rsidRPr="00246FC9" w:rsidRDefault="00000000" w:rsidP="006D20DF">
            <w:pPr>
              <w:spacing w:after="0" w:line="240" w:lineRule="auto"/>
              <w:rPr>
                <w:b/>
                <w:szCs w:val="24"/>
              </w:rPr>
            </w:pPr>
            <w:r w:rsidRPr="00246FC9">
              <w:rPr>
                <w:b/>
                <w:szCs w:val="24"/>
              </w:rPr>
              <w:t>10</w:t>
            </w:r>
          </w:p>
        </w:tc>
        <w:tc>
          <w:tcPr>
            <w:tcW w:w="2666" w:type="dxa"/>
          </w:tcPr>
          <w:p w14:paraId="7C7B2834" w14:textId="77777777" w:rsidR="00EE7ED3" w:rsidRPr="00246FC9" w:rsidRDefault="00EE7ED3" w:rsidP="006D20DF">
            <w:pPr>
              <w:spacing w:after="0" w:line="240" w:lineRule="auto"/>
              <w:rPr>
                <w:b/>
                <w:szCs w:val="24"/>
              </w:rPr>
            </w:pPr>
          </w:p>
        </w:tc>
        <w:tc>
          <w:tcPr>
            <w:tcW w:w="2340" w:type="dxa"/>
          </w:tcPr>
          <w:p w14:paraId="1BC246CF" w14:textId="77777777" w:rsidR="00EE7ED3" w:rsidRPr="00246FC9" w:rsidRDefault="00EE7ED3" w:rsidP="006D20DF">
            <w:pPr>
              <w:spacing w:after="0" w:line="240" w:lineRule="auto"/>
              <w:rPr>
                <w:b/>
                <w:szCs w:val="24"/>
              </w:rPr>
            </w:pPr>
          </w:p>
        </w:tc>
        <w:tc>
          <w:tcPr>
            <w:tcW w:w="1980" w:type="dxa"/>
          </w:tcPr>
          <w:p w14:paraId="072326AE" w14:textId="77777777" w:rsidR="00EE7ED3" w:rsidRPr="00246FC9" w:rsidRDefault="00EE7ED3" w:rsidP="006D20DF">
            <w:pPr>
              <w:spacing w:after="0" w:line="240" w:lineRule="auto"/>
              <w:rPr>
                <w:b/>
                <w:szCs w:val="24"/>
              </w:rPr>
            </w:pPr>
          </w:p>
        </w:tc>
        <w:tc>
          <w:tcPr>
            <w:tcW w:w="1677" w:type="dxa"/>
          </w:tcPr>
          <w:p w14:paraId="6A8F8C84" w14:textId="77777777" w:rsidR="00EE7ED3" w:rsidRPr="00246FC9" w:rsidRDefault="00EE7ED3" w:rsidP="006D20DF">
            <w:pPr>
              <w:spacing w:after="0" w:line="240" w:lineRule="auto"/>
              <w:rPr>
                <w:b/>
                <w:szCs w:val="24"/>
              </w:rPr>
            </w:pPr>
          </w:p>
        </w:tc>
      </w:tr>
      <w:tr w:rsidR="00A746FE" w:rsidRPr="00246FC9" w14:paraId="6A82A930" w14:textId="77777777" w:rsidTr="006D20DF">
        <w:tc>
          <w:tcPr>
            <w:tcW w:w="682" w:type="dxa"/>
          </w:tcPr>
          <w:p w14:paraId="6CAB24FA" w14:textId="77777777" w:rsidR="00EE7ED3" w:rsidRPr="00246FC9" w:rsidRDefault="00000000" w:rsidP="006D20DF">
            <w:pPr>
              <w:spacing w:after="0" w:line="240" w:lineRule="auto"/>
              <w:rPr>
                <w:b/>
                <w:szCs w:val="24"/>
              </w:rPr>
            </w:pPr>
            <w:r w:rsidRPr="00246FC9">
              <w:rPr>
                <w:b/>
                <w:szCs w:val="24"/>
              </w:rPr>
              <w:t>11</w:t>
            </w:r>
          </w:p>
        </w:tc>
        <w:tc>
          <w:tcPr>
            <w:tcW w:w="2666" w:type="dxa"/>
          </w:tcPr>
          <w:p w14:paraId="7CB67CEF" w14:textId="77777777" w:rsidR="00EE7ED3" w:rsidRPr="00246FC9" w:rsidRDefault="00EE7ED3" w:rsidP="006D20DF">
            <w:pPr>
              <w:spacing w:after="0" w:line="240" w:lineRule="auto"/>
              <w:rPr>
                <w:b/>
                <w:szCs w:val="24"/>
              </w:rPr>
            </w:pPr>
          </w:p>
        </w:tc>
        <w:tc>
          <w:tcPr>
            <w:tcW w:w="2340" w:type="dxa"/>
          </w:tcPr>
          <w:p w14:paraId="7FE3CF3C" w14:textId="77777777" w:rsidR="00EE7ED3" w:rsidRPr="00246FC9" w:rsidRDefault="00EE7ED3" w:rsidP="006D20DF">
            <w:pPr>
              <w:spacing w:after="0" w:line="240" w:lineRule="auto"/>
              <w:rPr>
                <w:b/>
                <w:szCs w:val="24"/>
              </w:rPr>
            </w:pPr>
          </w:p>
        </w:tc>
        <w:tc>
          <w:tcPr>
            <w:tcW w:w="1980" w:type="dxa"/>
          </w:tcPr>
          <w:p w14:paraId="61923F15" w14:textId="77777777" w:rsidR="00EE7ED3" w:rsidRPr="00246FC9" w:rsidRDefault="00EE7ED3" w:rsidP="006D20DF">
            <w:pPr>
              <w:spacing w:after="0" w:line="240" w:lineRule="auto"/>
              <w:rPr>
                <w:b/>
                <w:szCs w:val="24"/>
              </w:rPr>
            </w:pPr>
          </w:p>
        </w:tc>
        <w:tc>
          <w:tcPr>
            <w:tcW w:w="1677" w:type="dxa"/>
          </w:tcPr>
          <w:p w14:paraId="428B066F" w14:textId="77777777" w:rsidR="00EE7ED3" w:rsidRPr="00246FC9" w:rsidRDefault="00EE7ED3" w:rsidP="006D20DF">
            <w:pPr>
              <w:spacing w:after="0" w:line="240" w:lineRule="auto"/>
              <w:rPr>
                <w:b/>
                <w:szCs w:val="24"/>
              </w:rPr>
            </w:pPr>
          </w:p>
        </w:tc>
      </w:tr>
      <w:tr w:rsidR="00A746FE" w:rsidRPr="00246FC9" w14:paraId="5C9C0456" w14:textId="77777777" w:rsidTr="006D20DF">
        <w:tc>
          <w:tcPr>
            <w:tcW w:w="682" w:type="dxa"/>
          </w:tcPr>
          <w:p w14:paraId="31A1809D" w14:textId="77777777" w:rsidR="00EE7ED3" w:rsidRPr="00246FC9" w:rsidRDefault="00000000" w:rsidP="006D20DF">
            <w:pPr>
              <w:spacing w:after="0" w:line="240" w:lineRule="auto"/>
              <w:rPr>
                <w:b/>
                <w:szCs w:val="24"/>
              </w:rPr>
            </w:pPr>
            <w:r w:rsidRPr="00246FC9">
              <w:rPr>
                <w:b/>
                <w:szCs w:val="24"/>
              </w:rPr>
              <w:t>12</w:t>
            </w:r>
          </w:p>
        </w:tc>
        <w:tc>
          <w:tcPr>
            <w:tcW w:w="2666" w:type="dxa"/>
          </w:tcPr>
          <w:p w14:paraId="1BCFC946" w14:textId="77777777" w:rsidR="00EE7ED3" w:rsidRPr="00246FC9" w:rsidRDefault="00EE7ED3" w:rsidP="006D20DF">
            <w:pPr>
              <w:spacing w:after="0" w:line="240" w:lineRule="auto"/>
              <w:rPr>
                <w:b/>
                <w:szCs w:val="24"/>
              </w:rPr>
            </w:pPr>
          </w:p>
        </w:tc>
        <w:tc>
          <w:tcPr>
            <w:tcW w:w="2340" w:type="dxa"/>
          </w:tcPr>
          <w:p w14:paraId="0D694BCA" w14:textId="77777777" w:rsidR="00EE7ED3" w:rsidRPr="00246FC9" w:rsidRDefault="00EE7ED3" w:rsidP="006D20DF">
            <w:pPr>
              <w:spacing w:after="0" w:line="240" w:lineRule="auto"/>
              <w:rPr>
                <w:b/>
                <w:szCs w:val="24"/>
              </w:rPr>
            </w:pPr>
          </w:p>
        </w:tc>
        <w:tc>
          <w:tcPr>
            <w:tcW w:w="1980" w:type="dxa"/>
          </w:tcPr>
          <w:p w14:paraId="1B8D3131" w14:textId="77777777" w:rsidR="00EE7ED3" w:rsidRPr="00246FC9" w:rsidRDefault="00EE7ED3" w:rsidP="006D20DF">
            <w:pPr>
              <w:spacing w:after="0" w:line="240" w:lineRule="auto"/>
              <w:rPr>
                <w:b/>
                <w:szCs w:val="24"/>
              </w:rPr>
            </w:pPr>
          </w:p>
        </w:tc>
        <w:tc>
          <w:tcPr>
            <w:tcW w:w="1677" w:type="dxa"/>
          </w:tcPr>
          <w:p w14:paraId="12A4F01B" w14:textId="77777777" w:rsidR="00EE7ED3" w:rsidRPr="00246FC9" w:rsidRDefault="00EE7ED3" w:rsidP="006D20DF">
            <w:pPr>
              <w:spacing w:after="0" w:line="240" w:lineRule="auto"/>
              <w:rPr>
                <w:b/>
                <w:szCs w:val="24"/>
              </w:rPr>
            </w:pPr>
          </w:p>
        </w:tc>
      </w:tr>
      <w:tr w:rsidR="00A746FE" w:rsidRPr="00246FC9" w14:paraId="002CA1C8" w14:textId="77777777" w:rsidTr="006D20DF">
        <w:tc>
          <w:tcPr>
            <w:tcW w:w="682" w:type="dxa"/>
          </w:tcPr>
          <w:p w14:paraId="685F50D9" w14:textId="77777777" w:rsidR="00EE7ED3" w:rsidRPr="00246FC9" w:rsidRDefault="00000000" w:rsidP="006D20DF">
            <w:pPr>
              <w:spacing w:after="0" w:line="240" w:lineRule="auto"/>
              <w:rPr>
                <w:b/>
                <w:szCs w:val="24"/>
              </w:rPr>
            </w:pPr>
            <w:r w:rsidRPr="00246FC9">
              <w:rPr>
                <w:b/>
                <w:szCs w:val="24"/>
              </w:rPr>
              <w:t>13</w:t>
            </w:r>
          </w:p>
        </w:tc>
        <w:tc>
          <w:tcPr>
            <w:tcW w:w="2666" w:type="dxa"/>
          </w:tcPr>
          <w:p w14:paraId="2BAD8D78" w14:textId="77777777" w:rsidR="00EE7ED3" w:rsidRPr="00246FC9" w:rsidRDefault="00EE7ED3" w:rsidP="006D20DF">
            <w:pPr>
              <w:spacing w:after="0" w:line="240" w:lineRule="auto"/>
              <w:rPr>
                <w:b/>
                <w:szCs w:val="24"/>
              </w:rPr>
            </w:pPr>
          </w:p>
        </w:tc>
        <w:tc>
          <w:tcPr>
            <w:tcW w:w="2340" w:type="dxa"/>
          </w:tcPr>
          <w:p w14:paraId="3C18F901" w14:textId="77777777" w:rsidR="00EE7ED3" w:rsidRPr="00246FC9" w:rsidRDefault="00EE7ED3" w:rsidP="006D20DF">
            <w:pPr>
              <w:spacing w:after="0" w:line="240" w:lineRule="auto"/>
              <w:rPr>
                <w:b/>
                <w:szCs w:val="24"/>
              </w:rPr>
            </w:pPr>
          </w:p>
        </w:tc>
        <w:tc>
          <w:tcPr>
            <w:tcW w:w="1980" w:type="dxa"/>
          </w:tcPr>
          <w:p w14:paraId="25156EFC" w14:textId="77777777" w:rsidR="00EE7ED3" w:rsidRPr="00246FC9" w:rsidRDefault="00EE7ED3" w:rsidP="006D20DF">
            <w:pPr>
              <w:spacing w:after="0" w:line="240" w:lineRule="auto"/>
              <w:rPr>
                <w:b/>
                <w:szCs w:val="24"/>
              </w:rPr>
            </w:pPr>
          </w:p>
        </w:tc>
        <w:tc>
          <w:tcPr>
            <w:tcW w:w="1677" w:type="dxa"/>
          </w:tcPr>
          <w:p w14:paraId="424F884C" w14:textId="77777777" w:rsidR="00EE7ED3" w:rsidRPr="00246FC9" w:rsidRDefault="00EE7ED3" w:rsidP="006D20DF">
            <w:pPr>
              <w:spacing w:after="0" w:line="240" w:lineRule="auto"/>
              <w:rPr>
                <w:b/>
                <w:szCs w:val="24"/>
              </w:rPr>
            </w:pPr>
          </w:p>
        </w:tc>
      </w:tr>
      <w:tr w:rsidR="00A746FE" w:rsidRPr="00246FC9" w14:paraId="799EFFD6" w14:textId="77777777" w:rsidTr="006D20DF">
        <w:tc>
          <w:tcPr>
            <w:tcW w:w="682" w:type="dxa"/>
          </w:tcPr>
          <w:p w14:paraId="4B4724C9" w14:textId="77777777" w:rsidR="00EE7ED3" w:rsidRPr="00246FC9" w:rsidRDefault="00000000" w:rsidP="006D20DF">
            <w:pPr>
              <w:spacing w:after="0" w:line="240" w:lineRule="auto"/>
              <w:rPr>
                <w:b/>
                <w:szCs w:val="24"/>
              </w:rPr>
            </w:pPr>
            <w:r w:rsidRPr="00246FC9">
              <w:rPr>
                <w:b/>
                <w:szCs w:val="24"/>
              </w:rPr>
              <w:t>14</w:t>
            </w:r>
          </w:p>
        </w:tc>
        <w:tc>
          <w:tcPr>
            <w:tcW w:w="2666" w:type="dxa"/>
          </w:tcPr>
          <w:p w14:paraId="035B1688" w14:textId="77777777" w:rsidR="00EE7ED3" w:rsidRPr="00246FC9" w:rsidRDefault="00EE7ED3" w:rsidP="006D20DF">
            <w:pPr>
              <w:spacing w:after="0" w:line="240" w:lineRule="auto"/>
              <w:rPr>
                <w:b/>
                <w:szCs w:val="24"/>
              </w:rPr>
            </w:pPr>
          </w:p>
        </w:tc>
        <w:tc>
          <w:tcPr>
            <w:tcW w:w="2340" w:type="dxa"/>
          </w:tcPr>
          <w:p w14:paraId="587C034C" w14:textId="77777777" w:rsidR="00EE7ED3" w:rsidRPr="00246FC9" w:rsidRDefault="00EE7ED3" w:rsidP="006D20DF">
            <w:pPr>
              <w:spacing w:after="0" w:line="240" w:lineRule="auto"/>
              <w:rPr>
                <w:b/>
                <w:szCs w:val="24"/>
              </w:rPr>
            </w:pPr>
          </w:p>
        </w:tc>
        <w:tc>
          <w:tcPr>
            <w:tcW w:w="1980" w:type="dxa"/>
          </w:tcPr>
          <w:p w14:paraId="289754AD" w14:textId="77777777" w:rsidR="00EE7ED3" w:rsidRPr="00246FC9" w:rsidRDefault="00EE7ED3" w:rsidP="006D20DF">
            <w:pPr>
              <w:spacing w:after="0" w:line="240" w:lineRule="auto"/>
              <w:rPr>
                <w:b/>
                <w:szCs w:val="24"/>
              </w:rPr>
            </w:pPr>
          </w:p>
        </w:tc>
        <w:tc>
          <w:tcPr>
            <w:tcW w:w="1677" w:type="dxa"/>
          </w:tcPr>
          <w:p w14:paraId="5098310F" w14:textId="77777777" w:rsidR="00EE7ED3" w:rsidRPr="00246FC9" w:rsidRDefault="00EE7ED3" w:rsidP="006D20DF">
            <w:pPr>
              <w:spacing w:after="0" w:line="240" w:lineRule="auto"/>
              <w:rPr>
                <w:b/>
                <w:szCs w:val="24"/>
              </w:rPr>
            </w:pPr>
          </w:p>
        </w:tc>
      </w:tr>
      <w:tr w:rsidR="00A746FE" w:rsidRPr="00246FC9" w14:paraId="3D2A7183" w14:textId="77777777" w:rsidTr="006D20DF">
        <w:tc>
          <w:tcPr>
            <w:tcW w:w="682" w:type="dxa"/>
          </w:tcPr>
          <w:p w14:paraId="63C9AA74" w14:textId="77777777" w:rsidR="00EE7ED3" w:rsidRPr="00246FC9" w:rsidRDefault="00000000" w:rsidP="006D20DF">
            <w:pPr>
              <w:spacing w:after="0" w:line="240" w:lineRule="auto"/>
              <w:rPr>
                <w:b/>
                <w:szCs w:val="24"/>
              </w:rPr>
            </w:pPr>
            <w:r w:rsidRPr="00246FC9">
              <w:rPr>
                <w:b/>
                <w:szCs w:val="24"/>
              </w:rPr>
              <w:t>15</w:t>
            </w:r>
          </w:p>
        </w:tc>
        <w:tc>
          <w:tcPr>
            <w:tcW w:w="2666" w:type="dxa"/>
          </w:tcPr>
          <w:p w14:paraId="4A9D0BC4" w14:textId="77777777" w:rsidR="00EE7ED3" w:rsidRPr="00246FC9" w:rsidRDefault="00EE7ED3" w:rsidP="006D20DF">
            <w:pPr>
              <w:spacing w:after="0" w:line="240" w:lineRule="auto"/>
              <w:rPr>
                <w:b/>
                <w:szCs w:val="24"/>
              </w:rPr>
            </w:pPr>
          </w:p>
        </w:tc>
        <w:tc>
          <w:tcPr>
            <w:tcW w:w="2340" w:type="dxa"/>
          </w:tcPr>
          <w:p w14:paraId="05D94010" w14:textId="77777777" w:rsidR="00EE7ED3" w:rsidRPr="00246FC9" w:rsidRDefault="00EE7ED3" w:rsidP="006D20DF">
            <w:pPr>
              <w:spacing w:after="0" w:line="240" w:lineRule="auto"/>
              <w:rPr>
                <w:b/>
                <w:szCs w:val="24"/>
              </w:rPr>
            </w:pPr>
          </w:p>
        </w:tc>
        <w:tc>
          <w:tcPr>
            <w:tcW w:w="1980" w:type="dxa"/>
          </w:tcPr>
          <w:p w14:paraId="7A7B61D4" w14:textId="77777777" w:rsidR="00EE7ED3" w:rsidRPr="00246FC9" w:rsidRDefault="00EE7ED3" w:rsidP="006D20DF">
            <w:pPr>
              <w:spacing w:after="0" w:line="240" w:lineRule="auto"/>
              <w:rPr>
                <w:b/>
                <w:szCs w:val="24"/>
              </w:rPr>
            </w:pPr>
          </w:p>
        </w:tc>
        <w:tc>
          <w:tcPr>
            <w:tcW w:w="1677" w:type="dxa"/>
          </w:tcPr>
          <w:p w14:paraId="6A64EECF" w14:textId="77777777" w:rsidR="00EE7ED3" w:rsidRPr="00246FC9" w:rsidRDefault="00EE7ED3" w:rsidP="006D20DF">
            <w:pPr>
              <w:spacing w:after="0" w:line="240" w:lineRule="auto"/>
              <w:rPr>
                <w:b/>
                <w:szCs w:val="24"/>
              </w:rPr>
            </w:pPr>
          </w:p>
        </w:tc>
      </w:tr>
      <w:tr w:rsidR="00A746FE" w:rsidRPr="00246FC9" w14:paraId="630CB0EA" w14:textId="77777777" w:rsidTr="006D20DF">
        <w:tc>
          <w:tcPr>
            <w:tcW w:w="682" w:type="dxa"/>
          </w:tcPr>
          <w:p w14:paraId="2051812A" w14:textId="77777777" w:rsidR="00EE7ED3" w:rsidRPr="00246FC9" w:rsidRDefault="00000000" w:rsidP="006D20DF">
            <w:pPr>
              <w:spacing w:after="0" w:line="240" w:lineRule="auto"/>
              <w:rPr>
                <w:b/>
                <w:szCs w:val="24"/>
              </w:rPr>
            </w:pPr>
            <w:r w:rsidRPr="00246FC9">
              <w:rPr>
                <w:b/>
                <w:szCs w:val="24"/>
              </w:rPr>
              <w:t>16</w:t>
            </w:r>
          </w:p>
        </w:tc>
        <w:tc>
          <w:tcPr>
            <w:tcW w:w="2666" w:type="dxa"/>
          </w:tcPr>
          <w:p w14:paraId="71D4E22D" w14:textId="77777777" w:rsidR="00EE7ED3" w:rsidRPr="00246FC9" w:rsidRDefault="00EE7ED3" w:rsidP="006D20DF">
            <w:pPr>
              <w:spacing w:after="0" w:line="240" w:lineRule="auto"/>
              <w:rPr>
                <w:b/>
                <w:szCs w:val="24"/>
              </w:rPr>
            </w:pPr>
          </w:p>
        </w:tc>
        <w:tc>
          <w:tcPr>
            <w:tcW w:w="2340" w:type="dxa"/>
          </w:tcPr>
          <w:p w14:paraId="0EF5C1DA" w14:textId="77777777" w:rsidR="00EE7ED3" w:rsidRPr="00246FC9" w:rsidRDefault="00EE7ED3" w:rsidP="006D20DF">
            <w:pPr>
              <w:spacing w:after="0" w:line="240" w:lineRule="auto"/>
              <w:rPr>
                <w:b/>
                <w:szCs w:val="24"/>
              </w:rPr>
            </w:pPr>
          </w:p>
        </w:tc>
        <w:tc>
          <w:tcPr>
            <w:tcW w:w="1980" w:type="dxa"/>
          </w:tcPr>
          <w:p w14:paraId="051A7216" w14:textId="77777777" w:rsidR="00EE7ED3" w:rsidRPr="00246FC9" w:rsidRDefault="00EE7ED3" w:rsidP="006D20DF">
            <w:pPr>
              <w:spacing w:after="0" w:line="240" w:lineRule="auto"/>
              <w:rPr>
                <w:b/>
                <w:szCs w:val="24"/>
              </w:rPr>
            </w:pPr>
          </w:p>
        </w:tc>
        <w:tc>
          <w:tcPr>
            <w:tcW w:w="1677" w:type="dxa"/>
          </w:tcPr>
          <w:p w14:paraId="629757B5" w14:textId="77777777" w:rsidR="00EE7ED3" w:rsidRPr="00246FC9" w:rsidRDefault="00EE7ED3" w:rsidP="006D20DF">
            <w:pPr>
              <w:spacing w:after="0" w:line="240" w:lineRule="auto"/>
              <w:rPr>
                <w:b/>
                <w:szCs w:val="24"/>
              </w:rPr>
            </w:pPr>
          </w:p>
        </w:tc>
      </w:tr>
      <w:tr w:rsidR="00A746FE" w:rsidRPr="00246FC9" w14:paraId="23B115C1" w14:textId="77777777" w:rsidTr="006D20DF">
        <w:tc>
          <w:tcPr>
            <w:tcW w:w="682" w:type="dxa"/>
          </w:tcPr>
          <w:p w14:paraId="78EBEC01" w14:textId="77777777" w:rsidR="00EE7ED3" w:rsidRPr="00246FC9" w:rsidRDefault="00000000" w:rsidP="006D20DF">
            <w:pPr>
              <w:spacing w:after="0" w:line="240" w:lineRule="auto"/>
              <w:rPr>
                <w:b/>
                <w:szCs w:val="24"/>
              </w:rPr>
            </w:pPr>
            <w:r w:rsidRPr="00246FC9">
              <w:rPr>
                <w:b/>
                <w:szCs w:val="24"/>
              </w:rPr>
              <w:t>17</w:t>
            </w:r>
          </w:p>
        </w:tc>
        <w:tc>
          <w:tcPr>
            <w:tcW w:w="2666" w:type="dxa"/>
          </w:tcPr>
          <w:p w14:paraId="0DC9CAE4" w14:textId="77777777" w:rsidR="00EE7ED3" w:rsidRPr="00246FC9" w:rsidRDefault="00EE7ED3" w:rsidP="006D20DF">
            <w:pPr>
              <w:spacing w:after="0" w:line="240" w:lineRule="auto"/>
              <w:rPr>
                <w:b/>
                <w:szCs w:val="24"/>
              </w:rPr>
            </w:pPr>
          </w:p>
        </w:tc>
        <w:tc>
          <w:tcPr>
            <w:tcW w:w="2340" w:type="dxa"/>
          </w:tcPr>
          <w:p w14:paraId="11794F4B" w14:textId="77777777" w:rsidR="00EE7ED3" w:rsidRPr="00246FC9" w:rsidRDefault="00EE7ED3" w:rsidP="006D20DF">
            <w:pPr>
              <w:spacing w:after="0" w:line="240" w:lineRule="auto"/>
              <w:rPr>
                <w:b/>
                <w:szCs w:val="24"/>
              </w:rPr>
            </w:pPr>
          </w:p>
        </w:tc>
        <w:tc>
          <w:tcPr>
            <w:tcW w:w="1980" w:type="dxa"/>
          </w:tcPr>
          <w:p w14:paraId="75E3A824" w14:textId="77777777" w:rsidR="00EE7ED3" w:rsidRPr="00246FC9" w:rsidRDefault="00EE7ED3" w:rsidP="006D20DF">
            <w:pPr>
              <w:spacing w:after="0" w:line="240" w:lineRule="auto"/>
              <w:rPr>
                <w:b/>
                <w:szCs w:val="24"/>
              </w:rPr>
            </w:pPr>
          </w:p>
        </w:tc>
        <w:tc>
          <w:tcPr>
            <w:tcW w:w="1677" w:type="dxa"/>
          </w:tcPr>
          <w:p w14:paraId="39B65A40" w14:textId="77777777" w:rsidR="00EE7ED3" w:rsidRPr="00246FC9" w:rsidRDefault="00EE7ED3" w:rsidP="006D20DF">
            <w:pPr>
              <w:spacing w:after="0" w:line="240" w:lineRule="auto"/>
              <w:rPr>
                <w:b/>
                <w:szCs w:val="24"/>
              </w:rPr>
            </w:pPr>
          </w:p>
        </w:tc>
      </w:tr>
      <w:tr w:rsidR="00A746FE" w:rsidRPr="00246FC9" w14:paraId="0F278A00" w14:textId="77777777" w:rsidTr="006D20DF">
        <w:tc>
          <w:tcPr>
            <w:tcW w:w="682" w:type="dxa"/>
          </w:tcPr>
          <w:p w14:paraId="5B9C520C" w14:textId="77777777" w:rsidR="00EE7ED3" w:rsidRPr="00246FC9" w:rsidRDefault="00000000" w:rsidP="006D20DF">
            <w:pPr>
              <w:spacing w:after="0" w:line="240" w:lineRule="auto"/>
              <w:rPr>
                <w:b/>
                <w:szCs w:val="24"/>
              </w:rPr>
            </w:pPr>
            <w:r w:rsidRPr="00246FC9">
              <w:rPr>
                <w:b/>
                <w:szCs w:val="24"/>
              </w:rPr>
              <w:t>18</w:t>
            </w:r>
          </w:p>
        </w:tc>
        <w:tc>
          <w:tcPr>
            <w:tcW w:w="2666" w:type="dxa"/>
          </w:tcPr>
          <w:p w14:paraId="17047466" w14:textId="77777777" w:rsidR="00EE7ED3" w:rsidRPr="00246FC9" w:rsidRDefault="00EE7ED3" w:rsidP="006D20DF">
            <w:pPr>
              <w:spacing w:after="0" w:line="240" w:lineRule="auto"/>
              <w:rPr>
                <w:b/>
                <w:szCs w:val="24"/>
              </w:rPr>
            </w:pPr>
          </w:p>
        </w:tc>
        <w:tc>
          <w:tcPr>
            <w:tcW w:w="2340" w:type="dxa"/>
          </w:tcPr>
          <w:p w14:paraId="20F21EF6" w14:textId="77777777" w:rsidR="00EE7ED3" w:rsidRPr="00246FC9" w:rsidRDefault="00EE7ED3" w:rsidP="006D20DF">
            <w:pPr>
              <w:spacing w:after="0" w:line="240" w:lineRule="auto"/>
              <w:rPr>
                <w:b/>
                <w:szCs w:val="24"/>
              </w:rPr>
            </w:pPr>
          </w:p>
        </w:tc>
        <w:tc>
          <w:tcPr>
            <w:tcW w:w="1980" w:type="dxa"/>
          </w:tcPr>
          <w:p w14:paraId="039A75CC" w14:textId="77777777" w:rsidR="00EE7ED3" w:rsidRPr="00246FC9" w:rsidRDefault="00EE7ED3" w:rsidP="006D20DF">
            <w:pPr>
              <w:spacing w:after="0" w:line="240" w:lineRule="auto"/>
              <w:rPr>
                <w:b/>
                <w:szCs w:val="24"/>
              </w:rPr>
            </w:pPr>
          </w:p>
        </w:tc>
        <w:tc>
          <w:tcPr>
            <w:tcW w:w="1677" w:type="dxa"/>
          </w:tcPr>
          <w:p w14:paraId="57A5CFF3" w14:textId="77777777" w:rsidR="00EE7ED3" w:rsidRPr="00246FC9" w:rsidRDefault="00EE7ED3" w:rsidP="006D20DF">
            <w:pPr>
              <w:spacing w:after="0" w:line="240" w:lineRule="auto"/>
              <w:rPr>
                <w:b/>
                <w:szCs w:val="24"/>
              </w:rPr>
            </w:pPr>
          </w:p>
        </w:tc>
      </w:tr>
      <w:tr w:rsidR="00A746FE" w:rsidRPr="00246FC9" w14:paraId="2DC5814D" w14:textId="77777777" w:rsidTr="006D20DF">
        <w:tc>
          <w:tcPr>
            <w:tcW w:w="682" w:type="dxa"/>
          </w:tcPr>
          <w:p w14:paraId="7AE5EAFA" w14:textId="77777777" w:rsidR="00EE7ED3" w:rsidRPr="00246FC9" w:rsidRDefault="00000000" w:rsidP="006D20DF">
            <w:pPr>
              <w:spacing w:after="0" w:line="240" w:lineRule="auto"/>
              <w:rPr>
                <w:b/>
                <w:szCs w:val="24"/>
              </w:rPr>
            </w:pPr>
            <w:r w:rsidRPr="00246FC9">
              <w:rPr>
                <w:b/>
                <w:szCs w:val="24"/>
              </w:rPr>
              <w:t>19</w:t>
            </w:r>
          </w:p>
        </w:tc>
        <w:tc>
          <w:tcPr>
            <w:tcW w:w="2666" w:type="dxa"/>
          </w:tcPr>
          <w:p w14:paraId="617475E0" w14:textId="77777777" w:rsidR="00EE7ED3" w:rsidRPr="00246FC9" w:rsidRDefault="00EE7ED3" w:rsidP="006D20DF">
            <w:pPr>
              <w:spacing w:after="0" w:line="240" w:lineRule="auto"/>
              <w:rPr>
                <w:b/>
                <w:szCs w:val="24"/>
              </w:rPr>
            </w:pPr>
          </w:p>
        </w:tc>
        <w:tc>
          <w:tcPr>
            <w:tcW w:w="2340" w:type="dxa"/>
          </w:tcPr>
          <w:p w14:paraId="4BDAF25C" w14:textId="77777777" w:rsidR="00EE7ED3" w:rsidRPr="00246FC9" w:rsidRDefault="00EE7ED3" w:rsidP="006D20DF">
            <w:pPr>
              <w:spacing w:after="0" w:line="240" w:lineRule="auto"/>
              <w:rPr>
                <w:b/>
                <w:szCs w:val="24"/>
              </w:rPr>
            </w:pPr>
          </w:p>
        </w:tc>
        <w:tc>
          <w:tcPr>
            <w:tcW w:w="1980" w:type="dxa"/>
          </w:tcPr>
          <w:p w14:paraId="2990810D" w14:textId="77777777" w:rsidR="00EE7ED3" w:rsidRPr="00246FC9" w:rsidRDefault="00EE7ED3" w:rsidP="006D20DF">
            <w:pPr>
              <w:spacing w:after="0" w:line="240" w:lineRule="auto"/>
              <w:rPr>
                <w:b/>
                <w:szCs w:val="24"/>
              </w:rPr>
            </w:pPr>
          </w:p>
        </w:tc>
        <w:tc>
          <w:tcPr>
            <w:tcW w:w="1677" w:type="dxa"/>
          </w:tcPr>
          <w:p w14:paraId="27B38A18" w14:textId="77777777" w:rsidR="00EE7ED3" w:rsidRPr="00246FC9" w:rsidRDefault="00EE7ED3" w:rsidP="006D20DF">
            <w:pPr>
              <w:spacing w:after="0" w:line="240" w:lineRule="auto"/>
              <w:rPr>
                <w:b/>
                <w:szCs w:val="24"/>
              </w:rPr>
            </w:pPr>
          </w:p>
        </w:tc>
      </w:tr>
      <w:tr w:rsidR="00A746FE" w:rsidRPr="00246FC9" w14:paraId="3F4E9242" w14:textId="77777777" w:rsidTr="006D20DF">
        <w:tc>
          <w:tcPr>
            <w:tcW w:w="682" w:type="dxa"/>
          </w:tcPr>
          <w:p w14:paraId="0CFE44DC" w14:textId="77777777" w:rsidR="00EE7ED3" w:rsidRPr="00246FC9" w:rsidRDefault="00000000" w:rsidP="006D20DF">
            <w:pPr>
              <w:spacing w:after="0" w:line="240" w:lineRule="auto"/>
              <w:rPr>
                <w:b/>
                <w:szCs w:val="24"/>
              </w:rPr>
            </w:pPr>
            <w:r w:rsidRPr="00246FC9">
              <w:rPr>
                <w:b/>
                <w:szCs w:val="24"/>
              </w:rPr>
              <w:t>20</w:t>
            </w:r>
          </w:p>
        </w:tc>
        <w:tc>
          <w:tcPr>
            <w:tcW w:w="2666" w:type="dxa"/>
          </w:tcPr>
          <w:p w14:paraId="11A47641" w14:textId="77777777" w:rsidR="00EE7ED3" w:rsidRPr="00246FC9" w:rsidRDefault="00EE7ED3" w:rsidP="006D20DF">
            <w:pPr>
              <w:spacing w:after="0" w:line="240" w:lineRule="auto"/>
              <w:rPr>
                <w:b/>
                <w:szCs w:val="24"/>
              </w:rPr>
            </w:pPr>
          </w:p>
        </w:tc>
        <w:tc>
          <w:tcPr>
            <w:tcW w:w="2340" w:type="dxa"/>
          </w:tcPr>
          <w:p w14:paraId="6D595648" w14:textId="77777777" w:rsidR="00EE7ED3" w:rsidRPr="00246FC9" w:rsidRDefault="00EE7ED3" w:rsidP="006D20DF">
            <w:pPr>
              <w:spacing w:after="0" w:line="240" w:lineRule="auto"/>
              <w:rPr>
                <w:b/>
                <w:szCs w:val="24"/>
              </w:rPr>
            </w:pPr>
          </w:p>
        </w:tc>
        <w:tc>
          <w:tcPr>
            <w:tcW w:w="1980" w:type="dxa"/>
          </w:tcPr>
          <w:p w14:paraId="174FEA9D" w14:textId="77777777" w:rsidR="00EE7ED3" w:rsidRPr="00246FC9" w:rsidRDefault="00EE7ED3" w:rsidP="006D20DF">
            <w:pPr>
              <w:spacing w:after="0" w:line="240" w:lineRule="auto"/>
              <w:rPr>
                <w:b/>
                <w:szCs w:val="24"/>
              </w:rPr>
            </w:pPr>
          </w:p>
        </w:tc>
        <w:tc>
          <w:tcPr>
            <w:tcW w:w="1677" w:type="dxa"/>
          </w:tcPr>
          <w:p w14:paraId="6FE85695" w14:textId="77777777" w:rsidR="00EE7ED3" w:rsidRPr="00246FC9" w:rsidRDefault="00EE7ED3" w:rsidP="006D20DF">
            <w:pPr>
              <w:spacing w:after="0" w:line="240" w:lineRule="auto"/>
              <w:rPr>
                <w:b/>
                <w:szCs w:val="24"/>
              </w:rPr>
            </w:pPr>
          </w:p>
        </w:tc>
      </w:tr>
      <w:tr w:rsidR="00A746FE" w:rsidRPr="00246FC9" w14:paraId="778B9218" w14:textId="77777777" w:rsidTr="006D20DF">
        <w:tc>
          <w:tcPr>
            <w:tcW w:w="682" w:type="dxa"/>
          </w:tcPr>
          <w:p w14:paraId="444DB8D4" w14:textId="77777777" w:rsidR="00EE7ED3" w:rsidRPr="00246FC9" w:rsidRDefault="00000000" w:rsidP="006D20DF">
            <w:pPr>
              <w:spacing w:after="0" w:line="240" w:lineRule="auto"/>
              <w:rPr>
                <w:b/>
                <w:szCs w:val="24"/>
              </w:rPr>
            </w:pPr>
            <w:r w:rsidRPr="00246FC9">
              <w:rPr>
                <w:b/>
                <w:szCs w:val="24"/>
              </w:rPr>
              <w:t>21</w:t>
            </w:r>
          </w:p>
        </w:tc>
        <w:tc>
          <w:tcPr>
            <w:tcW w:w="2666" w:type="dxa"/>
          </w:tcPr>
          <w:p w14:paraId="74B88876" w14:textId="77777777" w:rsidR="00EE7ED3" w:rsidRPr="00246FC9" w:rsidRDefault="00EE7ED3" w:rsidP="006D20DF">
            <w:pPr>
              <w:spacing w:after="0" w:line="240" w:lineRule="auto"/>
              <w:rPr>
                <w:b/>
                <w:szCs w:val="24"/>
              </w:rPr>
            </w:pPr>
          </w:p>
        </w:tc>
        <w:tc>
          <w:tcPr>
            <w:tcW w:w="2340" w:type="dxa"/>
          </w:tcPr>
          <w:p w14:paraId="665802D6" w14:textId="77777777" w:rsidR="00EE7ED3" w:rsidRPr="00246FC9" w:rsidRDefault="00EE7ED3" w:rsidP="006D20DF">
            <w:pPr>
              <w:spacing w:after="0" w:line="240" w:lineRule="auto"/>
              <w:rPr>
                <w:b/>
                <w:szCs w:val="24"/>
              </w:rPr>
            </w:pPr>
          </w:p>
        </w:tc>
        <w:tc>
          <w:tcPr>
            <w:tcW w:w="1980" w:type="dxa"/>
          </w:tcPr>
          <w:p w14:paraId="5971C234" w14:textId="77777777" w:rsidR="00EE7ED3" w:rsidRPr="00246FC9" w:rsidRDefault="00EE7ED3" w:rsidP="006D20DF">
            <w:pPr>
              <w:spacing w:after="0" w:line="240" w:lineRule="auto"/>
              <w:rPr>
                <w:b/>
                <w:szCs w:val="24"/>
              </w:rPr>
            </w:pPr>
          </w:p>
        </w:tc>
        <w:tc>
          <w:tcPr>
            <w:tcW w:w="1677" w:type="dxa"/>
          </w:tcPr>
          <w:p w14:paraId="7C342565" w14:textId="77777777" w:rsidR="00EE7ED3" w:rsidRPr="00246FC9" w:rsidRDefault="00EE7ED3" w:rsidP="006D20DF">
            <w:pPr>
              <w:spacing w:after="0" w:line="240" w:lineRule="auto"/>
              <w:rPr>
                <w:b/>
                <w:szCs w:val="24"/>
              </w:rPr>
            </w:pPr>
          </w:p>
        </w:tc>
      </w:tr>
      <w:tr w:rsidR="00A746FE" w:rsidRPr="00246FC9" w14:paraId="57AF800C" w14:textId="77777777" w:rsidTr="006D20DF">
        <w:tc>
          <w:tcPr>
            <w:tcW w:w="682" w:type="dxa"/>
          </w:tcPr>
          <w:p w14:paraId="40708D0B" w14:textId="77777777" w:rsidR="00EE7ED3" w:rsidRPr="00246FC9" w:rsidRDefault="00000000" w:rsidP="006D20DF">
            <w:pPr>
              <w:spacing w:after="0" w:line="240" w:lineRule="auto"/>
              <w:rPr>
                <w:b/>
                <w:szCs w:val="24"/>
              </w:rPr>
            </w:pPr>
            <w:r w:rsidRPr="00246FC9">
              <w:rPr>
                <w:b/>
                <w:szCs w:val="24"/>
              </w:rPr>
              <w:t>22</w:t>
            </w:r>
          </w:p>
        </w:tc>
        <w:tc>
          <w:tcPr>
            <w:tcW w:w="2666" w:type="dxa"/>
          </w:tcPr>
          <w:p w14:paraId="38DFAF3F" w14:textId="77777777" w:rsidR="00EE7ED3" w:rsidRPr="00246FC9" w:rsidRDefault="00EE7ED3" w:rsidP="006D20DF">
            <w:pPr>
              <w:spacing w:after="0" w:line="240" w:lineRule="auto"/>
              <w:rPr>
                <w:b/>
                <w:szCs w:val="24"/>
              </w:rPr>
            </w:pPr>
          </w:p>
        </w:tc>
        <w:tc>
          <w:tcPr>
            <w:tcW w:w="2340" w:type="dxa"/>
          </w:tcPr>
          <w:p w14:paraId="7852CBF7" w14:textId="77777777" w:rsidR="00EE7ED3" w:rsidRPr="00246FC9" w:rsidRDefault="00EE7ED3" w:rsidP="006D20DF">
            <w:pPr>
              <w:spacing w:after="0" w:line="240" w:lineRule="auto"/>
              <w:rPr>
                <w:b/>
                <w:szCs w:val="24"/>
              </w:rPr>
            </w:pPr>
          </w:p>
        </w:tc>
        <w:tc>
          <w:tcPr>
            <w:tcW w:w="1980" w:type="dxa"/>
          </w:tcPr>
          <w:p w14:paraId="1B67B8E5" w14:textId="77777777" w:rsidR="00EE7ED3" w:rsidRPr="00246FC9" w:rsidRDefault="00EE7ED3" w:rsidP="006D20DF">
            <w:pPr>
              <w:spacing w:after="0" w:line="240" w:lineRule="auto"/>
              <w:rPr>
                <w:b/>
                <w:szCs w:val="24"/>
              </w:rPr>
            </w:pPr>
          </w:p>
        </w:tc>
        <w:tc>
          <w:tcPr>
            <w:tcW w:w="1677" w:type="dxa"/>
          </w:tcPr>
          <w:p w14:paraId="752CEDE6" w14:textId="77777777" w:rsidR="00EE7ED3" w:rsidRPr="00246FC9" w:rsidRDefault="00EE7ED3" w:rsidP="006D20DF">
            <w:pPr>
              <w:spacing w:after="0" w:line="240" w:lineRule="auto"/>
              <w:rPr>
                <w:b/>
                <w:szCs w:val="24"/>
              </w:rPr>
            </w:pPr>
          </w:p>
        </w:tc>
      </w:tr>
      <w:tr w:rsidR="00A746FE" w:rsidRPr="00246FC9" w14:paraId="27F383FF" w14:textId="77777777" w:rsidTr="006D20DF">
        <w:tc>
          <w:tcPr>
            <w:tcW w:w="682" w:type="dxa"/>
          </w:tcPr>
          <w:p w14:paraId="02D030FE" w14:textId="77777777" w:rsidR="00EE7ED3" w:rsidRPr="00246FC9" w:rsidRDefault="00000000" w:rsidP="006D20DF">
            <w:pPr>
              <w:spacing w:after="0" w:line="240" w:lineRule="auto"/>
              <w:rPr>
                <w:b/>
                <w:szCs w:val="24"/>
              </w:rPr>
            </w:pPr>
            <w:r w:rsidRPr="00246FC9">
              <w:rPr>
                <w:b/>
                <w:szCs w:val="24"/>
              </w:rPr>
              <w:t>23</w:t>
            </w:r>
          </w:p>
        </w:tc>
        <w:tc>
          <w:tcPr>
            <w:tcW w:w="2666" w:type="dxa"/>
          </w:tcPr>
          <w:p w14:paraId="07F43194" w14:textId="77777777" w:rsidR="00EE7ED3" w:rsidRPr="00246FC9" w:rsidRDefault="00EE7ED3" w:rsidP="006D20DF">
            <w:pPr>
              <w:spacing w:after="0" w:line="240" w:lineRule="auto"/>
              <w:rPr>
                <w:b/>
                <w:szCs w:val="24"/>
              </w:rPr>
            </w:pPr>
          </w:p>
        </w:tc>
        <w:tc>
          <w:tcPr>
            <w:tcW w:w="2340" w:type="dxa"/>
          </w:tcPr>
          <w:p w14:paraId="3E1EC22D" w14:textId="77777777" w:rsidR="00EE7ED3" w:rsidRPr="00246FC9" w:rsidRDefault="00EE7ED3" w:rsidP="006D20DF">
            <w:pPr>
              <w:spacing w:after="0" w:line="240" w:lineRule="auto"/>
              <w:rPr>
                <w:b/>
                <w:szCs w:val="24"/>
              </w:rPr>
            </w:pPr>
          </w:p>
        </w:tc>
        <w:tc>
          <w:tcPr>
            <w:tcW w:w="1980" w:type="dxa"/>
          </w:tcPr>
          <w:p w14:paraId="3D0C06CA" w14:textId="77777777" w:rsidR="00EE7ED3" w:rsidRPr="00246FC9" w:rsidRDefault="00EE7ED3" w:rsidP="006D20DF">
            <w:pPr>
              <w:spacing w:after="0" w:line="240" w:lineRule="auto"/>
              <w:rPr>
                <w:b/>
                <w:szCs w:val="24"/>
              </w:rPr>
            </w:pPr>
          </w:p>
        </w:tc>
        <w:tc>
          <w:tcPr>
            <w:tcW w:w="1677" w:type="dxa"/>
          </w:tcPr>
          <w:p w14:paraId="116D44C2" w14:textId="77777777" w:rsidR="00EE7ED3" w:rsidRPr="00246FC9" w:rsidRDefault="00EE7ED3" w:rsidP="006D20DF">
            <w:pPr>
              <w:spacing w:after="0" w:line="240" w:lineRule="auto"/>
              <w:rPr>
                <w:b/>
                <w:szCs w:val="24"/>
              </w:rPr>
            </w:pPr>
          </w:p>
        </w:tc>
      </w:tr>
      <w:tr w:rsidR="00A746FE" w:rsidRPr="00246FC9" w14:paraId="7ADDB08D" w14:textId="77777777" w:rsidTr="006D20DF">
        <w:tc>
          <w:tcPr>
            <w:tcW w:w="682" w:type="dxa"/>
          </w:tcPr>
          <w:p w14:paraId="441B85FC" w14:textId="77777777" w:rsidR="00EE7ED3" w:rsidRPr="00246FC9" w:rsidRDefault="00000000" w:rsidP="006D20DF">
            <w:pPr>
              <w:spacing w:after="0" w:line="240" w:lineRule="auto"/>
              <w:rPr>
                <w:b/>
                <w:szCs w:val="24"/>
              </w:rPr>
            </w:pPr>
            <w:r w:rsidRPr="00246FC9">
              <w:rPr>
                <w:b/>
                <w:szCs w:val="24"/>
              </w:rPr>
              <w:t>24</w:t>
            </w:r>
          </w:p>
        </w:tc>
        <w:tc>
          <w:tcPr>
            <w:tcW w:w="2666" w:type="dxa"/>
          </w:tcPr>
          <w:p w14:paraId="6EEFDECC" w14:textId="77777777" w:rsidR="00EE7ED3" w:rsidRPr="00246FC9" w:rsidRDefault="00EE7ED3" w:rsidP="006D20DF">
            <w:pPr>
              <w:spacing w:after="0" w:line="240" w:lineRule="auto"/>
              <w:rPr>
                <w:b/>
                <w:szCs w:val="24"/>
              </w:rPr>
            </w:pPr>
          </w:p>
        </w:tc>
        <w:tc>
          <w:tcPr>
            <w:tcW w:w="2340" w:type="dxa"/>
          </w:tcPr>
          <w:p w14:paraId="0343388A" w14:textId="77777777" w:rsidR="00EE7ED3" w:rsidRPr="00246FC9" w:rsidRDefault="00EE7ED3" w:rsidP="006D20DF">
            <w:pPr>
              <w:spacing w:after="0" w:line="240" w:lineRule="auto"/>
              <w:rPr>
                <w:b/>
                <w:szCs w:val="24"/>
              </w:rPr>
            </w:pPr>
          </w:p>
        </w:tc>
        <w:tc>
          <w:tcPr>
            <w:tcW w:w="1980" w:type="dxa"/>
          </w:tcPr>
          <w:p w14:paraId="44DCC67F" w14:textId="77777777" w:rsidR="00EE7ED3" w:rsidRPr="00246FC9" w:rsidRDefault="00EE7ED3" w:rsidP="006D20DF">
            <w:pPr>
              <w:spacing w:after="0" w:line="240" w:lineRule="auto"/>
              <w:rPr>
                <w:b/>
                <w:szCs w:val="24"/>
              </w:rPr>
            </w:pPr>
          </w:p>
        </w:tc>
        <w:tc>
          <w:tcPr>
            <w:tcW w:w="1677" w:type="dxa"/>
          </w:tcPr>
          <w:p w14:paraId="64B7D11A" w14:textId="77777777" w:rsidR="00EE7ED3" w:rsidRPr="00246FC9" w:rsidRDefault="00EE7ED3" w:rsidP="006D20DF">
            <w:pPr>
              <w:spacing w:after="0" w:line="240" w:lineRule="auto"/>
              <w:rPr>
                <w:b/>
                <w:szCs w:val="24"/>
              </w:rPr>
            </w:pPr>
          </w:p>
        </w:tc>
      </w:tr>
      <w:tr w:rsidR="00A746FE" w:rsidRPr="00246FC9" w14:paraId="402D9F54" w14:textId="77777777" w:rsidTr="006D20DF">
        <w:tc>
          <w:tcPr>
            <w:tcW w:w="682" w:type="dxa"/>
          </w:tcPr>
          <w:p w14:paraId="25CB16D2" w14:textId="77777777" w:rsidR="00EE7ED3" w:rsidRPr="00246FC9" w:rsidRDefault="00000000" w:rsidP="006D20DF">
            <w:pPr>
              <w:spacing w:after="0" w:line="240" w:lineRule="auto"/>
              <w:rPr>
                <w:b/>
                <w:szCs w:val="24"/>
              </w:rPr>
            </w:pPr>
            <w:r w:rsidRPr="00246FC9">
              <w:rPr>
                <w:b/>
                <w:szCs w:val="24"/>
              </w:rPr>
              <w:t>25</w:t>
            </w:r>
          </w:p>
        </w:tc>
        <w:tc>
          <w:tcPr>
            <w:tcW w:w="2666" w:type="dxa"/>
          </w:tcPr>
          <w:p w14:paraId="7B374B08" w14:textId="77777777" w:rsidR="00EE7ED3" w:rsidRPr="00246FC9" w:rsidRDefault="00EE7ED3" w:rsidP="006D20DF">
            <w:pPr>
              <w:spacing w:after="0" w:line="240" w:lineRule="auto"/>
              <w:rPr>
                <w:b/>
                <w:szCs w:val="24"/>
              </w:rPr>
            </w:pPr>
          </w:p>
        </w:tc>
        <w:tc>
          <w:tcPr>
            <w:tcW w:w="2340" w:type="dxa"/>
          </w:tcPr>
          <w:p w14:paraId="13465C75" w14:textId="77777777" w:rsidR="00EE7ED3" w:rsidRPr="00246FC9" w:rsidRDefault="00EE7ED3" w:rsidP="006D20DF">
            <w:pPr>
              <w:spacing w:after="0" w:line="240" w:lineRule="auto"/>
              <w:rPr>
                <w:b/>
                <w:szCs w:val="24"/>
              </w:rPr>
            </w:pPr>
          </w:p>
        </w:tc>
        <w:tc>
          <w:tcPr>
            <w:tcW w:w="1980" w:type="dxa"/>
          </w:tcPr>
          <w:p w14:paraId="0D55B35F" w14:textId="77777777" w:rsidR="00EE7ED3" w:rsidRPr="00246FC9" w:rsidRDefault="00EE7ED3" w:rsidP="006D20DF">
            <w:pPr>
              <w:spacing w:after="0" w:line="240" w:lineRule="auto"/>
              <w:rPr>
                <w:b/>
                <w:szCs w:val="24"/>
              </w:rPr>
            </w:pPr>
          </w:p>
        </w:tc>
        <w:tc>
          <w:tcPr>
            <w:tcW w:w="1677" w:type="dxa"/>
          </w:tcPr>
          <w:p w14:paraId="2BCF0633" w14:textId="77777777" w:rsidR="00EE7ED3" w:rsidRPr="00246FC9" w:rsidRDefault="00EE7ED3" w:rsidP="006D20DF">
            <w:pPr>
              <w:spacing w:after="0" w:line="240" w:lineRule="auto"/>
              <w:rPr>
                <w:b/>
                <w:szCs w:val="24"/>
              </w:rPr>
            </w:pPr>
          </w:p>
        </w:tc>
      </w:tr>
      <w:tr w:rsidR="00A746FE" w:rsidRPr="00246FC9" w14:paraId="359D81DF" w14:textId="77777777" w:rsidTr="006D20DF">
        <w:tc>
          <w:tcPr>
            <w:tcW w:w="682" w:type="dxa"/>
          </w:tcPr>
          <w:p w14:paraId="31463A53" w14:textId="77777777" w:rsidR="00EE7ED3" w:rsidRPr="00246FC9" w:rsidRDefault="00000000" w:rsidP="006D20DF">
            <w:pPr>
              <w:spacing w:after="0" w:line="240" w:lineRule="auto"/>
              <w:rPr>
                <w:b/>
                <w:szCs w:val="24"/>
              </w:rPr>
            </w:pPr>
            <w:r w:rsidRPr="00246FC9">
              <w:rPr>
                <w:b/>
                <w:szCs w:val="24"/>
              </w:rPr>
              <w:lastRenderedPageBreak/>
              <w:t>26</w:t>
            </w:r>
          </w:p>
        </w:tc>
        <w:tc>
          <w:tcPr>
            <w:tcW w:w="2666" w:type="dxa"/>
          </w:tcPr>
          <w:p w14:paraId="6E384FB3" w14:textId="77777777" w:rsidR="00EE7ED3" w:rsidRPr="00246FC9" w:rsidRDefault="00EE7ED3" w:rsidP="006D20DF">
            <w:pPr>
              <w:spacing w:after="0" w:line="240" w:lineRule="auto"/>
              <w:rPr>
                <w:b/>
                <w:szCs w:val="24"/>
              </w:rPr>
            </w:pPr>
          </w:p>
        </w:tc>
        <w:tc>
          <w:tcPr>
            <w:tcW w:w="2340" w:type="dxa"/>
          </w:tcPr>
          <w:p w14:paraId="01568629" w14:textId="77777777" w:rsidR="00EE7ED3" w:rsidRPr="00246FC9" w:rsidRDefault="00EE7ED3" w:rsidP="006D20DF">
            <w:pPr>
              <w:spacing w:after="0" w:line="240" w:lineRule="auto"/>
              <w:rPr>
                <w:b/>
                <w:szCs w:val="24"/>
              </w:rPr>
            </w:pPr>
          </w:p>
        </w:tc>
        <w:tc>
          <w:tcPr>
            <w:tcW w:w="1980" w:type="dxa"/>
          </w:tcPr>
          <w:p w14:paraId="6F657762" w14:textId="77777777" w:rsidR="00EE7ED3" w:rsidRPr="00246FC9" w:rsidRDefault="00EE7ED3" w:rsidP="006D20DF">
            <w:pPr>
              <w:spacing w:after="0" w:line="240" w:lineRule="auto"/>
              <w:rPr>
                <w:b/>
                <w:szCs w:val="24"/>
              </w:rPr>
            </w:pPr>
          </w:p>
        </w:tc>
        <w:tc>
          <w:tcPr>
            <w:tcW w:w="1677" w:type="dxa"/>
          </w:tcPr>
          <w:p w14:paraId="22A1D60D" w14:textId="77777777" w:rsidR="00EE7ED3" w:rsidRPr="00246FC9" w:rsidRDefault="00EE7ED3" w:rsidP="006D20DF">
            <w:pPr>
              <w:spacing w:after="0" w:line="240" w:lineRule="auto"/>
              <w:rPr>
                <w:b/>
                <w:szCs w:val="24"/>
              </w:rPr>
            </w:pPr>
          </w:p>
        </w:tc>
      </w:tr>
      <w:tr w:rsidR="00A746FE" w:rsidRPr="00246FC9" w14:paraId="51C9185B" w14:textId="77777777" w:rsidTr="006D20DF">
        <w:tc>
          <w:tcPr>
            <w:tcW w:w="682" w:type="dxa"/>
          </w:tcPr>
          <w:p w14:paraId="768C16FC" w14:textId="77777777" w:rsidR="00EE7ED3" w:rsidRPr="00246FC9" w:rsidRDefault="00000000" w:rsidP="006D20DF">
            <w:pPr>
              <w:spacing w:after="0" w:line="240" w:lineRule="auto"/>
              <w:rPr>
                <w:b/>
                <w:szCs w:val="24"/>
              </w:rPr>
            </w:pPr>
            <w:r w:rsidRPr="00246FC9">
              <w:rPr>
                <w:b/>
                <w:szCs w:val="24"/>
              </w:rPr>
              <w:t>27</w:t>
            </w:r>
          </w:p>
        </w:tc>
        <w:tc>
          <w:tcPr>
            <w:tcW w:w="2666" w:type="dxa"/>
          </w:tcPr>
          <w:p w14:paraId="775AAC9E" w14:textId="77777777" w:rsidR="00EE7ED3" w:rsidRPr="00246FC9" w:rsidRDefault="00EE7ED3" w:rsidP="006D20DF">
            <w:pPr>
              <w:spacing w:after="0" w:line="240" w:lineRule="auto"/>
              <w:rPr>
                <w:b/>
                <w:szCs w:val="24"/>
              </w:rPr>
            </w:pPr>
          </w:p>
        </w:tc>
        <w:tc>
          <w:tcPr>
            <w:tcW w:w="2340" w:type="dxa"/>
          </w:tcPr>
          <w:p w14:paraId="6C9D18F7" w14:textId="77777777" w:rsidR="00EE7ED3" w:rsidRPr="00246FC9" w:rsidRDefault="00EE7ED3" w:rsidP="006D20DF">
            <w:pPr>
              <w:spacing w:after="0" w:line="240" w:lineRule="auto"/>
              <w:rPr>
                <w:b/>
                <w:szCs w:val="24"/>
              </w:rPr>
            </w:pPr>
          </w:p>
        </w:tc>
        <w:tc>
          <w:tcPr>
            <w:tcW w:w="1980" w:type="dxa"/>
          </w:tcPr>
          <w:p w14:paraId="61D3A767" w14:textId="77777777" w:rsidR="00EE7ED3" w:rsidRPr="00246FC9" w:rsidRDefault="00EE7ED3" w:rsidP="006D20DF">
            <w:pPr>
              <w:spacing w:after="0" w:line="240" w:lineRule="auto"/>
              <w:rPr>
                <w:b/>
                <w:szCs w:val="24"/>
              </w:rPr>
            </w:pPr>
          </w:p>
        </w:tc>
        <w:tc>
          <w:tcPr>
            <w:tcW w:w="1677" w:type="dxa"/>
          </w:tcPr>
          <w:p w14:paraId="0FC9F502" w14:textId="77777777" w:rsidR="00EE7ED3" w:rsidRPr="00246FC9" w:rsidRDefault="00EE7ED3" w:rsidP="006D20DF">
            <w:pPr>
              <w:spacing w:after="0" w:line="240" w:lineRule="auto"/>
              <w:rPr>
                <w:b/>
                <w:szCs w:val="24"/>
              </w:rPr>
            </w:pPr>
          </w:p>
        </w:tc>
      </w:tr>
      <w:tr w:rsidR="00A746FE" w:rsidRPr="00246FC9" w14:paraId="07C4BFF2" w14:textId="77777777" w:rsidTr="006D20DF">
        <w:tc>
          <w:tcPr>
            <w:tcW w:w="682" w:type="dxa"/>
          </w:tcPr>
          <w:p w14:paraId="2AB8319A" w14:textId="77777777" w:rsidR="00EE7ED3" w:rsidRPr="00246FC9" w:rsidRDefault="00000000" w:rsidP="006D20DF">
            <w:pPr>
              <w:spacing w:after="0" w:line="240" w:lineRule="auto"/>
              <w:rPr>
                <w:b/>
                <w:szCs w:val="24"/>
              </w:rPr>
            </w:pPr>
            <w:r w:rsidRPr="00246FC9">
              <w:rPr>
                <w:b/>
                <w:szCs w:val="24"/>
              </w:rPr>
              <w:t>28</w:t>
            </w:r>
          </w:p>
        </w:tc>
        <w:tc>
          <w:tcPr>
            <w:tcW w:w="2666" w:type="dxa"/>
          </w:tcPr>
          <w:p w14:paraId="7753B2EA" w14:textId="77777777" w:rsidR="00EE7ED3" w:rsidRPr="00246FC9" w:rsidRDefault="00EE7ED3" w:rsidP="006D20DF">
            <w:pPr>
              <w:spacing w:after="0" w:line="240" w:lineRule="auto"/>
              <w:rPr>
                <w:b/>
                <w:szCs w:val="24"/>
              </w:rPr>
            </w:pPr>
          </w:p>
        </w:tc>
        <w:tc>
          <w:tcPr>
            <w:tcW w:w="2340" w:type="dxa"/>
          </w:tcPr>
          <w:p w14:paraId="6103B045" w14:textId="77777777" w:rsidR="00EE7ED3" w:rsidRPr="00246FC9" w:rsidRDefault="00EE7ED3" w:rsidP="006D20DF">
            <w:pPr>
              <w:spacing w:after="0" w:line="240" w:lineRule="auto"/>
              <w:rPr>
                <w:b/>
                <w:szCs w:val="24"/>
              </w:rPr>
            </w:pPr>
          </w:p>
        </w:tc>
        <w:tc>
          <w:tcPr>
            <w:tcW w:w="1980" w:type="dxa"/>
          </w:tcPr>
          <w:p w14:paraId="658E2B3E" w14:textId="77777777" w:rsidR="00EE7ED3" w:rsidRPr="00246FC9" w:rsidRDefault="00EE7ED3" w:rsidP="006D20DF">
            <w:pPr>
              <w:spacing w:after="0" w:line="240" w:lineRule="auto"/>
              <w:rPr>
                <w:b/>
                <w:szCs w:val="24"/>
              </w:rPr>
            </w:pPr>
          </w:p>
        </w:tc>
        <w:tc>
          <w:tcPr>
            <w:tcW w:w="1677" w:type="dxa"/>
          </w:tcPr>
          <w:p w14:paraId="1A1DE41C" w14:textId="77777777" w:rsidR="00EE7ED3" w:rsidRPr="00246FC9" w:rsidRDefault="00EE7ED3" w:rsidP="006D20DF">
            <w:pPr>
              <w:spacing w:after="0" w:line="240" w:lineRule="auto"/>
              <w:rPr>
                <w:b/>
                <w:szCs w:val="24"/>
              </w:rPr>
            </w:pPr>
          </w:p>
        </w:tc>
      </w:tr>
      <w:tr w:rsidR="00A746FE" w:rsidRPr="00246FC9" w14:paraId="62ED166E" w14:textId="77777777" w:rsidTr="006D20DF">
        <w:tc>
          <w:tcPr>
            <w:tcW w:w="682" w:type="dxa"/>
          </w:tcPr>
          <w:p w14:paraId="22045C1E" w14:textId="77777777" w:rsidR="00EE7ED3" w:rsidRPr="00246FC9" w:rsidRDefault="00000000" w:rsidP="006D20DF">
            <w:pPr>
              <w:spacing w:after="0" w:line="240" w:lineRule="auto"/>
              <w:rPr>
                <w:b/>
                <w:szCs w:val="24"/>
              </w:rPr>
            </w:pPr>
            <w:r w:rsidRPr="00246FC9">
              <w:rPr>
                <w:b/>
                <w:szCs w:val="24"/>
              </w:rPr>
              <w:t>29</w:t>
            </w:r>
          </w:p>
        </w:tc>
        <w:tc>
          <w:tcPr>
            <w:tcW w:w="2666" w:type="dxa"/>
          </w:tcPr>
          <w:p w14:paraId="1C4E9D07" w14:textId="77777777" w:rsidR="00EE7ED3" w:rsidRPr="00246FC9" w:rsidRDefault="00EE7ED3" w:rsidP="006D20DF">
            <w:pPr>
              <w:spacing w:after="0" w:line="240" w:lineRule="auto"/>
              <w:rPr>
                <w:b/>
                <w:szCs w:val="24"/>
              </w:rPr>
            </w:pPr>
          </w:p>
        </w:tc>
        <w:tc>
          <w:tcPr>
            <w:tcW w:w="2340" w:type="dxa"/>
          </w:tcPr>
          <w:p w14:paraId="0EEADCE1" w14:textId="77777777" w:rsidR="00EE7ED3" w:rsidRPr="00246FC9" w:rsidRDefault="00EE7ED3" w:rsidP="006D20DF">
            <w:pPr>
              <w:spacing w:after="0" w:line="240" w:lineRule="auto"/>
              <w:rPr>
                <w:b/>
                <w:szCs w:val="24"/>
              </w:rPr>
            </w:pPr>
          </w:p>
        </w:tc>
        <w:tc>
          <w:tcPr>
            <w:tcW w:w="1980" w:type="dxa"/>
          </w:tcPr>
          <w:p w14:paraId="63285437" w14:textId="77777777" w:rsidR="00EE7ED3" w:rsidRPr="00246FC9" w:rsidRDefault="00EE7ED3" w:rsidP="006D20DF">
            <w:pPr>
              <w:spacing w:after="0" w:line="240" w:lineRule="auto"/>
              <w:rPr>
                <w:b/>
                <w:szCs w:val="24"/>
              </w:rPr>
            </w:pPr>
          </w:p>
        </w:tc>
        <w:tc>
          <w:tcPr>
            <w:tcW w:w="1677" w:type="dxa"/>
          </w:tcPr>
          <w:p w14:paraId="1D33AFD4" w14:textId="77777777" w:rsidR="00EE7ED3" w:rsidRPr="00246FC9" w:rsidRDefault="00EE7ED3" w:rsidP="006D20DF">
            <w:pPr>
              <w:spacing w:after="0" w:line="240" w:lineRule="auto"/>
              <w:rPr>
                <w:b/>
                <w:szCs w:val="24"/>
              </w:rPr>
            </w:pPr>
          </w:p>
        </w:tc>
      </w:tr>
      <w:tr w:rsidR="00A746FE" w:rsidRPr="00246FC9" w14:paraId="5D27F1E1" w14:textId="77777777" w:rsidTr="006D20DF">
        <w:tc>
          <w:tcPr>
            <w:tcW w:w="682" w:type="dxa"/>
          </w:tcPr>
          <w:p w14:paraId="3C825F90" w14:textId="77777777" w:rsidR="00EE7ED3" w:rsidRPr="00246FC9" w:rsidRDefault="00000000" w:rsidP="006D20DF">
            <w:pPr>
              <w:spacing w:after="0" w:line="240" w:lineRule="auto"/>
              <w:rPr>
                <w:b/>
                <w:szCs w:val="24"/>
              </w:rPr>
            </w:pPr>
            <w:r w:rsidRPr="00246FC9">
              <w:rPr>
                <w:b/>
                <w:szCs w:val="24"/>
              </w:rPr>
              <w:t>30</w:t>
            </w:r>
          </w:p>
        </w:tc>
        <w:tc>
          <w:tcPr>
            <w:tcW w:w="2666" w:type="dxa"/>
          </w:tcPr>
          <w:p w14:paraId="7098FCD6" w14:textId="77777777" w:rsidR="00EE7ED3" w:rsidRPr="00246FC9" w:rsidRDefault="00EE7ED3" w:rsidP="006D20DF">
            <w:pPr>
              <w:spacing w:after="0" w:line="240" w:lineRule="auto"/>
              <w:rPr>
                <w:b/>
                <w:szCs w:val="24"/>
              </w:rPr>
            </w:pPr>
          </w:p>
        </w:tc>
        <w:tc>
          <w:tcPr>
            <w:tcW w:w="2340" w:type="dxa"/>
          </w:tcPr>
          <w:p w14:paraId="3828A2AA" w14:textId="77777777" w:rsidR="00EE7ED3" w:rsidRPr="00246FC9" w:rsidRDefault="00EE7ED3" w:rsidP="006D20DF">
            <w:pPr>
              <w:spacing w:after="0" w:line="240" w:lineRule="auto"/>
              <w:rPr>
                <w:b/>
                <w:szCs w:val="24"/>
              </w:rPr>
            </w:pPr>
          </w:p>
        </w:tc>
        <w:tc>
          <w:tcPr>
            <w:tcW w:w="1980" w:type="dxa"/>
          </w:tcPr>
          <w:p w14:paraId="09F53698" w14:textId="77777777" w:rsidR="00EE7ED3" w:rsidRPr="00246FC9" w:rsidRDefault="00EE7ED3" w:rsidP="006D20DF">
            <w:pPr>
              <w:spacing w:after="0" w:line="240" w:lineRule="auto"/>
              <w:rPr>
                <w:b/>
                <w:szCs w:val="24"/>
              </w:rPr>
            </w:pPr>
          </w:p>
        </w:tc>
        <w:tc>
          <w:tcPr>
            <w:tcW w:w="1677" w:type="dxa"/>
          </w:tcPr>
          <w:p w14:paraId="1F3C08BD" w14:textId="77777777" w:rsidR="00EE7ED3" w:rsidRPr="00246FC9" w:rsidRDefault="00EE7ED3" w:rsidP="006D20DF">
            <w:pPr>
              <w:spacing w:after="0" w:line="240" w:lineRule="auto"/>
              <w:rPr>
                <w:b/>
                <w:szCs w:val="24"/>
              </w:rPr>
            </w:pPr>
          </w:p>
        </w:tc>
      </w:tr>
      <w:tr w:rsidR="00A746FE" w:rsidRPr="00246FC9" w14:paraId="5C724163" w14:textId="77777777" w:rsidTr="006D20DF">
        <w:tc>
          <w:tcPr>
            <w:tcW w:w="682" w:type="dxa"/>
          </w:tcPr>
          <w:p w14:paraId="60773FEB" w14:textId="77777777" w:rsidR="00EE7ED3" w:rsidRPr="00246FC9" w:rsidRDefault="00000000" w:rsidP="006D20DF">
            <w:pPr>
              <w:spacing w:after="0" w:line="240" w:lineRule="auto"/>
              <w:rPr>
                <w:b/>
                <w:szCs w:val="24"/>
              </w:rPr>
            </w:pPr>
            <w:r w:rsidRPr="00246FC9">
              <w:rPr>
                <w:b/>
                <w:szCs w:val="24"/>
              </w:rPr>
              <w:t>31</w:t>
            </w:r>
          </w:p>
        </w:tc>
        <w:tc>
          <w:tcPr>
            <w:tcW w:w="2666" w:type="dxa"/>
          </w:tcPr>
          <w:p w14:paraId="59DC0BE3" w14:textId="77777777" w:rsidR="00EE7ED3" w:rsidRPr="00246FC9" w:rsidRDefault="00EE7ED3" w:rsidP="006D20DF">
            <w:pPr>
              <w:spacing w:after="0" w:line="240" w:lineRule="auto"/>
              <w:rPr>
                <w:b/>
                <w:szCs w:val="24"/>
              </w:rPr>
            </w:pPr>
          </w:p>
        </w:tc>
        <w:tc>
          <w:tcPr>
            <w:tcW w:w="2340" w:type="dxa"/>
          </w:tcPr>
          <w:p w14:paraId="69C0E46B" w14:textId="77777777" w:rsidR="00EE7ED3" w:rsidRPr="00246FC9" w:rsidRDefault="00EE7ED3" w:rsidP="006D20DF">
            <w:pPr>
              <w:spacing w:after="0" w:line="240" w:lineRule="auto"/>
              <w:rPr>
                <w:b/>
                <w:szCs w:val="24"/>
              </w:rPr>
            </w:pPr>
          </w:p>
        </w:tc>
        <w:tc>
          <w:tcPr>
            <w:tcW w:w="1980" w:type="dxa"/>
          </w:tcPr>
          <w:p w14:paraId="2807DEB9" w14:textId="77777777" w:rsidR="00EE7ED3" w:rsidRPr="00246FC9" w:rsidRDefault="00EE7ED3" w:rsidP="006D20DF">
            <w:pPr>
              <w:spacing w:after="0" w:line="240" w:lineRule="auto"/>
              <w:rPr>
                <w:b/>
                <w:szCs w:val="24"/>
              </w:rPr>
            </w:pPr>
          </w:p>
        </w:tc>
        <w:tc>
          <w:tcPr>
            <w:tcW w:w="1677" w:type="dxa"/>
          </w:tcPr>
          <w:p w14:paraId="50F830BA" w14:textId="77777777" w:rsidR="00EE7ED3" w:rsidRPr="00246FC9" w:rsidRDefault="00EE7ED3" w:rsidP="006D20DF">
            <w:pPr>
              <w:spacing w:after="0" w:line="240" w:lineRule="auto"/>
              <w:rPr>
                <w:b/>
                <w:szCs w:val="24"/>
              </w:rPr>
            </w:pPr>
          </w:p>
        </w:tc>
      </w:tr>
      <w:tr w:rsidR="00A746FE" w:rsidRPr="00246FC9" w14:paraId="7E1BABEA" w14:textId="77777777" w:rsidTr="006D20DF">
        <w:tc>
          <w:tcPr>
            <w:tcW w:w="682" w:type="dxa"/>
          </w:tcPr>
          <w:p w14:paraId="2643496F" w14:textId="77777777" w:rsidR="00EE7ED3" w:rsidRPr="00246FC9" w:rsidRDefault="00000000" w:rsidP="006D20DF">
            <w:pPr>
              <w:spacing w:after="0" w:line="240" w:lineRule="auto"/>
              <w:rPr>
                <w:b/>
                <w:szCs w:val="24"/>
              </w:rPr>
            </w:pPr>
            <w:r w:rsidRPr="00246FC9">
              <w:rPr>
                <w:b/>
                <w:szCs w:val="24"/>
              </w:rPr>
              <w:t>32</w:t>
            </w:r>
          </w:p>
        </w:tc>
        <w:tc>
          <w:tcPr>
            <w:tcW w:w="2666" w:type="dxa"/>
          </w:tcPr>
          <w:p w14:paraId="7E64F253" w14:textId="77777777" w:rsidR="00EE7ED3" w:rsidRPr="00246FC9" w:rsidRDefault="00EE7ED3" w:rsidP="006D20DF">
            <w:pPr>
              <w:spacing w:after="0" w:line="240" w:lineRule="auto"/>
              <w:rPr>
                <w:b/>
                <w:szCs w:val="24"/>
              </w:rPr>
            </w:pPr>
          </w:p>
        </w:tc>
        <w:tc>
          <w:tcPr>
            <w:tcW w:w="2340" w:type="dxa"/>
          </w:tcPr>
          <w:p w14:paraId="01B1538A" w14:textId="77777777" w:rsidR="00EE7ED3" w:rsidRPr="00246FC9" w:rsidRDefault="00EE7ED3" w:rsidP="006D20DF">
            <w:pPr>
              <w:spacing w:after="0" w:line="240" w:lineRule="auto"/>
              <w:rPr>
                <w:b/>
                <w:szCs w:val="24"/>
              </w:rPr>
            </w:pPr>
          </w:p>
        </w:tc>
        <w:tc>
          <w:tcPr>
            <w:tcW w:w="1980" w:type="dxa"/>
          </w:tcPr>
          <w:p w14:paraId="0ADE9281" w14:textId="77777777" w:rsidR="00EE7ED3" w:rsidRPr="00246FC9" w:rsidRDefault="00EE7ED3" w:rsidP="006D20DF">
            <w:pPr>
              <w:spacing w:after="0" w:line="240" w:lineRule="auto"/>
              <w:rPr>
                <w:b/>
                <w:szCs w:val="24"/>
              </w:rPr>
            </w:pPr>
          </w:p>
        </w:tc>
        <w:tc>
          <w:tcPr>
            <w:tcW w:w="1677" w:type="dxa"/>
          </w:tcPr>
          <w:p w14:paraId="17A70947" w14:textId="77777777" w:rsidR="00EE7ED3" w:rsidRPr="00246FC9" w:rsidRDefault="00EE7ED3" w:rsidP="006D20DF">
            <w:pPr>
              <w:spacing w:after="0" w:line="240" w:lineRule="auto"/>
              <w:rPr>
                <w:b/>
                <w:szCs w:val="24"/>
              </w:rPr>
            </w:pPr>
          </w:p>
        </w:tc>
      </w:tr>
      <w:tr w:rsidR="00A746FE" w:rsidRPr="00246FC9" w14:paraId="7041D74B" w14:textId="77777777" w:rsidTr="006D20DF">
        <w:tc>
          <w:tcPr>
            <w:tcW w:w="682" w:type="dxa"/>
          </w:tcPr>
          <w:p w14:paraId="069F3DBD" w14:textId="77777777" w:rsidR="00EE7ED3" w:rsidRPr="00246FC9" w:rsidRDefault="00000000" w:rsidP="006D20DF">
            <w:pPr>
              <w:spacing w:after="0" w:line="240" w:lineRule="auto"/>
              <w:rPr>
                <w:b/>
                <w:szCs w:val="24"/>
              </w:rPr>
            </w:pPr>
            <w:r w:rsidRPr="00246FC9">
              <w:rPr>
                <w:b/>
                <w:szCs w:val="24"/>
              </w:rPr>
              <w:t>33</w:t>
            </w:r>
          </w:p>
        </w:tc>
        <w:tc>
          <w:tcPr>
            <w:tcW w:w="2666" w:type="dxa"/>
          </w:tcPr>
          <w:p w14:paraId="261031FC" w14:textId="77777777" w:rsidR="00EE7ED3" w:rsidRPr="00246FC9" w:rsidRDefault="00EE7ED3" w:rsidP="006D20DF">
            <w:pPr>
              <w:spacing w:after="0" w:line="240" w:lineRule="auto"/>
              <w:rPr>
                <w:b/>
                <w:szCs w:val="24"/>
              </w:rPr>
            </w:pPr>
          </w:p>
        </w:tc>
        <w:tc>
          <w:tcPr>
            <w:tcW w:w="2340" w:type="dxa"/>
          </w:tcPr>
          <w:p w14:paraId="565A5E79" w14:textId="77777777" w:rsidR="00EE7ED3" w:rsidRPr="00246FC9" w:rsidRDefault="00EE7ED3" w:rsidP="006D20DF">
            <w:pPr>
              <w:spacing w:after="0" w:line="240" w:lineRule="auto"/>
              <w:rPr>
                <w:b/>
                <w:szCs w:val="24"/>
              </w:rPr>
            </w:pPr>
          </w:p>
        </w:tc>
        <w:tc>
          <w:tcPr>
            <w:tcW w:w="1980" w:type="dxa"/>
          </w:tcPr>
          <w:p w14:paraId="63E71E33" w14:textId="77777777" w:rsidR="00EE7ED3" w:rsidRPr="00246FC9" w:rsidRDefault="00EE7ED3" w:rsidP="006D20DF">
            <w:pPr>
              <w:spacing w:after="0" w:line="240" w:lineRule="auto"/>
              <w:rPr>
                <w:b/>
                <w:szCs w:val="24"/>
              </w:rPr>
            </w:pPr>
          </w:p>
        </w:tc>
        <w:tc>
          <w:tcPr>
            <w:tcW w:w="1677" w:type="dxa"/>
          </w:tcPr>
          <w:p w14:paraId="347E66FD" w14:textId="77777777" w:rsidR="00EE7ED3" w:rsidRPr="00246FC9" w:rsidRDefault="00EE7ED3" w:rsidP="006D20DF">
            <w:pPr>
              <w:spacing w:after="0" w:line="240" w:lineRule="auto"/>
              <w:rPr>
                <w:b/>
                <w:szCs w:val="24"/>
              </w:rPr>
            </w:pPr>
          </w:p>
        </w:tc>
      </w:tr>
      <w:tr w:rsidR="00A746FE" w:rsidRPr="00246FC9" w14:paraId="296C0F6D" w14:textId="77777777" w:rsidTr="006D20DF">
        <w:tc>
          <w:tcPr>
            <w:tcW w:w="682" w:type="dxa"/>
          </w:tcPr>
          <w:p w14:paraId="28ED3ADA" w14:textId="77777777" w:rsidR="00EE7ED3" w:rsidRPr="00246FC9" w:rsidRDefault="00000000" w:rsidP="006D20DF">
            <w:pPr>
              <w:spacing w:after="0" w:line="240" w:lineRule="auto"/>
              <w:rPr>
                <w:b/>
                <w:szCs w:val="24"/>
              </w:rPr>
            </w:pPr>
            <w:r w:rsidRPr="00246FC9">
              <w:rPr>
                <w:b/>
                <w:szCs w:val="24"/>
              </w:rPr>
              <w:t>34</w:t>
            </w:r>
          </w:p>
        </w:tc>
        <w:tc>
          <w:tcPr>
            <w:tcW w:w="2666" w:type="dxa"/>
          </w:tcPr>
          <w:p w14:paraId="2FF79889" w14:textId="77777777" w:rsidR="00EE7ED3" w:rsidRPr="00246FC9" w:rsidRDefault="00EE7ED3" w:rsidP="006D20DF">
            <w:pPr>
              <w:spacing w:after="0" w:line="240" w:lineRule="auto"/>
              <w:rPr>
                <w:b/>
                <w:szCs w:val="24"/>
              </w:rPr>
            </w:pPr>
          </w:p>
        </w:tc>
        <w:tc>
          <w:tcPr>
            <w:tcW w:w="2340" w:type="dxa"/>
          </w:tcPr>
          <w:p w14:paraId="48A3835B" w14:textId="77777777" w:rsidR="00EE7ED3" w:rsidRPr="00246FC9" w:rsidRDefault="00EE7ED3" w:rsidP="006D20DF">
            <w:pPr>
              <w:spacing w:after="0" w:line="240" w:lineRule="auto"/>
              <w:rPr>
                <w:b/>
                <w:szCs w:val="24"/>
              </w:rPr>
            </w:pPr>
          </w:p>
        </w:tc>
        <w:tc>
          <w:tcPr>
            <w:tcW w:w="1980" w:type="dxa"/>
          </w:tcPr>
          <w:p w14:paraId="43F30DC1" w14:textId="77777777" w:rsidR="00EE7ED3" w:rsidRPr="00246FC9" w:rsidRDefault="00EE7ED3" w:rsidP="006D20DF">
            <w:pPr>
              <w:spacing w:after="0" w:line="240" w:lineRule="auto"/>
              <w:rPr>
                <w:b/>
                <w:szCs w:val="24"/>
              </w:rPr>
            </w:pPr>
          </w:p>
        </w:tc>
        <w:tc>
          <w:tcPr>
            <w:tcW w:w="1677" w:type="dxa"/>
          </w:tcPr>
          <w:p w14:paraId="5E637AD4" w14:textId="77777777" w:rsidR="00EE7ED3" w:rsidRPr="00246FC9" w:rsidRDefault="00EE7ED3" w:rsidP="006D20DF">
            <w:pPr>
              <w:spacing w:after="0" w:line="240" w:lineRule="auto"/>
              <w:rPr>
                <w:b/>
                <w:szCs w:val="24"/>
              </w:rPr>
            </w:pPr>
          </w:p>
        </w:tc>
      </w:tr>
      <w:tr w:rsidR="00A746FE" w:rsidRPr="00246FC9" w14:paraId="39E8BCA7" w14:textId="77777777" w:rsidTr="006D20DF">
        <w:tc>
          <w:tcPr>
            <w:tcW w:w="682" w:type="dxa"/>
          </w:tcPr>
          <w:p w14:paraId="31989E77" w14:textId="77777777" w:rsidR="00EE7ED3" w:rsidRPr="00246FC9" w:rsidRDefault="00000000" w:rsidP="006D20DF">
            <w:pPr>
              <w:spacing w:after="0" w:line="240" w:lineRule="auto"/>
              <w:rPr>
                <w:b/>
                <w:szCs w:val="24"/>
              </w:rPr>
            </w:pPr>
            <w:r w:rsidRPr="00246FC9">
              <w:rPr>
                <w:b/>
                <w:szCs w:val="24"/>
              </w:rPr>
              <w:t>35</w:t>
            </w:r>
          </w:p>
        </w:tc>
        <w:tc>
          <w:tcPr>
            <w:tcW w:w="2666" w:type="dxa"/>
          </w:tcPr>
          <w:p w14:paraId="47041B37" w14:textId="77777777" w:rsidR="00EE7ED3" w:rsidRPr="00246FC9" w:rsidRDefault="00EE7ED3" w:rsidP="006D20DF">
            <w:pPr>
              <w:spacing w:after="0" w:line="240" w:lineRule="auto"/>
              <w:rPr>
                <w:b/>
                <w:szCs w:val="24"/>
              </w:rPr>
            </w:pPr>
          </w:p>
        </w:tc>
        <w:tc>
          <w:tcPr>
            <w:tcW w:w="2340" w:type="dxa"/>
          </w:tcPr>
          <w:p w14:paraId="0394DA9C" w14:textId="77777777" w:rsidR="00EE7ED3" w:rsidRPr="00246FC9" w:rsidRDefault="00EE7ED3" w:rsidP="006D20DF">
            <w:pPr>
              <w:spacing w:after="0" w:line="240" w:lineRule="auto"/>
              <w:rPr>
                <w:b/>
                <w:szCs w:val="24"/>
              </w:rPr>
            </w:pPr>
          </w:p>
        </w:tc>
        <w:tc>
          <w:tcPr>
            <w:tcW w:w="1980" w:type="dxa"/>
          </w:tcPr>
          <w:p w14:paraId="00934D0C" w14:textId="77777777" w:rsidR="00EE7ED3" w:rsidRPr="00246FC9" w:rsidRDefault="00EE7ED3" w:rsidP="006D20DF">
            <w:pPr>
              <w:spacing w:after="0" w:line="240" w:lineRule="auto"/>
              <w:rPr>
                <w:b/>
                <w:szCs w:val="24"/>
              </w:rPr>
            </w:pPr>
          </w:p>
        </w:tc>
        <w:tc>
          <w:tcPr>
            <w:tcW w:w="1677" w:type="dxa"/>
          </w:tcPr>
          <w:p w14:paraId="2DFF6594" w14:textId="77777777" w:rsidR="00EE7ED3" w:rsidRPr="00246FC9" w:rsidRDefault="00EE7ED3" w:rsidP="006D20DF">
            <w:pPr>
              <w:spacing w:after="0" w:line="240" w:lineRule="auto"/>
              <w:rPr>
                <w:b/>
                <w:szCs w:val="24"/>
              </w:rPr>
            </w:pPr>
          </w:p>
        </w:tc>
      </w:tr>
      <w:tr w:rsidR="00A746FE" w:rsidRPr="00246FC9" w14:paraId="32733A2E" w14:textId="77777777" w:rsidTr="006D20DF">
        <w:tc>
          <w:tcPr>
            <w:tcW w:w="682" w:type="dxa"/>
          </w:tcPr>
          <w:p w14:paraId="309A2880" w14:textId="77777777" w:rsidR="00EE7ED3" w:rsidRPr="00246FC9" w:rsidRDefault="00000000" w:rsidP="006D20DF">
            <w:pPr>
              <w:spacing w:after="0" w:line="240" w:lineRule="auto"/>
              <w:rPr>
                <w:b/>
                <w:szCs w:val="24"/>
              </w:rPr>
            </w:pPr>
            <w:r w:rsidRPr="00246FC9">
              <w:rPr>
                <w:b/>
                <w:szCs w:val="24"/>
              </w:rPr>
              <w:t>36</w:t>
            </w:r>
          </w:p>
        </w:tc>
        <w:tc>
          <w:tcPr>
            <w:tcW w:w="2666" w:type="dxa"/>
          </w:tcPr>
          <w:p w14:paraId="25107FC8" w14:textId="77777777" w:rsidR="00EE7ED3" w:rsidRPr="00246FC9" w:rsidRDefault="00EE7ED3" w:rsidP="006D20DF">
            <w:pPr>
              <w:spacing w:after="0" w:line="240" w:lineRule="auto"/>
              <w:rPr>
                <w:b/>
                <w:szCs w:val="24"/>
              </w:rPr>
            </w:pPr>
          </w:p>
        </w:tc>
        <w:tc>
          <w:tcPr>
            <w:tcW w:w="2340" w:type="dxa"/>
          </w:tcPr>
          <w:p w14:paraId="0502E7DD" w14:textId="77777777" w:rsidR="00EE7ED3" w:rsidRPr="00246FC9" w:rsidRDefault="00EE7ED3" w:rsidP="006D20DF">
            <w:pPr>
              <w:spacing w:after="0" w:line="240" w:lineRule="auto"/>
              <w:rPr>
                <w:b/>
                <w:szCs w:val="24"/>
              </w:rPr>
            </w:pPr>
          </w:p>
        </w:tc>
        <w:tc>
          <w:tcPr>
            <w:tcW w:w="1980" w:type="dxa"/>
          </w:tcPr>
          <w:p w14:paraId="5B85B258" w14:textId="77777777" w:rsidR="00EE7ED3" w:rsidRPr="00246FC9" w:rsidRDefault="00EE7ED3" w:rsidP="006D20DF">
            <w:pPr>
              <w:spacing w:after="0" w:line="240" w:lineRule="auto"/>
              <w:rPr>
                <w:b/>
                <w:szCs w:val="24"/>
              </w:rPr>
            </w:pPr>
          </w:p>
        </w:tc>
        <w:tc>
          <w:tcPr>
            <w:tcW w:w="1677" w:type="dxa"/>
          </w:tcPr>
          <w:p w14:paraId="3317C87D" w14:textId="77777777" w:rsidR="00EE7ED3" w:rsidRPr="00246FC9" w:rsidRDefault="00EE7ED3" w:rsidP="006D20DF">
            <w:pPr>
              <w:spacing w:after="0" w:line="240" w:lineRule="auto"/>
              <w:rPr>
                <w:b/>
                <w:szCs w:val="24"/>
              </w:rPr>
            </w:pPr>
          </w:p>
        </w:tc>
      </w:tr>
      <w:tr w:rsidR="00A746FE" w:rsidRPr="00246FC9" w14:paraId="56C53D29" w14:textId="77777777" w:rsidTr="006D20DF">
        <w:tc>
          <w:tcPr>
            <w:tcW w:w="682" w:type="dxa"/>
          </w:tcPr>
          <w:p w14:paraId="098BB73A" w14:textId="77777777" w:rsidR="00EE7ED3" w:rsidRPr="00246FC9" w:rsidRDefault="00000000" w:rsidP="006D20DF">
            <w:pPr>
              <w:spacing w:after="0" w:line="240" w:lineRule="auto"/>
              <w:rPr>
                <w:b/>
                <w:szCs w:val="24"/>
              </w:rPr>
            </w:pPr>
            <w:r w:rsidRPr="00246FC9">
              <w:rPr>
                <w:b/>
                <w:szCs w:val="24"/>
              </w:rPr>
              <w:t>37</w:t>
            </w:r>
          </w:p>
        </w:tc>
        <w:tc>
          <w:tcPr>
            <w:tcW w:w="2666" w:type="dxa"/>
          </w:tcPr>
          <w:p w14:paraId="5000EE9B" w14:textId="77777777" w:rsidR="00EE7ED3" w:rsidRPr="00246FC9" w:rsidRDefault="00EE7ED3" w:rsidP="006D20DF">
            <w:pPr>
              <w:spacing w:after="0" w:line="240" w:lineRule="auto"/>
              <w:rPr>
                <w:b/>
                <w:szCs w:val="24"/>
              </w:rPr>
            </w:pPr>
          </w:p>
        </w:tc>
        <w:tc>
          <w:tcPr>
            <w:tcW w:w="2340" w:type="dxa"/>
          </w:tcPr>
          <w:p w14:paraId="4ECE9589" w14:textId="77777777" w:rsidR="00EE7ED3" w:rsidRPr="00246FC9" w:rsidRDefault="00EE7ED3" w:rsidP="006D20DF">
            <w:pPr>
              <w:spacing w:after="0" w:line="240" w:lineRule="auto"/>
              <w:rPr>
                <w:b/>
                <w:szCs w:val="24"/>
              </w:rPr>
            </w:pPr>
          </w:p>
        </w:tc>
        <w:tc>
          <w:tcPr>
            <w:tcW w:w="1980" w:type="dxa"/>
          </w:tcPr>
          <w:p w14:paraId="664B91D1" w14:textId="77777777" w:rsidR="00EE7ED3" w:rsidRPr="00246FC9" w:rsidRDefault="00EE7ED3" w:rsidP="006D20DF">
            <w:pPr>
              <w:spacing w:after="0" w:line="240" w:lineRule="auto"/>
              <w:rPr>
                <w:b/>
                <w:szCs w:val="24"/>
              </w:rPr>
            </w:pPr>
          </w:p>
        </w:tc>
        <w:tc>
          <w:tcPr>
            <w:tcW w:w="1677" w:type="dxa"/>
          </w:tcPr>
          <w:p w14:paraId="7C25F216" w14:textId="77777777" w:rsidR="00EE7ED3" w:rsidRPr="00246FC9" w:rsidRDefault="00EE7ED3" w:rsidP="006D20DF">
            <w:pPr>
              <w:spacing w:after="0" w:line="240" w:lineRule="auto"/>
              <w:rPr>
                <w:b/>
                <w:szCs w:val="24"/>
              </w:rPr>
            </w:pPr>
          </w:p>
        </w:tc>
      </w:tr>
      <w:tr w:rsidR="00A746FE" w:rsidRPr="00246FC9" w14:paraId="17A1C17F" w14:textId="77777777" w:rsidTr="006D20DF">
        <w:tc>
          <w:tcPr>
            <w:tcW w:w="682" w:type="dxa"/>
          </w:tcPr>
          <w:p w14:paraId="67C841CE" w14:textId="77777777" w:rsidR="00EE7ED3" w:rsidRPr="00246FC9" w:rsidRDefault="00000000" w:rsidP="006D20DF">
            <w:pPr>
              <w:spacing w:after="0" w:line="240" w:lineRule="auto"/>
              <w:rPr>
                <w:b/>
                <w:szCs w:val="24"/>
              </w:rPr>
            </w:pPr>
            <w:r w:rsidRPr="00246FC9">
              <w:rPr>
                <w:b/>
                <w:szCs w:val="24"/>
              </w:rPr>
              <w:t>38</w:t>
            </w:r>
          </w:p>
        </w:tc>
        <w:tc>
          <w:tcPr>
            <w:tcW w:w="2666" w:type="dxa"/>
          </w:tcPr>
          <w:p w14:paraId="08917BF8" w14:textId="77777777" w:rsidR="00EE7ED3" w:rsidRPr="00246FC9" w:rsidRDefault="00EE7ED3" w:rsidP="006D20DF">
            <w:pPr>
              <w:spacing w:after="0" w:line="240" w:lineRule="auto"/>
              <w:rPr>
                <w:b/>
                <w:szCs w:val="24"/>
              </w:rPr>
            </w:pPr>
          </w:p>
        </w:tc>
        <w:tc>
          <w:tcPr>
            <w:tcW w:w="2340" w:type="dxa"/>
          </w:tcPr>
          <w:p w14:paraId="504D7D6F" w14:textId="77777777" w:rsidR="00EE7ED3" w:rsidRPr="00246FC9" w:rsidRDefault="00EE7ED3" w:rsidP="006D20DF">
            <w:pPr>
              <w:spacing w:after="0" w:line="240" w:lineRule="auto"/>
              <w:rPr>
                <w:b/>
                <w:szCs w:val="24"/>
              </w:rPr>
            </w:pPr>
          </w:p>
        </w:tc>
        <w:tc>
          <w:tcPr>
            <w:tcW w:w="1980" w:type="dxa"/>
          </w:tcPr>
          <w:p w14:paraId="47D1E8D6" w14:textId="77777777" w:rsidR="00EE7ED3" w:rsidRPr="00246FC9" w:rsidRDefault="00EE7ED3" w:rsidP="006D20DF">
            <w:pPr>
              <w:spacing w:after="0" w:line="240" w:lineRule="auto"/>
              <w:rPr>
                <w:b/>
                <w:szCs w:val="24"/>
              </w:rPr>
            </w:pPr>
          </w:p>
        </w:tc>
        <w:tc>
          <w:tcPr>
            <w:tcW w:w="1677" w:type="dxa"/>
          </w:tcPr>
          <w:p w14:paraId="5ADE2797" w14:textId="77777777" w:rsidR="00EE7ED3" w:rsidRPr="00246FC9" w:rsidRDefault="00EE7ED3" w:rsidP="006D20DF">
            <w:pPr>
              <w:spacing w:after="0" w:line="240" w:lineRule="auto"/>
              <w:rPr>
                <w:b/>
                <w:szCs w:val="24"/>
              </w:rPr>
            </w:pPr>
          </w:p>
        </w:tc>
      </w:tr>
      <w:tr w:rsidR="00A746FE" w:rsidRPr="00246FC9" w14:paraId="1DC94FEF" w14:textId="77777777" w:rsidTr="006D20DF">
        <w:tc>
          <w:tcPr>
            <w:tcW w:w="682" w:type="dxa"/>
          </w:tcPr>
          <w:p w14:paraId="3388DF5B" w14:textId="77777777" w:rsidR="00EE7ED3" w:rsidRPr="00246FC9" w:rsidRDefault="00000000" w:rsidP="006D20DF">
            <w:pPr>
              <w:spacing w:after="0" w:line="240" w:lineRule="auto"/>
              <w:rPr>
                <w:b/>
                <w:szCs w:val="24"/>
              </w:rPr>
            </w:pPr>
            <w:r w:rsidRPr="00246FC9">
              <w:rPr>
                <w:b/>
                <w:szCs w:val="24"/>
              </w:rPr>
              <w:t>39</w:t>
            </w:r>
          </w:p>
        </w:tc>
        <w:tc>
          <w:tcPr>
            <w:tcW w:w="2666" w:type="dxa"/>
          </w:tcPr>
          <w:p w14:paraId="24ED8512" w14:textId="77777777" w:rsidR="00EE7ED3" w:rsidRPr="00246FC9" w:rsidRDefault="00EE7ED3" w:rsidP="006D20DF">
            <w:pPr>
              <w:spacing w:after="0" w:line="240" w:lineRule="auto"/>
              <w:rPr>
                <w:b/>
                <w:szCs w:val="24"/>
              </w:rPr>
            </w:pPr>
          </w:p>
        </w:tc>
        <w:tc>
          <w:tcPr>
            <w:tcW w:w="2340" w:type="dxa"/>
          </w:tcPr>
          <w:p w14:paraId="4716C34E" w14:textId="77777777" w:rsidR="00EE7ED3" w:rsidRPr="00246FC9" w:rsidRDefault="00EE7ED3" w:rsidP="006D20DF">
            <w:pPr>
              <w:spacing w:after="0" w:line="240" w:lineRule="auto"/>
              <w:rPr>
                <w:b/>
                <w:szCs w:val="24"/>
              </w:rPr>
            </w:pPr>
          </w:p>
        </w:tc>
        <w:tc>
          <w:tcPr>
            <w:tcW w:w="1980" w:type="dxa"/>
          </w:tcPr>
          <w:p w14:paraId="4F4F50EA" w14:textId="77777777" w:rsidR="00EE7ED3" w:rsidRPr="00246FC9" w:rsidRDefault="00EE7ED3" w:rsidP="006D20DF">
            <w:pPr>
              <w:spacing w:after="0" w:line="240" w:lineRule="auto"/>
              <w:rPr>
                <w:b/>
                <w:szCs w:val="24"/>
              </w:rPr>
            </w:pPr>
          </w:p>
        </w:tc>
        <w:tc>
          <w:tcPr>
            <w:tcW w:w="1677" w:type="dxa"/>
          </w:tcPr>
          <w:p w14:paraId="30E00916" w14:textId="77777777" w:rsidR="00EE7ED3" w:rsidRPr="00246FC9" w:rsidRDefault="00EE7ED3" w:rsidP="006D20DF">
            <w:pPr>
              <w:spacing w:after="0" w:line="240" w:lineRule="auto"/>
              <w:rPr>
                <w:b/>
                <w:szCs w:val="24"/>
              </w:rPr>
            </w:pPr>
          </w:p>
        </w:tc>
      </w:tr>
      <w:tr w:rsidR="00A746FE" w:rsidRPr="00246FC9" w14:paraId="5DDB0FAB" w14:textId="77777777" w:rsidTr="006D20DF">
        <w:tc>
          <w:tcPr>
            <w:tcW w:w="682" w:type="dxa"/>
          </w:tcPr>
          <w:p w14:paraId="4F0C4D7A" w14:textId="77777777" w:rsidR="00EE7ED3" w:rsidRPr="00246FC9" w:rsidRDefault="00000000" w:rsidP="006D20DF">
            <w:pPr>
              <w:spacing w:after="0" w:line="240" w:lineRule="auto"/>
              <w:rPr>
                <w:b/>
                <w:szCs w:val="24"/>
              </w:rPr>
            </w:pPr>
            <w:r w:rsidRPr="00246FC9">
              <w:rPr>
                <w:b/>
                <w:szCs w:val="24"/>
              </w:rPr>
              <w:t>40</w:t>
            </w:r>
          </w:p>
        </w:tc>
        <w:tc>
          <w:tcPr>
            <w:tcW w:w="2666" w:type="dxa"/>
          </w:tcPr>
          <w:p w14:paraId="2605305E" w14:textId="77777777" w:rsidR="00EE7ED3" w:rsidRPr="00246FC9" w:rsidRDefault="00EE7ED3" w:rsidP="006D20DF">
            <w:pPr>
              <w:spacing w:after="0" w:line="240" w:lineRule="auto"/>
              <w:rPr>
                <w:b/>
                <w:szCs w:val="24"/>
              </w:rPr>
            </w:pPr>
          </w:p>
        </w:tc>
        <w:tc>
          <w:tcPr>
            <w:tcW w:w="2340" w:type="dxa"/>
          </w:tcPr>
          <w:p w14:paraId="301D40F8" w14:textId="77777777" w:rsidR="00EE7ED3" w:rsidRPr="00246FC9" w:rsidRDefault="00EE7ED3" w:rsidP="006D20DF">
            <w:pPr>
              <w:spacing w:after="0" w:line="240" w:lineRule="auto"/>
              <w:rPr>
                <w:b/>
                <w:szCs w:val="24"/>
              </w:rPr>
            </w:pPr>
          </w:p>
        </w:tc>
        <w:tc>
          <w:tcPr>
            <w:tcW w:w="1980" w:type="dxa"/>
          </w:tcPr>
          <w:p w14:paraId="6D52341F" w14:textId="77777777" w:rsidR="00EE7ED3" w:rsidRPr="00246FC9" w:rsidRDefault="00EE7ED3" w:rsidP="006D20DF">
            <w:pPr>
              <w:spacing w:after="0" w:line="240" w:lineRule="auto"/>
              <w:rPr>
                <w:b/>
                <w:szCs w:val="24"/>
              </w:rPr>
            </w:pPr>
          </w:p>
        </w:tc>
        <w:tc>
          <w:tcPr>
            <w:tcW w:w="1677" w:type="dxa"/>
          </w:tcPr>
          <w:p w14:paraId="05A674CA" w14:textId="77777777" w:rsidR="00EE7ED3" w:rsidRPr="00246FC9" w:rsidRDefault="00EE7ED3" w:rsidP="006D20DF">
            <w:pPr>
              <w:spacing w:after="0" w:line="240" w:lineRule="auto"/>
              <w:rPr>
                <w:b/>
                <w:szCs w:val="24"/>
              </w:rPr>
            </w:pPr>
          </w:p>
        </w:tc>
      </w:tr>
    </w:tbl>
    <w:p w14:paraId="37F50C5B" w14:textId="77777777" w:rsidR="00EE7ED3" w:rsidRPr="0070191C" w:rsidRDefault="00EE7ED3" w:rsidP="0070191C"/>
    <w:sectPr w:rsidR="00EE7ED3" w:rsidRPr="0070191C" w:rsidSect="00034616">
      <w:pgSz w:w="12240" w:h="15840"/>
      <w:pgMar w:top="794"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imes New Roman;Times New 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abstractNum w:abstractNumId="9" w15:restartNumberingAfterBreak="0">
    <w:nsid w:val="0EE51E8B"/>
    <w:multiLevelType w:val="multilevel"/>
    <w:tmpl w:val="DAC410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572697609">
    <w:abstractNumId w:val="8"/>
  </w:num>
  <w:num w:numId="2" w16cid:durableId="2020153509">
    <w:abstractNumId w:val="6"/>
  </w:num>
  <w:num w:numId="3" w16cid:durableId="1643384768">
    <w:abstractNumId w:val="5"/>
  </w:num>
  <w:num w:numId="4" w16cid:durableId="1166675609">
    <w:abstractNumId w:val="4"/>
  </w:num>
  <w:num w:numId="5" w16cid:durableId="1853563103">
    <w:abstractNumId w:val="7"/>
  </w:num>
  <w:num w:numId="6" w16cid:durableId="1993214455">
    <w:abstractNumId w:val="3"/>
  </w:num>
  <w:num w:numId="7" w16cid:durableId="2115855708">
    <w:abstractNumId w:val="2"/>
  </w:num>
  <w:num w:numId="8" w16cid:durableId="1766418638">
    <w:abstractNumId w:val="1"/>
  </w:num>
  <w:num w:numId="9" w16cid:durableId="643240820">
    <w:abstractNumId w:val="0"/>
  </w:num>
  <w:num w:numId="10" w16cid:durableId="107092783">
    <w:abstractNumId w:val="9"/>
  </w:num>
  <w:num w:numId="11" w16cid:durableId="4577943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8340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687733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24431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586043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76150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59536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561623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9029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792418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145677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378931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317794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22960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257260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753153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231661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746153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587478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888616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444532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11F13"/>
    <w:rsid w:val="0029639D"/>
    <w:rsid w:val="00326F90"/>
    <w:rsid w:val="004433FC"/>
    <w:rsid w:val="00693F1B"/>
    <w:rsid w:val="006D4E92"/>
    <w:rsid w:val="00797D2E"/>
    <w:rsid w:val="008B04D4"/>
    <w:rsid w:val="00AA1D8D"/>
    <w:rsid w:val="00AA4B56"/>
    <w:rsid w:val="00B47730"/>
    <w:rsid w:val="00CB0664"/>
    <w:rsid w:val="00EE7ED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0609DF"/>
  <w14:defaultImageDpi w14:val="300"/>
  <w15:docId w15:val="{8B97A606-C0FB-4354-92F3-EB968708C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90</Pages>
  <Words>30528</Words>
  <Characters>174012</Characters>
  <Application>Microsoft Office Word</Application>
  <DocSecurity>0</DocSecurity>
  <Lines>1450</Lines>
  <Paragraphs>408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204132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3</cp:revision>
  <dcterms:created xsi:type="dcterms:W3CDTF">2013-12-23T23:15:00Z</dcterms:created>
  <dcterms:modified xsi:type="dcterms:W3CDTF">2026-10-01T12:21:00Z</dcterms:modified>
  <cp:category/>
</cp:coreProperties>
</file>